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93890" w14:textId="0294EB5A" w:rsidR="00626F96" w:rsidRPr="0083086E" w:rsidRDefault="009732C8">
      <w:pPr>
        <w:spacing w:after="80" w:line="240" w:lineRule="auto"/>
        <w:jc w:val="center"/>
        <w:rPr>
          <w:lang w:val="fr-FR"/>
        </w:rPr>
      </w:pPr>
      <w:r w:rsidRPr="11F90C40">
        <w:rPr>
          <w:b/>
          <w:bCs/>
          <w:color w:val="0F2F55"/>
          <w:sz w:val="44"/>
          <w:szCs w:val="44"/>
          <w:lang w:val="fr-FR"/>
        </w:rPr>
        <w:t xml:space="preserve">ACE </w:t>
      </w:r>
      <w:proofErr w:type="spellStart"/>
      <w:r w:rsidRPr="11F90C40">
        <w:rPr>
          <w:b/>
          <w:bCs/>
          <w:color w:val="0F2F55"/>
          <w:sz w:val="44"/>
          <w:szCs w:val="44"/>
          <w:lang w:val="fr-FR"/>
        </w:rPr>
        <w:t>Innovate</w:t>
      </w:r>
      <w:proofErr w:type="spellEnd"/>
    </w:p>
    <w:p w14:paraId="7BDBEE03" w14:textId="77777777" w:rsidR="00626F96" w:rsidRPr="0083086E" w:rsidRDefault="00FE478F">
      <w:pPr>
        <w:spacing w:after="80" w:line="240" w:lineRule="auto"/>
        <w:jc w:val="center"/>
        <w:rPr>
          <w:lang w:val="fr-FR"/>
        </w:rPr>
      </w:pPr>
      <w:r w:rsidRPr="77370776">
        <w:rPr>
          <w:b/>
          <w:bCs/>
          <w:color w:val="1F4E79"/>
          <w:sz w:val="36"/>
          <w:szCs w:val="36"/>
          <w:lang w:val="fr-FR"/>
        </w:rPr>
        <w:t>Formulaire de manifestation d'intérêt</w:t>
      </w:r>
    </w:p>
    <w:p w14:paraId="3F46D30A" w14:textId="4EBF33E9" w:rsidR="00626F96" w:rsidRPr="0083086E" w:rsidRDefault="00FE478F" w:rsidP="77370776">
      <w:pPr>
        <w:spacing w:line="240" w:lineRule="auto"/>
        <w:jc w:val="center"/>
        <w:rPr>
          <w:b/>
          <w:bCs/>
          <w:sz w:val="25"/>
          <w:szCs w:val="25"/>
          <w:lang w:val="fr-FR"/>
        </w:rPr>
      </w:pPr>
      <w:r w:rsidRPr="77370776">
        <w:rPr>
          <w:b/>
          <w:bCs/>
          <w:sz w:val="25"/>
          <w:szCs w:val="25"/>
          <w:lang w:val="fr-FR"/>
        </w:rPr>
        <w:t xml:space="preserve">Soumission conjointe CEA/Centre émergent et Institut </w:t>
      </w:r>
      <w:r w:rsidR="00874F67" w:rsidRPr="77370776">
        <w:rPr>
          <w:b/>
          <w:bCs/>
          <w:sz w:val="25"/>
          <w:szCs w:val="25"/>
          <w:lang w:val="fr-FR"/>
        </w:rPr>
        <w:t xml:space="preserve">d’enseignement technique </w:t>
      </w:r>
      <w:r w:rsidRPr="77370776">
        <w:rPr>
          <w:b/>
          <w:bCs/>
          <w:sz w:val="25"/>
          <w:szCs w:val="25"/>
          <w:lang w:val="fr-FR"/>
        </w:rPr>
        <w:t>régional phare</w:t>
      </w:r>
    </w:p>
    <w:tbl>
      <w:tblPr>
        <w:tblW w:w="5000" w:type="pct"/>
        <w:tblLook w:val="04A0" w:firstRow="1" w:lastRow="0" w:firstColumn="1" w:lastColumn="0" w:noHBand="0" w:noVBand="1"/>
      </w:tblPr>
      <w:tblGrid>
        <w:gridCol w:w="9956"/>
      </w:tblGrid>
      <w:tr w:rsidR="00626F96" w:rsidRPr="00BC134C" w14:paraId="4EA729A0" w14:textId="77777777" w:rsidTr="77370776">
        <w:tc>
          <w:tcPr>
            <w:tcW w:w="9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EAF7"/>
            <w:tcMar>
              <w:top w:w="100" w:type="dxa"/>
              <w:left w:w="120" w:type="dxa"/>
              <w:bottom w:w="100" w:type="dxa"/>
              <w:right w:w="120" w:type="dxa"/>
            </w:tcMar>
          </w:tcPr>
          <w:p w14:paraId="1B1AFA7B" w14:textId="77777777" w:rsidR="00626F96" w:rsidRPr="0083086E" w:rsidRDefault="00FE478F">
            <w:pPr>
              <w:rPr>
                <w:lang w:val="fr-FR"/>
              </w:rPr>
            </w:pPr>
            <w:r w:rsidRPr="77370776">
              <w:rPr>
                <w:b/>
                <w:bCs/>
                <w:color w:val="0F2F55"/>
                <w:sz w:val="21"/>
                <w:szCs w:val="21"/>
                <w:lang w:val="fr-FR"/>
              </w:rPr>
              <w:t>Format de soumission</w:t>
            </w:r>
          </w:p>
          <w:p w14:paraId="7507FDF9" w14:textId="4C4B77E0" w:rsidR="00626F96" w:rsidRPr="0083086E" w:rsidRDefault="00FE478F">
            <w:pPr>
              <w:spacing w:after="0" w:line="240" w:lineRule="auto"/>
              <w:rPr>
                <w:lang w:val="fr-FR"/>
              </w:rPr>
            </w:pPr>
            <w:r w:rsidRPr="77370776">
              <w:rPr>
                <w:sz w:val="20"/>
                <w:szCs w:val="20"/>
                <w:lang w:val="fr-FR"/>
              </w:rPr>
              <w:t>Les candidats doivent remplir ce formulaire unique, convertir la demande dûment remplie en PDF et télécharger/soumettre un fichier PDF consolidé. Le formulaire contient la partie I : Résumé exécutif conjoint, la partie II : Manifestation d'intérêt du CEA/Centre émergent et la partie III : Manifestation d'intérêt pour l</w:t>
            </w:r>
            <w:r w:rsidR="00874F67" w:rsidRPr="77370776">
              <w:rPr>
                <w:sz w:val="20"/>
                <w:szCs w:val="20"/>
                <w:lang w:val="fr-FR"/>
              </w:rPr>
              <w:t xml:space="preserve">’Institut </w:t>
            </w:r>
            <w:r w:rsidR="4172A840" w:rsidRPr="77370776">
              <w:rPr>
                <w:sz w:val="20"/>
                <w:szCs w:val="20"/>
                <w:lang w:val="fr-FR"/>
              </w:rPr>
              <w:t>T</w:t>
            </w:r>
            <w:r w:rsidR="00874F67" w:rsidRPr="77370776">
              <w:rPr>
                <w:sz w:val="20"/>
                <w:szCs w:val="20"/>
                <w:lang w:val="fr-FR"/>
              </w:rPr>
              <w:t>echnique</w:t>
            </w:r>
            <w:r w:rsidRPr="77370776">
              <w:rPr>
                <w:sz w:val="20"/>
                <w:szCs w:val="20"/>
                <w:lang w:val="fr-FR"/>
              </w:rPr>
              <w:t>.</w:t>
            </w:r>
          </w:p>
        </w:tc>
      </w:tr>
    </w:tbl>
    <w:p w14:paraId="7DF4B5D0" w14:textId="77777777" w:rsidR="00626F96" w:rsidRPr="0083086E" w:rsidRDefault="00626F96">
      <w:pPr>
        <w:spacing w:after="40"/>
        <w:rPr>
          <w:lang w:val="fr-FR"/>
        </w:rPr>
      </w:pPr>
    </w:p>
    <w:p w14:paraId="2FEFF2D6" w14:textId="0D82550E" w:rsidR="00626F96" w:rsidRPr="0083086E" w:rsidRDefault="00FE478F">
      <w:pPr>
        <w:pStyle w:val="Heading3"/>
        <w:spacing w:before="80" w:after="60"/>
        <w:rPr>
          <w:lang w:val="fr-FR"/>
        </w:rPr>
      </w:pPr>
      <w:r w:rsidRPr="77370776">
        <w:rPr>
          <w:rFonts w:ascii="Arial" w:hAnsi="Arial"/>
          <w:color w:val="000000" w:themeColor="text1"/>
          <w:lang w:val="fr-FR"/>
        </w:rPr>
        <w:t xml:space="preserve">Fiche de présentation du </w:t>
      </w:r>
      <w:r w:rsidR="00874F67" w:rsidRPr="77370776">
        <w:rPr>
          <w:rFonts w:ascii="Arial" w:hAnsi="Arial"/>
          <w:color w:val="000000" w:themeColor="text1"/>
          <w:lang w:val="fr-FR"/>
        </w:rPr>
        <w:t>candidat</w:t>
      </w:r>
    </w:p>
    <w:tbl>
      <w:tblPr>
        <w:tblStyle w:val="TableGrid"/>
        <w:tblW w:w="5000" w:type="pct"/>
        <w:jc w:val="center"/>
        <w:tblLook w:val="04A0" w:firstRow="1" w:lastRow="0" w:firstColumn="1" w:lastColumn="0" w:noHBand="0" w:noVBand="1"/>
      </w:tblPr>
      <w:tblGrid>
        <w:gridCol w:w="3439"/>
        <w:gridCol w:w="6517"/>
      </w:tblGrid>
      <w:tr w:rsidR="00626F96" w:rsidRPr="00391361" w14:paraId="17875BDB"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2343C267" w14:textId="77777777" w:rsidR="00626F96" w:rsidRPr="0083086E" w:rsidRDefault="00FE478F">
            <w:pPr>
              <w:spacing w:after="40"/>
              <w:rPr>
                <w:lang w:val="fr-FR"/>
              </w:rPr>
            </w:pPr>
            <w:r w:rsidRPr="77370776">
              <w:rPr>
                <w:b/>
                <w:bCs/>
                <w:sz w:val="21"/>
                <w:szCs w:val="21"/>
                <w:lang w:val="fr-FR"/>
              </w:rPr>
              <w:t>Pays</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985A7E8" w14:textId="150E2F42" w:rsidR="00626F96" w:rsidRPr="0083086E" w:rsidRDefault="00626F96">
            <w:pPr>
              <w:spacing w:after="40"/>
              <w:rPr>
                <w:lang w:val="fr-FR"/>
              </w:rPr>
            </w:pPr>
          </w:p>
        </w:tc>
      </w:tr>
      <w:tr w:rsidR="00626F96" w:rsidRPr="00391361" w14:paraId="5C4B9DC9"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3EDB9BAD" w14:textId="77777777" w:rsidR="00626F96" w:rsidRPr="0083086E" w:rsidRDefault="00FE478F">
            <w:pPr>
              <w:spacing w:after="40"/>
              <w:rPr>
                <w:lang w:val="fr-FR"/>
              </w:rPr>
            </w:pPr>
            <w:r w:rsidRPr="77370776">
              <w:rPr>
                <w:b/>
                <w:bCs/>
                <w:sz w:val="21"/>
                <w:szCs w:val="21"/>
                <w:lang w:val="fr-FR"/>
              </w:rPr>
              <w:t>Secteur prioritaire</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9F021C1" w14:textId="77777777" w:rsidR="00626F96" w:rsidRPr="0083086E" w:rsidRDefault="00FE478F">
            <w:pPr>
              <w:spacing w:after="40"/>
              <w:rPr>
                <w:lang w:val="fr-FR"/>
              </w:rPr>
            </w:pPr>
            <w:r w:rsidRPr="77370776">
              <w:rPr>
                <w:sz w:val="21"/>
                <w:szCs w:val="21"/>
                <w:lang w:val="fr-FR"/>
              </w:rPr>
              <w:t>[Tapez ici]</w:t>
            </w:r>
          </w:p>
        </w:tc>
      </w:tr>
      <w:tr w:rsidR="006270E4" w:rsidRPr="00391361" w14:paraId="0F3745CC" w14:textId="77777777" w:rsidTr="77370776">
        <w:trPr>
          <w:cantSplit/>
          <w:trHeight w:val="300"/>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5BF11C75" w14:textId="77777777" w:rsidR="006270E4" w:rsidRPr="0083086E" w:rsidRDefault="22722B02" w:rsidP="77370776">
            <w:pPr>
              <w:spacing w:after="40"/>
              <w:rPr>
                <w:b/>
                <w:bCs/>
                <w:sz w:val="21"/>
                <w:szCs w:val="21"/>
                <w:lang w:val="fr-FR"/>
              </w:rPr>
            </w:pPr>
            <w:r w:rsidRPr="77370776">
              <w:rPr>
                <w:b/>
                <w:bCs/>
                <w:sz w:val="21"/>
                <w:szCs w:val="21"/>
                <w:lang w:val="fr-FR"/>
              </w:rPr>
              <w:t>Plateforme de solutions (</w:t>
            </w:r>
            <w:r w:rsidR="0EA8A901" w:rsidRPr="77370776">
              <w:rPr>
                <w:b/>
                <w:bCs/>
                <w:sz w:val="21"/>
                <w:szCs w:val="21"/>
                <w:lang w:val="fr-FR"/>
              </w:rPr>
              <w:t>en indiquer</w:t>
            </w:r>
            <w:r w:rsidR="5130EBC8" w:rsidRPr="77370776">
              <w:rPr>
                <w:b/>
                <w:bCs/>
                <w:sz w:val="21"/>
                <w:szCs w:val="21"/>
                <w:lang w:val="fr-FR"/>
              </w:rPr>
              <w:t xml:space="preserve"> au moins une)</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BDD98AF" w14:textId="77777777" w:rsidR="006270E4" w:rsidRPr="0083086E" w:rsidRDefault="5130EBC8" w:rsidP="77370776">
            <w:pPr>
              <w:spacing w:after="40"/>
              <w:rPr>
                <w:sz w:val="21"/>
                <w:szCs w:val="21"/>
                <w:lang w:val="fr-FR"/>
              </w:rPr>
            </w:pPr>
            <w:r w:rsidRPr="77370776">
              <w:rPr>
                <w:sz w:val="21"/>
                <w:szCs w:val="21"/>
                <w:lang w:val="fr-FR"/>
              </w:rPr>
              <w:t>[Tapez ici]</w:t>
            </w:r>
          </w:p>
        </w:tc>
      </w:tr>
      <w:tr w:rsidR="00626F96" w:rsidRPr="00391361" w14:paraId="7E2F0576"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567D5CE1" w14:textId="77777777" w:rsidR="00626F96" w:rsidRPr="0083086E" w:rsidRDefault="00FE478F">
            <w:pPr>
              <w:spacing w:after="40"/>
              <w:rPr>
                <w:lang w:val="fr-FR"/>
              </w:rPr>
            </w:pPr>
            <w:r w:rsidRPr="77370776">
              <w:rPr>
                <w:b/>
                <w:bCs/>
                <w:sz w:val="21"/>
                <w:szCs w:val="21"/>
                <w:lang w:val="fr-FR"/>
              </w:rPr>
              <w:t>Chaîne(s) de valeur couverte(s) par la proposition conjointe</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260FF4E" w14:textId="77777777" w:rsidR="00626F96" w:rsidRPr="0083086E" w:rsidRDefault="00FE478F">
            <w:pPr>
              <w:spacing w:after="40"/>
              <w:rPr>
                <w:lang w:val="fr-FR"/>
              </w:rPr>
            </w:pPr>
            <w:r w:rsidRPr="77370776">
              <w:rPr>
                <w:sz w:val="21"/>
                <w:szCs w:val="21"/>
                <w:lang w:val="fr-FR"/>
              </w:rPr>
              <w:t>[Tapez ici]</w:t>
            </w:r>
          </w:p>
        </w:tc>
      </w:tr>
      <w:tr w:rsidR="00626F96" w:rsidRPr="00391361" w14:paraId="2C7D3A17"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6CF16D8F" w14:textId="77777777" w:rsidR="00626F96" w:rsidRPr="0083086E" w:rsidRDefault="00FE478F">
            <w:pPr>
              <w:spacing w:after="40"/>
              <w:rPr>
                <w:lang w:val="fr-FR"/>
              </w:rPr>
            </w:pPr>
            <w:r w:rsidRPr="77370776">
              <w:rPr>
                <w:b/>
                <w:bCs/>
                <w:sz w:val="21"/>
                <w:szCs w:val="21"/>
                <w:lang w:val="fr-FR"/>
              </w:rPr>
              <w:t>Nom du CEA/centre émergent</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5050429" w14:textId="77777777" w:rsidR="00626F96" w:rsidRPr="0083086E" w:rsidRDefault="00FE478F">
            <w:pPr>
              <w:spacing w:after="40"/>
              <w:rPr>
                <w:lang w:val="fr-FR"/>
              </w:rPr>
            </w:pPr>
            <w:r w:rsidRPr="77370776">
              <w:rPr>
                <w:sz w:val="21"/>
                <w:szCs w:val="21"/>
                <w:lang w:val="fr-FR"/>
              </w:rPr>
              <w:t>[Tapez ici]</w:t>
            </w:r>
          </w:p>
        </w:tc>
      </w:tr>
      <w:tr w:rsidR="00626F96" w:rsidRPr="00391361" w14:paraId="59DA7FFB"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5B2A49BD" w14:textId="77777777" w:rsidR="00626F96" w:rsidRPr="0083086E" w:rsidRDefault="00FE478F">
            <w:pPr>
              <w:spacing w:after="40"/>
              <w:rPr>
                <w:lang w:val="fr-FR"/>
              </w:rPr>
            </w:pPr>
            <w:r w:rsidRPr="77370776">
              <w:rPr>
                <w:b/>
                <w:bCs/>
                <w:sz w:val="21"/>
                <w:szCs w:val="21"/>
                <w:lang w:val="fr-FR"/>
              </w:rPr>
              <w:t>Institution hôte du CEA/Centre émergent</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05BB925" w14:textId="77777777" w:rsidR="00626F96" w:rsidRPr="0083086E" w:rsidRDefault="00FE478F">
            <w:pPr>
              <w:spacing w:after="40"/>
              <w:rPr>
                <w:lang w:val="fr-FR"/>
              </w:rPr>
            </w:pPr>
            <w:r w:rsidRPr="77370776">
              <w:rPr>
                <w:sz w:val="21"/>
                <w:szCs w:val="21"/>
                <w:lang w:val="fr-FR"/>
              </w:rPr>
              <w:t>[Tapez ici]</w:t>
            </w:r>
          </w:p>
        </w:tc>
      </w:tr>
      <w:tr w:rsidR="00626F96" w:rsidRPr="00391361" w14:paraId="65D86F01"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2E6C9B39" w14:textId="56A9B9D0" w:rsidR="00626F96" w:rsidRPr="0083086E" w:rsidRDefault="00FE478F">
            <w:pPr>
              <w:spacing w:after="40"/>
              <w:rPr>
                <w:lang w:val="fr-FR"/>
              </w:rPr>
            </w:pPr>
            <w:r w:rsidRPr="77370776">
              <w:rPr>
                <w:b/>
                <w:bCs/>
                <w:sz w:val="21"/>
                <w:szCs w:val="21"/>
                <w:lang w:val="fr-FR"/>
              </w:rPr>
              <w:t xml:space="preserve">Catégorie </w:t>
            </w:r>
            <w:r w:rsidR="4172A840" w:rsidRPr="77370776">
              <w:rPr>
                <w:b/>
                <w:bCs/>
                <w:sz w:val="21"/>
                <w:szCs w:val="21"/>
                <w:lang w:val="fr-FR"/>
              </w:rPr>
              <w:t>du Centre C</w:t>
            </w:r>
            <w:r w:rsidRPr="77370776">
              <w:rPr>
                <w:b/>
                <w:bCs/>
                <w:sz w:val="21"/>
                <w:szCs w:val="21"/>
                <w:lang w:val="fr-FR"/>
              </w:rPr>
              <w:t>E</w:t>
            </w:r>
            <w:r w:rsidR="4172A840" w:rsidRPr="77370776">
              <w:rPr>
                <w:b/>
                <w:bCs/>
                <w:sz w:val="21"/>
                <w:szCs w:val="21"/>
                <w:lang w:val="fr-FR"/>
              </w:rPr>
              <w:t>A</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78BB62C" w14:textId="77777777" w:rsidR="00626F96" w:rsidRPr="0083086E" w:rsidRDefault="00FE478F">
            <w:pPr>
              <w:spacing w:after="40"/>
              <w:rPr>
                <w:lang w:val="fr-FR"/>
              </w:rPr>
            </w:pPr>
            <w:r w:rsidRPr="77370776">
              <w:rPr>
                <w:sz w:val="21"/>
                <w:szCs w:val="21"/>
                <w:lang w:val="fr-FR"/>
              </w:rPr>
              <w:t>[Centre mature/centre émergent]</w:t>
            </w:r>
          </w:p>
        </w:tc>
      </w:tr>
      <w:tr w:rsidR="00626F96" w:rsidRPr="00391361" w14:paraId="4E1CA9E9"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3B275BF8" w14:textId="265F4028" w:rsidR="00626F96" w:rsidRPr="0083086E" w:rsidRDefault="00FE478F" w:rsidP="77370776">
            <w:pPr>
              <w:spacing w:after="40"/>
              <w:rPr>
                <w:b/>
                <w:bCs/>
                <w:sz w:val="21"/>
                <w:szCs w:val="21"/>
                <w:lang w:val="fr-FR"/>
              </w:rPr>
            </w:pPr>
            <w:r w:rsidRPr="77370776">
              <w:rPr>
                <w:b/>
                <w:bCs/>
                <w:sz w:val="21"/>
                <w:szCs w:val="21"/>
                <w:lang w:val="fr-FR"/>
              </w:rPr>
              <w:t xml:space="preserve">Nom de </w:t>
            </w:r>
            <w:proofErr w:type="gramStart"/>
            <w:r w:rsidRPr="77370776">
              <w:rPr>
                <w:b/>
                <w:bCs/>
                <w:sz w:val="21"/>
                <w:szCs w:val="21"/>
                <w:lang w:val="fr-FR"/>
              </w:rPr>
              <w:t xml:space="preserve">la </w:t>
            </w:r>
            <w:r w:rsidR="4172A840" w:rsidRPr="77370776">
              <w:rPr>
                <w:b/>
                <w:bCs/>
                <w:sz w:val="21"/>
                <w:szCs w:val="21"/>
                <w:lang w:val="fr-FR"/>
              </w:rPr>
              <w:t>Institut Technique</w:t>
            </w:r>
            <w:proofErr w:type="gramEnd"/>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000146E" w14:textId="77777777" w:rsidR="00626F96" w:rsidRPr="0083086E" w:rsidRDefault="00FE478F">
            <w:pPr>
              <w:spacing w:after="40"/>
              <w:rPr>
                <w:lang w:val="fr-FR"/>
              </w:rPr>
            </w:pPr>
            <w:r w:rsidRPr="77370776">
              <w:rPr>
                <w:sz w:val="21"/>
                <w:szCs w:val="21"/>
                <w:lang w:val="fr-FR"/>
              </w:rPr>
              <w:t>[Tapez ici]</w:t>
            </w:r>
          </w:p>
        </w:tc>
      </w:tr>
      <w:tr w:rsidR="00626F96" w:rsidRPr="00391361" w14:paraId="367F93FB"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3CAF237D" w14:textId="0F716AB4" w:rsidR="00626F96" w:rsidRPr="0083086E" w:rsidRDefault="00FE478F">
            <w:pPr>
              <w:spacing w:after="40"/>
              <w:rPr>
                <w:lang w:val="fr-FR"/>
              </w:rPr>
            </w:pPr>
            <w:r w:rsidRPr="77370776">
              <w:rPr>
                <w:b/>
                <w:bCs/>
                <w:sz w:val="21"/>
                <w:szCs w:val="21"/>
                <w:lang w:val="fr-FR"/>
              </w:rPr>
              <w:t xml:space="preserve">Institution hôte </w:t>
            </w:r>
            <w:proofErr w:type="gramStart"/>
            <w:r w:rsidRPr="77370776">
              <w:rPr>
                <w:b/>
                <w:bCs/>
                <w:sz w:val="21"/>
                <w:szCs w:val="21"/>
                <w:lang w:val="fr-FR"/>
              </w:rPr>
              <w:t xml:space="preserve">du </w:t>
            </w:r>
            <w:r w:rsidR="721F4AF4" w:rsidRPr="77370776">
              <w:rPr>
                <w:b/>
                <w:bCs/>
                <w:sz w:val="21"/>
                <w:szCs w:val="21"/>
                <w:lang w:val="fr-FR"/>
              </w:rPr>
              <w:t>Institut Technique</w:t>
            </w:r>
            <w:proofErr w:type="gramEnd"/>
            <w:r w:rsidR="721F4AF4" w:rsidRPr="77370776">
              <w:rPr>
                <w:b/>
                <w:bCs/>
                <w:sz w:val="21"/>
                <w:szCs w:val="21"/>
                <w:lang w:val="fr-FR"/>
              </w:rPr>
              <w:t xml:space="preserve"> </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5F15611" w14:textId="77777777" w:rsidR="00626F96" w:rsidRPr="0083086E" w:rsidRDefault="00FE478F">
            <w:pPr>
              <w:spacing w:after="40"/>
              <w:rPr>
                <w:lang w:val="fr-FR"/>
              </w:rPr>
            </w:pPr>
            <w:r w:rsidRPr="77370776">
              <w:rPr>
                <w:sz w:val="21"/>
                <w:szCs w:val="21"/>
                <w:lang w:val="fr-FR"/>
              </w:rPr>
              <w:t>[Tapez ici]</w:t>
            </w:r>
          </w:p>
        </w:tc>
      </w:tr>
      <w:tr w:rsidR="00626F96" w:rsidRPr="00391361" w14:paraId="3C4F8449"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575CDACD" w14:textId="77777777" w:rsidR="00626F96" w:rsidRPr="0083086E" w:rsidRDefault="00FE478F">
            <w:pPr>
              <w:spacing w:after="40"/>
              <w:rPr>
                <w:lang w:val="fr-FR"/>
              </w:rPr>
            </w:pPr>
            <w:r w:rsidRPr="77370776">
              <w:rPr>
                <w:b/>
                <w:bCs/>
                <w:sz w:val="21"/>
                <w:szCs w:val="21"/>
                <w:lang w:val="fr-FR"/>
              </w:rPr>
              <w:t>Nom et titre de la personne à contacter</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042C36A" w14:textId="77777777" w:rsidR="00626F96" w:rsidRPr="0083086E" w:rsidRDefault="00FE478F">
            <w:pPr>
              <w:spacing w:after="40"/>
              <w:rPr>
                <w:lang w:val="fr-FR"/>
              </w:rPr>
            </w:pPr>
            <w:r w:rsidRPr="77370776">
              <w:rPr>
                <w:sz w:val="21"/>
                <w:szCs w:val="21"/>
                <w:lang w:val="fr-FR"/>
              </w:rPr>
              <w:t>[Tapez ici]</w:t>
            </w:r>
          </w:p>
        </w:tc>
      </w:tr>
      <w:tr w:rsidR="00626F96" w:rsidRPr="00391361" w14:paraId="3648AB95" w14:textId="77777777" w:rsidTr="77370776">
        <w:trPr>
          <w:cantSplit/>
          <w:jc w:val="center"/>
        </w:trPr>
        <w:tc>
          <w:tcPr>
            <w:tcW w:w="34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5192C8FF" w14:textId="77777777" w:rsidR="00626F96" w:rsidRPr="0083086E" w:rsidRDefault="00FE478F">
            <w:pPr>
              <w:spacing w:after="40"/>
              <w:rPr>
                <w:lang w:val="fr-FR"/>
              </w:rPr>
            </w:pPr>
            <w:r w:rsidRPr="77370776">
              <w:rPr>
                <w:b/>
                <w:bCs/>
                <w:sz w:val="21"/>
                <w:szCs w:val="21"/>
                <w:lang w:val="fr-FR"/>
              </w:rPr>
              <w:t>Courriel et téléphone de la personne à contacter</w:t>
            </w:r>
          </w:p>
        </w:tc>
        <w:tc>
          <w:tcPr>
            <w:tcW w:w="65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735CEBC" w14:textId="77777777" w:rsidR="00626F96" w:rsidRPr="0083086E" w:rsidRDefault="00FE478F">
            <w:pPr>
              <w:spacing w:after="40"/>
              <w:rPr>
                <w:lang w:val="fr-FR"/>
              </w:rPr>
            </w:pPr>
            <w:r w:rsidRPr="77370776">
              <w:rPr>
                <w:sz w:val="21"/>
                <w:szCs w:val="21"/>
                <w:lang w:val="fr-FR"/>
              </w:rPr>
              <w:t>[Tapez ici]</w:t>
            </w:r>
          </w:p>
        </w:tc>
      </w:tr>
    </w:tbl>
    <w:p w14:paraId="048BA175" w14:textId="77777777" w:rsidR="00391361" w:rsidRPr="0083086E" w:rsidRDefault="00391361" w:rsidP="77370776">
      <w:pPr>
        <w:pStyle w:val="Heading1"/>
        <w:spacing w:before="120" w:after="160"/>
        <w:rPr>
          <w:rFonts w:ascii="Arial" w:hAnsi="Arial"/>
          <w:color w:val="0F2F55"/>
          <w:sz w:val="32"/>
          <w:szCs w:val="32"/>
          <w:lang w:val="fr-FR"/>
        </w:rPr>
        <w:sectPr w:rsidR="00391361" w:rsidRPr="0083086E" w:rsidSect="00034616">
          <w:headerReference w:type="default" r:id="rId11"/>
          <w:footerReference w:type="even" r:id="rId12"/>
          <w:footerReference w:type="default" r:id="rId13"/>
          <w:footerReference w:type="first" r:id="rId14"/>
          <w:pgSz w:w="12240" w:h="15840"/>
          <w:pgMar w:top="1134" w:right="1134" w:bottom="1134" w:left="1134" w:header="720" w:footer="720" w:gutter="0"/>
          <w:cols w:space="720"/>
          <w:docGrid w:linePitch="360"/>
        </w:sectPr>
      </w:pPr>
    </w:p>
    <w:p w14:paraId="5920F529" w14:textId="2A3D66F7" w:rsidR="00626F96" w:rsidRPr="0083086E" w:rsidRDefault="00FE478F">
      <w:pPr>
        <w:pStyle w:val="Heading1"/>
        <w:spacing w:before="120" w:after="160"/>
        <w:rPr>
          <w:lang w:val="fr-FR"/>
        </w:rPr>
      </w:pPr>
      <w:r w:rsidRPr="77370776">
        <w:rPr>
          <w:rFonts w:ascii="Arial" w:hAnsi="Arial"/>
          <w:color w:val="0F2F55"/>
          <w:sz w:val="32"/>
          <w:szCs w:val="32"/>
          <w:lang w:val="fr-FR"/>
        </w:rPr>
        <w:lastRenderedPageBreak/>
        <w:t>Instructions générales</w:t>
      </w:r>
    </w:p>
    <w:tbl>
      <w:tblPr>
        <w:tblStyle w:val="TableGrid"/>
        <w:tblW w:w="5000" w:type="pct"/>
        <w:jc w:val="center"/>
        <w:tblLook w:val="04A0" w:firstRow="1" w:lastRow="0" w:firstColumn="1" w:lastColumn="0" w:noHBand="0" w:noVBand="1"/>
      </w:tblPr>
      <w:tblGrid>
        <w:gridCol w:w="2715"/>
        <w:gridCol w:w="7241"/>
      </w:tblGrid>
      <w:tr w:rsidR="00626F96" w:rsidRPr="00391361" w14:paraId="76AB531A" w14:textId="77777777" w:rsidTr="007E2234">
        <w:trPr>
          <w:cantSplit/>
          <w:tblHeader/>
          <w:jc w:val="center"/>
        </w:trPr>
        <w:tc>
          <w:tcPr>
            <w:tcW w:w="271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06A1A08" w14:textId="436B839A" w:rsidR="00626F96" w:rsidRPr="0083086E" w:rsidRDefault="70CEA9B6" w:rsidP="77370776">
            <w:pPr>
              <w:spacing w:after="40"/>
              <w:rPr>
                <w:b/>
                <w:bCs/>
                <w:color w:val="FFFFFF" w:themeColor="background1"/>
                <w:sz w:val="20"/>
                <w:szCs w:val="20"/>
                <w:lang w:val="fr-FR"/>
              </w:rPr>
            </w:pPr>
            <w:r w:rsidRPr="77370776">
              <w:rPr>
                <w:b/>
                <w:bCs/>
                <w:color w:val="FFFFFF" w:themeColor="background1"/>
                <w:sz w:val="20"/>
                <w:szCs w:val="20"/>
                <w:lang w:val="fr-FR"/>
              </w:rPr>
              <w:t>Elément</w:t>
            </w:r>
            <w:r w:rsidR="51163C82" w:rsidRPr="77370776">
              <w:rPr>
                <w:b/>
                <w:bCs/>
                <w:color w:val="FFFFFF" w:themeColor="background1"/>
                <w:sz w:val="20"/>
                <w:szCs w:val="20"/>
                <w:lang w:val="fr-FR"/>
              </w:rPr>
              <w:t xml:space="preserve"> </w:t>
            </w:r>
          </w:p>
        </w:tc>
        <w:tc>
          <w:tcPr>
            <w:tcW w:w="724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1759393" w14:textId="3C497A65" w:rsidR="00626F96" w:rsidRPr="0083086E" w:rsidRDefault="70CEA9B6">
            <w:pPr>
              <w:spacing w:after="40"/>
              <w:rPr>
                <w:lang w:val="fr-FR"/>
              </w:rPr>
            </w:pPr>
            <w:r w:rsidRPr="77370776">
              <w:rPr>
                <w:b/>
                <w:bCs/>
                <w:color w:val="FFFFFF" w:themeColor="background1"/>
                <w:sz w:val="20"/>
                <w:szCs w:val="20"/>
                <w:lang w:val="fr-FR"/>
              </w:rPr>
              <w:t>Exigences</w:t>
            </w:r>
          </w:p>
        </w:tc>
      </w:tr>
      <w:tr w:rsidR="00626F96" w:rsidRPr="00BC134C" w14:paraId="1AD72411" w14:textId="77777777" w:rsidTr="007E2234">
        <w:trPr>
          <w:cantSplit/>
          <w:jc w:val="center"/>
        </w:trPr>
        <w:tc>
          <w:tcPr>
            <w:tcW w:w="271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25BA1B7" w14:textId="77777777" w:rsidR="00626F96" w:rsidRPr="0083086E" w:rsidRDefault="00FE478F">
            <w:pPr>
              <w:spacing w:after="40"/>
              <w:rPr>
                <w:lang w:val="fr-FR"/>
              </w:rPr>
            </w:pPr>
            <w:r w:rsidRPr="77370776">
              <w:rPr>
                <w:sz w:val="20"/>
                <w:szCs w:val="20"/>
                <w:lang w:val="fr-FR"/>
              </w:rPr>
              <w:t>Pays admissibles</w:t>
            </w:r>
          </w:p>
        </w:tc>
        <w:tc>
          <w:tcPr>
            <w:tcW w:w="724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057940A" w14:textId="28173745" w:rsidR="00626F96" w:rsidRPr="007B3579" w:rsidRDefault="007B3579">
            <w:pPr>
              <w:spacing w:after="40"/>
              <w:rPr>
                <w:sz w:val="20"/>
                <w:szCs w:val="20"/>
                <w:lang w:val="fr-FR"/>
              </w:rPr>
            </w:pPr>
            <w:r w:rsidRPr="007B3579">
              <w:rPr>
                <w:sz w:val="20"/>
                <w:szCs w:val="20"/>
                <w:lang w:val="fr-FR"/>
              </w:rPr>
              <w:t>Phase 1 – Le groupe A est limité à la Gambie et à la Guinée. Phase 1 – Le groupe B comprend la Côte d'Ivoire.</w:t>
            </w:r>
          </w:p>
        </w:tc>
      </w:tr>
      <w:tr w:rsidR="00626F96" w:rsidRPr="00391361" w14:paraId="045DE8D0" w14:textId="77777777" w:rsidTr="007E2234">
        <w:trPr>
          <w:cantSplit/>
          <w:jc w:val="center"/>
        </w:trPr>
        <w:tc>
          <w:tcPr>
            <w:tcW w:w="271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A8F713F" w14:textId="77777777" w:rsidR="00626F96" w:rsidRPr="0083086E" w:rsidRDefault="00FE478F">
            <w:pPr>
              <w:spacing w:after="40"/>
              <w:rPr>
                <w:lang w:val="fr-FR"/>
              </w:rPr>
            </w:pPr>
            <w:r w:rsidRPr="77370776">
              <w:rPr>
                <w:sz w:val="20"/>
                <w:szCs w:val="20"/>
                <w:lang w:val="fr-FR"/>
              </w:rPr>
              <w:t>Soumission conjointe</w:t>
            </w:r>
          </w:p>
        </w:tc>
        <w:tc>
          <w:tcPr>
            <w:tcW w:w="724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BF86C41" w14:textId="05787519" w:rsidR="00626F96" w:rsidRPr="0083086E" w:rsidRDefault="00FE478F">
            <w:pPr>
              <w:spacing w:after="40"/>
              <w:rPr>
                <w:lang w:val="fr-FR"/>
              </w:rPr>
            </w:pPr>
            <w:r w:rsidRPr="77370776">
              <w:rPr>
                <w:sz w:val="20"/>
                <w:szCs w:val="20"/>
                <w:lang w:val="fr-FR"/>
              </w:rPr>
              <w:t>Chaque demande doit normalement être un dossier conjoint ACE-</w:t>
            </w:r>
            <w:r w:rsidR="51163C82" w:rsidRPr="77370776">
              <w:rPr>
                <w:sz w:val="20"/>
                <w:szCs w:val="20"/>
                <w:lang w:val="fr-FR"/>
              </w:rPr>
              <w:t>Institut Technique</w:t>
            </w:r>
            <w:r w:rsidRPr="77370776">
              <w:rPr>
                <w:sz w:val="20"/>
                <w:szCs w:val="20"/>
                <w:lang w:val="fr-FR"/>
              </w:rPr>
              <w:t>. Les soumissions indépendantes nécessitent une autorisation écrite préalable.</w:t>
            </w:r>
          </w:p>
        </w:tc>
      </w:tr>
      <w:tr w:rsidR="00626F96" w:rsidRPr="00BC134C" w14:paraId="1DC646A8" w14:textId="77777777" w:rsidTr="007E2234">
        <w:trPr>
          <w:cantSplit/>
          <w:jc w:val="center"/>
        </w:trPr>
        <w:tc>
          <w:tcPr>
            <w:tcW w:w="271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1B915F5" w14:textId="77777777" w:rsidR="00626F96" w:rsidRPr="0083086E" w:rsidRDefault="00FE478F">
            <w:pPr>
              <w:spacing w:after="40"/>
              <w:rPr>
                <w:lang w:val="fr-FR"/>
              </w:rPr>
            </w:pPr>
            <w:r w:rsidRPr="77370776">
              <w:rPr>
                <w:sz w:val="20"/>
                <w:szCs w:val="20"/>
                <w:lang w:val="fr-FR"/>
              </w:rPr>
              <w:t>Alignement sectoriel</w:t>
            </w:r>
          </w:p>
        </w:tc>
        <w:tc>
          <w:tcPr>
            <w:tcW w:w="724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48C19CA" w14:textId="77777777" w:rsidR="00626F96" w:rsidRPr="0083086E" w:rsidRDefault="00FE478F">
            <w:pPr>
              <w:spacing w:after="40"/>
              <w:rPr>
                <w:lang w:val="fr-FR"/>
              </w:rPr>
            </w:pPr>
            <w:r w:rsidRPr="77370776">
              <w:rPr>
                <w:sz w:val="20"/>
                <w:szCs w:val="20"/>
                <w:lang w:val="fr-FR"/>
              </w:rPr>
              <w:t>La proposition doit cadrer avec le secteur prioritaire identifié pour le pays candidat.</w:t>
            </w:r>
          </w:p>
        </w:tc>
      </w:tr>
      <w:tr w:rsidR="00626F96" w:rsidRPr="00E4605F" w14:paraId="2628DA99" w14:textId="77777777" w:rsidTr="007E2234">
        <w:trPr>
          <w:cantSplit/>
          <w:jc w:val="center"/>
        </w:trPr>
        <w:tc>
          <w:tcPr>
            <w:tcW w:w="271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A916090" w14:textId="77777777" w:rsidR="00626F96" w:rsidRPr="0083086E" w:rsidRDefault="00FE478F">
            <w:pPr>
              <w:spacing w:after="40"/>
              <w:rPr>
                <w:lang w:val="fr-FR"/>
              </w:rPr>
            </w:pPr>
            <w:r w:rsidRPr="77370776">
              <w:rPr>
                <w:sz w:val="20"/>
                <w:szCs w:val="20"/>
                <w:lang w:val="fr-FR"/>
              </w:rPr>
              <w:t>Paramètres de financement</w:t>
            </w:r>
          </w:p>
        </w:tc>
        <w:tc>
          <w:tcPr>
            <w:tcW w:w="724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63263BC" w14:textId="6C40A0E5" w:rsidR="00626F96" w:rsidRPr="0083086E" w:rsidRDefault="00FE478F">
            <w:pPr>
              <w:spacing w:after="40"/>
              <w:rPr>
                <w:lang w:val="fr-FR"/>
              </w:rPr>
            </w:pPr>
            <w:r w:rsidRPr="77370776">
              <w:rPr>
                <w:sz w:val="20"/>
                <w:szCs w:val="20"/>
                <w:lang w:val="fr-FR"/>
              </w:rPr>
              <w:t xml:space="preserve">Utiliser l'enveloppe indicative </w:t>
            </w:r>
            <w:r w:rsidR="2B1B0E51" w:rsidRPr="77370776">
              <w:rPr>
                <w:sz w:val="20"/>
                <w:szCs w:val="20"/>
                <w:lang w:val="fr-FR"/>
              </w:rPr>
              <w:t xml:space="preserve">fournie </w:t>
            </w:r>
            <w:r w:rsidRPr="77370776">
              <w:rPr>
                <w:sz w:val="20"/>
                <w:szCs w:val="20"/>
                <w:lang w:val="fr-FR"/>
              </w:rPr>
              <w:t>p</w:t>
            </w:r>
            <w:r w:rsidR="2B1B0E51" w:rsidRPr="77370776">
              <w:rPr>
                <w:sz w:val="20"/>
                <w:szCs w:val="20"/>
                <w:lang w:val="fr-FR"/>
              </w:rPr>
              <w:t>ou</w:t>
            </w:r>
            <w:r w:rsidRPr="77370776">
              <w:rPr>
                <w:sz w:val="20"/>
                <w:szCs w:val="20"/>
                <w:lang w:val="fr-FR"/>
              </w:rPr>
              <w:t xml:space="preserve">r </w:t>
            </w:r>
            <w:r w:rsidR="2B1B0E51" w:rsidRPr="77370776">
              <w:rPr>
                <w:sz w:val="20"/>
                <w:szCs w:val="20"/>
                <w:lang w:val="fr-FR"/>
              </w:rPr>
              <w:t>chaque type de Centre</w:t>
            </w:r>
            <w:r w:rsidR="1B967591" w:rsidRPr="77370776">
              <w:rPr>
                <w:sz w:val="20"/>
                <w:szCs w:val="20"/>
                <w:lang w:val="fr-FR"/>
              </w:rPr>
              <w:t xml:space="preserve"> </w:t>
            </w:r>
            <w:r w:rsidR="02A0F776" w:rsidRPr="77370776">
              <w:rPr>
                <w:sz w:val="20"/>
                <w:szCs w:val="20"/>
                <w:lang w:val="fr-FR"/>
              </w:rPr>
              <w:t xml:space="preserve">dans les </w:t>
            </w:r>
            <w:r w:rsidRPr="77370776">
              <w:rPr>
                <w:sz w:val="20"/>
                <w:szCs w:val="20"/>
                <w:lang w:val="fr-FR"/>
              </w:rPr>
              <w:t>orientations spécifiques au pays. Les travaux de génie civil et de construction sont plafonnés à 25 % de chaque subvention institutionnelle.</w:t>
            </w:r>
            <w:r w:rsidR="00CBF4D7" w:rsidRPr="77370776">
              <w:rPr>
                <w:sz w:val="20"/>
                <w:szCs w:val="20"/>
                <w:lang w:val="fr-FR"/>
              </w:rPr>
              <w:t xml:space="preserve"> Le renforcement institutionnel est plafonné à 15 % de chaque subvention institutionnelle. </w:t>
            </w:r>
          </w:p>
        </w:tc>
      </w:tr>
      <w:tr w:rsidR="00626F96" w:rsidRPr="00BC134C" w14:paraId="722A17CE" w14:textId="77777777" w:rsidTr="007E2234">
        <w:trPr>
          <w:cantSplit/>
          <w:jc w:val="center"/>
        </w:trPr>
        <w:tc>
          <w:tcPr>
            <w:tcW w:w="271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856D502" w14:textId="77777777" w:rsidR="00626F96" w:rsidRPr="0083086E" w:rsidRDefault="00FE478F">
            <w:pPr>
              <w:spacing w:after="40"/>
              <w:rPr>
                <w:lang w:val="fr-FR"/>
              </w:rPr>
            </w:pPr>
            <w:r w:rsidRPr="77370776">
              <w:rPr>
                <w:sz w:val="20"/>
                <w:szCs w:val="20"/>
                <w:lang w:val="fr-FR"/>
              </w:rPr>
              <w:t>Mise en forme</w:t>
            </w:r>
          </w:p>
        </w:tc>
        <w:tc>
          <w:tcPr>
            <w:tcW w:w="724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63674C3" w14:textId="77777777" w:rsidR="00626F96" w:rsidRPr="0083086E" w:rsidRDefault="00FE478F">
            <w:pPr>
              <w:spacing w:after="40"/>
              <w:rPr>
                <w:lang w:val="fr-FR"/>
              </w:rPr>
            </w:pPr>
            <w:r w:rsidRPr="77370776">
              <w:rPr>
                <w:sz w:val="20"/>
                <w:szCs w:val="20"/>
                <w:lang w:val="fr-FR"/>
              </w:rPr>
              <w:t>Utilisez une police d'au moins 11 points, des marges minimales de 2 cm et au moins un seul interligne.</w:t>
            </w:r>
          </w:p>
        </w:tc>
      </w:tr>
      <w:tr w:rsidR="00626F96" w:rsidRPr="00BC134C" w14:paraId="7656E932" w14:textId="77777777" w:rsidTr="007E2234">
        <w:trPr>
          <w:cantSplit/>
          <w:jc w:val="center"/>
        </w:trPr>
        <w:tc>
          <w:tcPr>
            <w:tcW w:w="271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3E0382A" w14:textId="1931790F" w:rsidR="00626F96" w:rsidRPr="0083086E" w:rsidRDefault="101BAE9B" w:rsidP="77370776">
            <w:pPr>
              <w:spacing w:after="40"/>
              <w:rPr>
                <w:sz w:val="20"/>
                <w:szCs w:val="20"/>
                <w:lang w:val="fr-FR"/>
              </w:rPr>
            </w:pPr>
            <w:r w:rsidRPr="77370776">
              <w:rPr>
                <w:sz w:val="20"/>
                <w:szCs w:val="20"/>
                <w:lang w:val="fr-FR"/>
              </w:rPr>
              <w:t>Normes de qualité des preuves</w:t>
            </w:r>
          </w:p>
        </w:tc>
        <w:tc>
          <w:tcPr>
            <w:tcW w:w="724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BD786B0" w14:textId="3E88A35D" w:rsidR="00626F96" w:rsidRPr="0083086E" w:rsidRDefault="00FE478F">
            <w:pPr>
              <w:spacing w:after="40"/>
              <w:rPr>
                <w:lang w:val="fr-FR"/>
              </w:rPr>
            </w:pPr>
            <w:r w:rsidRPr="77370776">
              <w:rPr>
                <w:sz w:val="20"/>
                <w:szCs w:val="20"/>
                <w:lang w:val="fr-FR"/>
              </w:rPr>
              <w:t xml:space="preserve">Utiliser des éléments factuels concis : partenaires nommés, demande </w:t>
            </w:r>
            <w:r w:rsidR="41C43D7A" w:rsidRPr="77370776">
              <w:rPr>
                <w:sz w:val="20"/>
                <w:szCs w:val="20"/>
                <w:lang w:val="fr-FR"/>
              </w:rPr>
              <w:t>du marché du travail</w:t>
            </w:r>
            <w:r w:rsidRPr="77370776">
              <w:rPr>
                <w:sz w:val="20"/>
                <w:szCs w:val="20"/>
                <w:lang w:val="fr-FR"/>
              </w:rPr>
              <w:t>, données, résultats, cibles, hypothèses et risques clairs.</w:t>
            </w:r>
          </w:p>
        </w:tc>
      </w:tr>
      <w:tr w:rsidR="00626F96" w:rsidRPr="00BC134C" w14:paraId="26A50E49" w14:textId="77777777" w:rsidTr="007E2234">
        <w:trPr>
          <w:cantSplit/>
          <w:jc w:val="center"/>
        </w:trPr>
        <w:tc>
          <w:tcPr>
            <w:tcW w:w="271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F3D2C81" w14:textId="77777777" w:rsidR="00626F96" w:rsidRPr="0083086E" w:rsidRDefault="00FE478F">
            <w:pPr>
              <w:spacing w:after="40"/>
              <w:rPr>
                <w:lang w:val="fr-FR"/>
              </w:rPr>
            </w:pPr>
            <w:r w:rsidRPr="77370776">
              <w:rPr>
                <w:sz w:val="20"/>
                <w:szCs w:val="20"/>
                <w:lang w:val="fr-FR"/>
              </w:rPr>
              <w:t>Limites de pages</w:t>
            </w:r>
          </w:p>
        </w:tc>
        <w:tc>
          <w:tcPr>
            <w:tcW w:w="724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8E14F1E" w14:textId="10FAA42D" w:rsidR="00626F96" w:rsidRPr="0083086E" w:rsidRDefault="00FE478F">
            <w:pPr>
              <w:spacing w:after="40"/>
              <w:rPr>
                <w:lang w:val="fr-FR"/>
              </w:rPr>
            </w:pPr>
            <w:r w:rsidRPr="77370776">
              <w:rPr>
                <w:sz w:val="20"/>
                <w:szCs w:val="20"/>
                <w:lang w:val="fr-FR"/>
              </w:rPr>
              <w:t xml:space="preserve">Partie I : 2 pages. Partie II : 12,5 pages </w:t>
            </w:r>
            <w:r w:rsidR="69622338" w:rsidRPr="77370776">
              <w:rPr>
                <w:sz w:val="20"/>
                <w:szCs w:val="20"/>
                <w:lang w:val="fr-FR"/>
              </w:rPr>
              <w:t>narra</w:t>
            </w:r>
            <w:r w:rsidRPr="77370776">
              <w:rPr>
                <w:sz w:val="20"/>
                <w:szCs w:val="20"/>
                <w:lang w:val="fr-FR"/>
              </w:rPr>
              <w:t xml:space="preserve">tives plus l'annexe. Partie III : 12,5 pages narratives plus l'annexe. Déclaration de validation du Panel </w:t>
            </w:r>
            <w:r w:rsidR="69622338" w:rsidRPr="77370776">
              <w:rPr>
                <w:sz w:val="20"/>
                <w:szCs w:val="20"/>
                <w:lang w:val="fr-FR"/>
              </w:rPr>
              <w:t>de mobilisation du secteur</w:t>
            </w:r>
            <w:r w:rsidRPr="77370776">
              <w:rPr>
                <w:sz w:val="20"/>
                <w:szCs w:val="20"/>
                <w:lang w:val="fr-FR"/>
              </w:rPr>
              <w:t xml:space="preserve"> : 1 page.</w:t>
            </w:r>
          </w:p>
        </w:tc>
      </w:tr>
    </w:tbl>
    <w:p w14:paraId="2521DEF0" w14:textId="021BBF47" w:rsidR="00626F96" w:rsidRPr="0083086E" w:rsidRDefault="00FE478F">
      <w:pPr>
        <w:pStyle w:val="Heading2"/>
        <w:spacing w:before="120" w:after="100"/>
        <w:rPr>
          <w:lang w:val="fr-FR"/>
        </w:rPr>
      </w:pPr>
      <w:r w:rsidRPr="77370776">
        <w:rPr>
          <w:rFonts w:ascii="Arial" w:hAnsi="Arial"/>
          <w:color w:val="1F4E79"/>
          <w:lang w:val="fr-FR"/>
        </w:rPr>
        <w:t xml:space="preserve">Liste </w:t>
      </w:r>
      <w:proofErr w:type="spellStart"/>
      <w:r w:rsidRPr="77370776">
        <w:rPr>
          <w:rFonts w:ascii="Arial" w:hAnsi="Arial"/>
          <w:color w:val="1F4E79"/>
          <w:lang w:val="fr-FR"/>
        </w:rPr>
        <w:t>decontrôle</w:t>
      </w:r>
      <w:proofErr w:type="spellEnd"/>
      <w:r w:rsidRPr="77370776">
        <w:rPr>
          <w:rFonts w:ascii="Arial" w:hAnsi="Arial"/>
          <w:color w:val="1F4E79"/>
          <w:lang w:val="fr-FR"/>
        </w:rPr>
        <w:t xml:space="preserve"> </w:t>
      </w:r>
      <w:r w:rsidR="00E4605F" w:rsidRPr="77370776">
        <w:rPr>
          <w:rFonts w:ascii="Arial" w:hAnsi="Arial"/>
          <w:color w:val="1F4E79"/>
          <w:lang w:val="fr-FR"/>
        </w:rPr>
        <w:t>pour la soumission</w:t>
      </w:r>
    </w:p>
    <w:tbl>
      <w:tblPr>
        <w:tblStyle w:val="TableGrid"/>
        <w:tblW w:w="5000" w:type="pct"/>
        <w:jc w:val="center"/>
        <w:tblLook w:val="04A0" w:firstRow="1" w:lastRow="0" w:firstColumn="1" w:lastColumn="0" w:noHBand="0" w:noVBand="1"/>
      </w:tblPr>
      <w:tblGrid>
        <w:gridCol w:w="1072"/>
        <w:gridCol w:w="8884"/>
      </w:tblGrid>
      <w:tr w:rsidR="00626F96" w:rsidRPr="00391361" w14:paraId="0448898C" w14:textId="77777777" w:rsidTr="77370776">
        <w:trPr>
          <w:cantSplit/>
          <w:tblHeader/>
          <w:jc w:val="center"/>
        </w:trPr>
        <w:tc>
          <w:tcPr>
            <w:tcW w:w="10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F725D8E" w14:textId="77777777" w:rsidR="00626F96" w:rsidRPr="0083086E" w:rsidRDefault="00FE478F">
            <w:pPr>
              <w:spacing w:after="40"/>
              <w:rPr>
                <w:lang w:val="fr-FR"/>
              </w:rPr>
            </w:pPr>
            <w:r w:rsidRPr="77370776">
              <w:rPr>
                <w:b/>
                <w:bCs/>
                <w:color w:val="FFFFFF" w:themeColor="background1"/>
                <w:sz w:val="21"/>
                <w:szCs w:val="21"/>
                <w:lang w:val="fr-FR"/>
              </w:rPr>
              <w:t>À vérifier</w:t>
            </w:r>
          </w:p>
        </w:tc>
        <w:tc>
          <w:tcPr>
            <w:tcW w:w="83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017BC531" w14:textId="77777777" w:rsidR="00626F96" w:rsidRPr="0083086E" w:rsidRDefault="00FE478F">
            <w:pPr>
              <w:spacing w:after="40"/>
              <w:rPr>
                <w:lang w:val="fr-FR"/>
              </w:rPr>
            </w:pPr>
            <w:r w:rsidRPr="77370776">
              <w:rPr>
                <w:b/>
                <w:bCs/>
                <w:color w:val="FFFFFF" w:themeColor="background1"/>
                <w:sz w:val="21"/>
                <w:szCs w:val="21"/>
                <w:lang w:val="fr-FR"/>
              </w:rPr>
              <w:t>Composante requise</w:t>
            </w:r>
          </w:p>
        </w:tc>
      </w:tr>
      <w:tr w:rsidR="00626F96" w:rsidRPr="00BC134C" w14:paraId="11677C8E" w14:textId="77777777" w:rsidTr="77370776">
        <w:trPr>
          <w:cantSplit/>
          <w:jc w:val="center"/>
        </w:trPr>
        <w:tc>
          <w:tcPr>
            <w:tcW w:w="10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DD181CC" w14:textId="77777777" w:rsidR="00626F96" w:rsidRPr="0083086E" w:rsidRDefault="00FE478F">
            <w:pPr>
              <w:spacing w:after="40"/>
              <w:rPr>
                <w:lang w:val="fr-FR"/>
              </w:rPr>
            </w:pPr>
            <w:r w:rsidRPr="77370776">
              <w:rPr>
                <w:sz w:val="21"/>
                <w:szCs w:val="21"/>
                <w:lang w:val="fr-FR"/>
              </w:rPr>
              <w:t>[ ]</w:t>
            </w:r>
          </w:p>
        </w:tc>
        <w:tc>
          <w:tcPr>
            <w:tcW w:w="83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96D4E74" w14:textId="00581F11" w:rsidR="00626F96" w:rsidRPr="0083086E" w:rsidRDefault="00FE478F">
            <w:pPr>
              <w:spacing w:after="40"/>
              <w:rPr>
                <w:lang w:val="fr-FR"/>
              </w:rPr>
            </w:pPr>
            <w:r w:rsidRPr="77370776">
              <w:rPr>
                <w:sz w:val="21"/>
                <w:szCs w:val="21"/>
                <w:lang w:val="fr-FR"/>
              </w:rPr>
              <w:t xml:space="preserve">Partie I - Résumé analytique conjoint </w:t>
            </w:r>
            <w:r w:rsidR="50351E82" w:rsidRPr="77370776">
              <w:rPr>
                <w:sz w:val="21"/>
                <w:szCs w:val="21"/>
                <w:lang w:val="fr-FR"/>
              </w:rPr>
              <w:t>renseigné</w:t>
            </w:r>
            <w:r w:rsidRPr="77370776">
              <w:rPr>
                <w:sz w:val="21"/>
                <w:szCs w:val="21"/>
                <w:lang w:val="fr-FR"/>
              </w:rPr>
              <w:t xml:space="preserve"> et approuvé</w:t>
            </w:r>
          </w:p>
        </w:tc>
      </w:tr>
      <w:tr w:rsidR="00626F96" w:rsidRPr="00BC134C" w14:paraId="7DDE9382" w14:textId="77777777" w:rsidTr="77370776">
        <w:trPr>
          <w:cantSplit/>
          <w:jc w:val="center"/>
        </w:trPr>
        <w:tc>
          <w:tcPr>
            <w:tcW w:w="10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A2200D8" w14:textId="77777777" w:rsidR="00626F96" w:rsidRPr="0083086E" w:rsidRDefault="00FE478F">
            <w:pPr>
              <w:spacing w:after="40"/>
              <w:rPr>
                <w:lang w:val="fr-FR"/>
              </w:rPr>
            </w:pPr>
            <w:r w:rsidRPr="77370776">
              <w:rPr>
                <w:sz w:val="21"/>
                <w:szCs w:val="21"/>
                <w:lang w:val="fr-FR"/>
              </w:rPr>
              <w:t>[ ]</w:t>
            </w:r>
          </w:p>
        </w:tc>
        <w:tc>
          <w:tcPr>
            <w:tcW w:w="83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5872D39" w14:textId="14DB663C" w:rsidR="00626F96" w:rsidRPr="0083086E" w:rsidRDefault="00FE478F" w:rsidP="77370776">
            <w:pPr>
              <w:spacing w:after="40"/>
              <w:rPr>
                <w:sz w:val="21"/>
                <w:szCs w:val="21"/>
                <w:lang w:val="fr-FR"/>
              </w:rPr>
            </w:pPr>
            <w:r w:rsidRPr="77370776">
              <w:rPr>
                <w:sz w:val="21"/>
                <w:szCs w:val="21"/>
                <w:lang w:val="fr-FR"/>
              </w:rPr>
              <w:t xml:space="preserve">Partie II - Manifestation d'intérêt pour les CEA/centres émergents </w:t>
            </w:r>
            <w:r w:rsidR="50351E82" w:rsidRPr="77370776">
              <w:rPr>
                <w:sz w:val="21"/>
                <w:szCs w:val="21"/>
                <w:lang w:val="fr-FR"/>
              </w:rPr>
              <w:t>renseigné</w:t>
            </w:r>
          </w:p>
        </w:tc>
      </w:tr>
      <w:tr w:rsidR="00626F96" w:rsidRPr="00BC134C" w14:paraId="5FC76D74" w14:textId="77777777" w:rsidTr="77370776">
        <w:trPr>
          <w:cantSplit/>
          <w:jc w:val="center"/>
        </w:trPr>
        <w:tc>
          <w:tcPr>
            <w:tcW w:w="10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ECDDE15" w14:textId="77777777" w:rsidR="00626F96" w:rsidRPr="0083086E" w:rsidRDefault="00FE478F">
            <w:pPr>
              <w:spacing w:after="40"/>
              <w:rPr>
                <w:lang w:val="fr-FR"/>
              </w:rPr>
            </w:pPr>
            <w:r w:rsidRPr="77370776">
              <w:rPr>
                <w:sz w:val="21"/>
                <w:szCs w:val="21"/>
                <w:lang w:val="fr-FR"/>
              </w:rPr>
              <w:t>[ ]</w:t>
            </w:r>
          </w:p>
        </w:tc>
        <w:tc>
          <w:tcPr>
            <w:tcW w:w="83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ACDAF36" w14:textId="7EDE2721" w:rsidR="00626F96" w:rsidRPr="0083086E" w:rsidRDefault="00FE478F" w:rsidP="77370776">
            <w:pPr>
              <w:spacing w:after="40"/>
              <w:rPr>
                <w:sz w:val="21"/>
                <w:szCs w:val="21"/>
                <w:lang w:val="fr-FR"/>
              </w:rPr>
            </w:pPr>
            <w:r w:rsidRPr="77370776">
              <w:rPr>
                <w:sz w:val="21"/>
                <w:szCs w:val="21"/>
                <w:lang w:val="fr-FR"/>
              </w:rPr>
              <w:t xml:space="preserve">Partie III - Manifestation d'intérêt de l'initiative RFTI </w:t>
            </w:r>
            <w:r w:rsidR="50351E82" w:rsidRPr="77370776">
              <w:rPr>
                <w:sz w:val="21"/>
                <w:szCs w:val="21"/>
                <w:lang w:val="fr-FR"/>
              </w:rPr>
              <w:t>renseigné</w:t>
            </w:r>
          </w:p>
        </w:tc>
      </w:tr>
      <w:tr w:rsidR="00626F96" w:rsidRPr="00BC134C" w14:paraId="48790BA3" w14:textId="77777777" w:rsidTr="77370776">
        <w:trPr>
          <w:cantSplit/>
          <w:jc w:val="center"/>
        </w:trPr>
        <w:tc>
          <w:tcPr>
            <w:tcW w:w="10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0BED5E2" w14:textId="77777777" w:rsidR="00626F96" w:rsidRPr="0083086E" w:rsidRDefault="00FE478F">
            <w:pPr>
              <w:spacing w:after="40"/>
              <w:rPr>
                <w:lang w:val="fr-FR"/>
              </w:rPr>
            </w:pPr>
            <w:r w:rsidRPr="77370776">
              <w:rPr>
                <w:sz w:val="21"/>
                <w:szCs w:val="21"/>
                <w:lang w:val="fr-FR"/>
              </w:rPr>
              <w:t>[ ]</w:t>
            </w:r>
          </w:p>
        </w:tc>
        <w:tc>
          <w:tcPr>
            <w:tcW w:w="83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41FF14E" w14:textId="3408BAD8" w:rsidR="00626F96" w:rsidRPr="0083086E" w:rsidRDefault="00FE478F">
            <w:pPr>
              <w:spacing w:after="40"/>
              <w:rPr>
                <w:lang w:val="fr-FR"/>
              </w:rPr>
            </w:pPr>
            <w:r w:rsidRPr="77370776">
              <w:rPr>
                <w:sz w:val="21"/>
                <w:szCs w:val="21"/>
                <w:lang w:val="fr-FR"/>
              </w:rPr>
              <w:t>Annexes du CEA/Centre émergent inclus, le cas échéant</w:t>
            </w:r>
          </w:p>
        </w:tc>
      </w:tr>
      <w:tr w:rsidR="00626F96" w:rsidRPr="00BC134C" w14:paraId="340BA689" w14:textId="77777777" w:rsidTr="77370776">
        <w:trPr>
          <w:cantSplit/>
          <w:jc w:val="center"/>
        </w:trPr>
        <w:tc>
          <w:tcPr>
            <w:tcW w:w="10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6C04A6F" w14:textId="77777777" w:rsidR="00626F96" w:rsidRPr="0083086E" w:rsidRDefault="00FE478F">
            <w:pPr>
              <w:spacing w:after="40"/>
              <w:rPr>
                <w:lang w:val="fr-FR"/>
              </w:rPr>
            </w:pPr>
            <w:r w:rsidRPr="77370776">
              <w:rPr>
                <w:sz w:val="21"/>
                <w:szCs w:val="21"/>
                <w:lang w:val="fr-FR"/>
              </w:rPr>
              <w:t>[ ]</w:t>
            </w:r>
          </w:p>
        </w:tc>
        <w:tc>
          <w:tcPr>
            <w:tcW w:w="83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9F48127" w14:textId="4278BBA2" w:rsidR="00626F96" w:rsidRPr="0083086E" w:rsidRDefault="00FE478F">
            <w:pPr>
              <w:spacing w:after="40"/>
              <w:rPr>
                <w:lang w:val="fr-FR"/>
              </w:rPr>
            </w:pPr>
            <w:r w:rsidRPr="77370776">
              <w:rPr>
                <w:sz w:val="21"/>
                <w:szCs w:val="21"/>
                <w:lang w:val="fr-FR"/>
              </w:rPr>
              <w:t>Annexes de la RFTI inclus, le cas échéant</w:t>
            </w:r>
          </w:p>
        </w:tc>
      </w:tr>
      <w:tr w:rsidR="00626F96" w:rsidRPr="00BC134C" w14:paraId="52A76033" w14:textId="77777777" w:rsidTr="77370776">
        <w:trPr>
          <w:cantSplit/>
          <w:jc w:val="center"/>
        </w:trPr>
        <w:tc>
          <w:tcPr>
            <w:tcW w:w="10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E00A8DE" w14:textId="77777777" w:rsidR="00626F96" w:rsidRPr="0083086E" w:rsidRDefault="00FE478F">
            <w:pPr>
              <w:spacing w:after="40"/>
              <w:rPr>
                <w:lang w:val="fr-FR"/>
              </w:rPr>
            </w:pPr>
            <w:r w:rsidRPr="77370776">
              <w:rPr>
                <w:sz w:val="21"/>
                <w:szCs w:val="21"/>
                <w:lang w:val="fr-FR"/>
              </w:rPr>
              <w:t>[ ]</w:t>
            </w:r>
          </w:p>
        </w:tc>
        <w:tc>
          <w:tcPr>
            <w:tcW w:w="83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A5B10FC" w14:textId="20B85A18" w:rsidR="00626F96" w:rsidRPr="0083086E" w:rsidRDefault="00FE478F" w:rsidP="77370776">
            <w:pPr>
              <w:spacing w:after="40"/>
              <w:rPr>
                <w:sz w:val="21"/>
                <w:szCs w:val="21"/>
                <w:lang w:val="fr-FR"/>
              </w:rPr>
            </w:pPr>
            <w:r w:rsidRPr="77370776">
              <w:rPr>
                <w:sz w:val="21"/>
                <w:szCs w:val="21"/>
                <w:lang w:val="fr-FR"/>
              </w:rPr>
              <w:t xml:space="preserve">Déclaration de validation du Panel </w:t>
            </w:r>
            <w:r w:rsidR="50351E82" w:rsidRPr="77370776">
              <w:rPr>
                <w:sz w:val="21"/>
                <w:szCs w:val="21"/>
                <w:lang w:val="fr-FR"/>
              </w:rPr>
              <w:t>de mobilisation du secteur</w:t>
            </w:r>
          </w:p>
        </w:tc>
      </w:tr>
      <w:tr w:rsidR="00626F96" w:rsidRPr="00BC134C" w14:paraId="490992EC" w14:textId="77777777" w:rsidTr="77370776">
        <w:trPr>
          <w:cantSplit/>
          <w:jc w:val="center"/>
        </w:trPr>
        <w:tc>
          <w:tcPr>
            <w:tcW w:w="10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A225765" w14:textId="77777777" w:rsidR="00626F96" w:rsidRPr="0083086E" w:rsidRDefault="00FE478F">
            <w:pPr>
              <w:spacing w:after="40"/>
              <w:rPr>
                <w:lang w:val="fr-FR"/>
              </w:rPr>
            </w:pPr>
            <w:r w:rsidRPr="77370776">
              <w:rPr>
                <w:sz w:val="21"/>
                <w:szCs w:val="21"/>
                <w:lang w:val="fr-FR"/>
              </w:rPr>
              <w:t>[ ]</w:t>
            </w:r>
          </w:p>
        </w:tc>
        <w:tc>
          <w:tcPr>
            <w:tcW w:w="83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27FB9DA" w14:textId="77777777" w:rsidR="00626F96" w:rsidRPr="0083086E" w:rsidRDefault="00FE478F">
            <w:pPr>
              <w:spacing w:after="40"/>
              <w:rPr>
                <w:lang w:val="fr-FR"/>
              </w:rPr>
            </w:pPr>
            <w:r w:rsidRPr="77370776">
              <w:rPr>
                <w:sz w:val="21"/>
                <w:szCs w:val="21"/>
                <w:lang w:val="fr-FR"/>
              </w:rPr>
              <w:t>Document terminé converti en un fichier PDF</w:t>
            </w:r>
          </w:p>
        </w:tc>
      </w:tr>
    </w:tbl>
    <w:p w14:paraId="0F564074" w14:textId="77777777" w:rsidR="00626F96" w:rsidRPr="0083086E" w:rsidRDefault="00FE478F">
      <w:pPr>
        <w:pStyle w:val="Heading1"/>
        <w:pageBreakBefore/>
        <w:spacing w:before="120" w:after="160"/>
        <w:rPr>
          <w:lang w:val="fr-FR"/>
        </w:rPr>
      </w:pPr>
      <w:r w:rsidRPr="77370776">
        <w:rPr>
          <w:rFonts w:ascii="Arial" w:hAnsi="Arial"/>
          <w:color w:val="0F2F55"/>
          <w:sz w:val="32"/>
          <w:szCs w:val="32"/>
          <w:lang w:val="fr-FR"/>
        </w:rPr>
        <w:lastRenderedPageBreak/>
        <w:t>Partie I - Résumé analytique conjoint</w:t>
      </w:r>
    </w:p>
    <w:tbl>
      <w:tblPr>
        <w:tblW w:w="5000" w:type="pct"/>
        <w:tblLook w:val="04A0" w:firstRow="1" w:lastRow="0" w:firstColumn="1" w:lastColumn="0" w:noHBand="0" w:noVBand="1"/>
      </w:tblPr>
      <w:tblGrid>
        <w:gridCol w:w="9956"/>
      </w:tblGrid>
      <w:tr w:rsidR="00626F96" w:rsidRPr="00BC134C" w14:paraId="44C7A894" w14:textId="77777777" w:rsidTr="77370776">
        <w:tc>
          <w:tcPr>
            <w:tcW w:w="9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EAF7"/>
            <w:tcMar>
              <w:top w:w="100" w:type="dxa"/>
              <w:left w:w="120" w:type="dxa"/>
              <w:bottom w:w="100" w:type="dxa"/>
              <w:right w:w="120" w:type="dxa"/>
            </w:tcMar>
          </w:tcPr>
          <w:p w14:paraId="7AF35803" w14:textId="77777777" w:rsidR="00626F96" w:rsidRPr="0083086E" w:rsidRDefault="00FE478F">
            <w:pPr>
              <w:rPr>
                <w:lang w:val="fr-FR"/>
              </w:rPr>
            </w:pPr>
            <w:r w:rsidRPr="77370776">
              <w:rPr>
                <w:b/>
                <w:bCs/>
                <w:color w:val="0F2F55"/>
                <w:sz w:val="21"/>
                <w:szCs w:val="21"/>
                <w:lang w:val="fr-FR"/>
              </w:rPr>
              <w:t>Objectif et limite</w:t>
            </w:r>
          </w:p>
          <w:p w14:paraId="64845BEE" w14:textId="6A77716D" w:rsidR="00626F96" w:rsidRPr="0083086E" w:rsidRDefault="00FE478F">
            <w:pPr>
              <w:spacing w:after="0" w:line="240" w:lineRule="auto"/>
              <w:rPr>
                <w:lang w:val="fr-FR"/>
              </w:rPr>
            </w:pPr>
            <w:r w:rsidRPr="77370776">
              <w:rPr>
                <w:sz w:val="20"/>
                <w:szCs w:val="20"/>
                <w:lang w:val="fr-FR"/>
              </w:rPr>
              <w:t>Cette section d'ouverture a été rédigée conjointement par le CEA/Centre émergent et l</w:t>
            </w:r>
            <w:r w:rsidR="4DE6E478" w:rsidRPr="77370776">
              <w:rPr>
                <w:sz w:val="20"/>
                <w:szCs w:val="20"/>
                <w:lang w:val="fr-FR"/>
              </w:rPr>
              <w:t>’Institut Technique</w:t>
            </w:r>
            <w:r w:rsidRPr="77370776">
              <w:rPr>
                <w:sz w:val="20"/>
                <w:szCs w:val="20"/>
                <w:lang w:val="fr-FR"/>
              </w:rPr>
              <w:t xml:space="preserve">. Ce n'est pas un abstrait. Il doit présenter un plaidoyer </w:t>
            </w:r>
            <w:r w:rsidR="658BA966" w:rsidRPr="77370776">
              <w:rPr>
                <w:sz w:val="20"/>
                <w:szCs w:val="20"/>
                <w:lang w:val="fr-FR"/>
              </w:rPr>
              <w:t xml:space="preserve">consolidé </w:t>
            </w:r>
            <w:r w:rsidRPr="77370776">
              <w:rPr>
                <w:sz w:val="20"/>
                <w:szCs w:val="20"/>
                <w:lang w:val="fr-FR"/>
              </w:rPr>
              <w:t xml:space="preserve">pour le partenariat dans son ensemble et ne doit pas dépasser deux pages, </w:t>
            </w:r>
            <w:r w:rsidR="658BA966" w:rsidRPr="77370776">
              <w:rPr>
                <w:sz w:val="20"/>
                <w:szCs w:val="20"/>
                <w:lang w:val="fr-FR"/>
              </w:rPr>
              <w:t>excluant l</w:t>
            </w:r>
            <w:r w:rsidRPr="77370776">
              <w:rPr>
                <w:sz w:val="20"/>
                <w:szCs w:val="20"/>
                <w:lang w:val="fr-FR"/>
              </w:rPr>
              <w:t>es signatures.</w:t>
            </w:r>
          </w:p>
        </w:tc>
      </w:tr>
    </w:tbl>
    <w:p w14:paraId="3A9B1DEB" w14:textId="77777777" w:rsidR="00626F96" w:rsidRPr="0083086E" w:rsidRDefault="00626F96">
      <w:pPr>
        <w:spacing w:after="40"/>
        <w:rPr>
          <w:lang w:val="fr-FR"/>
        </w:rPr>
      </w:pPr>
    </w:p>
    <w:p w14:paraId="6BD78647" w14:textId="77777777" w:rsidR="00626F96" w:rsidRPr="0083086E" w:rsidRDefault="00FE478F">
      <w:pPr>
        <w:pStyle w:val="Heading3"/>
        <w:spacing w:before="80" w:after="60"/>
        <w:rPr>
          <w:lang w:val="fr-FR"/>
        </w:rPr>
      </w:pPr>
      <w:r w:rsidRPr="77370776">
        <w:rPr>
          <w:rFonts w:ascii="Arial" w:hAnsi="Arial"/>
          <w:color w:val="000000" w:themeColor="text1"/>
          <w:lang w:val="fr-FR"/>
        </w:rPr>
        <w:t>1. Secteur, chaîne de valeur et principal défi</w:t>
      </w:r>
    </w:p>
    <w:tbl>
      <w:tblPr>
        <w:tblW w:w="5000" w:type="pct"/>
        <w:tblLook w:val="04A0" w:firstRow="1" w:lastRow="0" w:firstColumn="1" w:lastColumn="0" w:noHBand="0" w:noVBand="1"/>
      </w:tblPr>
      <w:tblGrid>
        <w:gridCol w:w="9956"/>
      </w:tblGrid>
      <w:tr w:rsidR="00626F96" w:rsidRPr="00BC134C" w14:paraId="3616785B"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6473DB1" w14:textId="357377A9" w:rsidR="00626F96" w:rsidRPr="0083086E" w:rsidRDefault="6A9D7F10">
            <w:pPr>
              <w:spacing w:after="0" w:line="240" w:lineRule="auto"/>
              <w:rPr>
                <w:lang w:val="fr-FR"/>
              </w:rPr>
            </w:pPr>
            <w:r w:rsidRPr="77370776">
              <w:rPr>
                <w:b/>
                <w:bCs/>
                <w:sz w:val="20"/>
                <w:szCs w:val="20"/>
                <w:lang w:val="fr-FR"/>
              </w:rPr>
              <w:t>A</w:t>
            </w:r>
            <w:r w:rsidR="00FE478F" w:rsidRPr="77370776">
              <w:rPr>
                <w:b/>
                <w:bCs/>
                <w:sz w:val="20"/>
                <w:szCs w:val="20"/>
                <w:lang w:val="fr-FR"/>
              </w:rPr>
              <w:t xml:space="preserve"> fournir : </w:t>
            </w:r>
            <w:r w:rsidR="00FE478F" w:rsidRPr="77370776">
              <w:rPr>
                <w:sz w:val="20"/>
                <w:szCs w:val="20"/>
                <w:lang w:val="fr-FR"/>
              </w:rPr>
              <w:t>Expliquer pourquoi ce secteur et cette chaîne de valeur ont été sélectionnés ; indiquer le(s) principal(</w:t>
            </w:r>
            <w:r w:rsidRPr="77370776">
              <w:rPr>
                <w:sz w:val="20"/>
                <w:szCs w:val="20"/>
                <w:lang w:val="fr-FR"/>
              </w:rPr>
              <w:t>aux</w:t>
            </w:r>
            <w:r w:rsidR="00FE478F" w:rsidRPr="77370776">
              <w:rPr>
                <w:sz w:val="20"/>
                <w:szCs w:val="20"/>
                <w:lang w:val="fr-FR"/>
              </w:rPr>
              <w:t>) problème(s) auquel la proposition répond ; établir un lien avec les priorités nationales, les investissements sectoriels existants et les programmes financés par la Banque mondiale, le cas échéant ; résumer la demande d</w:t>
            </w:r>
            <w:r w:rsidR="01375C33" w:rsidRPr="77370776">
              <w:rPr>
                <w:sz w:val="20"/>
                <w:szCs w:val="20"/>
                <w:lang w:val="fr-FR"/>
              </w:rPr>
              <w:t xml:space="preserve">u marché du travail </w:t>
            </w:r>
            <w:r w:rsidR="00FE478F" w:rsidRPr="77370776">
              <w:rPr>
                <w:sz w:val="20"/>
                <w:szCs w:val="20"/>
                <w:lang w:val="fr-FR"/>
              </w:rPr>
              <w:t>et de l'industrie.</w:t>
            </w:r>
          </w:p>
        </w:tc>
      </w:tr>
      <w:tr w:rsidR="00626F96" w:rsidRPr="00BC134C" w14:paraId="790526A1"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71418B9" w14:textId="73730EAD" w:rsidR="00626F96" w:rsidRPr="0083086E" w:rsidRDefault="00FE478F">
            <w:pPr>
              <w:spacing w:after="0" w:line="240" w:lineRule="auto"/>
              <w:rPr>
                <w:lang w:val="fr-FR"/>
              </w:rPr>
            </w:pPr>
            <w:r w:rsidRPr="77370776">
              <w:rPr>
                <w:b/>
                <w:bCs/>
                <w:lang w:val="fr-FR"/>
              </w:rPr>
              <w:t xml:space="preserve">Réponse du </w:t>
            </w:r>
            <w:r w:rsidR="01375C33" w:rsidRPr="77370776">
              <w:rPr>
                <w:b/>
                <w:bCs/>
                <w:lang w:val="fr-FR"/>
              </w:rPr>
              <w:t xml:space="preserve">candidat </w:t>
            </w:r>
            <w:r w:rsidRPr="77370776">
              <w:rPr>
                <w:b/>
                <w:bCs/>
                <w:lang w:val="fr-FR"/>
              </w:rPr>
              <w:t xml:space="preserve">: </w:t>
            </w:r>
            <w:r w:rsidRPr="77370776">
              <w:rPr>
                <w:i/>
                <w:iCs/>
                <w:color w:val="787878"/>
                <w:lang w:val="fr-FR"/>
              </w:rPr>
              <w:t xml:space="preserve">[Tapez la </w:t>
            </w:r>
            <w:proofErr w:type="gramStart"/>
            <w:r w:rsidRPr="77370776">
              <w:rPr>
                <w:i/>
                <w:iCs/>
                <w:color w:val="787878"/>
                <w:lang w:val="fr-FR"/>
              </w:rPr>
              <w:t xml:space="preserve">réponse </w:t>
            </w:r>
            <w:r w:rsidR="01375C33" w:rsidRPr="77370776">
              <w:rPr>
                <w:i/>
                <w:iCs/>
                <w:color w:val="787878"/>
                <w:lang w:val="fr-FR"/>
              </w:rPr>
              <w:t xml:space="preserve"> ici</w:t>
            </w:r>
            <w:proofErr w:type="gramEnd"/>
            <w:r w:rsidR="01375C33" w:rsidRPr="77370776">
              <w:rPr>
                <w:i/>
                <w:iCs/>
                <w:color w:val="787878"/>
                <w:lang w:val="fr-FR"/>
              </w:rPr>
              <w:t>]</w:t>
            </w:r>
          </w:p>
        </w:tc>
      </w:tr>
    </w:tbl>
    <w:p w14:paraId="55A7DBE2" w14:textId="77777777" w:rsidR="00626F96" w:rsidRPr="0083086E" w:rsidRDefault="00626F96">
      <w:pPr>
        <w:spacing w:after="40"/>
        <w:rPr>
          <w:lang w:val="fr-FR"/>
        </w:rPr>
      </w:pPr>
    </w:p>
    <w:p w14:paraId="23AB4E6F" w14:textId="77777777" w:rsidR="00626F96" w:rsidRPr="0083086E" w:rsidRDefault="00FE478F">
      <w:pPr>
        <w:pStyle w:val="Heading3"/>
        <w:spacing w:before="80" w:after="60"/>
        <w:rPr>
          <w:lang w:val="fr-FR"/>
        </w:rPr>
      </w:pPr>
      <w:r w:rsidRPr="77370776">
        <w:rPr>
          <w:rFonts w:ascii="Arial" w:hAnsi="Arial"/>
          <w:color w:val="000000" w:themeColor="text1"/>
          <w:lang w:val="fr-FR"/>
        </w:rPr>
        <w:t>2. Contributions institutionnelles et réalisations attendues</w:t>
      </w:r>
    </w:p>
    <w:tbl>
      <w:tblPr>
        <w:tblW w:w="5000" w:type="pct"/>
        <w:tblLook w:val="04A0" w:firstRow="1" w:lastRow="0" w:firstColumn="1" w:lastColumn="0" w:noHBand="0" w:noVBand="1"/>
      </w:tblPr>
      <w:tblGrid>
        <w:gridCol w:w="9956"/>
      </w:tblGrid>
      <w:tr w:rsidR="00626F96" w:rsidRPr="00BC134C" w14:paraId="00FF8A2B"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7DECD049" w14:textId="40BA23FE" w:rsidR="00626F96" w:rsidRPr="0083086E" w:rsidRDefault="37227018">
            <w:pPr>
              <w:spacing w:after="0" w:line="240" w:lineRule="auto"/>
              <w:rPr>
                <w:lang w:val="fr-FR"/>
              </w:rPr>
            </w:pPr>
            <w:r w:rsidRPr="77370776">
              <w:rPr>
                <w:b/>
                <w:bCs/>
                <w:sz w:val="20"/>
                <w:szCs w:val="20"/>
                <w:lang w:val="fr-FR"/>
              </w:rPr>
              <w:t>A</w:t>
            </w:r>
            <w:r w:rsidR="00FE478F" w:rsidRPr="77370776">
              <w:rPr>
                <w:b/>
                <w:bCs/>
                <w:sz w:val="20"/>
                <w:szCs w:val="20"/>
                <w:lang w:val="fr-FR"/>
              </w:rPr>
              <w:t xml:space="preserve"> fournir : </w:t>
            </w:r>
            <w:r w:rsidR="00FE478F" w:rsidRPr="77370776">
              <w:rPr>
                <w:sz w:val="20"/>
                <w:szCs w:val="20"/>
                <w:lang w:val="fr-FR"/>
              </w:rPr>
              <w:t xml:space="preserve">Décrire de façon concise ce que chaque institution apporte au Partenariat et ce que celui-ci vise à accomplir. Mettre l'accent sur les preuves d'excellence les plus solides et la contribution la plus importante que chaque institution apportera dans le cadre du programme </w:t>
            </w:r>
            <w:r w:rsidRPr="77370776">
              <w:rPr>
                <w:sz w:val="20"/>
                <w:szCs w:val="20"/>
                <w:lang w:val="fr-FR"/>
              </w:rPr>
              <w:t xml:space="preserve">ACE </w:t>
            </w:r>
            <w:proofErr w:type="spellStart"/>
            <w:r w:rsidR="00FE478F" w:rsidRPr="77370776">
              <w:rPr>
                <w:sz w:val="20"/>
                <w:szCs w:val="20"/>
                <w:lang w:val="fr-FR"/>
              </w:rPr>
              <w:t>Innovate</w:t>
            </w:r>
            <w:proofErr w:type="spellEnd"/>
            <w:r w:rsidR="00FE478F" w:rsidRPr="77370776">
              <w:rPr>
                <w:sz w:val="20"/>
                <w:szCs w:val="20"/>
                <w:lang w:val="fr-FR"/>
              </w:rPr>
              <w:t>.</w:t>
            </w:r>
          </w:p>
        </w:tc>
      </w:tr>
      <w:tr w:rsidR="00626F96" w:rsidRPr="00BC134C" w14:paraId="2E2B3139"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6643AA8" w14:textId="0944BE17" w:rsidR="00626F96" w:rsidRPr="0083086E" w:rsidRDefault="00FE478F">
            <w:pPr>
              <w:spacing w:after="0" w:line="240" w:lineRule="auto"/>
              <w:rPr>
                <w:lang w:val="fr-FR"/>
              </w:rPr>
            </w:pPr>
            <w:r w:rsidRPr="77370776">
              <w:rPr>
                <w:b/>
                <w:bCs/>
                <w:lang w:val="fr-FR"/>
              </w:rPr>
              <w:t xml:space="preserve">Réponse du </w:t>
            </w:r>
            <w:r w:rsidR="01375C33" w:rsidRPr="77370776">
              <w:rPr>
                <w:b/>
                <w:bCs/>
                <w:lang w:val="fr-FR"/>
              </w:rPr>
              <w:t xml:space="preserve">candidat </w:t>
            </w:r>
            <w:r w:rsidRPr="77370776">
              <w:rPr>
                <w:b/>
                <w:bCs/>
                <w:lang w:val="fr-FR"/>
              </w:rPr>
              <w:t xml:space="preserve">: </w:t>
            </w:r>
            <w:r w:rsidRPr="77370776">
              <w:rPr>
                <w:i/>
                <w:iCs/>
                <w:color w:val="787878"/>
                <w:lang w:val="fr-FR"/>
              </w:rPr>
              <w:t>[Tapez la réponse ici.]</w:t>
            </w:r>
          </w:p>
        </w:tc>
      </w:tr>
    </w:tbl>
    <w:p w14:paraId="4A0C361E" w14:textId="77777777" w:rsidR="00626F96" w:rsidRPr="0083086E" w:rsidRDefault="00626F96">
      <w:pPr>
        <w:spacing w:after="40"/>
        <w:rPr>
          <w:lang w:val="fr-FR"/>
        </w:rPr>
      </w:pPr>
    </w:p>
    <w:p w14:paraId="5184F1A4" w14:textId="77777777" w:rsidR="00626F96" w:rsidRPr="0083086E" w:rsidRDefault="00FE478F">
      <w:pPr>
        <w:pStyle w:val="Heading3"/>
        <w:spacing w:before="80" w:after="60"/>
        <w:rPr>
          <w:lang w:val="fr-FR"/>
        </w:rPr>
      </w:pPr>
      <w:r w:rsidRPr="77370776">
        <w:rPr>
          <w:rFonts w:ascii="Arial" w:hAnsi="Arial"/>
          <w:color w:val="000000" w:themeColor="text1"/>
          <w:lang w:val="fr-FR"/>
        </w:rPr>
        <w:t>3. Valeur ajoutée du Partenariat</w:t>
      </w:r>
    </w:p>
    <w:tbl>
      <w:tblPr>
        <w:tblW w:w="5000" w:type="pct"/>
        <w:tblLook w:val="04A0" w:firstRow="1" w:lastRow="0" w:firstColumn="1" w:lastColumn="0" w:noHBand="0" w:noVBand="1"/>
      </w:tblPr>
      <w:tblGrid>
        <w:gridCol w:w="9956"/>
      </w:tblGrid>
      <w:tr w:rsidR="00626F96" w:rsidRPr="00BC134C" w14:paraId="7EB2AFB3"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74370B20" w14:textId="673E2CEA" w:rsidR="00626F96" w:rsidRPr="0083086E" w:rsidRDefault="37227018">
            <w:pPr>
              <w:spacing w:after="0" w:line="240" w:lineRule="auto"/>
              <w:rPr>
                <w:lang w:val="fr-FR"/>
              </w:rPr>
            </w:pPr>
            <w:r w:rsidRPr="77370776">
              <w:rPr>
                <w:b/>
                <w:bCs/>
                <w:sz w:val="20"/>
                <w:szCs w:val="20"/>
                <w:lang w:val="fr-FR"/>
              </w:rPr>
              <w:t>A</w:t>
            </w:r>
            <w:r w:rsidR="00FE478F" w:rsidRPr="77370776">
              <w:rPr>
                <w:b/>
                <w:bCs/>
                <w:sz w:val="20"/>
                <w:szCs w:val="20"/>
                <w:lang w:val="fr-FR"/>
              </w:rPr>
              <w:t xml:space="preserve"> fournir : </w:t>
            </w:r>
            <w:r w:rsidR="00FE478F" w:rsidRPr="77370776">
              <w:rPr>
                <w:sz w:val="20"/>
                <w:szCs w:val="20"/>
                <w:lang w:val="fr-FR"/>
              </w:rPr>
              <w:t>Expliquez pourquoi ces deux institutions, travaillant ensemble, donneront plus que ce que l'une ou l'autre pourrait réaliser seule. Aborder la complémentarité au niveau de l'échelle des compétences, du parcours de la recherche à l'application, de la portée sectorielle et de la mobilisation des employeurs.</w:t>
            </w:r>
          </w:p>
        </w:tc>
      </w:tr>
      <w:tr w:rsidR="00626F96" w:rsidRPr="00BC134C" w14:paraId="589174DA"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80B6795" w14:textId="453585C8" w:rsidR="00626F96" w:rsidRPr="0083086E" w:rsidRDefault="00FE478F">
            <w:pPr>
              <w:spacing w:after="0" w:line="240" w:lineRule="auto"/>
              <w:rPr>
                <w:lang w:val="fr-FR"/>
              </w:rPr>
            </w:pPr>
            <w:r w:rsidRPr="77370776">
              <w:rPr>
                <w:b/>
                <w:bCs/>
                <w:lang w:val="fr-FR"/>
              </w:rPr>
              <w:t xml:space="preserve">Réponse du </w:t>
            </w:r>
            <w:r w:rsidR="01375C33" w:rsidRPr="77370776">
              <w:rPr>
                <w:b/>
                <w:bCs/>
                <w:lang w:val="fr-FR"/>
              </w:rPr>
              <w:t xml:space="preserve">candidat </w:t>
            </w:r>
            <w:r w:rsidRPr="77370776">
              <w:rPr>
                <w:b/>
                <w:bCs/>
                <w:lang w:val="fr-FR"/>
              </w:rPr>
              <w:t xml:space="preserve">: </w:t>
            </w:r>
            <w:r w:rsidRPr="77370776">
              <w:rPr>
                <w:i/>
                <w:iCs/>
                <w:color w:val="787878"/>
                <w:lang w:val="fr-FR"/>
              </w:rPr>
              <w:t>[Tapez la réponse ici.]</w:t>
            </w:r>
          </w:p>
        </w:tc>
      </w:tr>
    </w:tbl>
    <w:p w14:paraId="5F3CB219" w14:textId="77777777" w:rsidR="00626F96" w:rsidRPr="0083086E" w:rsidRDefault="00626F96">
      <w:pPr>
        <w:spacing w:after="40"/>
        <w:rPr>
          <w:lang w:val="fr-FR"/>
        </w:rPr>
      </w:pPr>
    </w:p>
    <w:p w14:paraId="3689604B" w14:textId="22E11BE7" w:rsidR="00626F96" w:rsidRPr="0083086E" w:rsidRDefault="00FE478F">
      <w:pPr>
        <w:pStyle w:val="Heading2"/>
        <w:spacing w:before="120" w:after="100"/>
        <w:rPr>
          <w:lang w:val="fr-FR"/>
        </w:rPr>
      </w:pPr>
      <w:r w:rsidRPr="77370776">
        <w:rPr>
          <w:rFonts w:ascii="Arial" w:hAnsi="Arial"/>
          <w:color w:val="1F4E79"/>
          <w:lang w:val="fr-FR"/>
        </w:rPr>
        <w:t>A</w:t>
      </w:r>
      <w:r w:rsidR="007E2418" w:rsidRPr="77370776">
        <w:rPr>
          <w:rFonts w:ascii="Arial" w:hAnsi="Arial"/>
          <w:color w:val="1F4E79"/>
          <w:lang w:val="fr-FR"/>
        </w:rPr>
        <w:t xml:space="preserve">pprobation </w:t>
      </w:r>
      <w:r w:rsidRPr="77370776">
        <w:rPr>
          <w:rFonts w:ascii="Arial" w:hAnsi="Arial"/>
          <w:color w:val="1F4E79"/>
          <w:lang w:val="fr-FR"/>
        </w:rPr>
        <w:t>et signatures</w:t>
      </w:r>
    </w:p>
    <w:p w14:paraId="4F3FF6B6" w14:textId="0299A8D6" w:rsidR="00626F96" w:rsidRPr="0083086E" w:rsidRDefault="00FE478F">
      <w:pPr>
        <w:spacing w:after="100" w:line="240" w:lineRule="auto"/>
        <w:rPr>
          <w:lang w:val="fr-FR"/>
        </w:rPr>
      </w:pPr>
      <w:r w:rsidRPr="77370776">
        <w:rPr>
          <w:sz w:val="20"/>
          <w:szCs w:val="20"/>
          <w:lang w:val="fr-FR"/>
        </w:rPr>
        <w:t xml:space="preserve">En signant ci-dessous, les responsables des deux institutions et du Panel </w:t>
      </w:r>
      <w:r w:rsidR="003469CE" w:rsidRPr="77370776">
        <w:rPr>
          <w:sz w:val="20"/>
          <w:szCs w:val="20"/>
          <w:lang w:val="fr-FR"/>
        </w:rPr>
        <w:t>de mobilisation du secteur</w:t>
      </w:r>
      <w:r w:rsidRPr="77370776">
        <w:rPr>
          <w:sz w:val="20"/>
          <w:szCs w:val="20"/>
          <w:lang w:val="fr-FR"/>
        </w:rPr>
        <w:t xml:space="preserve"> confirment que le présent résumé analytique conjoint et l'ensemble de la manifestation d'intérêt ont été examinés et soumis avec l'engagement</w:t>
      </w:r>
      <w:r w:rsidR="003A64D9" w:rsidRPr="77370776">
        <w:rPr>
          <w:sz w:val="20"/>
          <w:szCs w:val="20"/>
          <w:lang w:val="fr-FR"/>
        </w:rPr>
        <w:t>/accord</w:t>
      </w:r>
      <w:r w:rsidRPr="77370776">
        <w:rPr>
          <w:sz w:val="20"/>
          <w:szCs w:val="20"/>
          <w:lang w:val="fr-FR"/>
        </w:rPr>
        <w:t xml:space="preserve"> de l'institution.</w:t>
      </w:r>
    </w:p>
    <w:tbl>
      <w:tblPr>
        <w:tblStyle w:val="TableGrid"/>
        <w:tblW w:w="5058" w:type="pct"/>
        <w:jc w:val="center"/>
        <w:tblLook w:val="04A0" w:firstRow="1" w:lastRow="0" w:firstColumn="1" w:lastColumn="0" w:noHBand="0" w:noVBand="1"/>
      </w:tblPr>
      <w:tblGrid>
        <w:gridCol w:w="4979"/>
        <w:gridCol w:w="5092"/>
      </w:tblGrid>
      <w:tr w:rsidR="00626F96" w:rsidRPr="00391361" w14:paraId="0CC40AFC" w14:textId="77777777" w:rsidTr="77370776">
        <w:trPr>
          <w:cantSplit/>
          <w:trHeight w:val="300"/>
          <w:jc w:val="center"/>
        </w:trPr>
        <w:tc>
          <w:tcPr>
            <w:tcW w:w="497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20" w:type="dxa"/>
              <w:left w:w="60" w:type="dxa"/>
              <w:bottom w:w="20" w:type="dxa"/>
              <w:right w:w="60" w:type="dxa"/>
            </w:tcMar>
          </w:tcPr>
          <w:p w14:paraId="63E8794F" w14:textId="77777777" w:rsidR="00626F96" w:rsidRPr="0083086E" w:rsidRDefault="00FE478F">
            <w:pPr>
              <w:spacing w:after="40"/>
              <w:rPr>
                <w:lang w:val="fr-FR"/>
              </w:rPr>
            </w:pPr>
            <w:r w:rsidRPr="77370776">
              <w:rPr>
                <w:b/>
                <w:bCs/>
                <w:sz w:val="17"/>
                <w:szCs w:val="17"/>
                <w:lang w:val="fr-FR"/>
              </w:rPr>
              <w:t>Représentant du ministère</w:t>
            </w:r>
          </w:p>
          <w:p w14:paraId="6882B9B1" w14:textId="77777777" w:rsidR="00626F96" w:rsidRPr="0083086E" w:rsidRDefault="00FE478F">
            <w:pPr>
              <w:spacing w:after="40"/>
              <w:rPr>
                <w:lang w:val="fr-FR"/>
              </w:rPr>
            </w:pPr>
            <w:r w:rsidRPr="77370776">
              <w:rPr>
                <w:sz w:val="17"/>
                <w:szCs w:val="17"/>
                <w:lang w:val="fr-FR"/>
              </w:rPr>
              <w:t>Nom : __________________________________</w:t>
            </w:r>
          </w:p>
          <w:p w14:paraId="7A1AAE03" w14:textId="3F9F9937" w:rsidR="00626F96" w:rsidRPr="0083086E" w:rsidRDefault="6990B2ED">
            <w:pPr>
              <w:spacing w:after="40"/>
              <w:rPr>
                <w:lang w:val="fr-FR"/>
              </w:rPr>
            </w:pPr>
            <w:proofErr w:type="gramStart"/>
            <w:r w:rsidRPr="77370776">
              <w:rPr>
                <w:sz w:val="17"/>
                <w:szCs w:val="17"/>
                <w:lang w:val="fr-FR"/>
              </w:rPr>
              <w:t>Titre</w:t>
            </w:r>
            <w:r w:rsidR="00FE478F" w:rsidRPr="77370776">
              <w:rPr>
                <w:sz w:val="17"/>
                <w:szCs w:val="17"/>
                <w:lang w:val="fr-FR"/>
              </w:rPr>
              <w:t>:_</w:t>
            </w:r>
            <w:proofErr w:type="gramEnd"/>
            <w:r w:rsidR="00FE478F" w:rsidRPr="77370776">
              <w:rPr>
                <w:sz w:val="17"/>
                <w:szCs w:val="17"/>
                <w:lang w:val="fr-FR"/>
              </w:rPr>
              <w:t>_________________________________</w:t>
            </w:r>
          </w:p>
          <w:p w14:paraId="6C92ACD0" w14:textId="77777777" w:rsidR="00626F96" w:rsidRPr="0083086E" w:rsidRDefault="00FE478F">
            <w:pPr>
              <w:spacing w:after="40"/>
              <w:rPr>
                <w:lang w:val="fr-FR"/>
              </w:rPr>
            </w:pPr>
            <w:r w:rsidRPr="77370776">
              <w:rPr>
                <w:sz w:val="17"/>
                <w:szCs w:val="17"/>
                <w:lang w:val="fr-FR"/>
              </w:rPr>
              <w:t>Signature / Date : __________________________________</w:t>
            </w:r>
          </w:p>
        </w:tc>
        <w:tc>
          <w:tcPr>
            <w:tcW w:w="50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20" w:type="dxa"/>
              <w:left w:w="60" w:type="dxa"/>
              <w:bottom w:w="20" w:type="dxa"/>
              <w:right w:w="60" w:type="dxa"/>
            </w:tcMar>
          </w:tcPr>
          <w:p w14:paraId="51FC8DFD" w14:textId="6FD39372" w:rsidR="00626F96" w:rsidRPr="0083086E" w:rsidRDefault="00FE478F">
            <w:pPr>
              <w:spacing w:after="40"/>
              <w:rPr>
                <w:lang w:val="fr-FR"/>
              </w:rPr>
            </w:pPr>
            <w:r w:rsidRPr="77370776">
              <w:rPr>
                <w:b/>
                <w:bCs/>
                <w:sz w:val="17"/>
                <w:szCs w:val="17"/>
                <w:lang w:val="fr-FR"/>
              </w:rPr>
              <w:t>CEA/Centre émergent - Directeur d</w:t>
            </w:r>
            <w:r w:rsidR="65571931" w:rsidRPr="77370776">
              <w:rPr>
                <w:b/>
                <w:bCs/>
                <w:sz w:val="17"/>
                <w:szCs w:val="17"/>
                <w:lang w:val="fr-FR"/>
              </w:rPr>
              <w:t>e l</w:t>
            </w:r>
            <w:r w:rsidRPr="77370776">
              <w:rPr>
                <w:b/>
                <w:bCs/>
                <w:sz w:val="17"/>
                <w:szCs w:val="17"/>
                <w:lang w:val="fr-FR"/>
              </w:rPr>
              <w:t>'institution</w:t>
            </w:r>
          </w:p>
          <w:p w14:paraId="60E00870" w14:textId="77777777" w:rsidR="00626F96" w:rsidRPr="0083086E" w:rsidRDefault="00FE478F">
            <w:pPr>
              <w:spacing w:after="40"/>
              <w:rPr>
                <w:lang w:val="fr-FR"/>
              </w:rPr>
            </w:pPr>
            <w:r w:rsidRPr="77370776">
              <w:rPr>
                <w:sz w:val="17"/>
                <w:szCs w:val="17"/>
                <w:lang w:val="fr-FR"/>
              </w:rPr>
              <w:t>Nom : __________________________________</w:t>
            </w:r>
          </w:p>
          <w:p w14:paraId="0DB08F40" w14:textId="1B8A513D" w:rsidR="00626F96" w:rsidRPr="0083086E" w:rsidRDefault="6990B2ED">
            <w:pPr>
              <w:spacing w:after="40"/>
              <w:rPr>
                <w:lang w:val="fr-FR"/>
              </w:rPr>
            </w:pPr>
            <w:proofErr w:type="gramStart"/>
            <w:r w:rsidRPr="77370776">
              <w:rPr>
                <w:sz w:val="17"/>
                <w:szCs w:val="17"/>
                <w:lang w:val="fr-FR"/>
              </w:rPr>
              <w:t>Titre</w:t>
            </w:r>
            <w:r w:rsidR="00FE478F" w:rsidRPr="77370776">
              <w:rPr>
                <w:sz w:val="17"/>
                <w:szCs w:val="17"/>
                <w:lang w:val="fr-FR"/>
              </w:rPr>
              <w:t>:_</w:t>
            </w:r>
            <w:proofErr w:type="gramEnd"/>
            <w:r w:rsidR="00FE478F" w:rsidRPr="77370776">
              <w:rPr>
                <w:sz w:val="17"/>
                <w:szCs w:val="17"/>
                <w:lang w:val="fr-FR"/>
              </w:rPr>
              <w:t>_________________________________</w:t>
            </w:r>
          </w:p>
          <w:p w14:paraId="49744691" w14:textId="77777777" w:rsidR="00626F96" w:rsidRPr="0083086E" w:rsidRDefault="00FE478F">
            <w:pPr>
              <w:spacing w:after="40"/>
              <w:rPr>
                <w:lang w:val="fr-FR"/>
              </w:rPr>
            </w:pPr>
            <w:r w:rsidRPr="77370776">
              <w:rPr>
                <w:sz w:val="17"/>
                <w:szCs w:val="17"/>
                <w:lang w:val="fr-FR"/>
              </w:rPr>
              <w:t>Signature / Date : __________________________________</w:t>
            </w:r>
          </w:p>
        </w:tc>
      </w:tr>
      <w:tr w:rsidR="00626F96" w:rsidRPr="00391361" w14:paraId="020610BA" w14:textId="77777777" w:rsidTr="77370776">
        <w:trPr>
          <w:cantSplit/>
          <w:trHeight w:val="300"/>
          <w:jc w:val="center"/>
        </w:trPr>
        <w:tc>
          <w:tcPr>
            <w:tcW w:w="497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20" w:type="dxa"/>
              <w:left w:w="60" w:type="dxa"/>
              <w:bottom w:w="20" w:type="dxa"/>
              <w:right w:w="60" w:type="dxa"/>
            </w:tcMar>
          </w:tcPr>
          <w:p w14:paraId="57E62503" w14:textId="77777777" w:rsidR="00626F96" w:rsidRPr="0083086E" w:rsidRDefault="00FE478F">
            <w:pPr>
              <w:spacing w:after="40"/>
              <w:rPr>
                <w:lang w:val="fr-FR"/>
              </w:rPr>
            </w:pPr>
            <w:r w:rsidRPr="77370776">
              <w:rPr>
                <w:b/>
                <w:bCs/>
                <w:sz w:val="17"/>
                <w:szCs w:val="17"/>
                <w:lang w:val="fr-FR"/>
              </w:rPr>
              <w:t>CEA/Centre émergent - Responsable du CEA/Centre émergent</w:t>
            </w:r>
          </w:p>
          <w:p w14:paraId="3326B829" w14:textId="77777777" w:rsidR="00626F96" w:rsidRPr="0083086E" w:rsidRDefault="00FE478F">
            <w:pPr>
              <w:spacing w:after="40"/>
              <w:rPr>
                <w:lang w:val="fr-FR"/>
              </w:rPr>
            </w:pPr>
            <w:r w:rsidRPr="77370776">
              <w:rPr>
                <w:sz w:val="17"/>
                <w:szCs w:val="17"/>
                <w:lang w:val="fr-FR"/>
              </w:rPr>
              <w:t>Nom : __________________________________</w:t>
            </w:r>
          </w:p>
          <w:p w14:paraId="6F73CF17" w14:textId="1CA4D7E4" w:rsidR="00626F96" w:rsidRPr="0083086E" w:rsidRDefault="6990B2ED">
            <w:pPr>
              <w:spacing w:after="40"/>
              <w:rPr>
                <w:lang w:val="fr-FR"/>
              </w:rPr>
            </w:pPr>
            <w:proofErr w:type="gramStart"/>
            <w:r w:rsidRPr="77370776">
              <w:rPr>
                <w:sz w:val="17"/>
                <w:szCs w:val="17"/>
                <w:lang w:val="fr-FR"/>
              </w:rPr>
              <w:t>Titre</w:t>
            </w:r>
            <w:r w:rsidR="00FE478F" w:rsidRPr="77370776">
              <w:rPr>
                <w:sz w:val="17"/>
                <w:szCs w:val="17"/>
                <w:lang w:val="fr-FR"/>
              </w:rPr>
              <w:t>:_</w:t>
            </w:r>
            <w:proofErr w:type="gramEnd"/>
            <w:r w:rsidR="00FE478F" w:rsidRPr="77370776">
              <w:rPr>
                <w:sz w:val="17"/>
                <w:szCs w:val="17"/>
                <w:lang w:val="fr-FR"/>
              </w:rPr>
              <w:t>_________________________________</w:t>
            </w:r>
          </w:p>
          <w:p w14:paraId="48DC8929" w14:textId="77777777" w:rsidR="00626F96" w:rsidRPr="0083086E" w:rsidRDefault="00FE478F">
            <w:pPr>
              <w:spacing w:after="40"/>
              <w:rPr>
                <w:lang w:val="fr-FR"/>
              </w:rPr>
            </w:pPr>
            <w:r w:rsidRPr="77370776">
              <w:rPr>
                <w:sz w:val="17"/>
                <w:szCs w:val="17"/>
                <w:lang w:val="fr-FR"/>
              </w:rPr>
              <w:t>Signature / Date : __________________________________</w:t>
            </w:r>
          </w:p>
        </w:tc>
        <w:tc>
          <w:tcPr>
            <w:tcW w:w="50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20" w:type="dxa"/>
              <w:left w:w="60" w:type="dxa"/>
              <w:bottom w:w="20" w:type="dxa"/>
              <w:right w:w="60" w:type="dxa"/>
            </w:tcMar>
          </w:tcPr>
          <w:p w14:paraId="4F86C1A3" w14:textId="064DB28D" w:rsidR="00626F96" w:rsidRPr="0083086E" w:rsidRDefault="2DFA8583" w:rsidP="77370776">
            <w:pPr>
              <w:spacing w:after="40"/>
              <w:rPr>
                <w:b/>
                <w:bCs/>
                <w:sz w:val="17"/>
                <w:szCs w:val="17"/>
                <w:lang w:val="fr-FR"/>
              </w:rPr>
            </w:pPr>
            <w:r w:rsidRPr="77370776">
              <w:rPr>
                <w:b/>
                <w:bCs/>
                <w:sz w:val="17"/>
                <w:szCs w:val="17"/>
                <w:lang w:val="fr-FR"/>
              </w:rPr>
              <w:t>Institut d’Enseignement Technique</w:t>
            </w:r>
            <w:r w:rsidR="00FE478F" w:rsidRPr="77370776">
              <w:rPr>
                <w:b/>
                <w:bCs/>
                <w:sz w:val="17"/>
                <w:szCs w:val="17"/>
                <w:lang w:val="fr-FR"/>
              </w:rPr>
              <w:t xml:space="preserve"> - </w:t>
            </w:r>
            <w:r w:rsidR="65571931" w:rsidRPr="77370776">
              <w:rPr>
                <w:b/>
                <w:bCs/>
                <w:sz w:val="17"/>
                <w:szCs w:val="17"/>
                <w:lang w:val="fr-FR"/>
              </w:rPr>
              <w:t>Directeur de l'institution</w:t>
            </w:r>
          </w:p>
          <w:p w14:paraId="7FBF5896" w14:textId="77777777" w:rsidR="00626F96" w:rsidRPr="0083086E" w:rsidRDefault="00FE478F">
            <w:pPr>
              <w:spacing w:after="40"/>
              <w:rPr>
                <w:lang w:val="fr-FR"/>
              </w:rPr>
            </w:pPr>
            <w:r w:rsidRPr="77370776">
              <w:rPr>
                <w:sz w:val="17"/>
                <w:szCs w:val="17"/>
                <w:lang w:val="fr-FR"/>
              </w:rPr>
              <w:t>Nom : __________________________________</w:t>
            </w:r>
          </w:p>
          <w:p w14:paraId="6AB6728B" w14:textId="31D5CD24" w:rsidR="00626F96" w:rsidRPr="0083086E" w:rsidRDefault="6990B2ED">
            <w:pPr>
              <w:spacing w:after="40"/>
              <w:rPr>
                <w:lang w:val="fr-FR"/>
              </w:rPr>
            </w:pPr>
            <w:proofErr w:type="gramStart"/>
            <w:r w:rsidRPr="77370776">
              <w:rPr>
                <w:sz w:val="17"/>
                <w:szCs w:val="17"/>
                <w:lang w:val="fr-FR"/>
              </w:rPr>
              <w:t>Titre</w:t>
            </w:r>
            <w:r w:rsidR="00FE478F" w:rsidRPr="77370776">
              <w:rPr>
                <w:sz w:val="17"/>
                <w:szCs w:val="17"/>
                <w:lang w:val="fr-FR"/>
              </w:rPr>
              <w:t>:_</w:t>
            </w:r>
            <w:proofErr w:type="gramEnd"/>
            <w:r w:rsidR="00FE478F" w:rsidRPr="77370776">
              <w:rPr>
                <w:sz w:val="17"/>
                <w:szCs w:val="17"/>
                <w:lang w:val="fr-FR"/>
              </w:rPr>
              <w:t>_________________________________</w:t>
            </w:r>
          </w:p>
          <w:p w14:paraId="745528AB" w14:textId="77777777" w:rsidR="00626F96" w:rsidRPr="0083086E" w:rsidRDefault="00FE478F">
            <w:pPr>
              <w:spacing w:after="40"/>
              <w:rPr>
                <w:lang w:val="fr-FR"/>
              </w:rPr>
            </w:pPr>
            <w:r w:rsidRPr="77370776">
              <w:rPr>
                <w:sz w:val="17"/>
                <w:szCs w:val="17"/>
                <w:lang w:val="fr-FR"/>
              </w:rPr>
              <w:t>Signature / Date : __________________________________</w:t>
            </w:r>
          </w:p>
        </w:tc>
      </w:tr>
      <w:tr w:rsidR="00626F96" w:rsidRPr="00391361" w14:paraId="425022F1" w14:textId="77777777" w:rsidTr="77370776">
        <w:trPr>
          <w:cantSplit/>
          <w:trHeight w:val="300"/>
          <w:jc w:val="center"/>
        </w:trPr>
        <w:tc>
          <w:tcPr>
            <w:tcW w:w="497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20" w:type="dxa"/>
              <w:left w:w="60" w:type="dxa"/>
              <w:bottom w:w="20" w:type="dxa"/>
              <w:right w:w="60" w:type="dxa"/>
            </w:tcMar>
          </w:tcPr>
          <w:p w14:paraId="3DBC5290" w14:textId="1E611529" w:rsidR="00626F96" w:rsidRPr="0083086E" w:rsidRDefault="2DFA8583">
            <w:pPr>
              <w:spacing w:after="40"/>
              <w:rPr>
                <w:lang w:val="fr-FR"/>
              </w:rPr>
            </w:pPr>
            <w:r w:rsidRPr="77370776">
              <w:rPr>
                <w:b/>
                <w:bCs/>
                <w:sz w:val="17"/>
                <w:szCs w:val="17"/>
                <w:lang w:val="fr-FR"/>
              </w:rPr>
              <w:t xml:space="preserve">Institut d’Enseignement Technique </w:t>
            </w:r>
            <w:r w:rsidR="00FE478F" w:rsidRPr="77370776">
              <w:rPr>
                <w:b/>
                <w:bCs/>
                <w:sz w:val="17"/>
                <w:szCs w:val="17"/>
                <w:lang w:val="fr-FR"/>
              </w:rPr>
              <w:t>- Directeur de l'Institut</w:t>
            </w:r>
          </w:p>
          <w:p w14:paraId="7CB8317B" w14:textId="77777777" w:rsidR="00626F96" w:rsidRPr="0083086E" w:rsidRDefault="00FE478F">
            <w:pPr>
              <w:spacing w:after="40"/>
              <w:rPr>
                <w:lang w:val="fr-FR"/>
              </w:rPr>
            </w:pPr>
            <w:r w:rsidRPr="77370776">
              <w:rPr>
                <w:sz w:val="17"/>
                <w:szCs w:val="17"/>
                <w:lang w:val="fr-FR"/>
              </w:rPr>
              <w:t>Nom : __________________________________</w:t>
            </w:r>
          </w:p>
          <w:p w14:paraId="414F445A" w14:textId="1D6CEF24" w:rsidR="00626F96" w:rsidRPr="0083086E" w:rsidRDefault="6990B2ED">
            <w:pPr>
              <w:spacing w:after="40"/>
              <w:rPr>
                <w:lang w:val="fr-FR"/>
              </w:rPr>
            </w:pPr>
            <w:proofErr w:type="gramStart"/>
            <w:r w:rsidRPr="77370776">
              <w:rPr>
                <w:sz w:val="17"/>
                <w:szCs w:val="17"/>
                <w:lang w:val="fr-FR"/>
              </w:rPr>
              <w:t>Titre</w:t>
            </w:r>
            <w:r w:rsidR="00FE478F" w:rsidRPr="77370776">
              <w:rPr>
                <w:sz w:val="17"/>
                <w:szCs w:val="17"/>
                <w:lang w:val="fr-FR"/>
              </w:rPr>
              <w:t>:_</w:t>
            </w:r>
            <w:proofErr w:type="gramEnd"/>
            <w:r w:rsidR="00FE478F" w:rsidRPr="77370776">
              <w:rPr>
                <w:sz w:val="17"/>
                <w:szCs w:val="17"/>
                <w:lang w:val="fr-FR"/>
              </w:rPr>
              <w:t>_________________________________</w:t>
            </w:r>
          </w:p>
          <w:p w14:paraId="18FE1687" w14:textId="77777777" w:rsidR="00626F96" w:rsidRPr="0083086E" w:rsidRDefault="00FE478F">
            <w:pPr>
              <w:spacing w:after="40"/>
              <w:rPr>
                <w:lang w:val="fr-FR"/>
              </w:rPr>
            </w:pPr>
            <w:r w:rsidRPr="77370776">
              <w:rPr>
                <w:sz w:val="17"/>
                <w:szCs w:val="17"/>
                <w:lang w:val="fr-FR"/>
              </w:rPr>
              <w:t>Signature / Date : __________________________________</w:t>
            </w:r>
          </w:p>
        </w:tc>
        <w:tc>
          <w:tcPr>
            <w:tcW w:w="50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20" w:type="dxa"/>
              <w:left w:w="60" w:type="dxa"/>
              <w:bottom w:w="20" w:type="dxa"/>
              <w:right w:w="60" w:type="dxa"/>
            </w:tcMar>
          </w:tcPr>
          <w:p w14:paraId="66B2E6BF" w14:textId="4C53FA01" w:rsidR="00626F96" w:rsidRPr="0083086E" w:rsidRDefault="2DFA8583" w:rsidP="77370776">
            <w:pPr>
              <w:spacing w:after="40"/>
              <w:rPr>
                <w:b/>
                <w:bCs/>
                <w:sz w:val="17"/>
                <w:szCs w:val="17"/>
                <w:lang w:val="fr-FR"/>
              </w:rPr>
            </w:pPr>
            <w:r w:rsidRPr="77370776">
              <w:rPr>
                <w:b/>
                <w:bCs/>
                <w:sz w:val="17"/>
                <w:szCs w:val="17"/>
                <w:lang w:val="fr-FR"/>
              </w:rPr>
              <w:t xml:space="preserve">Panel de mobilisation du secteur </w:t>
            </w:r>
            <w:r w:rsidR="00FE478F" w:rsidRPr="77370776">
              <w:rPr>
                <w:b/>
                <w:bCs/>
                <w:sz w:val="17"/>
                <w:szCs w:val="17"/>
                <w:lang w:val="fr-FR"/>
              </w:rPr>
              <w:t>- Président</w:t>
            </w:r>
          </w:p>
          <w:p w14:paraId="784B25F1" w14:textId="77777777" w:rsidR="00626F96" w:rsidRPr="0083086E" w:rsidRDefault="00FE478F">
            <w:pPr>
              <w:spacing w:after="40"/>
              <w:rPr>
                <w:lang w:val="fr-FR"/>
              </w:rPr>
            </w:pPr>
            <w:r w:rsidRPr="77370776">
              <w:rPr>
                <w:sz w:val="17"/>
                <w:szCs w:val="17"/>
                <w:lang w:val="fr-FR"/>
              </w:rPr>
              <w:t>Nom : __________________________________</w:t>
            </w:r>
          </w:p>
          <w:p w14:paraId="75FB98B7" w14:textId="6747CF7A" w:rsidR="00626F96" w:rsidRPr="0083086E" w:rsidRDefault="6990B2ED">
            <w:pPr>
              <w:spacing w:after="40"/>
              <w:rPr>
                <w:lang w:val="fr-FR"/>
              </w:rPr>
            </w:pPr>
            <w:proofErr w:type="gramStart"/>
            <w:r w:rsidRPr="77370776">
              <w:rPr>
                <w:sz w:val="17"/>
                <w:szCs w:val="17"/>
                <w:lang w:val="fr-FR"/>
              </w:rPr>
              <w:t>Titre</w:t>
            </w:r>
            <w:r w:rsidR="00FE478F" w:rsidRPr="77370776">
              <w:rPr>
                <w:sz w:val="17"/>
                <w:szCs w:val="17"/>
                <w:lang w:val="fr-FR"/>
              </w:rPr>
              <w:t>:_</w:t>
            </w:r>
            <w:proofErr w:type="gramEnd"/>
            <w:r w:rsidR="00FE478F" w:rsidRPr="77370776">
              <w:rPr>
                <w:sz w:val="17"/>
                <w:szCs w:val="17"/>
                <w:lang w:val="fr-FR"/>
              </w:rPr>
              <w:t>_________________________________</w:t>
            </w:r>
          </w:p>
          <w:p w14:paraId="501EA296" w14:textId="77777777" w:rsidR="00626F96" w:rsidRPr="0083086E" w:rsidRDefault="00FE478F">
            <w:pPr>
              <w:spacing w:after="40"/>
              <w:rPr>
                <w:lang w:val="fr-FR"/>
              </w:rPr>
            </w:pPr>
            <w:r w:rsidRPr="77370776">
              <w:rPr>
                <w:sz w:val="17"/>
                <w:szCs w:val="17"/>
                <w:lang w:val="fr-FR"/>
              </w:rPr>
              <w:t>Signature / Date : __________________________________</w:t>
            </w:r>
          </w:p>
        </w:tc>
      </w:tr>
      <w:tr w:rsidR="00626F96" w:rsidRPr="00391361" w14:paraId="052666F2" w14:textId="77777777" w:rsidTr="77370776">
        <w:trPr>
          <w:cantSplit/>
          <w:trHeight w:val="300"/>
          <w:jc w:val="center"/>
        </w:trPr>
        <w:tc>
          <w:tcPr>
            <w:tcW w:w="497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20" w:type="dxa"/>
              <w:left w:w="60" w:type="dxa"/>
              <w:bottom w:w="20" w:type="dxa"/>
              <w:right w:w="60" w:type="dxa"/>
            </w:tcMar>
          </w:tcPr>
          <w:p w14:paraId="17595836" w14:textId="26ACEE26" w:rsidR="00626F96" w:rsidRPr="0083086E" w:rsidRDefault="65571931">
            <w:pPr>
              <w:spacing w:after="40"/>
              <w:rPr>
                <w:lang w:val="fr-FR"/>
              </w:rPr>
            </w:pPr>
            <w:r w:rsidRPr="77370776">
              <w:rPr>
                <w:b/>
                <w:bCs/>
                <w:sz w:val="17"/>
                <w:szCs w:val="17"/>
                <w:lang w:val="fr-FR"/>
              </w:rPr>
              <w:t xml:space="preserve">Panel de mobilisation du secteur </w:t>
            </w:r>
            <w:r w:rsidR="00FE478F" w:rsidRPr="77370776">
              <w:rPr>
                <w:b/>
                <w:bCs/>
                <w:sz w:val="17"/>
                <w:szCs w:val="17"/>
                <w:lang w:val="fr-FR"/>
              </w:rPr>
              <w:t>- Vice-président</w:t>
            </w:r>
          </w:p>
          <w:p w14:paraId="5999CF3B" w14:textId="77777777" w:rsidR="00626F96" w:rsidRPr="0083086E" w:rsidRDefault="00FE478F">
            <w:pPr>
              <w:spacing w:after="40"/>
              <w:rPr>
                <w:lang w:val="fr-FR"/>
              </w:rPr>
            </w:pPr>
            <w:r w:rsidRPr="77370776">
              <w:rPr>
                <w:sz w:val="17"/>
                <w:szCs w:val="17"/>
                <w:lang w:val="fr-FR"/>
              </w:rPr>
              <w:t>Nom : __________________________________</w:t>
            </w:r>
          </w:p>
          <w:p w14:paraId="7CAFEC70" w14:textId="60E3B0EC" w:rsidR="00626F96" w:rsidRPr="0083086E" w:rsidRDefault="65571931">
            <w:pPr>
              <w:spacing w:after="40"/>
              <w:rPr>
                <w:lang w:val="fr-FR"/>
              </w:rPr>
            </w:pPr>
            <w:proofErr w:type="gramStart"/>
            <w:r w:rsidRPr="77370776">
              <w:rPr>
                <w:sz w:val="17"/>
                <w:szCs w:val="17"/>
                <w:lang w:val="fr-FR"/>
              </w:rPr>
              <w:t>Titres</w:t>
            </w:r>
            <w:r w:rsidR="00FE478F" w:rsidRPr="77370776">
              <w:rPr>
                <w:sz w:val="17"/>
                <w:szCs w:val="17"/>
                <w:lang w:val="fr-FR"/>
              </w:rPr>
              <w:t>:_</w:t>
            </w:r>
            <w:proofErr w:type="gramEnd"/>
            <w:r w:rsidR="00FE478F" w:rsidRPr="77370776">
              <w:rPr>
                <w:sz w:val="17"/>
                <w:szCs w:val="17"/>
                <w:lang w:val="fr-FR"/>
              </w:rPr>
              <w:t>_________________________________</w:t>
            </w:r>
          </w:p>
          <w:p w14:paraId="040E7502" w14:textId="77777777" w:rsidR="00626F96" w:rsidRPr="0083086E" w:rsidRDefault="00FE478F">
            <w:pPr>
              <w:spacing w:after="40"/>
              <w:rPr>
                <w:lang w:val="fr-FR"/>
              </w:rPr>
            </w:pPr>
            <w:r w:rsidRPr="77370776">
              <w:rPr>
                <w:sz w:val="17"/>
                <w:szCs w:val="17"/>
                <w:lang w:val="fr-FR"/>
              </w:rPr>
              <w:t>Signature / Date : __________________________________</w:t>
            </w:r>
          </w:p>
        </w:tc>
        <w:tc>
          <w:tcPr>
            <w:tcW w:w="50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20" w:type="dxa"/>
              <w:left w:w="60" w:type="dxa"/>
              <w:bottom w:w="20" w:type="dxa"/>
              <w:right w:w="60" w:type="dxa"/>
            </w:tcMar>
          </w:tcPr>
          <w:p w14:paraId="39AB8BFE" w14:textId="77777777" w:rsidR="00626F96" w:rsidRPr="0083086E" w:rsidRDefault="00626F96">
            <w:pPr>
              <w:spacing w:after="40"/>
              <w:rPr>
                <w:lang w:val="fr-FR"/>
              </w:rPr>
            </w:pPr>
          </w:p>
        </w:tc>
      </w:tr>
    </w:tbl>
    <w:p w14:paraId="2D47F2F5" w14:textId="77777777" w:rsidR="00626F96" w:rsidRPr="0083086E" w:rsidRDefault="00FE478F">
      <w:pPr>
        <w:pStyle w:val="Heading1"/>
        <w:pageBreakBefore/>
        <w:spacing w:before="120" w:after="160"/>
        <w:rPr>
          <w:lang w:val="fr-FR"/>
        </w:rPr>
      </w:pPr>
      <w:r w:rsidRPr="77370776">
        <w:rPr>
          <w:rFonts w:ascii="Arial" w:hAnsi="Arial"/>
          <w:color w:val="0F2F55"/>
          <w:sz w:val="32"/>
          <w:szCs w:val="32"/>
          <w:lang w:val="fr-FR"/>
        </w:rPr>
        <w:lastRenderedPageBreak/>
        <w:t>Partie II - Manifestation d'intérêt du CEA/Centre émergent</w:t>
      </w:r>
    </w:p>
    <w:tbl>
      <w:tblPr>
        <w:tblW w:w="5000" w:type="pct"/>
        <w:tblLook w:val="04A0" w:firstRow="1" w:lastRow="0" w:firstColumn="1" w:lastColumn="0" w:noHBand="0" w:noVBand="1"/>
      </w:tblPr>
      <w:tblGrid>
        <w:gridCol w:w="9956"/>
      </w:tblGrid>
      <w:tr w:rsidR="00626F96" w:rsidRPr="00BC134C" w14:paraId="72E264AC" w14:textId="77777777" w:rsidTr="77370776">
        <w:tc>
          <w:tcPr>
            <w:tcW w:w="9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EAF7"/>
            <w:tcMar>
              <w:top w:w="100" w:type="dxa"/>
              <w:left w:w="120" w:type="dxa"/>
              <w:bottom w:w="100" w:type="dxa"/>
              <w:right w:w="120" w:type="dxa"/>
            </w:tcMar>
          </w:tcPr>
          <w:p w14:paraId="3C407ED1" w14:textId="77777777" w:rsidR="00626F96" w:rsidRPr="0083086E" w:rsidRDefault="00FE478F">
            <w:pPr>
              <w:rPr>
                <w:lang w:val="fr-FR"/>
              </w:rPr>
            </w:pPr>
            <w:r w:rsidRPr="77370776">
              <w:rPr>
                <w:b/>
                <w:bCs/>
                <w:color w:val="0F2F55"/>
                <w:sz w:val="21"/>
                <w:szCs w:val="21"/>
                <w:lang w:val="fr-FR"/>
              </w:rPr>
              <w:t>Instructions de la partie II</w:t>
            </w:r>
          </w:p>
          <w:p w14:paraId="114DDB4A" w14:textId="5946E10B" w:rsidR="00626F96" w:rsidRPr="0083086E" w:rsidRDefault="00FE478F">
            <w:pPr>
              <w:spacing w:after="0" w:line="240" w:lineRule="auto"/>
              <w:rPr>
                <w:lang w:val="fr-FR"/>
              </w:rPr>
            </w:pPr>
            <w:r w:rsidRPr="77370776">
              <w:rPr>
                <w:sz w:val="20"/>
                <w:szCs w:val="20"/>
                <w:lang w:val="fr-FR"/>
              </w:rPr>
              <w:t xml:space="preserve">Cette partie est remplie par le CEA/Centre émergent. Le texte </w:t>
            </w:r>
            <w:r w:rsidR="3CDC1880" w:rsidRPr="77370776">
              <w:rPr>
                <w:sz w:val="20"/>
                <w:szCs w:val="20"/>
                <w:lang w:val="fr-FR"/>
              </w:rPr>
              <w:t xml:space="preserve">narratif </w:t>
            </w:r>
            <w:r w:rsidRPr="77370776">
              <w:rPr>
                <w:sz w:val="20"/>
                <w:szCs w:val="20"/>
                <w:lang w:val="fr-FR"/>
              </w:rPr>
              <w:t xml:space="preserve">est limité à 12,5 pages, annexes non comprises. Le tableau des résultats n'est pas pris en compte dans la limite </w:t>
            </w:r>
            <w:r w:rsidR="3CDC1880" w:rsidRPr="77370776">
              <w:rPr>
                <w:sz w:val="20"/>
                <w:szCs w:val="20"/>
                <w:lang w:val="fr-FR"/>
              </w:rPr>
              <w:t>narrative</w:t>
            </w:r>
            <w:r w:rsidRPr="77370776">
              <w:rPr>
                <w:sz w:val="20"/>
                <w:szCs w:val="20"/>
                <w:lang w:val="fr-FR"/>
              </w:rPr>
              <w:t>. Les centres émergents devraient répondre en fonction de leur statut confirmé et de leur stade de développement.</w:t>
            </w:r>
          </w:p>
        </w:tc>
      </w:tr>
    </w:tbl>
    <w:p w14:paraId="723CFC90" w14:textId="77777777" w:rsidR="00626F96" w:rsidRPr="0083086E" w:rsidRDefault="00626F96">
      <w:pPr>
        <w:spacing w:after="40"/>
        <w:rPr>
          <w:lang w:val="fr-FR"/>
        </w:rPr>
      </w:pPr>
    </w:p>
    <w:p w14:paraId="28B217AD" w14:textId="77777777" w:rsidR="00626F96" w:rsidRPr="0083086E" w:rsidRDefault="00FE478F">
      <w:pPr>
        <w:pStyle w:val="Heading3"/>
        <w:spacing w:before="80" w:after="60"/>
        <w:rPr>
          <w:lang w:val="fr-FR"/>
        </w:rPr>
      </w:pPr>
      <w:r w:rsidRPr="77370776">
        <w:rPr>
          <w:rFonts w:ascii="Arial" w:hAnsi="Arial"/>
          <w:color w:val="000000" w:themeColor="text1"/>
          <w:lang w:val="fr-FR"/>
        </w:rPr>
        <w:t>Profil du CEA/Centre émergent</w:t>
      </w:r>
    </w:p>
    <w:tbl>
      <w:tblPr>
        <w:tblStyle w:val="TableGrid"/>
        <w:tblW w:w="5000" w:type="pct"/>
        <w:jc w:val="center"/>
        <w:tblLook w:val="04A0" w:firstRow="1" w:lastRow="0" w:firstColumn="1" w:lastColumn="0" w:noHBand="0" w:noVBand="1"/>
      </w:tblPr>
      <w:tblGrid>
        <w:gridCol w:w="3422"/>
        <w:gridCol w:w="6534"/>
      </w:tblGrid>
      <w:tr w:rsidR="00626F96" w:rsidRPr="00391361" w14:paraId="30F47025" w14:textId="77777777" w:rsidTr="77370776">
        <w:trPr>
          <w:cantSplit/>
          <w:jc w:val="center"/>
        </w:trPr>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534308F6" w14:textId="77777777" w:rsidR="00626F96" w:rsidRPr="0083086E" w:rsidRDefault="00FE478F">
            <w:pPr>
              <w:spacing w:after="40"/>
              <w:rPr>
                <w:lang w:val="fr-FR"/>
              </w:rPr>
            </w:pPr>
            <w:r w:rsidRPr="77370776">
              <w:rPr>
                <w:b/>
                <w:bCs/>
                <w:sz w:val="21"/>
                <w:szCs w:val="21"/>
                <w:lang w:val="fr-FR"/>
              </w:rPr>
              <w:t>Nom du CEA/centre émergent</w:t>
            </w:r>
          </w:p>
        </w:tc>
        <w:tc>
          <w:tcPr>
            <w:tcW w:w="604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DBB9949" w14:textId="77777777" w:rsidR="00626F96" w:rsidRPr="0083086E" w:rsidRDefault="00FE478F">
            <w:pPr>
              <w:spacing w:after="40"/>
              <w:rPr>
                <w:lang w:val="fr-FR"/>
              </w:rPr>
            </w:pPr>
            <w:r w:rsidRPr="77370776">
              <w:rPr>
                <w:sz w:val="21"/>
                <w:szCs w:val="21"/>
                <w:lang w:val="fr-FR"/>
              </w:rPr>
              <w:t>[Tapez ici]</w:t>
            </w:r>
          </w:p>
        </w:tc>
      </w:tr>
      <w:tr w:rsidR="00626F96" w:rsidRPr="00391361" w14:paraId="010D25D2" w14:textId="77777777" w:rsidTr="77370776">
        <w:trPr>
          <w:cantSplit/>
          <w:jc w:val="center"/>
        </w:trPr>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2C7F0120" w14:textId="77777777" w:rsidR="00626F96" w:rsidRPr="0083086E" w:rsidRDefault="00FE478F">
            <w:pPr>
              <w:spacing w:after="40"/>
              <w:rPr>
                <w:lang w:val="fr-FR"/>
              </w:rPr>
            </w:pPr>
            <w:r w:rsidRPr="77370776">
              <w:rPr>
                <w:b/>
                <w:bCs/>
                <w:sz w:val="21"/>
                <w:szCs w:val="21"/>
                <w:lang w:val="fr-FR"/>
              </w:rPr>
              <w:t>Université d'accueil</w:t>
            </w:r>
          </w:p>
        </w:tc>
        <w:tc>
          <w:tcPr>
            <w:tcW w:w="604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F5AFF9E" w14:textId="77777777" w:rsidR="00626F96" w:rsidRPr="0083086E" w:rsidRDefault="00FE478F">
            <w:pPr>
              <w:spacing w:after="40"/>
              <w:rPr>
                <w:lang w:val="fr-FR"/>
              </w:rPr>
            </w:pPr>
            <w:r w:rsidRPr="77370776">
              <w:rPr>
                <w:sz w:val="21"/>
                <w:szCs w:val="21"/>
                <w:lang w:val="fr-FR"/>
              </w:rPr>
              <w:t>[Tapez ici]</w:t>
            </w:r>
          </w:p>
        </w:tc>
      </w:tr>
      <w:tr w:rsidR="00626F96" w:rsidRPr="00391361" w14:paraId="0E1F465F" w14:textId="77777777" w:rsidTr="77370776">
        <w:trPr>
          <w:cantSplit/>
          <w:jc w:val="center"/>
        </w:trPr>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70709F76" w14:textId="77777777" w:rsidR="00626F96" w:rsidRPr="0083086E" w:rsidRDefault="00FE478F">
            <w:pPr>
              <w:spacing w:after="40"/>
              <w:rPr>
                <w:lang w:val="fr-FR"/>
              </w:rPr>
            </w:pPr>
            <w:r w:rsidRPr="77370776">
              <w:rPr>
                <w:b/>
                <w:bCs/>
                <w:sz w:val="21"/>
                <w:szCs w:val="21"/>
                <w:lang w:val="fr-FR"/>
              </w:rPr>
              <w:t>Pays</w:t>
            </w:r>
          </w:p>
        </w:tc>
        <w:tc>
          <w:tcPr>
            <w:tcW w:w="604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BA25839" w14:textId="77777777" w:rsidR="00626F96" w:rsidRPr="0083086E" w:rsidRDefault="00FE478F">
            <w:pPr>
              <w:spacing w:after="40"/>
              <w:rPr>
                <w:lang w:val="fr-FR"/>
              </w:rPr>
            </w:pPr>
            <w:r w:rsidRPr="77370776">
              <w:rPr>
                <w:sz w:val="21"/>
                <w:szCs w:val="21"/>
                <w:lang w:val="fr-FR"/>
              </w:rPr>
              <w:t>[Tapez ici]</w:t>
            </w:r>
          </w:p>
        </w:tc>
      </w:tr>
      <w:tr w:rsidR="00626F96" w:rsidRPr="00391361" w14:paraId="243EAE51" w14:textId="77777777" w:rsidTr="77370776">
        <w:trPr>
          <w:cantSplit/>
          <w:jc w:val="center"/>
        </w:trPr>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60DB5ECF" w14:textId="77777777" w:rsidR="00626F96" w:rsidRPr="0083086E" w:rsidRDefault="00FE478F">
            <w:pPr>
              <w:spacing w:after="40"/>
              <w:rPr>
                <w:lang w:val="fr-FR"/>
              </w:rPr>
            </w:pPr>
            <w:r w:rsidRPr="77370776">
              <w:rPr>
                <w:b/>
                <w:bCs/>
                <w:sz w:val="21"/>
                <w:szCs w:val="21"/>
                <w:lang w:val="fr-FR"/>
              </w:rPr>
              <w:t>Centre mature ou émergent</w:t>
            </w:r>
          </w:p>
        </w:tc>
        <w:tc>
          <w:tcPr>
            <w:tcW w:w="604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AD12328" w14:textId="77777777" w:rsidR="00626F96" w:rsidRPr="0083086E" w:rsidRDefault="00FE478F">
            <w:pPr>
              <w:spacing w:after="40"/>
              <w:rPr>
                <w:lang w:val="fr-FR"/>
              </w:rPr>
            </w:pPr>
            <w:r w:rsidRPr="77370776">
              <w:rPr>
                <w:sz w:val="21"/>
                <w:szCs w:val="21"/>
                <w:lang w:val="fr-FR"/>
              </w:rPr>
              <w:t>[Tapez ici]</w:t>
            </w:r>
          </w:p>
        </w:tc>
      </w:tr>
      <w:tr w:rsidR="00626F96" w:rsidRPr="00391361" w14:paraId="5CD2A432" w14:textId="77777777" w:rsidTr="77370776">
        <w:trPr>
          <w:cantSplit/>
          <w:jc w:val="center"/>
        </w:trPr>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13B22BC6" w14:textId="77777777" w:rsidR="00626F96" w:rsidRPr="0083086E" w:rsidRDefault="00FE478F">
            <w:pPr>
              <w:spacing w:after="40"/>
              <w:rPr>
                <w:lang w:val="fr-FR"/>
              </w:rPr>
            </w:pPr>
            <w:r w:rsidRPr="77370776">
              <w:rPr>
                <w:b/>
                <w:bCs/>
                <w:sz w:val="21"/>
                <w:szCs w:val="21"/>
                <w:lang w:val="fr-FR"/>
              </w:rPr>
              <w:t>Priorité au secteur et à la chaîne de valeur</w:t>
            </w:r>
          </w:p>
        </w:tc>
        <w:tc>
          <w:tcPr>
            <w:tcW w:w="604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546164F" w14:textId="77777777" w:rsidR="00626F96" w:rsidRPr="0083086E" w:rsidRDefault="00FE478F">
            <w:pPr>
              <w:spacing w:after="40"/>
              <w:rPr>
                <w:lang w:val="fr-FR"/>
              </w:rPr>
            </w:pPr>
            <w:r w:rsidRPr="77370776">
              <w:rPr>
                <w:sz w:val="21"/>
                <w:szCs w:val="21"/>
                <w:lang w:val="fr-FR"/>
              </w:rPr>
              <w:t>[Tapez ici]</w:t>
            </w:r>
          </w:p>
        </w:tc>
      </w:tr>
      <w:tr w:rsidR="00626F96" w:rsidRPr="00391361" w14:paraId="4B413850" w14:textId="77777777" w:rsidTr="77370776">
        <w:trPr>
          <w:cantSplit/>
          <w:jc w:val="center"/>
        </w:trPr>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17F207A8" w14:textId="7B16F708" w:rsidR="00626F96" w:rsidRPr="0083086E" w:rsidRDefault="12ECC54C">
            <w:pPr>
              <w:spacing w:after="40"/>
              <w:rPr>
                <w:lang w:val="fr-FR"/>
              </w:rPr>
            </w:pPr>
            <w:r w:rsidRPr="77370776">
              <w:rPr>
                <w:b/>
                <w:bCs/>
                <w:sz w:val="21"/>
                <w:szCs w:val="21"/>
                <w:lang w:val="fr-FR"/>
              </w:rPr>
              <w:t xml:space="preserve">Institut Technique </w:t>
            </w:r>
            <w:r w:rsidR="00FE478F" w:rsidRPr="77370776">
              <w:rPr>
                <w:b/>
                <w:bCs/>
                <w:sz w:val="21"/>
                <w:szCs w:val="21"/>
                <w:lang w:val="fr-FR"/>
              </w:rPr>
              <w:t>Partenaire proposé</w:t>
            </w:r>
          </w:p>
        </w:tc>
        <w:tc>
          <w:tcPr>
            <w:tcW w:w="604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B1C6451" w14:textId="77777777" w:rsidR="00626F96" w:rsidRPr="0083086E" w:rsidRDefault="00FE478F">
            <w:pPr>
              <w:spacing w:after="40"/>
              <w:rPr>
                <w:lang w:val="fr-FR"/>
              </w:rPr>
            </w:pPr>
            <w:r w:rsidRPr="77370776">
              <w:rPr>
                <w:sz w:val="21"/>
                <w:szCs w:val="21"/>
                <w:lang w:val="fr-FR"/>
              </w:rPr>
              <w:t>[Tapez ici]</w:t>
            </w:r>
          </w:p>
        </w:tc>
      </w:tr>
      <w:tr w:rsidR="00626F96" w:rsidRPr="00391361" w14:paraId="36B89E68" w14:textId="77777777" w:rsidTr="77370776">
        <w:trPr>
          <w:cantSplit/>
          <w:jc w:val="center"/>
        </w:trPr>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201A3A71" w14:textId="77777777" w:rsidR="00626F96" w:rsidRPr="0083086E" w:rsidRDefault="00FE478F">
            <w:pPr>
              <w:spacing w:after="40"/>
              <w:rPr>
                <w:lang w:val="fr-FR"/>
              </w:rPr>
            </w:pPr>
            <w:r w:rsidRPr="77370776">
              <w:rPr>
                <w:b/>
                <w:bCs/>
                <w:sz w:val="21"/>
                <w:szCs w:val="21"/>
                <w:lang w:val="fr-FR"/>
              </w:rPr>
              <w:t>Directeur/contact principal</w:t>
            </w:r>
          </w:p>
        </w:tc>
        <w:tc>
          <w:tcPr>
            <w:tcW w:w="604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940D1AD" w14:textId="77777777" w:rsidR="00626F96" w:rsidRPr="0083086E" w:rsidRDefault="00FE478F">
            <w:pPr>
              <w:spacing w:after="40"/>
              <w:rPr>
                <w:lang w:val="fr-FR"/>
              </w:rPr>
            </w:pPr>
            <w:r w:rsidRPr="77370776">
              <w:rPr>
                <w:sz w:val="21"/>
                <w:szCs w:val="21"/>
                <w:lang w:val="fr-FR"/>
              </w:rPr>
              <w:t>[Tapez ici]</w:t>
            </w:r>
          </w:p>
        </w:tc>
      </w:tr>
      <w:tr w:rsidR="00626F96" w:rsidRPr="00391361" w14:paraId="65914473" w14:textId="77777777" w:rsidTr="77370776">
        <w:trPr>
          <w:cantSplit/>
          <w:jc w:val="center"/>
        </w:trPr>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63A1DD56" w14:textId="77777777" w:rsidR="00626F96" w:rsidRPr="0083086E" w:rsidRDefault="00FE478F">
            <w:pPr>
              <w:spacing w:after="40"/>
              <w:rPr>
                <w:lang w:val="fr-FR"/>
              </w:rPr>
            </w:pPr>
            <w:r w:rsidRPr="77370776">
              <w:rPr>
                <w:b/>
                <w:bCs/>
                <w:sz w:val="21"/>
                <w:szCs w:val="21"/>
                <w:lang w:val="fr-FR"/>
              </w:rPr>
              <w:t>Courriel et téléphone</w:t>
            </w:r>
          </w:p>
        </w:tc>
        <w:tc>
          <w:tcPr>
            <w:tcW w:w="604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3B5191D" w14:textId="77777777" w:rsidR="00626F96" w:rsidRPr="0083086E" w:rsidRDefault="00FE478F">
            <w:pPr>
              <w:spacing w:after="40"/>
              <w:rPr>
                <w:lang w:val="fr-FR"/>
              </w:rPr>
            </w:pPr>
            <w:r w:rsidRPr="77370776">
              <w:rPr>
                <w:sz w:val="21"/>
                <w:szCs w:val="21"/>
                <w:lang w:val="fr-FR"/>
              </w:rPr>
              <w:t>[Tapez ici]</w:t>
            </w:r>
          </w:p>
        </w:tc>
      </w:tr>
    </w:tbl>
    <w:p w14:paraId="10FBE498" w14:textId="77777777" w:rsidR="00626F96" w:rsidRPr="0083086E" w:rsidRDefault="00FE478F">
      <w:pPr>
        <w:pStyle w:val="Heading2"/>
        <w:spacing w:before="120" w:after="100"/>
        <w:rPr>
          <w:lang w:val="fr-FR"/>
        </w:rPr>
      </w:pPr>
      <w:r w:rsidRPr="77370776">
        <w:rPr>
          <w:rFonts w:ascii="Arial" w:hAnsi="Arial"/>
          <w:color w:val="1F4E79"/>
          <w:lang w:val="fr-FR"/>
        </w:rPr>
        <w:t>Section 1 - Orientation sectorielle, chaîne de valeur et alignement stratégique</w:t>
      </w:r>
    </w:p>
    <w:p w14:paraId="2A7D5584" w14:textId="77777777" w:rsidR="00626F96" w:rsidRPr="0083086E" w:rsidRDefault="00FE478F">
      <w:pPr>
        <w:spacing w:after="100" w:line="240" w:lineRule="auto"/>
        <w:rPr>
          <w:b/>
          <w:bCs/>
          <w:color w:val="C00000"/>
          <w:lang w:val="fr-FR"/>
        </w:rPr>
      </w:pPr>
      <w:r w:rsidRPr="77370776">
        <w:rPr>
          <w:b/>
          <w:bCs/>
          <w:i/>
          <w:iCs/>
          <w:color w:val="C00000"/>
          <w:sz w:val="20"/>
          <w:szCs w:val="20"/>
          <w:lang w:val="fr-FR"/>
        </w:rPr>
        <w:t>Allocation indicative : 2 pages.</w:t>
      </w:r>
    </w:p>
    <w:p w14:paraId="25466892" w14:textId="77777777" w:rsidR="00626F96" w:rsidRPr="0083086E" w:rsidRDefault="00FE478F">
      <w:pPr>
        <w:pStyle w:val="Heading3"/>
        <w:spacing w:before="80" w:after="60"/>
        <w:rPr>
          <w:lang w:val="fr-FR"/>
        </w:rPr>
      </w:pPr>
      <w:r w:rsidRPr="77370776">
        <w:rPr>
          <w:rFonts w:ascii="Arial" w:hAnsi="Arial"/>
          <w:color w:val="000000" w:themeColor="text1"/>
          <w:lang w:val="fr-FR"/>
        </w:rPr>
        <w:t>1.1 Secteur et chaîne de valeur</w:t>
      </w:r>
    </w:p>
    <w:tbl>
      <w:tblPr>
        <w:tblW w:w="5000" w:type="pct"/>
        <w:tblLook w:val="04A0" w:firstRow="1" w:lastRow="0" w:firstColumn="1" w:lastColumn="0" w:noHBand="0" w:noVBand="1"/>
      </w:tblPr>
      <w:tblGrid>
        <w:gridCol w:w="9956"/>
      </w:tblGrid>
      <w:tr w:rsidR="00626F96" w:rsidRPr="00BC134C" w14:paraId="70F15787"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92664AF" w14:textId="44586BBB" w:rsidR="00626F96" w:rsidRPr="0083086E" w:rsidRDefault="79EE4A9B" w:rsidP="77370776">
            <w:pPr>
              <w:spacing w:after="0" w:line="240" w:lineRule="auto"/>
              <w:rPr>
                <w:sz w:val="20"/>
                <w:szCs w:val="20"/>
                <w:lang w:val="fr-FR"/>
              </w:rPr>
            </w:pPr>
            <w:r w:rsidRPr="77370776">
              <w:rPr>
                <w:b/>
                <w:bCs/>
                <w:sz w:val="20"/>
                <w:szCs w:val="20"/>
                <w:lang w:val="fr-FR"/>
              </w:rPr>
              <w:t>A</w:t>
            </w:r>
            <w:r w:rsidR="00FE478F" w:rsidRPr="77370776">
              <w:rPr>
                <w:b/>
                <w:bCs/>
                <w:sz w:val="20"/>
                <w:szCs w:val="20"/>
                <w:lang w:val="fr-FR"/>
              </w:rPr>
              <w:t xml:space="preserve"> fournir : </w:t>
            </w:r>
            <w:r w:rsidR="00FE478F" w:rsidRPr="77370776">
              <w:rPr>
                <w:sz w:val="20"/>
                <w:szCs w:val="20"/>
                <w:lang w:val="fr-FR"/>
              </w:rPr>
              <w:t xml:space="preserve">Identifier le(s) segment(s) prioritaire(s) du secteur et de la chaîne de valeur que le </w:t>
            </w:r>
            <w:r w:rsidR="16BE7F0B" w:rsidRPr="77370776">
              <w:rPr>
                <w:sz w:val="20"/>
                <w:szCs w:val="20"/>
                <w:lang w:val="fr-FR"/>
              </w:rPr>
              <w:t xml:space="preserve">CEA/Centre émergent </w:t>
            </w:r>
            <w:r w:rsidR="00FE478F" w:rsidRPr="77370776">
              <w:rPr>
                <w:sz w:val="20"/>
                <w:szCs w:val="20"/>
                <w:lang w:val="fr-FR"/>
              </w:rPr>
              <w:t>servira. Expliquez pourquoi cette chaîne de valeur a été sélectionnée et comment les compétences avancées, la recherche appliquée et l'innovation peuvent surmonter ses contraintes les plus importantes.</w:t>
            </w:r>
          </w:p>
        </w:tc>
      </w:tr>
      <w:tr w:rsidR="00626F96" w:rsidRPr="00BC134C" w14:paraId="247E506F"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5B7BA98" w14:textId="13821FC4" w:rsidR="00626F96" w:rsidRPr="0083086E" w:rsidRDefault="00FE478F">
            <w:pPr>
              <w:spacing w:after="0" w:line="240" w:lineRule="auto"/>
              <w:rPr>
                <w:lang w:val="fr-FR"/>
              </w:rPr>
            </w:pPr>
            <w:r w:rsidRPr="77370776">
              <w:rPr>
                <w:b/>
                <w:bCs/>
                <w:lang w:val="fr-FR"/>
              </w:rPr>
              <w:t xml:space="preserve">Réponse du </w:t>
            </w:r>
            <w:r w:rsidR="049237E0" w:rsidRPr="77370776">
              <w:rPr>
                <w:b/>
                <w:bCs/>
                <w:lang w:val="fr-FR"/>
              </w:rPr>
              <w:t>candidat</w:t>
            </w:r>
            <w:r w:rsidRPr="77370776">
              <w:rPr>
                <w:b/>
                <w:bCs/>
                <w:lang w:val="fr-FR"/>
              </w:rPr>
              <w:t xml:space="preserve"> : </w:t>
            </w:r>
            <w:r w:rsidRPr="77370776">
              <w:rPr>
                <w:i/>
                <w:iCs/>
                <w:color w:val="787878"/>
                <w:lang w:val="fr-FR"/>
              </w:rPr>
              <w:t>[Tapez la réponse ici.]</w:t>
            </w:r>
          </w:p>
        </w:tc>
      </w:tr>
    </w:tbl>
    <w:p w14:paraId="1CE06581" w14:textId="77777777" w:rsidR="00626F96" w:rsidRPr="0083086E" w:rsidRDefault="00626F96">
      <w:pPr>
        <w:spacing w:after="40"/>
        <w:rPr>
          <w:lang w:val="fr-FR"/>
        </w:rPr>
      </w:pPr>
    </w:p>
    <w:p w14:paraId="67A2BBA9" w14:textId="045B0FA5" w:rsidR="00626F96" w:rsidRPr="0083086E" w:rsidRDefault="00FE478F">
      <w:pPr>
        <w:pStyle w:val="Heading3"/>
        <w:spacing w:before="80" w:after="60"/>
        <w:rPr>
          <w:lang w:val="fr-FR"/>
        </w:rPr>
      </w:pPr>
      <w:r w:rsidRPr="77370776">
        <w:rPr>
          <w:rFonts w:ascii="Arial" w:hAnsi="Arial"/>
          <w:color w:val="000000" w:themeColor="text1"/>
          <w:lang w:val="fr-FR"/>
        </w:rPr>
        <w:t xml:space="preserve">1.2 Contraintes et </w:t>
      </w:r>
      <w:r w:rsidR="00FB25F3" w:rsidRPr="77370776">
        <w:rPr>
          <w:rFonts w:ascii="Arial" w:hAnsi="Arial"/>
          <w:color w:val="000000" w:themeColor="text1"/>
          <w:lang w:val="fr-FR"/>
        </w:rPr>
        <w:t xml:space="preserve">besoins </w:t>
      </w:r>
      <w:r w:rsidRPr="77370776">
        <w:rPr>
          <w:rFonts w:ascii="Arial" w:hAnsi="Arial"/>
          <w:color w:val="000000" w:themeColor="text1"/>
          <w:lang w:val="fr-FR"/>
        </w:rPr>
        <w:t>de compétences avancées et de recherche</w:t>
      </w:r>
    </w:p>
    <w:tbl>
      <w:tblPr>
        <w:tblW w:w="5000" w:type="pct"/>
        <w:tblLook w:val="04A0" w:firstRow="1" w:lastRow="0" w:firstColumn="1" w:lastColumn="0" w:noHBand="0" w:noVBand="1"/>
      </w:tblPr>
      <w:tblGrid>
        <w:gridCol w:w="9956"/>
      </w:tblGrid>
      <w:tr w:rsidR="00626F96" w:rsidRPr="00BC134C" w14:paraId="2CDD1FCB"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9062C44" w14:textId="6E318366" w:rsidR="00626F96" w:rsidRPr="0083086E" w:rsidRDefault="00FB25F3">
            <w:pPr>
              <w:spacing w:after="0" w:line="240" w:lineRule="auto"/>
              <w:rPr>
                <w:lang w:val="fr-FR"/>
              </w:rPr>
            </w:pPr>
            <w:r w:rsidRPr="77370776">
              <w:rPr>
                <w:b/>
                <w:bCs/>
                <w:sz w:val="20"/>
                <w:szCs w:val="20"/>
                <w:lang w:val="fr-FR"/>
              </w:rPr>
              <w:t>A</w:t>
            </w:r>
            <w:r w:rsidR="00FE478F" w:rsidRPr="77370776">
              <w:rPr>
                <w:b/>
                <w:bCs/>
                <w:sz w:val="20"/>
                <w:szCs w:val="20"/>
                <w:lang w:val="fr-FR"/>
              </w:rPr>
              <w:t xml:space="preserve"> fournir : </w:t>
            </w:r>
            <w:r w:rsidR="00FE478F" w:rsidRPr="77370776">
              <w:rPr>
                <w:sz w:val="20"/>
                <w:szCs w:val="20"/>
                <w:lang w:val="fr-FR"/>
              </w:rPr>
              <w:t xml:space="preserve">Décrire les lacunes les plus importantes en matière de compétences, les déficits de recherche et les </w:t>
            </w:r>
            <w:r w:rsidR="13133084" w:rsidRPr="77370776">
              <w:rPr>
                <w:sz w:val="20"/>
                <w:szCs w:val="20"/>
                <w:lang w:val="fr-FR"/>
              </w:rPr>
              <w:t>difficultés</w:t>
            </w:r>
            <w:r w:rsidR="00FE478F" w:rsidRPr="77370776">
              <w:rPr>
                <w:sz w:val="20"/>
                <w:szCs w:val="20"/>
                <w:lang w:val="fr-FR"/>
              </w:rPr>
              <w:t xml:space="preserve"> en matière d'innovation qui freinent le secteur et la chaîne de valeur. Montrer comment l</w:t>
            </w:r>
            <w:r w:rsidR="0D8B590B" w:rsidRPr="77370776">
              <w:rPr>
                <w:sz w:val="20"/>
                <w:szCs w:val="20"/>
                <w:lang w:val="fr-FR"/>
              </w:rPr>
              <w:t>e besoin</w:t>
            </w:r>
            <w:r w:rsidR="00FE478F" w:rsidRPr="77370776">
              <w:rPr>
                <w:sz w:val="20"/>
                <w:szCs w:val="20"/>
                <w:lang w:val="fr-FR"/>
              </w:rPr>
              <w:t xml:space="preserve"> a été mis en évidence par les données sur le marché du travail, la mobilisation des employeurs et les conclusions du Panel </w:t>
            </w:r>
            <w:r w:rsidR="0D8B590B" w:rsidRPr="77370776">
              <w:rPr>
                <w:sz w:val="20"/>
                <w:szCs w:val="20"/>
                <w:lang w:val="fr-FR"/>
              </w:rPr>
              <w:t>de</w:t>
            </w:r>
            <w:r w:rsidR="00FE478F" w:rsidRPr="77370776">
              <w:rPr>
                <w:sz w:val="20"/>
                <w:szCs w:val="20"/>
                <w:lang w:val="fr-FR"/>
              </w:rPr>
              <w:t xml:space="preserve"> mobilisation </w:t>
            </w:r>
            <w:r w:rsidR="0D8B590B" w:rsidRPr="77370776">
              <w:rPr>
                <w:sz w:val="20"/>
                <w:szCs w:val="20"/>
                <w:lang w:val="fr-FR"/>
              </w:rPr>
              <w:t>du</w:t>
            </w:r>
            <w:r w:rsidR="049237E0" w:rsidRPr="77370776">
              <w:rPr>
                <w:sz w:val="20"/>
                <w:szCs w:val="20"/>
                <w:lang w:val="fr-FR"/>
              </w:rPr>
              <w:t xml:space="preserve"> </w:t>
            </w:r>
            <w:r w:rsidR="0D8B590B" w:rsidRPr="77370776">
              <w:rPr>
                <w:sz w:val="20"/>
                <w:szCs w:val="20"/>
                <w:lang w:val="fr-FR"/>
              </w:rPr>
              <w:t>secteur</w:t>
            </w:r>
            <w:r w:rsidR="00FE478F" w:rsidRPr="77370776">
              <w:rPr>
                <w:sz w:val="20"/>
                <w:szCs w:val="20"/>
                <w:lang w:val="fr-FR"/>
              </w:rPr>
              <w:t>, le cas échéant.</w:t>
            </w:r>
          </w:p>
        </w:tc>
      </w:tr>
      <w:tr w:rsidR="00626F96" w:rsidRPr="00BC134C" w14:paraId="0099B42B"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A198896" w14:textId="77A7CFB6" w:rsidR="00626F96" w:rsidRPr="0083086E" w:rsidRDefault="00FE478F">
            <w:pPr>
              <w:spacing w:after="0" w:line="240" w:lineRule="auto"/>
              <w:rPr>
                <w:lang w:val="fr-FR"/>
              </w:rPr>
            </w:pPr>
            <w:r w:rsidRPr="77370776">
              <w:rPr>
                <w:b/>
                <w:bCs/>
                <w:lang w:val="fr-FR"/>
              </w:rPr>
              <w:t xml:space="preserve">Réponse du </w:t>
            </w:r>
            <w:r w:rsidR="049237E0" w:rsidRPr="77370776">
              <w:rPr>
                <w:b/>
                <w:bCs/>
                <w:lang w:val="fr-FR"/>
              </w:rPr>
              <w:t>candidat</w:t>
            </w:r>
            <w:r w:rsidRPr="77370776">
              <w:rPr>
                <w:b/>
                <w:bCs/>
                <w:lang w:val="fr-FR"/>
              </w:rPr>
              <w:t xml:space="preserve"> : </w:t>
            </w:r>
            <w:r w:rsidRPr="77370776">
              <w:rPr>
                <w:i/>
                <w:iCs/>
                <w:color w:val="787878"/>
                <w:lang w:val="fr-FR"/>
              </w:rPr>
              <w:t>[Tapez la réponse ici.]</w:t>
            </w:r>
          </w:p>
        </w:tc>
      </w:tr>
    </w:tbl>
    <w:p w14:paraId="23A188A6" w14:textId="77777777" w:rsidR="00626F96" w:rsidRPr="0083086E" w:rsidRDefault="00626F96">
      <w:pPr>
        <w:spacing w:after="40"/>
        <w:rPr>
          <w:lang w:val="fr-FR"/>
        </w:rPr>
      </w:pPr>
    </w:p>
    <w:p w14:paraId="07041689" w14:textId="77777777" w:rsidR="00626F96" w:rsidRPr="0083086E" w:rsidRDefault="00FE478F">
      <w:pPr>
        <w:pStyle w:val="Heading3"/>
        <w:spacing w:before="80" w:after="60"/>
        <w:rPr>
          <w:lang w:val="fr-FR"/>
        </w:rPr>
      </w:pPr>
      <w:r w:rsidRPr="77370776">
        <w:rPr>
          <w:rFonts w:ascii="Arial" w:hAnsi="Arial"/>
          <w:color w:val="000000" w:themeColor="text1"/>
          <w:lang w:val="fr-FR"/>
        </w:rPr>
        <w:t>1.3 Cohérence stratégique</w:t>
      </w:r>
    </w:p>
    <w:tbl>
      <w:tblPr>
        <w:tblW w:w="5000" w:type="pct"/>
        <w:tblLook w:val="04A0" w:firstRow="1" w:lastRow="0" w:firstColumn="1" w:lastColumn="0" w:noHBand="0" w:noVBand="1"/>
      </w:tblPr>
      <w:tblGrid>
        <w:gridCol w:w="9956"/>
      </w:tblGrid>
      <w:tr w:rsidR="00626F96" w:rsidRPr="00BC134C" w14:paraId="54FACC05"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2E136A9" w14:textId="7393FF68" w:rsidR="00626F96" w:rsidRPr="0083086E" w:rsidRDefault="0D8B590B">
            <w:pPr>
              <w:spacing w:after="0" w:line="240" w:lineRule="auto"/>
              <w:rPr>
                <w:lang w:val="fr-FR"/>
              </w:rPr>
            </w:pPr>
            <w:r w:rsidRPr="77370776">
              <w:rPr>
                <w:b/>
                <w:bCs/>
                <w:sz w:val="20"/>
                <w:szCs w:val="20"/>
                <w:lang w:val="fr-FR"/>
              </w:rPr>
              <w:t>A</w:t>
            </w:r>
            <w:r w:rsidR="00FE478F" w:rsidRPr="77370776">
              <w:rPr>
                <w:b/>
                <w:bCs/>
                <w:sz w:val="20"/>
                <w:szCs w:val="20"/>
                <w:lang w:val="fr-FR"/>
              </w:rPr>
              <w:t xml:space="preserve"> fournir : </w:t>
            </w:r>
            <w:r w:rsidR="00FE478F" w:rsidRPr="77370776">
              <w:rPr>
                <w:sz w:val="20"/>
                <w:szCs w:val="20"/>
                <w:lang w:val="fr-FR"/>
              </w:rPr>
              <w:t xml:space="preserve">Expliquer comment l'orientation proposée cadre avec les priorités nationales de développement, les stratégies sectorielles et les investissements existants ou en préparation, y compris les opérations financées par la Banque mondiale, le cas échéant. Identifier les programmes ou les initiatives d'investissement spécifiques auxquels les activités du projet </w:t>
            </w:r>
            <w:r w:rsidR="4AFF7294" w:rsidRPr="77370776">
              <w:rPr>
                <w:sz w:val="20"/>
                <w:szCs w:val="20"/>
                <w:lang w:val="fr-FR"/>
              </w:rPr>
              <w:t xml:space="preserve">ACE </w:t>
            </w:r>
            <w:proofErr w:type="spellStart"/>
            <w:r w:rsidR="00FE478F" w:rsidRPr="77370776">
              <w:rPr>
                <w:sz w:val="20"/>
                <w:szCs w:val="20"/>
                <w:lang w:val="fr-FR"/>
              </w:rPr>
              <w:t>Innovate</w:t>
            </w:r>
            <w:proofErr w:type="spellEnd"/>
            <w:r w:rsidR="00FE478F" w:rsidRPr="77370776">
              <w:rPr>
                <w:sz w:val="20"/>
                <w:szCs w:val="20"/>
                <w:lang w:val="fr-FR"/>
              </w:rPr>
              <w:t xml:space="preserve"> seront liées.</w:t>
            </w:r>
          </w:p>
        </w:tc>
      </w:tr>
      <w:tr w:rsidR="00626F96" w:rsidRPr="00BC134C" w14:paraId="0A6F52E7"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471BD13" w14:textId="0A55625D"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6BCC28F4" w14:textId="77777777" w:rsidR="00626F96" w:rsidRPr="0083086E" w:rsidRDefault="00626F96">
      <w:pPr>
        <w:spacing w:after="40"/>
        <w:rPr>
          <w:lang w:val="fr-FR"/>
        </w:rPr>
      </w:pPr>
    </w:p>
    <w:p w14:paraId="124C0BF5" w14:textId="77777777" w:rsidR="00E73BA4" w:rsidRPr="0083086E" w:rsidRDefault="00E73BA4">
      <w:pPr>
        <w:spacing w:after="40"/>
        <w:rPr>
          <w:lang w:val="fr-FR"/>
        </w:rPr>
      </w:pPr>
    </w:p>
    <w:p w14:paraId="0A737E77" w14:textId="77777777" w:rsidR="00626F96" w:rsidRPr="0083086E" w:rsidRDefault="00FE478F">
      <w:pPr>
        <w:pStyle w:val="Heading2"/>
        <w:spacing w:before="120" w:after="100"/>
        <w:rPr>
          <w:lang w:val="fr-FR"/>
        </w:rPr>
      </w:pPr>
      <w:r w:rsidRPr="77370776">
        <w:rPr>
          <w:rFonts w:ascii="Arial" w:hAnsi="Arial"/>
          <w:color w:val="1F4E79"/>
          <w:lang w:val="fr-FR"/>
        </w:rPr>
        <w:t>Section 2 - Conception du programme : compétences, recherche et innovation</w:t>
      </w:r>
    </w:p>
    <w:p w14:paraId="0BC74126" w14:textId="5F4111EE" w:rsidR="00626F96" w:rsidRPr="0083086E" w:rsidRDefault="00FE478F">
      <w:pPr>
        <w:spacing w:after="100" w:line="240" w:lineRule="auto"/>
        <w:rPr>
          <w:b/>
          <w:bCs/>
          <w:color w:val="C00000"/>
          <w:lang w:val="fr-FR"/>
        </w:rPr>
      </w:pPr>
      <w:r w:rsidRPr="77370776">
        <w:rPr>
          <w:b/>
          <w:bCs/>
          <w:i/>
          <w:iCs/>
          <w:color w:val="C00000"/>
          <w:sz w:val="20"/>
          <w:szCs w:val="20"/>
          <w:lang w:val="fr-FR"/>
        </w:rPr>
        <w:t xml:space="preserve">Allocation indicative : moins de 5 pages narratives, </w:t>
      </w:r>
      <w:r w:rsidR="00AC03DA" w:rsidRPr="77370776">
        <w:rPr>
          <w:b/>
          <w:bCs/>
          <w:i/>
          <w:iCs/>
          <w:color w:val="C00000"/>
          <w:sz w:val="20"/>
          <w:szCs w:val="20"/>
          <w:lang w:val="fr-FR"/>
        </w:rPr>
        <w:t xml:space="preserve">sans </w:t>
      </w:r>
      <w:r w:rsidRPr="77370776">
        <w:rPr>
          <w:b/>
          <w:bCs/>
          <w:i/>
          <w:iCs/>
          <w:color w:val="C00000"/>
          <w:sz w:val="20"/>
          <w:szCs w:val="20"/>
          <w:lang w:val="fr-FR"/>
        </w:rPr>
        <w:t>tableau des résultats.</w:t>
      </w:r>
    </w:p>
    <w:p w14:paraId="761AFED5" w14:textId="77777777" w:rsidR="00626F96" w:rsidRPr="0083086E" w:rsidRDefault="00FE478F">
      <w:pPr>
        <w:pStyle w:val="Heading3"/>
        <w:spacing w:before="80" w:after="60"/>
        <w:rPr>
          <w:lang w:val="fr-FR"/>
        </w:rPr>
      </w:pPr>
      <w:r w:rsidRPr="77370776">
        <w:rPr>
          <w:rFonts w:ascii="Arial" w:hAnsi="Arial"/>
          <w:color w:val="000000" w:themeColor="text1"/>
          <w:lang w:val="fr-FR"/>
        </w:rPr>
        <w:t>2.1 Acquisition de compétences avancées et programmes de formation</w:t>
      </w:r>
    </w:p>
    <w:tbl>
      <w:tblPr>
        <w:tblW w:w="5000" w:type="pct"/>
        <w:tblLook w:val="04A0" w:firstRow="1" w:lastRow="0" w:firstColumn="1" w:lastColumn="0" w:noHBand="0" w:noVBand="1"/>
      </w:tblPr>
      <w:tblGrid>
        <w:gridCol w:w="9956"/>
      </w:tblGrid>
      <w:tr w:rsidR="00626F96" w:rsidRPr="00BC134C" w14:paraId="4CC9786F"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4AF1BC8" w14:textId="6F4CDB75" w:rsidR="00626F96" w:rsidRPr="0083086E" w:rsidRDefault="42196E5F">
            <w:pPr>
              <w:spacing w:after="0" w:line="240" w:lineRule="auto"/>
              <w:rPr>
                <w:lang w:val="fr-FR"/>
              </w:rPr>
            </w:pPr>
            <w:r w:rsidRPr="77370776">
              <w:rPr>
                <w:b/>
                <w:bCs/>
                <w:sz w:val="20"/>
                <w:szCs w:val="20"/>
                <w:lang w:val="fr-FR"/>
              </w:rPr>
              <w:t>A</w:t>
            </w:r>
            <w:r w:rsidR="00FE478F" w:rsidRPr="77370776">
              <w:rPr>
                <w:b/>
                <w:bCs/>
                <w:sz w:val="20"/>
                <w:szCs w:val="20"/>
                <w:lang w:val="fr-FR"/>
              </w:rPr>
              <w:t xml:space="preserve"> fournir : </w:t>
            </w:r>
            <w:r w:rsidR="00FE478F" w:rsidRPr="77370776">
              <w:rPr>
                <w:sz w:val="20"/>
                <w:szCs w:val="20"/>
                <w:lang w:val="fr-FR"/>
              </w:rPr>
              <w:t xml:space="preserve">Décrire les programmes de troisième cycle, les spécialisations pertinentes de premier cycle, le cas échéant, et les </w:t>
            </w:r>
            <w:r w:rsidRPr="77370776">
              <w:rPr>
                <w:sz w:val="20"/>
                <w:szCs w:val="20"/>
                <w:lang w:val="fr-FR"/>
              </w:rPr>
              <w:t xml:space="preserve">formations </w:t>
            </w:r>
            <w:r w:rsidR="00FE478F" w:rsidRPr="77370776">
              <w:rPr>
                <w:sz w:val="20"/>
                <w:szCs w:val="20"/>
                <w:lang w:val="fr-FR"/>
              </w:rPr>
              <w:t>professionnel</w:t>
            </w:r>
            <w:r w:rsidRPr="77370776">
              <w:rPr>
                <w:sz w:val="20"/>
                <w:szCs w:val="20"/>
                <w:lang w:val="fr-FR"/>
              </w:rPr>
              <w:t>le</w:t>
            </w:r>
            <w:r w:rsidR="00FE478F" w:rsidRPr="77370776">
              <w:rPr>
                <w:sz w:val="20"/>
                <w:szCs w:val="20"/>
                <w:lang w:val="fr-FR"/>
              </w:rPr>
              <w:t>s courte</w:t>
            </w:r>
            <w:r w:rsidR="00C727BF" w:rsidRPr="77370776">
              <w:rPr>
                <w:sz w:val="20"/>
                <w:szCs w:val="20"/>
                <w:lang w:val="fr-FR"/>
              </w:rPr>
              <w:t>s</w:t>
            </w:r>
            <w:r w:rsidR="00FE478F" w:rsidRPr="77370776">
              <w:rPr>
                <w:sz w:val="20"/>
                <w:szCs w:val="20"/>
                <w:lang w:val="fr-FR"/>
              </w:rPr>
              <w:t xml:space="preserve"> qui seront proposés ou élargis. Pour chaque programme ou groupe de programmes, s'adresser aux étudiants cibles, aux inscriptions prévues, à la portée régionale, au statut d'accréditation et à l'alignement des employeurs.</w:t>
            </w:r>
            <w:r w:rsidR="0999CCE1" w:rsidRPr="77370776">
              <w:rPr>
                <w:lang w:val="fr-FR"/>
              </w:rPr>
              <w:t xml:space="preserve"> </w:t>
            </w:r>
            <w:r w:rsidR="0999CCE1" w:rsidRPr="77370776">
              <w:rPr>
                <w:sz w:val="20"/>
                <w:szCs w:val="20"/>
                <w:lang w:val="fr-FR"/>
              </w:rPr>
              <w:t>Décrivez le statut d'accréditation des programmes proposés ; le cas échéant, indiquez les certifications ou normes internationales auxquelles les programmes sont destinés à répondre.</w:t>
            </w:r>
          </w:p>
        </w:tc>
      </w:tr>
      <w:tr w:rsidR="00626F96" w:rsidRPr="00BC134C" w14:paraId="66657081"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81E1DAD" w14:textId="2707985C"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5C99EBF7" w14:textId="77777777" w:rsidR="00626F96" w:rsidRPr="0083086E" w:rsidRDefault="00626F96">
      <w:pPr>
        <w:spacing w:after="40"/>
        <w:rPr>
          <w:lang w:val="fr-FR"/>
        </w:rPr>
      </w:pPr>
    </w:p>
    <w:tbl>
      <w:tblPr>
        <w:tblStyle w:val="TableGrid"/>
        <w:tblW w:w="5000" w:type="pct"/>
        <w:jc w:val="center"/>
        <w:tblLook w:val="04A0" w:firstRow="1" w:lastRow="0" w:firstColumn="1" w:lastColumn="0" w:noHBand="0" w:noVBand="1"/>
      </w:tblPr>
      <w:tblGrid>
        <w:gridCol w:w="1662"/>
        <w:gridCol w:w="1655"/>
        <w:gridCol w:w="1656"/>
        <w:gridCol w:w="1655"/>
        <w:gridCol w:w="1656"/>
        <w:gridCol w:w="1672"/>
      </w:tblGrid>
      <w:tr w:rsidR="00626F96" w:rsidRPr="00391361" w14:paraId="021F8D91" w14:textId="77777777" w:rsidTr="77370776">
        <w:trPr>
          <w:cantSplit/>
          <w:tblHeader/>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7FE3A2D" w14:textId="77777777" w:rsidR="00626F96" w:rsidRPr="0083086E" w:rsidRDefault="00FE478F">
            <w:pPr>
              <w:spacing w:after="40"/>
              <w:rPr>
                <w:lang w:val="fr-FR"/>
              </w:rPr>
            </w:pPr>
            <w:r w:rsidRPr="77370776">
              <w:rPr>
                <w:b/>
                <w:bCs/>
                <w:color w:val="FFFFFF" w:themeColor="background1"/>
                <w:sz w:val="17"/>
                <w:szCs w:val="17"/>
                <w:lang w:val="fr-FR"/>
              </w:rPr>
              <w:t>Programme/cours</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0F0A82DA" w14:textId="77777777" w:rsidR="00626F96" w:rsidRPr="0083086E" w:rsidRDefault="00FE478F">
            <w:pPr>
              <w:spacing w:after="40"/>
              <w:rPr>
                <w:lang w:val="fr-FR"/>
              </w:rPr>
            </w:pPr>
            <w:r w:rsidRPr="77370776">
              <w:rPr>
                <w:b/>
                <w:bCs/>
                <w:color w:val="FFFFFF" w:themeColor="background1"/>
                <w:sz w:val="17"/>
                <w:szCs w:val="17"/>
                <w:lang w:val="fr-FR"/>
              </w:rPr>
              <w:t>Niveau</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214AA902" w14:textId="77777777" w:rsidR="00626F96" w:rsidRPr="0083086E" w:rsidRDefault="00FE478F">
            <w:pPr>
              <w:spacing w:after="40"/>
              <w:rPr>
                <w:lang w:val="fr-FR"/>
              </w:rPr>
            </w:pPr>
            <w:r w:rsidRPr="77370776">
              <w:rPr>
                <w:b/>
                <w:bCs/>
                <w:color w:val="FFFFFF" w:themeColor="background1"/>
                <w:sz w:val="17"/>
                <w:szCs w:val="17"/>
                <w:lang w:val="fr-FR"/>
              </w:rPr>
              <w:t>Nouveau ou élargi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484273F7" w14:textId="77777777" w:rsidR="00626F96" w:rsidRPr="0083086E" w:rsidRDefault="00FE478F">
            <w:pPr>
              <w:spacing w:after="40"/>
              <w:rPr>
                <w:lang w:val="fr-FR"/>
              </w:rPr>
            </w:pPr>
            <w:r w:rsidRPr="77370776">
              <w:rPr>
                <w:b/>
                <w:bCs/>
                <w:color w:val="FFFFFF" w:themeColor="background1"/>
                <w:sz w:val="17"/>
                <w:szCs w:val="17"/>
                <w:lang w:val="fr-FR"/>
              </w:rPr>
              <w:t>Élèves ciblés</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8679416" w14:textId="3B261D46" w:rsidR="00626F96" w:rsidRPr="0083086E" w:rsidRDefault="00FE478F">
            <w:pPr>
              <w:spacing w:after="40"/>
              <w:rPr>
                <w:lang w:val="fr-FR"/>
              </w:rPr>
            </w:pPr>
            <w:r w:rsidRPr="77370776">
              <w:rPr>
                <w:b/>
                <w:bCs/>
                <w:color w:val="FFFFFF" w:themeColor="background1"/>
                <w:sz w:val="17"/>
                <w:szCs w:val="17"/>
                <w:lang w:val="fr-FR"/>
              </w:rPr>
              <w:t>Objectif d</w:t>
            </w:r>
            <w:r w:rsidR="39F8F82D" w:rsidRPr="77370776">
              <w:rPr>
                <w:b/>
                <w:bCs/>
                <w:color w:val="FFFFFF" w:themeColor="background1"/>
                <w:sz w:val="17"/>
                <w:szCs w:val="17"/>
                <w:lang w:val="fr-FR"/>
              </w:rPr>
              <w:t>’in</w:t>
            </w:r>
            <w:r w:rsidR="3D03AFD2" w:rsidRPr="77370776">
              <w:rPr>
                <w:b/>
                <w:bCs/>
                <w:color w:val="FFFFFF" w:themeColor="background1"/>
                <w:sz w:val="17"/>
                <w:szCs w:val="17"/>
                <w:lang w:val="fr-FR"/>
              </w:rPr>
              <w:t xml:space="preserve">scrits </w:t>
            </w:r>
            <w:r w:rsidRPr="77370776">
              <w:rPr>
                <w:b/>
                <w:bCs/>
                <w:color w:val="FFFFFF" w:themeColor="background1"/>
                <w:sz w:val="17"/>
                <w:szCs w:val="17"/>
                <w:lang w:val="fr-FR"/>
              </w:rPr>
              <w:t>sur cinq ans</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78A8E329" w14:textId="77777777" w:rsidR="00626F96" w:rsidRPr="0083086E" w:rsidRDefault="00FE478F">
            <w:pPr>
              <w:spacing w:after="40"/>
              <w:rPr>
                <w:lang w:val="fr-FR"/>
              </w:rPr>
            </w:pPr>
            <w:r w:rsidRPr="77370776">
              <w:rPr>
                <w:b/>
                <w:bCs/>
                <w:color w:val="FFFFFF" w:themeColor="background1"/>
                <w:sz w:val="17"/>
                <w:szCs w:val="17"/>
                <w:lang w:val="fr-FR"/>
              </w:rPr>
              <w:t>Alignement employeur/secteur</w:t>
            </w:r>
          </w:p>
        </w:tc>
      </w:tr>
      <w:tr w:rsidR="00626F96" w:rsidRPr="00391361" w14:paraId="6149ADCF"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F8695EC"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9323296"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5CB89A5"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C6C6105"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4D2F41A"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BEB69E2" w14:textId="77777777" w:rsidR="00626F96" w:rsidRPr="0083086E" w:rsidRDefault="00FE478F">
            <w:pPr>
              <w:spacing w:after="40"/>
              <w:rPr>
                <w:lang w:val="fr-FR"/>
              </w:rPr>
            </w:pPr>
            <w:r w:rsidRPr="77370776">
              <w:rPr>
                <w:sz w:val="17"/>
                <w:szCs w:val="17"/>
                <w:lang w:val="fr-FR"/>
              </w:rPr>
              <w:t>[Tapez ici]</w:t>
            </w:r>
          </w:p>
        </w:tc>
      </w:tr>
      <w:tr w:rsidR="00626F96" w:rsidRPr="00391361" w14:paraId="4429CB8B"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29DCC91"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ABDC5DE"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D5CC4C5"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AF57B5B"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68A17F8"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AC64AA1" w14:textId="77777777" w:rsidR="00626F96" w:rsidRPr="0083086E" w:rsidRDefault="00FE478F">
            <w:pPr>
              <w:spacing w:after="40"/>
              <w:rPr>
                <w:lang w:val="fr-FR"/>
              </w:rPr>
            </w:pPr>
            <w:r w:rsidRPr="77370776">
              <w:rPr>
                <w:sz w:val="17"/>
                <w:szCs w:val="17"/>
                <w:lang w:val="fr-FR"/>
              </w:rPr>
              <w:t>[Tapez ici]</w:t>
            </w:r>
          </w:p>
        </w:tc>
      </w:tr>
      <w:tr w:rsidR="00626F96" w:rsidRPr="00391361" w14:paraId="4CA5DD99"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2727129"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B6BE751"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595FBD3"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5EA889E"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18813BA"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C69A9DB" w14:textId="77777777" w:rsidR="00626F96" w:rsidRPr="0083086E" w:rsidRDefault="00FE478F">
            <w:pPr>
              <w:spacing w:after="40"/>
              <w:rPr>
                <w:lang w:val="fr-FR"/>
              </w:rPr>
            </w:pPr>
            <w:r w:rsidRPr="77370776">
              <w:rPr>
                <w:sz w:val="17"/>
                <w:szCs w:val="17"/>
                <w:lang w:val="fr-FR"/>
              </w:rPr>
              <w:t>[Tapez ici]</w:t>
            </w:r>
          </w:p>
        </w:tc>
      </w:tr>
    </w:tbl>
    <w:p w14:paraId="1233026A" w14:textId="77777777" w:rsidR="00626F96" w:rsidRPr="0083086E" w:rsidRDefault="00FE478F">
      <w:pPr>
        <w:pStyle w:val="Heading3"/>
        <w:spacing w:before="80" w:after="60"/>
        <w:rPr>
          <w:lang w:val="fr-FR"/>
        </w:rPr>
      </w:pPr>
      <w:r w:rsidRPr="77370776">
        <w:rPr>
          <w:rFonts w:ascii="Arial" w:hAnsi="Arial"/>
          <w:color w:val="000000" w:themeColor="text1"/>
          <w:lang w:val="fr-FR"/>
        </w:rPr>
        <w:t>2.2 Programme de recherche</w:t>
      </w:r>
    </w:p>
    <w:tbl>
      <w:tblPr>
        <w:tblW w:w="5000" w:type="pct"/>
        <w:tblLook w:val="04A0" w:firstRow="1" w:lastRow="0" w:firstColumn="1" w:lastColumn="0" w:noHBand="0" w:noVBand="1"/>
      </w:tblPr>
      <w:tblGrid>
        <w:gridCol w:w="9956"/>
      </w:tblGrid>
      <w:tr w:rsidR="00626F96" w:rsidRPr="00BC134C" w14:paraId="2230D41E"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9F04917" w14:textId="6AF5FF0E"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Décrire les domaines de recherche prioritaires. Montrer comment le programme produira des travaux rigoureux évalués par les pairs et des recherches appliquées qui abordent les problèmes du secteur, de l'entreprise, des employeurs ou de la chaîne de valeur. Expliquez les liens avec les programmes de formation mentionnés à la section 2.1.</w:t>
            </w:r>
          </w:p>
        </w:tc>
      </w:tr>
      <w:tr w:rsidR="00626F96" w:rsidRPr="00BC134C" w14:paraId="13A2D8DF"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64657CB" w14:textId="115B2625"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6966997B" w14:textId="77777777" w:rsidR="00626F96" w:rsidRPr="0083086E" w:rsidRDefault="00626F96">
      <w:pPr>
        <w:spacing w:after="40"/>
        <w:rPr>
          <w:lang w:val="fr-FR"/>
        </w:rPr>
      </w:pPr>
    </w:p>
    <w:p w14:paraId="201B05E9" w14:textId="77777777" w:rsidR="00626F96" w:rsidRPr="0083086E" w:rsidRDefault="00FE478F">
      <w:pPr>
        <w:pStyle w:val="Heading3"/>
        <w:spacing w:before="80" w:after="60"/>
        <w:rPr>
          <w:lang w:val="fr-FR"/>
        </w:rPr>
      </w:pPr>
      <w:r w:rsidRPr="77370776">
        <w:rPr>
          <w:rFonts w:ascii="Arial" w:hAnsi="Arial"/>
          <w:color w:val="000000" w:themeColor="text1"/>
          <w:lang w:val="fr-FR"/>
        </w:rPr>
        <w:t>2.3 Innovation et collaboration avec l'industrie</w:t>
      </w:r>
    </w:p>
    <w:tbl>
      <w:tblPr>
        <w:tblW w:w="5000" w:type="pct"/>
        <w:tblLook w:val="04A0" w:firstRow="1" w:lastRow="0" w:firstColumn="1" w:lastColumn="0" w:noHBand="0" w:noVBand="1"/>
      </w:tblPr>
      <w:tblGrid>
        <w:gridCol w:w="9956"/>
      </w:tblGrid>
      <w:tr w:rsidR="00626F96" w:rsidRPr="00BC134C" w14:paraId="73B35C26"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7BE89A5" w14:textId="16E4C7A9" w:rsidR="00626F96" w:rsidRPr="0083086E" w:rsidRDefault="3D03AFD2" w:rsidP="77370776">
            <w:pPr>
              <w:spacing w:after="0" w:line="240" w:lineRule="auto"/>
              <w:rPr>
                <w:sz w:val="20"/>
                <w:szCs w:val="20"/>
                <w:lang w:val="fr-FR"/>
              </w:rPr>
            </w:pPr>
            <w:r w:rsidRPr="77370776">
              <w:rPr>
                <w:b/>
                <w:bCs/>
                <w:sz w:val="20"/>
                <w:szCs w:val="20"/>
                <w:lang w:val="fr-FR"/>
              </w:rPr>
              <w:t>A fournir</w:t>
            </w:r>
            <w:r w:rsidR="00FE478F" w:rsidRPr="77370776">
              <w:rPr>
                <w:b/>
                <w:bCs/>
                <w:sz w:val="20"/>
                <w:szCs w:val="20"/>
                <w:lang w:val="fr-FR"/>
              </w:rPr>
              <w:t xml:space="preserve"> : </w:t>
            </w:r>
            <w:r w:rsidR="4FB462EF" w:rsidRPr="77370776">
              <w:rPr>
                <w:sz w:val="20"/>
                <w:szCs w:val="20"/>
                <w:lang w:val="fr-FR"/>
              </w:rPr>
              <w:t>Décrire les moyens pratiques d'appliquer la recherche et les connaissances par le transfert de technologies, la commercialisation, le prototypage, les services de conseil, la vulgarisation ou la résolution de problèmes au niveau de l'entreprise. Les centres matur</w:t>
            </w:r>
            <w:r w:rsidR="3290DCF0" w:rsidRPr="77370776">
              <w:rPr>
                <w:sz w:val="20"/>
                <w:szCs w:val="20"/>
                <w:lang w:val="fr-FR"/>
              </w:rPr>
              <w:t>es</w:t>
            </w:r>
            <w:r w:rsidR="4FB462EF" w:rsidRPr="77370776">
              <w:rPr>
                <w:sz w:val="20"/>
                <w:szCs w:val="20"/>
                <w:lang w:val="fr-FR"/>
              </w:rPr>
              <w:t xml:space="preserve"> doivent être explicites sur les voies de commercialisation et de transfert de technologie. Les centres émergents devraient présenter un programme crédible de recherche appliquée et de collaboration avec l'industrie.</w:t>
            </w:r>
          </w:p>
        </w:tc>
      </w:tr>
      <w:tr w:rsidR="00626F96" w:rsidRPr="00BC134C" w14:paraId="1DC98710"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2E31C82" w14:textId="08E939F8"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574F3080" w14:textId="77777777" w:rsidR="00626F96" w:rsidRPr="0083086E" w:rsidRDefault="00626F96">
      <w:pPr>
        <w:spacing w:after="40"/>
        <w:rPr>
          <w:lang w:val="fr-FR"/>
        </w:rPr>
      </w:pPr>
    </w:p>
    <w:tbl>
      <w:tblPr>
        <w:tblStyle w:val="TableGrid"/>
        <w:tblW w:w="5000" w:type="pct"/>
        <w:jc w:val="center"/>
        <w:tblLook w:val="04A0" w:firstRow="1" w:lastRow="0" w:firstColumn="1" w:lastColumn="0" w:noHBand="0" w:noVBand="1"/>
      </w:tblPr>
      <w:tblGrid>
        <w:gridCol w:w="1992"/>
        <w:gridCol w:w="1990"/>
        <w:gridCol w:w="1992"/>
        <w:gridCol w:w="1990"/>
        <w:gridCol w:w="1992"/>
      </w:tblGrid>
      <w:tr w:rsidR="00626F96" w:rsidRPr="00391361" w14:paraId="30B20CA6" w14:textId="77777777" w:rsidTr="77370776">
        <w:trPr>
          <w:cantSplit/>
          <w:tblHeader/>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404877A" w14:textId="77777777" w:rsidR="00626F96" w:rsidRPr="0083086E" w:rsidRDefault="00FE478F">
            <w:pPr>
              <w:spacing w:after="40"/>
              <w:rPr>
                <w:lang w:val="fr-FR"/>
              </w:rPr>
            </w:pPr>
            <w:r w:rsidRPr="77370776">
              <w:rPr>
                <w:b/>
                <w:bCs/>
                <w:color w:val="FFFFFF" w:themeColor="background1"/>
                <w:sz w:val="18"/>
                <w:szCs w:val="18"/>
                <w:lang w:val="fr-FR"/>
              </w:rPr>
              <w:t>Partenaire/acteur du secteur</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0CCE1928" w14:textId="77777777" w:rsidR="00626F96" w:rsidRPr="0083086E" w:rsidRDefault="00FE478F">
            <w:pPr>
              <w:spacing w:after="40"/>
              <w:rPr>
                <w:lang w:val="fr-FR"/>
              </w:rPr>
            </w:pPr>
            <w:r w:rsidRPr="77370776">
              <w:rPr>
                <w:b/>
                <w:bCs/>
                <w:color w:val="FFFFFF" w:themeColor="background1"/>
                <w:sz w:val="18"/>
                <w:szCs w:val="18"/>
                <w:lang w:val="fr-FR"/>
              </w:rPr>
              <w:t>Problème résolu</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59A7D218" w14:textId="77777777" w:rsidR="00626F96" w:rsidRPr="0083086E" w:rsidRDefault="00FE478F">
            <w:pPr>
              <w:spacing w:after="40"/>
              <w:rPr>
                <w:lang w:val="fr-FR"/>
              </w:rPr>
            </w:pPr>
            <w:r w:rsidRPr="77370776">
              <w:rPr>
                <w:b/>
                <w:bCs/>
                <w:color w:val="FFFFFF" w:themeColor="background1"/>
                <w:sz w:val="18"/>
                <w:szCs w:val="18"/>
                <w:lang w:val="fr-FR"/>
              </w:rPr>
              <w:t>Forme d'engagement</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633D643" w14:textId="77777777" w:rsidR="00626F96" w:rsidRPr="0083086E" w:rsidRDefault="00FE478F">
            <w:pPr>
              <w:spacing w:after="40"/>
              <w:rPr>
                <w:lang w:val="fr-FR"/>
              </w:rPr>
            </w:pPr>
            <w:r w:rsidRPr="77370776">
              <w:rPr>
                <w:b/>
                <w:bCs/>
                <w:color w:val="FFFFFF" w:themeColor="background1"/>
                <w:sz w:val="18"/>
                <w:szCs w:val="18"/>
                <w:lang w:val="fr-FR"/>
              </w:rPr>
              <w:t>Produit ou résultat escompté</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5DAF7F43" w14:textId="77777777" w:rsidR="00626F96" w:rsidRPr="0083086E" w:rsidRDefault="00FE478F">
            <w:pPr>
              <w:spacing w:after="40"/>
              <w:rPr>
                <w:lang w:val="fr-FR"/>
              </w:rPr>
            </w:pPr>
            <w:r w:rsidRPr="77370776">
              <w:rPr>
                <w:b/>
                <w:bCs/>
                <w:color w:val="FFFFFF" w:themeColor="background1"/>
                <w:sz w:val="18"/>
                <w:szCs w:val="18"/>
                <w:lang w:val="fr-FR"/>
              </w:rPr>
              <w:t>État d'avancement</w:t>
            </w:r>
          </w:p>
        </w:tc>
      </w:tr>
      <w:tr w:rsidR="00626F96" w:rsidRPr="00391361" w14:paraId="0EDBE704"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99C17F1"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44F5803"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2F02E4C"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32D1731"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3DF76C2" w14:textId="77777777" w:rsidR="00626F96" w:rsidRPr="0083086E" w:rsidRDefault="00FE478F">
            <w:pPr>
              <w:spacing w:after="40"/>
              <w:rPr>
                <w:lang w:val="fr-FR"/>
              </w:rPr>
            </w:pPr>
            <w:r w:rsidRPr="77370776">
              <w:rPr>
                <w:sz w:val="18"/>
                <w:szCs w:val="18"/>
                <w:lang w:val="fr-FR"/>
              </w:rPr>
              <w:t>[Tapez ici]</w:t>
            </w:r>
          </w:p>
        </w:tc>
      </w:tr>
      <w:tr w:rsidR="00626F96" w:rsidRPr="00391361" w14:paraId="7FCC154F"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53A4591"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78B9F98"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27674D7"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56D4827"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C75D728" w14:textId="77777777" w:rsidR="00626F96" w:rsidRPr="0083086E" w:rsidRDefault="00FE478F">
            <w:pPr>
              <w:spacing w:after="40"/>
              <w:rPr>
                <w:lang w:val="fr-FR"/>
              </w:rPr>
            </w:pPr>
            <w:r w:rsidRPr="77370776">
              <w:rPr>
                <w:sz w:val="18"/>
                <w:szCs w:val="18"/>
                <w:lang w:val="fr-FR"/>
              </w:rPr>
              <w:t>[Tapez ici]</w:t>
            </w:r>
          </w:p>
        </w:tc>
      </w:tr>
      <w:tr w:rsidR="00626F96" w:rsidRPr="00391361" w14:paraId="532ED9DC"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35A7A99"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11E2602"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CA5002F"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104BC4E"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DB8BCC7" w14:textId="77777777" w:rsidR="00626F96" w:rsidRPr="0083086E" w:rsidRDefault="00FE478F">
            <w:pPr>
              <w:spacing w:after="40"/>
              <w:rPr>
                <w:lang w:val="fr-FR"/>
              </w:rPr>
            </w:pPr>
            <w:r w:rsidRPr="77370776">
              <w:rPr>
                <w:sz w:val="18"/>
                <w:szCs w:val="18"/>
                <w:lang w:val="fr-FR"/>
              </w:rPr>
              <w:t>[Tapez ici]</w:t>
            </w:r>
          </w:p>
        </w:tc>
      </w:tr>
    </w:tbl>
    <w:p w14:paraId="4768B645" w14:textId="77777777" w:rsidR="00626F96" w:rsidRPr="0083086E" w:rsidRDefault="00FE478F">
      <w:pPr>
        <w:pStyle w:val="Heading3"/>
        <w:spacing w:before="80" w:after="60"/>
        <w:rPr>
          <w:lang w:val="fr-FR"/>
        </w:rPr>
      </w:pPr>
      <w:r w:rsidRPr="77370776">
        <w:rPr>
          <w:rFonts w:ascii="Arial" w:hAnsi="Arial"/>
          <w:color w:val="000000" w:themeColor="text1"/>
          <w:lang w:val="fr-FR"/>
        </w:rPr>
        <w:t>2.4 Rôle et collaboration régionaux</w:t>
      </w:r>
    </w:p>
    <w:tbl>
      <w:tblPr>
        <w:tblW w:w="5000" w:type="pct"/>
        <w:tblLook w:val="04A0" w:firstRow="1" w:lastRow="0" w:firstColumn="1" w:lastColumn="0" w:noHBand="0" w:noVBand="1"/>
      </w:tblPr>
      <w:tblGrid>
        <w:gridCol w:w="9956"/>
      </w:tblGrid>
      <w:tr w:rsidR="00626F96" w:rsidRPr="00BC134C" w14:paraId="0F8A125A"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7255DBE" w14:textId="4C694088"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Expliquez comment le centre contribuera à la coopération régionale en Afrique de l'Ouest et centrale et en tirera parti. Inclure 1 à 2 exemples concrets montrant la portée régionale des étudiants, la pertinence de la chaîne de valeur transfrontalière, la collaboration avec d'autres centres ou instituts de formation des réfugiés, et les services aux marchés du travail régionaux.</w:t>
            </w:r>
          </w:p>
        </w:tc>
      </w:tr>
      <w:tr w:rsidR="00626F96" w:rsidRPr="00BC134C" w14:paraId="65CB0E47"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EEEAF62" w14:textId="1B02C7E8"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39EFA52A" w14:textId="77777777" w:rsidR="00626F96" w:rsidRPr="0083086E" w:rsidRDefault="00626F96">
      <w:pPr>
        <w:spacing w:after="40"/>
        <w:rPr>
          <w:lang w:val="fr-FR"/>
        </w:rPr>
      </w:pPr>
    </w:p>
    <w:p w14:paraId="39A02143" w14:textId="77777777" w:rsidR="00626F96" w:rsidRPr="0083086E" w:rsidRDefault="00FE478F">
      <w:pPr>
        <w:pStyle w:val="Heading3"/>
        <w:spacing w:before="80" w:after="60"/>
        <w:rPr>
          <w:lang w:val="fr-FR"/>
        </w:rPr>
      </w:pPr>
      <w:r w:rsidRPr="77370776">
        <w:rPr>
          <w:rFonts w:ascii="Arial" w:hAnsi="Arial"/>
          <w:color w:val="000000" w:themeColor="text1"/>
          <w:lang w:val="fr-FR"/>
        </w:rPr>
        <w:t>2.5 Tableau indicatif des résultats</w:t>
      </w:r>
    </w:p>
    <w:p w14:paraId="4F28DB7C" w14:textId="77777777" w:rsidR="00626F96" w:rsidRPr="0083086E" w:rsidRDefault="00FE478F">
      <w:pPr>
        <w:spacing w:after="100" w:line="240" w:lineRule="auto"/>
        <w:rPr>
          <w:lang w:val="fr-FR"/>
        </w:rPr>
      </w:pPr>
      <w:r w:rsidRPr="77370776">
        <w:rPr>
          <w:sz w:val="21"/>
          <w:szCs w:val="21"/>
          <w:lang w:val="fr-FR"/>
        </w:rPr>
        <w:t>Compléter le tableau en indiquant les résultats attendus au cours de la période quinquennale du programme et les hypothèses sous-tendant chaque cible. Ce tableau n'est pas pris en compte dans la limite de pages explicatives.</w:t>
      </w:r>
    </w:p>
    <w:tbl>
      <w:tblPr>
        <w:tblStyle w:val="TableGrid"/>
        <w:tblW w:w="5000" w:type="pct"/>
        <w:jc w:val="center"/>
        <w:tblLook w:val="04A0" w:firstRow="1" w:lastRow="0" w:firstColumn="1" w:lastColumn="0" w:noHBand="0" w:noVBand="1"/>
      </w:tblPr>
      <w:tblGrid>
        <w:gridCol w:w="4565"/>
        <w:gridCol w:w="2139"/>
        <w:gridCol w:w="3252"/>
      </w:tblGrid>
      <w:tr w:rsidR="00626F96" w:rsidRPr="00391361" w14:paraId="48509714" w14:textId="77777777" w:rsidTr="77370776">
        <w:trPr>
          <w:cantSplit/>
          <w:tblHeader/>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D78FD36" w14:textId="77777777" w:rsidR="00626F96" w:rsidRPr="0083086E" w:rsidRDefault="00FE478F">
            <w:pPr>
              <w:spacing w:after="40"/>
              <w:rPr>
                <w:lang w:val="fr-FR"/>
              </w:rPr>
            </w:pPr>
            <w:r w:rsidRPr="77370776">
              <w:rPr>
                <w:b/>
                <w:bCs/>
                <w:color w:val="FFFFFF" w:themeColor="background1"/>
                <w:sz w:val="19"/>
                <w:szCs w:val="19"/>
                <w:lang w:val="fr-FR"/>
              </w:rPr>
              <w:t>Indicateur</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5596E04D" w14:textId="77777777" w:rsidR="00626F96" w:rsidRPr="0083086E" w:rsidRDefault="00FE478F">
            <w:pPr>
              <w:spacing w:after="40"/>
              <w:rPr>
                <w:lang w:val="fr-FR"/>
              </w:rPr>
            </w:pPr>
            <w:r w:rsidRPr="77370776">
              <w:rPr>
                <w:b/>
                <w:bCs/>
                <w:color w:val="FFFFFF" w:themeColor="background1"/>
                <w:sz w:val="19"/>
                <w:szCs w:val="19"/>
                <w:lang w:val="fr-FR"/>
              </w:rPr>
              <w:t>Réalisation prévue (5 ans)</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827C22A" w14:textId="77777777" w:rsidR="00626F96" w:rsidRPr="0083086E" w:rsidRDefault="00FE478F">
            <w:pPr>
              <w:spacing w:after="40"/>
              <w:rPr>
                <w:lang w:val="fr-FR"/>
              </w:rPr>
            </w:pPr>
            <w:r w:rsidRPr="77370776">
              <w:rPr>
                <w:b/>
                <w:bCs/>
                <w:color w:val="FFFFFF" w:themeColor="background1"/>
                <w:sz w:val="19"/>
                <w:szCs w:val="19"/>
                <w:lang w:val="fr-FR"/>
              </w:rPr>
              <w:t>Principales hypothèses</w:t>
            </w:r>
          </w:p>
        </w:tc>
      </w:tr>
      <w:tr w:rsidR="00626F96" w:rsidRPr="00391361" w14:paraId="1C8F3CA1"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6C0C197" w14:textId="77777777" w:rsidR="00626F96" w:rsidRPr="0083086E" w:rsidRDefault="00FE478F">
            <w:pPr>
              <w:spacing w:after="40"/>
              <w:rPr>
                <w:lang w:val="fr-FR"/>
              </w:rPr>
            </w:pPr>
            <w:r w:rsidRPr="77370776">
              <w:rPr>
                <w:sz w:val="19"/>
                <w:szCs w:val="19"/>
                <w:lang w:val="fr-FR"/>
              </w:rPr>
              <w:t>% de diplômés trouvant un emploi dans les 6 mois</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BCFAA34"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8C15965" w14:textId="77777777" w:rsidR="00626F96" w:rsidRPr="0083086E" w:rsidRDefault="00FE478F">
            <w:pPr>
              <w:spacing w:after="40"/>
              <w:rPr>
                <w:lang w:val="fr-FR"/>
              </w:rPr>
            </w:pPr>
            <w:r w:rsidRPr="77370776">
              <w:rPr>
                <w:sz w:val="19"/>
                <w:szCs w:val="19"/>
                <w:lang w:val="fr-FR"/>
              </w:rPr>
              <w:t>[Tapez ici]</w:t>
            </w:r>
          </w:p>
        </w:tc>
      </w:tr>
      <w:tr w:rsidR="00626F96" w:rsidRPr="00391361" w14:paraId="16D8DEC8"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E15A429" w14:textId="77777777" w:rsidR="00626F96" w:rsidRPr="0083086E" w:rsidRDefault="00FE478F">
            <w:pPr>
              <w:spacing w:after="40"/>
              <w:rPr>
                <w:lang w:val="fr-FR"/>
              </w:rPr>
            </w:pPr>
            <w:r w:rsidRPr="77370776">
              <w:rPr>
                <w:sz w:val="19"/>
                <w:szCs w:val="19"/>
                <w:lang w:val="fr-FR"/>
              </w:rPr>
              <w:t>Nombre total de diplômés - Doctorat</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F479129"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798AAAF" w14:textId="77777777" w:rsidR="00626F96" w:rsidRPr="0083086E" w:rsidRDefault="00FE478F">
            <w:pPr>
              <w:spacing w:after="40"/>
              <w:rPr>
                <w:lang w:val="fr-FR"/>
              </w:rPr>
            </w:pPr>
            <w:r w:rsidRPr="77370776">
              <w:rPr>
                <w:sz w:val="19"/>
                <w:szCs w:val="19"/>
                <w:lang w:val="fr-FR"/>
              </w:rPr>
              <w:t>[Tapez ici]</w:t>
            </w:r>
          </w:p>
        </w:tc>
      </w:tr>
      <w:tr w:rsidR="00626F96" w:rsidRPr="00391361" w14:paraId="1401595E"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8E76504" w14:textId="77777777" w:rsidR="00626F96" w:rsidRPr="0083086E" w:rsidRDefault="00FE478F">
            <w:pPr>
              <w:spacing w:after="40"/>
              <w:rPr>
                <w:lang w:val="fr-FR"/>
              </w:rPr>
            </w:pPr>
            <w:r w:rsidRPr="77370776">
              <w:rPr>
                <w:sz w:val="19"/>
                <w:szCs w:val="19"/>
                <w:lang w:val="fr-FR"/>
              </w:rPr>
              <w:t>Nombre total de diplômés - Maîtrise</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01B1370"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9C56005" w14:textId="77777777" w:rsidR="00626F96" w:rsidRPr="0083086E" w:rsidRDefault="00FE478F">
            <w:pPr>
              <w:spacing w:after="40"/>
              <w:rPr>
                <w:lang w:val="fr-FR"/>
              </w:rPr>
            </w:pPr>
            <w:r w:rsidRPr="77370776">
              <w:rPr>
                <w:sz w:val="19"/>
                <w:szCs w:val="19"/>
                <w:lang w:val="fr-FR"/>
              </w:rPr>
              <w:t>[Tapez ici]</w:t>
            </w:r>
          </w:p>
        </w:tc>
      </w:tr>
      <w:tr w:rsidR="00626F96" w:rsidRPr="00391361" w14:paraId="26ECC7C0"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2CE19D5" w14:textId="077FC996" w:rsidR="00626F96" w:rsidRPr="0083086E" w:rsidRDefault="000B1FAA">
            <w:pPr>
              <w:spacing w:after="40"/>
              <w:rPr>
                <w:lang w:val="fr-FR"/>
              </w:rPr>
            </w:pPr>
            <w:r w:rsidRPr="77370776">
              <w:rPr>
                <w:sz w:val="19"/>
                <w:szCs w:val="19"/>
                <w:lang w:val="fr-FR"/>
              </w:rPr>
              <w:t xml:space="preserve">Nombre total de diplômés </w:t>
            </w:r>
            <w:r w:rsidR="00FE478F" w:rsidRPr="77370776">
              <w:rPr>
                <w:sz w:val="19"/>
                <w:szCs w:val="19"/>
                <w:lang w:val="fr-FR"/>
              </w:rPr>
              <w:t>- Premier cycle, le cas échéant</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7C1BA14"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E0C3F7F" w14:textId="77777777" w:rsidR="00626F96" w:rsidRPr="0083086E" w:rsidRDefault="00FE478F">
            <w:pPr>
              <w:spacing w:after="40"/>
              <w:rPr>
                <w:lang w:val="fr-FR"/>
              </w:rPr>
            </w:pPr>
            <w:r w:rsidRPr="77370776">
              <w:rPr>
                <w:sz w:val="19"/>
                <w:szCs w:val="19"/>
                <w:lang w:val="fr-FR"/>
              </w:rPr>
              <w:t>[Tapez ici]</w:t>
            </w:r>
          </w:p>
        </w:tc>
      </w:tr>
      <w:tr w:rsidR="00626F96" w:rsidRPr="00391361" w14:paraId="2C60D587"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4B7D7B5" w14:textId="77777777" w:rsidR="00626F96" w:rsidRPr="0083086E" w:rsidRDefault="00FE478F">
            <w:pPr>
              <w:spacing w:after="40"/>
              <w:rPr>
                <w:lang w:val="fr-FR"/>
              </w:rPr>
            </w:pPr>
            <w:r w:rsidRPr="77370776">
              <w:rPr>
                <w:sz w:val="19"/>
                <w:szCs w:val="19"/>
                <w:lang w:val="fr-FR"/>
              </w:rPr>
              <w:t>Cours de courte durée/stagiaires professionnels</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BDB151D"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EC5FBFD" w14:textId="77777777" w:rsidR="00626F96" w:rsidRPr="0083086E" w:rsidRDefault="00FE478F">
            <w:pPr>
              <w:spacing w:after="40"/>
              <w:rPr>
                <w:lang w:val="fr-FR"/>
              </w:rPr>
            </w:pPr>
            <w:r w:rsidRPr="77370776">
              <w:rPr>
                <w:sz w:val="19"/>
                <w:szCs w:val="19"/>
                <w:lang w:val="fr-FR"/>
              </w:rPr>
              <w:t>[Tapez ici]</w:t>
            </w:r>
          </w:p>
        </w:tc>
      </w:tr>
      <w:tr w:rsidR="00626F96" w:rsidRPr="00391361" w14:paraId="7C1DA389"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9EC73DD" w14:textId="77777777" w:rsidR="00626F96" w:rsidRPr="0083086E" w:rsidRDefault="00FE478F">
            <w:pPr>
              <w:spacing w:after="40"/>
              <w:rPr>
                <w:lang w:val="fr-FR"/>
              </w:rPr>
            </w:pPr>
            <w:r w:rsidRPr="77370776">
              <w:rPr>
                <w:sz w:val="19"/>
                <w:szCs w:val="19"/>
                <w:lang w:val="fr-FR"/>
              </w:rPr>
              <w:t>Participants à la formation en cours d'emploi en entreprise</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F259444"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FB5CA45" w14:textId="77777777" w:rsidR="00626F96" w:rsidRPr="0083086E" w:rsidRDefault="00FE478F">
            <w:pPr>
              <w:spacing w:after="40"/>
              <w:rPr>
                <w:lang w:val="fr-FR"/>
              </w:rPr>
            </w:pPr>
            <w:r w:rsidRPr="77370776">
              <w:rPr>
                <w:sz w:val="19"/>
                <w:szCs w:val="19"/>
                <w:lang w:val="fr-FR"/>
              </w:rPr>
              <w:t>[Tapez ici]</w:t>
            </w:r>
          </w:p>
        </w:tc>
      </w:tr>
      <w:tr w:rsidR="00626F96" w:rsidRPr="00391361" w14:paraId="1CA2141E"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817C352" w14:textId="77777777" w:rsidR="00626F96" w:rsidRPr="00391361" w:rsidRDefault="00FE478F" w:rsidP="77370776">
            <w:pPr>
              <w:spacing w:after="40"/>
            </w:pPr>
            <w:proofErr w:type="spellStart"/>
            <w:r w:rsidRPr="77370776">
              <w:rPr>
                <w:sz w:val="19"/>
                <w:szCs w:val="19"/>
              </w:rPr>
              <w:t>Étudiantes</w:t>
            </w:r>
            <w:proofErr w:type="spellEnd"/>
            <w:r w:rsidRPr="77370776">
              <w:rPr>
                <w:sz w:val="19"/>
                <w:szCs w:val="19"/>
              </w:rPr>
              <w:t xml:space="preserve"> </w:t>
            </w:r>
            <w:proofErr w:type="gramStart"/>
            <w:r w:rsidRPr="77370776">
              <w:rPr>
                <w:sz w:val="19"/>
                <w:szCs w:val="19"/>
              </w:rPr>
              <w:t>( %</w:t>
            </w:r>
            <w:proofErr w:type="gramEnd"/>
            <w:r w:rsidRPr="77370776">
              <w:rPr>
                <w:sz w:val="19"/>
                <w:szCs w:val="19"/>
              </w:rPr>
              <w:t xml:space="preserve"> du total)</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2ACE0B3"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D3530E9" w14:textId="77777777" w:rsidR="00626F96" w:rsidRPr="0083086E" w:rsidRDefault="00FE478F">
            <w:pPr>
              <w:spacing w:after="40"/>
              <w:rPr>
                <w:lang w:val="fr-FR"/>
              </w:rPr>
            </w:pPr>
            <w:r w:rsidRPr="77370776">
              <w:rPr>
                <w:sz w:val="19"/>
                <w:szCs w:val="19"/>
                <w:lang w:val="fr-FR"/>
              </w:rPr>
              <w:t>[Tapez ici]</w:t>
            </w:r>
          </w:p>
        </w:tc>
      </w:tr>
      <w:tr w:rsidR="00626F96" w:rsidRPr="00391361" w14:paraId="01F39C88"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0EA8297" w14:textId="77777777" w:rsidR="00626F96" w:rsidRPr="00391361" w:rsidRDefault="00FE478F" w:rsidP="77370776">
            <w:pPr>
              <w:spacing w:after="40"/>
            </w:pPr>
            <w:proofErr w:type="spellStart"/>
            <w:r w:rsidRPr="77370776">
              <w:rPr>
                <w:sz w:val="19"/>
                <w:szCs w:val="19"/>
              </w:rPr>
              <w:t>Étudiants</w:t>
            </w:r>
            <w:proofErr w:type="spellEnd"/>
            <w:r w:rsidRPr="77370776">
              <w:rPr>
                <w:sz w:val="19"/>
                <w:szCs w:val="19"/>
              </w:rPr>
              <w:t xml:space="preserve"> </w:t>
            </w:r>
            <w:proofErr w:type="spellStart"/>
            <w:r w:rsidRPr="77370776">
              <w:rPr>
                <w:sz w:val="19"/>
                <w:szCs w:val="19"/>
              </w:rPr>
              <w:t>régionaux</w:t>
            </w:r>
            <w:proofErr w:type="spellEnd"/>
            <w:r w:rsidRPr="77370776">
              <w:rPr>
                <w:sz w:val="19"/>
                <w:szCs w:val="19"/>
              </w:rPr>
              <w:t xml:space="preserve">/non </w:t>
            </w:r>
            <w:proofErr w:type="spellStart"/>
            <w:r w:rsidRPr="77370776">
              <w:rPr>
                <w:sz w:val="19"/>
                <w:szCs w:val="19"/>
              </w:rPr>
              <w:t>nationaux</w:t>
            </w:r>
            <w:proofErr w:type="spellEnd"/>
            <w:r w:rsidRPr="77370776">
              <w:rPr>
                <w:sz w:val="19"/>
                <w:szCs w:val="19"/>
              </w:rPr>
              <w:t xml:space="preserve"> </w:t>
            </w:r>
            <w:proofErr w:type="gramStart"/>
            <w:r w:rsidRPr="77370776">
              <w:rPr>
                <w:sz w:val="19"/>
                <w:szCs w:val="19"/>
              </w:rPr>
              <w:t>( %</w:t>
            </w:r>
            <w:proofErr w:type="gramEnd"/>
            <w:r w:rsidRPr="77370776">
              <w:rPr>
                <w:sz w:val="19"/>
                <w:szCs w:val="19"/>
              </w:rPr>
              <w:t xml:space="preserve"> du total)</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FA09D78"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FC5CA6E" w14:textId="77777777" w:rsidR="00626F96" w:rsidRPr="0083086E" w:rsidRDefault="00FE478F">
            <w:pPr>
              <w:spacing w:after="40"/>
              <w:rPr>
                <w:lang w:val="fr-FR"/>
              </w:rPr>
            </w:pPr>
            <w:r w:rsidRPr="77370776">
              <w:rPr>
                <w:sz w:val="19"/>
                <w:szCs w:val="19"/>
                <w:lang w:val="fr-FR"/>
              </w:rPr>
              <w:t>[Tapez ici]</w:t>
            </w:r>
          </w:p>
        </w:tc>
      </w:tr>
      <w:tr w:rsidR="00626F96" w:rsidRPr="00391361" w14:paraId="7621160A"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9C8B437" w14:textId="77777777" w:rsidR="00626F96" w:rsidRPr="0083086E" w:rsidRDefault="00FE478F">
            <w:pPr>
              <w:spacing w:after="40"/>
              <w:rPr>
                <w:lang w:val="fr-FR"/>
              </w:rPr>
            </w:pPr>
            <w:r w:rsidRPr="77370776">
              <w:rPr>
                <w:sz w:val="19"/>
                <w:szCs w:val="19"/>
                <w:lang w:val="fr-FR"/>
              </w:rPr>
              <w:t>Publications évaluées par des pairs</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3B6A5A2"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0FD07CD" w14:textId="77777777" w:rsidR="00626F96" w:rsidRPr="0083086E" w:rsidRDefault="00FE478F">
            <w:pPr>
              <w:spacing w:after="40"/>
              <w:rPr>
                <w:lang w:val="fr-FR"/>
              </w:rPr>
            </w:pPr>
            <w:r w:rsidRPr="77370776">
              <w:rPr>
                <w:sz w:val="19"/>
                <w:szCs w:val="19"/>
                <w:lang w:val="fr-FR"/>
              </w:rPr>
              <w:t>[Tapez ici]</w:t>
            </w:r>
          </w:p>
        </w:tc>
      </w:tr>
      <w:tr w:rsidR="00626F96" w:rsidRPr="00391361" w14:paraId="21801BFB"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E578447" w14:textId="77777777" w:rsidR="00626F96" w:rsidRPr="0083086E" w:rsidRDefault="00FE478F">
            <w:pPr>
              <w:spacing w:after="40"/>
              <w:rPr>
                <w:lang w:val="fr-FR"/>
              </w:rPr>
            </w:pPr>
            <w:r w:rsidRPr="77370776">
              <w:rPr>
                <w:sz w:val="19"/>
                <w:szCs w:val="19"/>
                <w:lang w:val="fr-FR"/>
              </w:rPr>
              <w:t>Produits de la recherche appliquée (prototypes, projets pilotes, solutions techniques)</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E7A815E"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CC1CA71" w14:textId="77777777" w:rsidR="00626F96" w:rsidRPr="0083086E" w:rsidRDefault="00FE478F">
            <w:pPr>
              <w:spacing w:after="40"/>
              <w:rPr>
                <w:lang w:val="fr-FR"/>
              </w:rPr>
            </w:pPr>
            <w:r w:rsidRPr="77370776">
              <w:rPr>
                <w:sz w:val="19"/>
                <w:szCs w:val="19"/>
                <w:lang w:val="fr-FR"/>
              </w:rPr>
              <w:t>[Tapez ici]</w:t>
            </w:r>
          </w:p>
        </w:tc>
      </w:tr>
      <w:tr w:rsidR="00626F96" w:rsidRPr="00391361" w14:paraId="12B1A47C"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ABE383C" w14:textId="77777777" w:rsidR="00626F96" w:rsidRPr="0083086E" w:rsidRDefault="00FE478F">
            <w:pPr>
              <w:spacing w:after="40"/>
              <w:rPr>
                <w:lang w:val="fr-FR"/>
              </w:rPr>
            </w:pPr>
            <w:r w:rsidRPr="77370776">
              <w:rPr>
                <w:sz w:val="19"/>
                <w:szCs w:val="19"/>
                <w:lang w:val="fr-FR"/>
              </w:rPr>
              <w:t>Programmes nouvellement accrédités</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E803DA5"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8C9D9B5" w14:textId="77777777" w:rsidR="00626F96" w:rsidRPr="0083086E" w:rsidRDefault="00FE478F">
            <w:pPr>
              <w:spacing w:after="40"/>
              <w:rPr>
                <w:lang w:val="fr-FR"/>
              </w:rPr>
            </w:pPr>
            <w:r w:rsidRPr="77370776">
              <w:rPr>
                <w:sz w:val="19"/>
                <w:szCs w:val="19"/>
                <w:lang w:val="fr-FR"/>
              </w:rPr>
              <w:t>[Tapez ici]</w:t>
            </w:r>
          </w:p>
        </w:tc>
      </w:tr>
      <w:tr w:rsidR="00626F96" w:rsidRPr="00391361" w14:paraId="3F84536B"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3FFF792" w14:textId="77777777" w:rsidR="00626F96" w:rsidRPr="0083086E" w:rsidRDefault="00FE478F">
            <w:pPr>
              <w:spacing w:after="40"/>
              <w:rPr>
                <w:lang w:val="fr-FR"/>
              </w:rPr>
            </w:pPr>
            <w:r w:rsidRPr="77370776">
              <w:rPr>
                <w:sz w:val="19"/>
                <w:szCs w:val="19"/>
                <w:lang w:val="fr-FR"/>
              </w:rPr>
              <w:t>Stages/placements professionnels</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DC983AA"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6CCF29D" w14:textId="77777777" w:rsidR="00626F96" w:rsidRPr="0083086E" w:rsidRDefault="00FE478F">
            <w:pPr>
              <w:spacing w:after="40"/>
              <w:rPr>
                <w:lang w:val="fr-FR"/>
              </w:rPr>
            </w:pPr>
            <w:r w:rsidRPr="77370776">
              <w:rPr>
                <w:sz w:val="19"/>
                <w:szCs w:val="19"/>
                <w:lang w:val="fr-FR"/>
              </w:rPr>
              <w:t>[Tapez ici]</w:t>
            </w:r>
          </w:p>
        </w:tc>
      </w:tr>
      <w:tr w:rsidR="00626F96" w:rsidRPr="00391361" w14:paraId="751577A3"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280F64E" w14:textId="643E9B94" w:rsidR="00626F96" w:rsidRPr="0083086E" w:rsidRDefault="00FE478F">
            <w:pPr>
              <w:spacing w:after="40"/>
              <w:rPr>
                <w:lang w:val="fr-FR"/>
              </w:rPr>
            </w:pPr>
            <w:r w:rsidRPr="77370776">
              <w:rPr>
                <w:sz w:val="19"/>
                <w:szCs w:val="19"/>
                <w:lang w:val="fr-FR"/>
              </w:rPr>
              <w:t>Revenus</w:t>
            </w:r>
            <w:r w:rsidR="009639F6" w:rsidRPr="77370776">
              <w:rPr>
                <w:sz w:val="19"/>
                <w:szCs w:val="19"/>
                <w:lang w:val="fr-FR"/>
              </w:rPr>
              <w:t xml:space="preserve"> externes</w:t>
            </w:r>
            <w:r w:rsidRPr="77370776">
              <w:rPr>
                <w:sz w:val="19"/>
                <w:szCs w:val="19"/>
                <w:lang w:val="fr-FR"/>
              </w:rPr>
              <w:t xml:space="preserve"> générés (USD)</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875DE49"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CDD6918" w14:textId="77777777" w:rsidR="00626F96" w:rsidRPr="0083086E" w:rsidRDefault="00FE478F">
            <w:pPr>
              <w:spacing w:after="40"/>
              <w:rPr>
                <w:lang w:val="fr-FR"/>
              </w:rPr>
            </w:pPr>
            <w:r w:rsidRPr="77370776">
              <w:rPr>
                <w:sz w:val="19"/>
                <w:szCs w:val="19"/>
                <w:lang w:val="fr-FR"/>
              </w:rPr>
              <w:t>[Tapez ici]</w:t>
            </w:r>
          </w:p>
        </w:tc>
      </w:tr>
    </w:tbl>
    <w:p w14:paraId="539B91B7" w14:textId="77777777" w:rsidR="00626F96" w:rsidRPr="0083086E" w:rsidRDefault="00FE478F">
      <w:pPr>
        <w:pStyle w:val="Heading2"/>
        <w:spacing w:before="120" w:after="100"/>
        <w:rPr>
          <w:lang w:val="fr-FR"/>
        </w:rPr>
      </w:pPr>
      <w:r w:rsidRPr="77370776">
        <w:rPr>
          <w:rFonts w:ascii="Arial" w:hAnsi="Arial"/>
          <w:color w:val="1F4E79"/>
          <w:lang w:val="fr-FR"/>
        </w:rPr>
        <w:t>Section 3 - Excellence institutionnelle et état de préparation</w:t>
      </w:r>
    </w:p>
    <w:p w14:paraId="1231E9BB" w14:textId="77777777" w:rsidR="00626F96" w:rsidRPr="0083086E" w:rsidRDefault="00FE478F">
      <w:pPr>
        <w:spacing w:after="100" w:line="240" w:lineRule="auto"/>
        <w:rPr>
          <w:b/>
          <w:bCs/>
          <w:color w:val="C00000"/>
          <w:lang w:val="fr-FR"/>
        </w:rPr>
      </w:pPr>
      <w:r w:rsidRPr="77370776">
        <w:rPr>
          <w:b/>
          <w:bCs/>
          <w:i/>
          <w:iCs/>
          <w:color w:val="C00000"/>
          <w:sz w:val="20"/>
          <w:szCs w:val="20"/>
          <w:lang w:val="fr-FR"/>
        </w:rPr>
        <w:t>Allocation indicative : 3 à 4 pages.</w:t>
      </w:r>
    </w:p>
    <w:p w14:paraId="1FE07304" w14:textId="77777777" w:rsidR="00626F96" w:rsidRPr="0083086E" w:rsidRDefault="00FE478F">
      <w:pPr>
        <w:pStyle w:val="Heading3"/>
        <w:spacing w:before="80" w:after="60"/>
        <w:rPr>
          <w:lang w:val="fr-FR"/>
        </w:rPr>
      </w:pPr>
      <w:r w:rsidRPr="77370776">
        <w:rPr>
          <w:rFonts w:ascii="Arial" w:hAnsi="Arial"/>
          <w:color w:val="000000" w:themeColor="text1"/>
          <w:lang w:val="fr-FR"/>
        </w:rPr>
        <w:t>3.1 Bilan et capacités existantes</w:t>
      </w:r>
    </w:p>
    <w:tbl>
      <w:tblPr>
        <w:tblW w:w="5000" w:type="pct"/>
        <w:tblLook w:val="04A0" w:firstRow="1" w:lastRow="0" w:firstColumn="1" w:lastColumn="0" w:noHBand="0" w:noVBand="1"/>
      </w:tblPr>
      <w:tblGrid>
        <w:gridCol w:w="9956"/>
      </w:tblGrid>
      <w:tr w:rsidR="00626F96" w:rsidRPr="00BC134C" w14:paraId="75ACF23F"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0A93042" w14:textId="343A58FC"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 xml:space="preserve">Résumez les réalisations les plus importantes du centre en matière de formation </w:t>
            </w:r>
            <w:r w:rsidR="6B5BADB7" w:rsidRPr="77370776">
              <w:rPr>
                <w:sz w:val="20"/>
                <w:szCs w:val="20"/>
                <w:lang w:val="fr-FR"/>
              </w:rPr>
              <w:t>supérieure</w:t>
            </w:r>
            <w:r w:rsidR="00FE478F" w:rsidRPr="77370776">
              <w:rPr>
                <w:sz w:val="20"/>
                <w:szCs w:val="20"/>
                <w:lang w:val="fr-FR"/>
              </w:rPr>
              <w:t xml:space="preserve">, de recherche évaluée par des pairs, de collaboration avec l'industrie, de portée régionale et de résultats des diplômés. Le cas échéant, performance de référence pour les phases précédentes du programme </w:t>
            </w:r>
            <w:r w:rsidR="00F61BA2" w:rsidRPr="77370776">
              <w:rPr>
                <w:sz w:val="20"/>
                <w:szCs w:val="20"/>
                <w:lang w:val="fr-FR"/>
              </w:rPr>
              <w:t>ACE</w:t>
            </w:r>
            <w:r w:rsidR="00FE478F" w:rsidRPr="77370776">
              <w:rPr>
                <w:sz w:val="20"/>
                <w:szCs w:val="20"/>
                <w:lang w:val="fr-FR"/>
              </w:rPr>
              <w:t>.</w:t>
            </w:r>
          </w:p>
        </w:tc>
      </w:tr>
      <w:tr w:rsidR="00626F96" w:rsidRPr="00BC134C" w14:paraId="64E50782"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6D6436B" w14:textId="19FD1087"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415DE370" w14:textId="77777777" w:rsidR="00626F96" w:rsidRPr="0083086E" w:rsidRDefault="00626F96">
      <w:pPr>
        <w:spacing w:after="40"/>
        <w:rPr>
          <w:lang w:val="fr-FR"/>
        </w:rPr>
      </w:pPr>
    </w:p>
    <w:p w14:paraId="49EB1807" w14:textId="77089791" w:rsidR="00626F96" w:rsidRPr="0083086E" w:rsidRDefault="00FE478F">
      <w:pPr>
        <w:pStyle w:val="Heading3"/>
        <w:spacing w:before="80" w:after="60"/>
        <w:rPr>
          <w:lang w:val="fr-FR"/>
        </w:rPr>
      </w:pPr>
      <w:r w:rsidRPr="77370776">
        <w:rPr>
          <w:rFonts w:ascii="Arial" w:hAnsi="Arial"/>
          <w:color w:val="000000" w:themeColor="text1"/>
          <w:lang w:val="fr-FR"/>
        </w:rPr>
        <w:t>3.2 Appui et gouvernance de l'université</w:t>
      </w:r>
      <w:r w:rsidR="00750295" w:rsidRPr="77370776">
        <w:rPr>
          <w:rFonts w:ascii="Arial" w:hAnsi="Arial"/>
          <w:color w:val="000000" w:themeColor="text1"/>
          <w:lang w:val="fr-FR"/>
        </w:rPr>
        <w:t>/établissement hôte</w:t>
      </w:r>
    </w:p>
    <w:tbl>
      <w:tblPr>
        <w:tblW w:w="5000" w:type="pct"/>
        <w:tblLook w:val="04A0" w:firstRow="1" w:lastRow="0" w:firstColumn="1" w:lastColumn="0" w:noHBand="0" w:noVBand="1"/>
      </w:tblPr>
      <w:tblGrid>
        <w:gridCol w:w="9956"/>
      </w:tblGrid>
      <w:tr w:rsidR="00626F96" w:rsidRPr="00BC134C" w14:paraId="027CFD10"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5B05A44D" w14:textId="213CE6C8"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 xml:space="preserve">Décrivez l'engagement de l'université hôte en termes de financement, de leadership, d'infrastructure, de gouvernance et de positionnement stratégique. Énoncer les engagements concrets pris pour soutenir et pérenniser les activités du programme </w:t>
            </w:r>
            <w:r w:rsidR="00F61BA2" w:rsidRPr="77370776">
              <w:rPr>
                <w:sz w:val="20"/>
                <w:szCs w:val="20"/>
                <w:lang w:val="fr-FR"/>
              </w:rPr>
              <w:t xml:space="preserve">ACE </w:t>
            </w:r>
            <w:proofErr w:type="spellStart"/>
            <w:r w:rsidR="00FE478F" w:rsidRPr="77370776">
              <w:rPr>
                <w:sz w:val="20"/>
                <w:szCs w:val="20"/>
                <w:lang w:val="fr-FR"/>
              </w:rPr>
              <w:t>Innovate</w:t>
            </w:r>
            <w:proofErr w:type="spellEnd"/>
            <w:r w:rsidR="00FE478F" w:rsidRPr="77370776">
              <w:rPr>
                <w:sz w:val="20"/>
                <w:szCs w:val="20"/>
                <w:lang w:val="fr-FR"/>
              </w:rPr>
              <w:t>.</w:t>
            </w:r>
          </w:p>
        </w:tc>
      </w:tr>
      <w:tr w:rsidR="00626F96" w:rsidRPr="00BC134C" w14:paraId="2858A389"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004EF2F" w14:textId="76E798EE"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6B8697DB" w14:textId="77777777" w:rsidR="00626F96" w:rsidRPr="0083086E" w:rsidRDefault="00626F96">
      <w:pPr>
        <w:spacing w:after="40"/>
        <w:rPr>
          <w:lang w:val="fr-FR"/>
        </w:rPr>
      </w:pPr>
    </w:p>
    <w:p w14:paraId="257CABA4" w14:textId="77777777" w:rsidR="00626F96" w:rsidRPr="0083086E" w:rsidRDefault="00FE478F">
      <w:pPr>
        <w:pStyle w:val="Heading3"/>
        <w:spacing w:before="80" w:after="60"/>
        <w:rPr>
          <w:lang w:val="fr-FR"/>
        </w:rPr>
      </w:pPr>
      <w:r w:rsidRPr="77370776">
        <w:rPr>
          <w:rFonts w:ascii="Arial" w:hAnsi="Arial"/>
          <w:color w:val="000000" w:themeColor="text1"/>
          <w:lang w:val="fr-FR"/>
        </w:rPr>
        <w:lastRenderedPageBreak/>
        <w:t>3.3 Plan d'investissement stratégique</w:t>
      </w:r>
    </w:p>
    <w:p w14:paraId="3AD16874" w14:textId="5543B9F5" w:rsidR="00626F96" w:rsidRPr="0083086E" w:rsidRDefault="00FE478F">
      <w:pPr>
        <w:spacing w:after="100" w:line="240" w:lineRule="auto"/>
        <w:rPr>
          <w:lang w:val="fr-FR"/>
        </w:rPr>
      </w:pPr>
      <w:r w:rsidRPr="77370776">
        <w:rPr>
          <w:sz w:val="21"/>
          <w:szCs w:val="21"/>
          <w:lang w:val="fr-FR"/>
        </w:rPr>
        <w:t>Jusqu'à</w:t>
      </w:r>
      <w:r w:rsidR="00C727BF" w:rsidRPr="77370776">
        <w:rPr>
          <w:sz w:val="21"/>
          <w:szCs w:val="21"/>
          <w:lang w:val="fr-FR"/>
        </w:rPr>
        <w:t xml:space="preserve"> </w:t>
      </w:r>
      <w:r w:rsidR="00E835B2" w:rsidRPr="77370776">
        <w:rPr>
          <w:sz w:val="21"/>
          <w:szCs w:val="21"/>
          <w:lang w:val="fr-FR"/>
        </w:rPr>
        <w:t xml:space="preserve">15 </w:t>
      </w:r>
      <w:r w:rsidRPr="77370776">
        <w:rPr>
          <w:sz w:val="21"/>
          <w:szCs w:val="21"/>
          <w:lang w:val="fr-FR"/>
        </w:rPr>
        <w:t xml:space="preserve">% du </w:t>
      </w:r>
      <w:r w:rsidR="00F61BA2" w:rsidRPr="77370776">
        <w:rPr>
          <w:sz w:val="21"/>
          <w:szCs w:val="21"/>
          <w:lang w:val="fr-FR"/>
        </w:rPr>
        <w:t>financement des CEA</w:t>
      </w:r>
      <w:r w:rsidRPr="77370776">
        <w:rPr>
          <w:sz w:val="21"/>
          <w:szCs w:val="21"/>
          <w:lang w:val="fr-FR"/>
        </w:rPr>
        <w:t xml:space="preserve"> peut être alloué à des activités de renforcement institutionnel. Classez uniquement les zones à privilégier et expliquez l'utilisation prévue.</w:t>
      </w:r>
    </w:p>
    <w:tbl>
      <w:tblPr>
        <w:tblStyle w:val="TableGrid"/>
        <w:tblW w:w="5000" w:type="pct"/>
        <w:jc w:val="center"/>
        <w:tblLook w:val="04A0" w:firstRow="1" w:lastRow="0" w:firstColumn="1" w:lastColumn="0" w:noHBand="0" w:noVBand="1"/>
      </w:tblPr>
      <w:tblGrid>
        <w:gridCol w:w="4127"/>
        <w:gridCol w:w="1084"/>
        <w:gridCol w:w="1922"/>
        <w:gridCol w:w="2823"/>
      </w:tblGrid>
      <w:tr w:rsidR="00626F96" w:rsidRPr="00391361" w14:paraId="107614FA" w14:textId="77777777" w:rsidTr="77370776">
        <w:trPr>
          <w:cantSplit/>
          <w:tblHeader/>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0EA0F49F" w14:textId="77777777" w:rsidR="00626F96" w:rsidRPr="0083086E" w:rsidRDefault="00FE478F">
            <w:pPr>
              <w:spacing w:after="40"/>
              <w:rPr>
                <w:lang w:val="fr-FR"/>
              </w:rPr>
            </w:pPr>
            <w:r w:rsidRPr="77370776">
              <w:rPr>
                <w:b/>
                <w:bCs/>
                <w:color w:val="FFFFFF" w:themeColor="background1"/>
                <w:sz w:val="19"/>
                <w:szCs w:val="19"/>
                <w:lang w:val="fr-FR"/>
              </w:rPr>
              <w:t>Domaine d'investissement</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4FD5405E" w14:textId="77777777" w:rsidR="00626F96" w:rsidRPr="0083086E" w:rsidRDefault="00FE478F">
            <w:pPr>
              <w:spacing w:after="40"/>
              <w:rPr>
                <w:lang w:val="fr-FR"/>
              </w:rPr>
            </w:pPr>
            <w:r w:rsidRPr="77370776">
              <w:rPr>
                <w:b/>
                <w:bCs/>
                <w:color w:val="FFFFFF" w:themeColor="background1"/>
                <w:sz w:val="19"/>
                <w:szCs w:val="19"/>
                <w:lang w:val="fr-FR"/>
              </w:rPr>
              <w:t>Rang</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4313305D" w14:textId="77777777" w:rsidR="00626F96" w:rsidRPr="00391361" w:rsidRDefault="00FE478F" w:rsidP="77370776">
            <w:pPr>
              <w:spacing w:after="40"/>
            </w:pPr>
            <w:r w:rsidRPr="77370776">
              <w:rPr>
                <w:b/>
                <w:bCs/>
                <w:color w:val="FFFFFF" w:themeColor="background1"/>
                <w:sz w:val="19"/>
                <w:szCs w:val="19"/>
              </w:rPr>
              <w:t xml:space="preserve">Part approximative du budget </w:t>
            </w:r>
            <w:proofErr w:type="gramStart"/>
            <w:r w:rsidRPr="77370776">
              <w:rPr>
                <w:b/>
                <w:bCs/>
                <w:color w:val="FFFFFF" w:themeColor="background1"/>
                <w:sz w:val="19"/>
                <w:szCs w:val="19"/>
              </w:rPr>
              <w:t>( %</w:t>
            </w:r>
            <w:proofErr w:type="gramEnd"/>
            <w:r w:rsidRPr="77370776">
              <w:rPr>
                <w:b/>
                <w:bCs/>
                <w:color w:val="FFFFFF" w:themeColor="background1"/>
                <w:sz w:val="19"/>
                <w:szCs w:val="19"/>
              </w:rPr>
              <w:t>)</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52332DEF" w14:textId="77777777" w:rsidR="00626F96" w:rsidRPr="0083086E" w:rsidRDefault="00FE478F">
            <w:pPr>
              <w:spacing w:after="40"/>
              <w:rPr>
                <w:lang w:val="fr-FR"/>
              </w:rPr>
            </w:pPr>
            <w:r w:rsidRPr="77370776">
              <w:rPr>
                <w:b/>
                <w:bCs/>
                <w:color w:val="FFFFFF" w:themeColor="background1"/>
                <w:sz w:val="19"/>
                <w:szCs w:val="19"/>
                <w:lang w:val="fr-FR"/>
              </w:rPr>
              <w:t>Utilisation prévue</w:t>
            </w:r>
          </w:p>
        </w:tc>
      </w:tr>
      <w:tr w:rsidR="00626F96" w:rsidRPr="00391361" w14:paraId="412370A5"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D0F648F" w14:textId="77777777" w:rsidR="00626F96" w:rsidRPr="0083086E" w:rsidRDefault="00FE478F">
            <w:pPr>
              <w:spacing w:after="40"/>
              <w:rPr>
                <w:lang w:val="fr-FR"/>
              </w:rPr>
            </w:pPr>
            <w:r w:rsidRPr="77370776">
              <w:rPr>
                <w:sz w:val="19"/>
                <w:szCs w:val="19"/>
                <w:lang w:val="fr-FR"/>
              </w:rPr>
              <w:t>Perfectionnement du corps professoral</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2917C17"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2527CC2"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18908CD" w14:textId="77777777" w:rsidR="00626F96" w:rsidRPr="0083086E" w:rsidRDefault="00FE478F">
            <w:pPr>
              <w:spacing w:after="40"/>
              <w:rPr>
                <w:lang w:val="fr-FR"/>
              </w:rPr>
            </w:pPr>
            <w:r w:rsidRPr="77370776">
              <w:rPr>
                <w:sz w:val="19"/>
                <w:szCs w:val="19"/>
                <w:lang w:val="fr-FR"/>
              </w:rPr>
              <w:t>[Tapez ici]</w:t>
            </w:r>
          </w:p>
        </w:tc>
      </w:tr>
      <w:tr w:rsidR="00626F96" w:rsidRPr="00391361" w14:paraId="2FE21A02"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7A5516C" w14:textId="77777777" w:rsidR="00626F96" w:rsidRPr="0083086E" w:rsidRDefault="00FE478F">
            <w:pPr>
              <w:spacing w:after="40"/>
              <w:rPr>
                <w:lang w:val="fr-FR"/>
              </w:rPr>
            </w:pPr>
            <w:r w:rsidRPr="77370776">
              <w:rPr>
                <w:sz w:val="19"/>
                <w:szCs w:val="19"/>
                <w:lang w:val="fr-FR"/>
              </w:rPr>
              <w:t>Gestion de la recherche, y compris le transfert, la commercialisation et l'innovation de technologies</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C3149CA"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9E8B502"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F74D37C" w14:textId="77777777" w:rsidR="00626F96" w:rsidRPr="0083086E" w:rsidRDefault="00FE478F">
            <w:pPr>
              <w:spacing w:after="40"/>
              <w:rPr>
                <w:lang w:val="fr-FR"/>
              </w:rPr>
            </w:pPr>
            <w:r w:rsidRPr="77370776">
              <w:rPr>
                <w:sz w:val="19"/>
                <w:szCs w:val="19"/>
                <w:lang w:val="fr-FR"/>
              </w:rPr>
              <w:t>[Tapez ici]</w:t>
            </w:r>
          </w:p>
        </w:tc>
      </w:tr>
      <w:tr w:rsidR="00626F96" w:rsidRPr="00391361" w14:paraId="4AFF4C03"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00C9007" w14:textId="77777777" w:rsidR="00626F96" w:rsidRPr="0083086E" w:rsidRDefault="00FE478F">
            <w:pPr>
              <w:spacing w:after="40"/>
              <w:rPr>
                <w:lang w:val="fr-FR"/>
              </w:rPr>
            </w:pPr>
            <w:r w:rsidRPr="77370776">
              <w:rPr>
                <w:sz w:val="19"/>
                <w:szCs w:val="19"/>
                <w:lang w:val="fr-FR"/>
              </w:rPr>
              <w:t>Infrastructure numérique et plateformes d'apprentissage</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CFE1317"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A2F3C30"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124C752" w14:textId="77777777" w:rsidR="00626F96" w:rsidRPr="0083086E" w:rsidRDefault="00FE478F">
            <w:pPr>
              <w:spacing w:after="40"/>
              <w:rPr>
                <w:lang w:val="fr-FR"/>
              </w:rPr>
            </w:pPr>
            <w:r w:rsidRPr="77370776">
              <w:rPr>
                <w:sz w:val="19"/>
                <w:szCs w:val="19"/>
                <w:lang w:val="fr-FR"/>
              </w:rPr>
              <w:t>[Tapez ici]</w:t>
            </w:r>
          </w:p>
        </w:tc>
      </w:tr>
      <w:tr w:rsidR="00626F96" w:rsidRPr="00391361" w14:paraId="4AFA9D05"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F13E3E9" w14:textId="77777777" w:rsidR="00626F96" w:rsidRPr="0083086E" w:rsidRDefault="00FE478F">
            <w:pPr>
              <w:spacing w:after="40"/>
              <w:rPr>
                <w:lang w:val="fr-FR"/>
              </w:rPr>
            </w:pPr>
            <w:r w:rsidRPr="77370776">
              <w:rPr>
                <w:sz w:val="19"/>
                <w:szCs w:val="19"/>
                <w:lang w:val="fr-FR"/>
              </w:rPr>
              <w:t>Services d'orientation professionnelle et collaboration avec l'industrie</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91B2CCB"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2926F12"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6BBBAD0" w14:textId="77777777" w:rsidR="00626F96" w:rsidRPr="0083086E" w:rsidRDefault="00FE478F">
            <w:pPr>
              <w:spacing w:after="40"/>
              <w:rPr>
                <w:lang w:val="fr-FR"/>
              </w:rPr>
            </w:pPr>
            <w:r w:rsidRPr="77370776">
              <w:rPr>
                <w:sz w:val="19"/>
                <w:szCs w:val="19"/>
                <w:lang w:val="fr-FR"/>
              </w:rPr>
              <w:t>[Tapez ici]</w:t>
            </w:r>
          </w:p>
        </w:tc>
      </w:tr>
      <w:tr w:rsidR="00626F96" w:rsidRPr="00391361" w14:paraId="13843D38"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B66B265" w14:textId="77777777" w:rsidR="00626F96" w:rsidRPr="0083086E" w:rsidRDefault="00FE478F">
            <w:pPr>
              <w:spacing w:after="40"/>
              <w:rPr>
                <w:lang w:val="fr-FR"/>
              </w:rPr>
            </w:pPr>
            <w:r w:rsidRPr="77370776">
              <w:rPr>
                <w:sz w:val="19"/>
                <w:szCs w:val="19"/>
                <w:lang w:val="fr-FR"/>
              </w:rPr>
              <w:t>Examen de la qualité interne</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DD67D8B"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89B27D2"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3537389" w14:textId="77777777" w:rsidR="00626F96" w:rsidRPr="0083086E" w:rsidRDefault="00FE478F">
            <w:pPr>
              <w:spacing w:after="40"/>
              <w:rPr>
                <w:lang w:val="fr-FR"/>
              </w:rPr>
            </w:pPr>
            <w:r w:rsidRPr="77370776">
              <w:rPr>
                <w:sz w:val="19"/>
                <w:szCs w:val="19"/>
                <w:lang w:val="fr-FR"/>
              </w:rPr>
              <w:t>[Tapez ici]</w:t>
            </w:r>
          </w:p>
        </w:tc>
      </w:tr>
      <w:tr w:rsidR="00626F96" w:rsidRPr="00391361" w14:paraId="7869FCB2"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32D36C7" w14:textId="77777777" w:rsidR="00626F96" w:rsidRPr="0083086E" w:rsidRDefault="00FE478F">
            <w:pPr>
              <w:spacing w:after="40"/>
              <w:rPr>
                <w:lang w:val="fr-FR"/>
              </w:rPr>
            </w:pPr>
            <w:r w:rsidRPr="77370776">
              <w:rPr>
                <w:sz w:val="19"/>
                <w:szCs w:val="19"/>
                <w:lang w:val="fr-FR"/>
              </w:rPr>
              <w:t>Système d’information pour la gestion de l’éducation</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89B5B4B"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B0A0E68"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BD79488" w14:textId="77777777" w:rsidR="00626F96" w:rsidRPr="0083086E" w:rsidRDefault="00FE478F">
            <w:pPr>
              <w:spacing w:after="40"/>
              <w:rPr>
                <w:lang w:val="fr-FR"/>
              </w:rPr>
            </w:pPr>
            <w:r w:rsidRPr="77370776">
              <w:rPr>
                <w:sz w:val="19"/>
                <w:szCs w:val="19"/>
                <w:lang w:val="fr-FR"/>
              </w:rPr>
              <w:t>[Tapez ici]</w:t>
            </w:r>
          </w:p>
        </w:tc>
      </w:tr>
      <w:tr w:rsidR="00626F96" w:rsidRPr="00391361" w14:paraId="0D2CA383"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51029F5" w14:textId="77777777" w:rsidR="00626F96" w:rsidRPr="0083086E" w:rsidRDefault="00FE478F">
            <w:pPr>
              <w:spacing w:after="40"/>
              <w:rPr>
                <w:lang w:val="fr-FR"/>
              </w:rPr>
            </w:pPr>
            <w:r w:rsidRPr="77370776">
              <w:rPr>
                <w:sz w:val="19"/>
                <w:szCs w:val="19"/>
                <w:lang w:val="fr-FR"/>
              </w:rPr>
              <w:t>Autre (préciser)</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826680F"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472C8EF"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2936F96" w14:textId="77777777" w:rsidR="00626F96" w:rsidRPr="0083086E" w:rsidRDefault="00FE478F">
            <w:pPr>
              <w:spacing w:after="40"/>
              <w:rPr>
                <w:lang w:val="fr-FR"/>
              </w:rPr>
            </w:pPr>
            <w:r w:rsidRPr="77370776">
              <w:rPr>
                <w:sz w:val="19"/>
                <w:szCs w:val="19"/>
                <w:lang w:val="fr-FR"/>
              </w:rPr>
              <w:t>[Tapez ici]</w:t>
            </w:r>
          </w:p>
        </w:tc>
      </w:tr>
      <w:tr w:rsidR="00626F96" w:rsidRPr="00391361" w14:paraId="3EFBF678"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489A026" w14:textId="77777777" w:rsidR="00626F96" w:rsidRPr="0083086E" w:rsidRDefault="00FE478F">
            <w:pPr>
              <w:spacing w:after="40"/>
              <w:rPr>
                <w:lang w:val="fr-FR"/>
              </w:rPr>
            </w:pPr>
            <w:r w:rsidRPr="77370776">
              <w:rPr>
                <w:sz w:val="19"/>
                <w:szCs w:val="19"/>
                <w:lang w:val="fr-FR"/>
              </w:rPr>
              <w:t>Total</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ED19731"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9A1EDEB" w14:textId="77777777" w:rsidR="00626F96" w:rsidRPr="0083086E" w:rsidRDefault="00FE478F">
            <w:pPr>
              <w:spacing w:after="40"/>
              <w:rPr>
                <w:lang w:val="fr-FR"/>
              </w:rPr>
            </w:pPr>
            <w:r w:rsidRPr="77370776">
              <w:rPr>
                <w:sz w:val="19"/>
                <w:szCs w:val="19"/>
                <w:lang w:val="fr-FR"/>
              </w:rPr>
              <w:t>100%</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4313647" w14:textId="77777777" w:rsidR="00626F96" w:rsidRPr="0083086E" w:rsidRDefault="00FE478F">
            <w:pPr>
              <w:spacing w:after="40"/>
              <w:rPr>
                <w:lang w:val="fr-FR"/>
              </w:rPr>
            </w:pPr>
            <w:r w:rsidRPr="77370776">
              <w:rPr>
                <w:sz w:val="19"/>
                <w:szCs w:val="19"/>
                <w:lang w:val="fr-FR"/>
              </w:rPr>
              <w:t>[Tapez ici]</w:t>
            </w:r>
          </w:p>
        </w:tc>
      </w:tr>
    </w:tbl>
    <w:p w14:paraId="632B27AB" w14:textId="77777777" w:rsidR="00626F96" w:rsidRPr="0083086E" w:rsidRDefault="00FE478F">
      <w:pPr>
        <w:pStyle w:val="Heading3"/>
        <w:spacing w:before="80" w:after="60"/>
        <w:rPr>
          <w:lang w:val="fr-FR"/>
        </w:rPr>
      </w:pPr>
      <w:r w:rsidRPr="77370776">
        <w:rPr>
          <w:rFonts w:ascii="Arial" w:hAnsi="Arial"/>
          <w:color w:val="000000" w:themeColor="text1"/>
          <w:lang w:val="fr-FR"/>
        </w:rPr>
        <w:t>3.4 Situation financière et viabilité</w:t>
      </w:r>
    </w:p>
    <w:tbl>
      <w:tblPr>
        <w:tblW w:w="5000" w:type="pct"/>
        <w:tblLook w:val="04A0" w:firstRow="1" w:lastRow="0" w:firstColumn="1" w:lastColumn="0" w:noHBand="0" w:noVBand="1"/>
      </w:tblPr>
      <w:tblGrid>
        <w:gridCol w:w="9956"/>
      </w:tblGrid>
      <w:tr w:rsidR="00626F96" w:rsidRPr="00BC134C" w14:paraId="015AF132"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99DAF4E" w14:textId="42B42C28"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 xml:space="preserve">Résumer les sources de revenus actuelles, les principales dépenses et la trajectoire financière. Décrivez la stratégie de viabilité au-delà de la période de cinq ans, y compris les revenus </w:t>
            </w:r>
            <w:r w:rsidR="2BE4B219" w:rsidRPr="77370776">
              <w:rPr>
                <w:sz w:val="20"/>
                <w:szCs w:val="20"/>
                <w:lang w:val="fr-FR"/>
              </w:rPr>
              <w:t xml:space="preserve">externes </w:t>
            </w:r>
            <w:r w:rsidR="00FE478F" w:rsidRPr="77370776">
              <w:rPr>
                <w:sz w:val="20"/>
                <w:szCs w:val="20"/>
                <w:lang w:val="fr-FR"/>
              </w:rPr>
              <w:t>générés, les subventions de recherche, les revenus provenant des commissions, les partenariats avec l'industrie et le soutien de l'institution ou du gouvernement hôte.</w:t>
            </w:r>
          </w:p>
        </w:tc>
      </w:tr>
      <w:tr w:rsidR="00626F96" w:rsidRPr="00BC134C" w14:paraId="7506E063"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8E3C4F0" w14:textId="07881D5F"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23DB19F5" w14:textId="77777777" w:rsidR="00626F96" w:rsidRPr="0083086E" w:rsidRDefault="00626F96">
      <w:pPr>
        <w:spacing w:after="40"/>
        <w:rPr>
          <w:lang w:val="fr-FR"/>
        </w:rPr>
      </w:pPr>
    </w:p>
    <w:p w14:paraId="277FA219" w14:textId="77777777" w:rsidR="00626F96" w:rsidRPr="0083086E" w:rsidRDefault="00FE478F">
      <w:pPr>
        <w:pStyle w:val="Heading2"/>
        <w:spacing w:before="120" w:after="100"/>
        <w:rPr>
          <w:lang w:val="fr-FR"/>
        </w:rPr>
      </w:pPr>
      <w:r w:rsidRPr="77370776">
        <w:rPr>
          <w:rFonts w:ascii="Arial" w:hAnsi="Arial"/>
          <w:color w:val="1F4E79"/>
          <w:lang w:val="fr-FR"/>
        </w:rPr>
        <w:t>Section 4 - Justification du partenariat et complémentarité</w:t>
      </w:r>
    </w:p>
    <w:p w14:paraId="667A679B" w14:textId="77777777" w:rsidR="00626F96" w:rsidRPr="0083086E" w:rsidRDefault="00FE478F">
      <w:pPr>
        <w:spacing w:after="100" w:line="240" w:lineRule="auto"/>
        <w:rPr>
          <w:b/>
          <w:bCs/>
          <w:color w:val="C00000"/>
          <w:lang w:val="fr-FR"/>
        </w:rPr>
      </w:pPr>
      <w:r w:rsidRPr="77370776">
        <w:rPr>
          <w:b/>
          <w:bCs/>
          <w:i/>
          <w:iCs/>
          <w:color w:val="C00000"/>
          <w:sz w:val="20"/>
          <w:szCs w:val="20"/>
          <w:lang w:val="fr-FR"/>
        </w:rPr>
        <w:t>Allocation indicative : 1 page.</w:t>
      </w:r>
    </w:p>
    <w:p w14:paraId="00E58CF0" w14:textId="77777777" w:rsidR="00626F96" w:rsidRPr="0083086E" w:rsidRDefault="00FE478F">
      <w:pPr>
        <w:pStyle w:val="Heading3"/>
        <w:spacing w:before="80" w:after="60"/>
        <w:rPr>
          <w:lang w:val="fr-FR"/>
        </w:rPr>
      </w:pPr>
      <w:r w:rsidRPr="77370776">
        <w:rPr>
          <w:rFonts w:ascii="Arial" w:hAnsi="Arial"/>
          <w:color w:val="000000" w:themeColor="text1"/>
          <w:lang w:val="fr-FR"/>
        </w:rPr>
        <w:t>4.1 Point de vue des CEA/centres émergents sur le Partenariat</w:t>
      </w:r>
    </w:p>
    <w:tbl>
      <w:tblPr>
        <w:tblW w:w="5000" w:type="pct"/>
        <w:tblLook w:val="04A0" w:firstRow="1" w:lastRow="0" w:firstColumn="1" w:lastColumn="0" w:noHBand="0" w:noVBand="1"/>
      </w:tblPr>
      <w:tblGrid>
        <w:gridCol w:w="9956"/>
      </w:tblGrid>
      <w:tr w:rsidR="00626F96" w:rsidRPr="00BC134C" w14:paraId="56DA8B98"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15C8EAF" w14:textId="550439FA"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Expliquez pourquoi l'I</w:t>
            </w:r>
            <w:r w:rsidR="40CE538F" w:rsidRPr="77370776">
              <w:rPr>
                <w:sz w:val="20"/>
                <w:szCs w:val="20"/>
                <w:lang w:val="fr-FR"/>
              </w:rPr>
              <w:t>nstitut technique</w:t>
            </w:r>
            <w:r w:rsidR="00FE478F" w:rsidRPr="77370776">
              <w:rPr>
                <w:sz w:val="20"/>
                <w:szCs w:val="20"/>
                <w:lang w:val="fr-FR"/>
              </w:rPr>
              <w:t xml:space="preserve"> proposé est le bon partenaire et pourquoi le partenariat produira plus que ce que le centre pourrait réaliser seul. Aborder la question de la complémentarité au niveau de l'échelle des compétences, du pipeline de la recherche à l'application, de l'impact sectoriel partagé et des modalités pratiques de collaboration.</w:t>
            </w:r>
          </w:p>
        </w:tc>
      </w:tr>
      <w:tr w:rsidR="00626F96" w:rsidRPr="00BC134C" w14:paraId="7EED57CC"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92A1827" w14:textId="2247BE85"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724E1FD2" w14:textId="77777777" w:rsidR="00626F96" w:rsidRPr="0083086E" w:rsidRDefault="00626F96">
      <w:pPr>
        <w:spacing w:after="40"/>
        <w:rPr>
          <w:lang w:val="fr-FR"/>
        </w:rPr>
      </w:pPr>
    </w:p>
    <w:p w14:paraId="3A27BF17" w14:textId="77777777" w:rsidR="00626F96" w:rsidRPr="0083086E" w:rsidRDefault="00FE478F">
      <w:pPr>
        <w:pStyle w:val="Heading2"/>
        <w:spacing w:before="120" w:after="100"/>
        <w:rPr>
          <w:lang w:val="fr-FR"/>
        </w:rPr>
      </w:pPr>
      <w:r w:rsidRPr="77370776">
        <w:rPr>
          <w:rFonts w:ascii="Arial" w:hAnsi="Arial"/>
          <w:color w:val="1F4E79"/>
          <w:lang w:val="fr-FR"/>
        </w:rPr>
        <w:t>Section 5 - Risque et faisabilité</w:t>
      </w:r>
    </w:p>
    <w:p w14:paraId="21DA9C51" w14:textId="77777777" w:rsidR="00626F96" w:rsidRPr="0083086E" w:rsidRDefault="00FE478F">
      <w:pPr>
        <w:spacing w:after="100" w:line="240" w:lineRule="auto"/>
        <w:rPr>
          <w:b/>
          <w:bCs/>
          <w:color w:val="C00000"/>
          <w:lang w:val="fr-FR"/>
        </w:rPr>
      </w:pPr>
      <w:r w:rsidRPr="77370776">
        <w:rPr>
          <w:b/>
          <w:bCs/>
          <w:i/>
          <w:iCs/>
          <w:color w:val="C00000"/>
          <w:sz w:val="20"/>
          <w:szCs w:val="20"/>
          <w:lang w:val="fr-FR"/>
        </w:rPr>
        <w:t>Allocation indicative : 1 page.</w:t>
      </w:r>
    </w:p>
    <w:p w14:paraId="5AAB836D" w14:textId="77777777" w:rsidR="00626F96" w:rsidRPr="0083086E" w:rsidRDefault="00FE478F">
      <w:pPr>
        <w:pStyle w:val="Heading3"/>
        <w:spacing w:before="80" w:after="60"/>
        <w:rPr>
          <w:lang w:val="fr-FR"/>
        </w:rPr>
      </w:pPr>
      <w:r w:rsidRPr="77370776">
        <w:rPr>
          <w:rFonts w:ascii="Arial" w:hAnsi="Arial"/>
          <w:color w:val="000000" w:themeColor="text1"/>
          <w:lang w:val="fr-FR"/>
        </w:rPr>
        <w:t>5.1 Description des risques</w:t>
      </w:r>
    </w:p>
    <w:tbl>
      <w:tblPr>
        <w:tblW w:w="5000" w:type="pct"/>
        <w:tblLook w:val="04A0" w:firstRow="1" w:lastRow="0" w:firstColumn="1" w:lastColumn="0" w:noHBand="0" w:noVBand="1"/>
      </w:tblPr>
      <w:tblGrid>
        <w:gridCol w:w="9956"/>
      </w:tblGrid>
      <w:tr w:rsidR="00626F96" w:rsidRPr="00391361" w14:paraId="5768C47A"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0DDC8B0" w14:textId="47F64DB6"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Recenser les risques les plus importants au niveau sectoriel, institutionnel et au niveau du partenariat. Expliquer la probabilité, l'effet probable sur la prestation et les mesures d'atténuation. Soyez précis et réaliste.</w:t>
            </w:r>
          </w:p>
        </w:tc>
      </w:tr>
      <w:tr w:rsidR="00626F96" w:rsidRPr="00BC134C" w14:paraId="4ECB0D56"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9467388" w14:textId="6B789A11"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5ECB696B" w14:textId="77777777" w:rsidR="00626F96" w:rsidRPr="0083086E" w:rsidRDefault="00626F96">
      <w:pPr>
        <w:spacing w:after="40"/>
        <w:rPr>
          <w:lang w:val="fr-FR"/>
        </w:rPr>
      </w:pPr>
    </w:p>
    <w:tbl>
      <w:tblPr>
        <w:tblStyle w:val="TableGrid"/>
        <w:tblW w:w="5000" w:type="pct"/>
        <w:jc w:val="center"/>
        <w:tblLook w:val="04A0" w:firstRow="1" w:lastRow="0" w:firstColumn="1" w:lastColumn="0" w:noHBand="0" w:noVBand="1"/>
      </w:tblPr>
      <w:tblGrid>
        <w:gridCol w:w="1661"/>
        <w:gridCol w:w="1658"/>
        <w:gridCol w:w="1659"/>
        <w:gridCol w:w="1658"/>
        <w:gridCol w:w="1660"/>
        <w:gridCol w:w="1660"/>
      </w:tblGrid>
      <w:tr w:rsidR="00626F96" w:rsidRPr="00391361" w14:paraId="44383020" w14:textId="77777777" w:rsidTr="77370776">
        <w:trPr>
          <w:cantSplit/>
          <w:tblHeader/>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C980B28" w14:textId="77777777" w:rsidR="00626F96" w:rsidRPr="0083086E" w:rsidRDefault="00FE478F">
            <w:pPr>
              <w:spacing w:after="40"/>
              <w:rPr>
                <w:lang w:val="fr-FR"/>
              </w:rPr>
            </w:pPr>
            <w:r w:rsidRPr="77370776">
              <w:rPr>
                <w:b/>
                <w:bCs/>
                <w:color w:val="FFFFFF" w:themeColor="background1"/>
                <w:sz w:val="19"/>
                <w:szCs w:val="19"/>
                <w:lang w:val="fr-FR"/>
              </w:rPr>
              <w:t>Risque</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2FF0DCD7" w14:textId="77777777" w:rsidR="00626F96" w:rsidRPr="0083086E" w:rsidRDefault="00FE478F">
            <w:pPr>
              <w:spacing w:after="40"/>
              <w:rPr>
                <w:lang w:val="fr-FR"/>
              </w:rPr>
            </w:pPr>
            <w:r w:rsidRPr="77370776">
              <w:rPr>
                <w:b/>
                <w:bCs/>
                <w:color w:val="FFFFFF" w:themeColor="background1"/>
                <w:sz w:val="19"/>
                <w:szCs w:val="19"/>
                <w:lang w:val="fr-FR"/>
              </w:rPr>
              <w:t>Niveau</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4654FFBE" w14:textId="77777777" w:rsidR="00626F96" w:rsidRPr="0083086E" w:rsidRDefault="00FE478F">
            <w:pPr>
              <w:spacing w:after="40"/>
              <w:rPr>
                <w:lang w:val="fr-FR"/>
              </w:rPr>
            </w:pPr>
            <w:r w:rsidRPr="77370776">
              <w:rPr>
                <w:b/>
                <w:bCs/>
                <w:color w:val="FFFFFF" w:themeColor="background1"/>
                <w:sz w:val="19"/>
                <w:szCs w:val="19"/>
                <w:lang w:val="fr-FR"/>
              </w:rPr>
              <w:t>Probabilité</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45E3FB7B" w14:textId="77777777" w:rsidR="00626F96" w:rsidRPr="0083086E" w:rsidRDefault="00FE478F">
            <w:pPr>
              <w:spacing w:after="40"/>
              <w:rPr>
                <w:lang w:val="fr-FR"/>
              </w:rPr>
            </w:pPr>
            <w:r w:rsidRPr="77370776">
              <w:rPr>
                <w:b/>
                <w:bCs/>
                <w:color w:val="FFFFFF" w:themeColor="background1"/>
                <w:sz w:val="19"/>
                <w:szCs w:val="19"/>
                <w:lang w:val="fr-FR"/>
              </w:rPr>
              <w:t>Impact potentiel</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56338742" w14:textId="77777777" w:rsidR="00626F96" w:rsidRPr="0083086E" w:rsidRDefault="00FE478F">
            <w:pPr>
              <w:spacing w:after="40"/>
              <w:rPr>
                <w:lang w:val="fr-FR"/>
              </w:rPr>
            </w:pPr>
            <w:r w:rsidRPr="77370776">
              <w:rPr>
                <w:b/>
                <w:bCs/>
                <w:color w:val="FFFFFF" w:themeColor="background1"/>
                <w:sz w:val="19"/>
                <w:szCs w:val="19"/>
                <w:lang w:val="fr-FR"/>
              </w:rPr>
              <w:t>Mesures d'atténuation</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1D8C632" w14:textId="77777777" w:rsidR="00626F96" w:rsidRPr="0083086E" w:rsidRDefault="00FE478F">
            <w:pPr>
              <w:spacing w:after="40"/>
              <w:rPr>
                <w:lang w:val="fr-FR"/>
              </w:rPr>
            </w:pPr>
            <w:r w:rsidRPr="77370776">
              <w:rPr>
                <w:b/>
                <w:bCs/>
                <w:color w:val="FFFFFF" w:themeColor="background1"/>
                <w:sz w:val="19"/>
                <w:szCs w:val="19"/>
                <w:lang w:val="fr-FR"/>
              </w:rPr>
              <w:t>Unité responsable</w:t>
            </w:r>
          </w:p>
        </w:tc>
      </w:tr>
      <w:tr w:rsidR="00626F96" w:rsidRPr="00391361" w14:paraId="5BC6FCF1"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A9B0BCD" w14:textId="77777777" w:rsidR="00626F96" w:rsidRPr="0083086E" w:rsidRDefault="00FE478F">
            <w:pPr>
              <w:spacing w:after="40"/>
              <w:rPr>
                <w:lang w:val="fr-FR"/>
              </w:rPr>
            </w:pPr>
            <w:r w:rsidRPr="77370776">
              <w:rPr>
                <w:sz w:val="19"/>
                <w:szCs w:val="19"/>
                <w:lang w:val="fr-FR"/>
              </w:rPr>
              <w:t>Risque sectoriel</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9207895"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DBEE66A"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F9A34C5"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9E72F41"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50C813E" w14:textId="77777777" w:rsidR="00626F96" w:rsidRPr="0083086E" w:rsidRDefault="00FE478F">
            <w:pPr>
              <w:spacing w:after="40"/>
              <w:rPr>
                <w:lang w:val="fr-FR"/>
              </w:rPr>
            </w:pPr>
            <w:r w:rsidRPr="77370776">
              <w:rPr>
                <w:sz w:val="19"/>
                <w:szCs w:val="19"/>
                <w:lang w:val="fr-FR"/>
              </w:rPr>
              <w:t>[Tapez ici]</w:t>
            </w:r>
          </w:p>
        </w:tc>
      </w:tr>
      <w:tr w:rsidR="00626F96" w:rsidRPr="00391361" w14:paraId="1ED3D150"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BE28615" w14:textId="77777777" w:rsidR="00626F96" w:rsidRPr="0083086E" w:rsidRDefault="00FE478F">
            <w:pPr>
              <w:spacing w:after="40"/>
              <w:rPr>
                <w:lang w:val="fr-FR"/>
              </w:rPr>
            </w:pPr>
            <w:r w:rsidRPr="77370776">
              <w:rPr>
                <w:sz w:val="19"/>
                <w:szCs w:val="19"/>
                <w:lang w:val="fr-FR"/>
              </w:rPr>
              <w:t>Risque institutionnel</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C3EE058"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3316E9A"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A6CF399"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0C9EC68"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D7F119F" w14:textId="77777777" w:rsidR="00626F96" w:rsidRPr="0083086E" w:rsidRDefault="00FE478F">
            <w:pPr>
              <w:spacing w:after="40"/>
              <w:rPr>
                <w:lang w:val="fr-FR"/>
              </w:rPr>
            </w:pPr>
            <w:r w:rsidRPr="77370776">
              <w:rPr>
                <w:sz w:val="19"/>
                <w:szCs w:val="19"/>
                <w:lang w:val="fr-FR"/>
              </w:rPr>
              <w:t>[Tapez ici]</w:t>
            </w:r>
          </w:p>
        </w:tc>
      </w:tr>
      <w:tr w:rsidR="00626F96" w:rsidRPr="00391361" w14:paraId="5D2EDF93"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F11A7A7" w14:textId="77777777" w:rsidR="00626F96" w:rsidRPr="0083086E" w:rsidRDefault="00FE478F">
            <w:pPr>
              <w:spacing w:after="40"/>
              <w:rPr>
                <w:lang w:val="fr-FR"/>
              </w:rPr>
            </w:pPr>
            <w:r w:rsidRPr="77370776">
              <w:rPr>
                <w:sz w:val="19"/>
                <w:szCs w:val="19"/>
                <w:lang w:val="fr-FR"/>
              </w:rPr>
              <w:t>Risque lié au partenariat/à la coordination</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3599759"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F0FF777"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2956AAB"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92A052E"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C156E21" w14:textId="77777777" w:rsidR="00626F96" w:rsidRPr="0083086E" w:rsidRDefault="00FE478F">
            <w:pPr>
              <w:spacing w:after="40"/>
              <w:rPr>
                <w:lang w:val="fr-FR"/>
              </w:rPr>
            </w:pPr>
            <w:r w:rsidRPr="77370776">
              <w:rPr>
                <w:sz w:val="19"/>
                <w:szCs w:val="19"/>
                <w:lang w:val="fr-FR"/>
              </w:rPr>
              <w:t>[Tapez ici]</w:t>
            </w:r>
          </w:p>
        </w:tc>
      </w:tr>
      <w:tr w:rsidR="00626F96" w:rsidRPr="00391361" w14:paraId="31E5AA45"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A43E058" w14:textId="77777777" w:rsidR="00626F96" w:rsidRPr="0083086E" w:rsidRDefault="00FE478F">
            <w:pPr>
              <w:spacing w:after="40"/>
              <w:rPr>
                <w:lang w:val="fr-FR"/>
              </w:rPr>
            </w:pPr>
            <w:r w:rsidRPr="77370776">
              <w:rPr>
                <w:sz w:val="19"/>
                <w:szCs w:val="19"/>
                <w:lang w:val="fr-FR"/>
              </w:rPr>
              <w:t>Autres risques importants</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90276EC"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E99053C"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F6AD644"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0AAD820"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5323345" w14:textId="77777777" w:rsidR="00626F96" w:rsidRPr="0083086E" w:rsidRDefault="00FE478F">
            <w:pPr>
              <w:spacing w:after="40"/>
              <w:rPr>
                <w:lang w:val="fr-FR"/>
              </w:rPr>
            </w:pPr>
            <w:r w:rsidRPr="77370776">
              <w:rPr>
                <w:sz w:val="19"/>
                <w:szCs w:val="19"/>
                <w:lang w:val="fr-FR"/>
              </w:rPr>
              <w:t>[Tapez ici]</w:t>
            </w:r>
          </w:p>
        </w:tc>
      </w:tr>
    </w:tbl>
    <w:p w14:paraId="52C1E87D" w14:textId="77777777" w:rsidR="00626F96" w:rsidRPr="0083086E" w:rsidRDefault="00FE478F">
      <w:pPr>
        <w:pStyle w:val="Heading2"/>
        <w:spacing w:before="120" w:after="100"/>
        <w:rPr>
          <w:lang w:val="fr-FR"/>
        </w:rPr>
      </w:pPr>
      <w:r w:rsidRPr="77370776">
        <w:rPr>
          <w:rFonts w:ascii="Arial" w:hAnsi="Arial"/>
          <w:color w:val="1F4E79"/>
          <w:lang w:val="fr-FR"/>
        </w:rPr>
        <w:t>Annexes du CEA/Centre émergent</w:t>
      </w:r>
    </w:p>
    <w:tbl>
      <w:tblPr>
        <w:tblW w:w="5000" w:type="pct"/>
        <w:tblLook w:val="04A0" w:firstRow="1" w:lastRow="0" w:firstColumn="1" w:lastColumn="0" w:noHBand="0" w:noVBand="1"/>
      </w:tblPr>
      <w:tblGrid>
        <w:gridCol w:w="9956"/>
      </w:tblGrid>
      <w:tr w:rsidR="00626F96" w:rsidRPr="00BC134C" w14:paraId="4484AE19" w14:textId="77777777" w:rsidTr="77370776">
        <w:tc>
          <w:tcPr>
            <w:tcW w:w="9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tcMar>
              <w:top w:w="100" w:type="dxa"/>
              <w:left w:w="120" w:type="dxa"/>
              <w:bottom w:w="100" w:type="dxa"/>
              <w:right w:w="120" w:type="dxa"/>
            </w:tcMar>
          </w:tcPr>
          <w:p w14:paraId="7400F1ED" w14:textId="77777777" w:rsidR="00626F96" w:rsidRPr="0083086E" w:rsidRDefault="00FE478F">
            <w:pPr>
              <w:rPr>
                <w:lang w:val="fr-FR"/>
              </w:rPr>
            </w:pPr>
            <w:r w:rsidRPr="77370776">
              <w:rPr>
                <w:b/>
                <w:bCs/>
                <w:color w:val="0F2F55"/>
                <w:sz w:val="21"/>
                <w:szCs w:val="21"/>
                <w:lang w:val="fr-FR"/>
              </w:rPr>
              <w:t>Règle de l'annexe</w:t>
            </w:r>
          </w:p>
          <w:p w14:paraId="634E0E3A" w14:textId="77777777" w:rsidR="00626F96" w:rsidRPr="0083086E" w:rsidRDefault="00FE478F">
            <w:pPr>
              <w:spacing w:after="0" w:line="240" w:lineRule="auto"/>
              <w:rPr>
                <w:lang w:val="fr-FR"/>
              </w:rPr>
            </w:pPr>
            <w:r w:rsidRPr="77370776">
              <w:rPr>
                <w:sz w:val="20"/>
                <w:szCs w:val="20"/>
                <w:lang w:val="fr-FR"/>
              </w:rPr>
              <w:t>Utiliser les annexes pour étayer les affirmations faites dans la manifestation d'intérêt du CEA/Centre émergent. Ne pas utiliser les annexes pour prolonger le texte principal au-delà du nombre maximum de pages.</w:t>
            </w:r>
          </w:p>
        </w:tc>
      </w:tr>
    </w:tbl>
    <w:p w14:paraId="3117C58E" w14:textId="77777777" w:rsidR="00626F96" w:rsidRPr="0083086E" w:rsidRDefault="00626F96">
      <w:pPr>
        <w:spacing w:after="40"/>
        <w:rPr>
          <w:lang w:val="fr-FR"/>
        </w:rPr>
      </w:pPr>
    </w:p>
    <w:p w14:paraId="7802B592" w14:textId="77777777" w:rsidR="00626F96" w:rsidRPr="0083086E" w:rsidRDefault="00FE478F">
      <w:pPr>
        <w:pStyle w:val="Heading3"/>
        <w:spacing w:before="80" w:after="60"/>
        <w:rPr>
          <w:lang w:val="fr-FR"/>
        </w:rPr>
      </w:pPr>
      <w:r w:rsidRPr="77370776">
        <w:rPr>
          <w:rFonts w:ascii="Arial" w:hAnsi="Arial"/>
          <w:color w:val="000000" w:themeColor="text1"/>
          <w:lang w:val="fr-FR"/>
        </w:rPr>
        <w:t>A1 - Résumé des données institutionnelles</w:t>
      </w:r>
    </w:p>
    <w:tbl>
      <w:tblPr>
        <w:tblStyle w:val="TableGrid"/>
        <w:tblW w:w="5000" w:type="pct"/>
        <w:jc w:val="center"/>
        <w:tblLook w:val="04A0" w:firstRow="1" w:lastRow="0" w:firstColumn="1" w:lastColumn="0" w:noHBand="0" w:noVBand="1"/>
      </w:tblPr>
      <w:tblGrid>
        <w:gridCol w:w="6893"/>
        <w:gridCol w:w="3063"/>
      </w:tblGrid>
      <w:tr w:rsidR="00626F96" w:rsidRPr="00391361" w14:paraId="7FFC083E" w14:textId="77777777" w:rsidTr="77370776">
        <w:trPr>
          <w:cantSplit/>
          <w:tblHeader/>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AFC8BD7" w14:textId="77777777" w:rsidR="00626F96" w:rsidRPr="0083086E" w:rsidRDefault="00FE478F">
            <w:pPr>
              <w:spacing w:after="40"/>
              <w:rPr>
                <w:lang w:val="fr-FR"/>
              </w:rPr>
            </w:pPr>
            <w:r w:rsidRPr="77370776">
              <w:rPr>
                <w:b/>
                <w:bCs/>
                <w:color w:val="FFFFFF" w:themeColor="background1"/>
                <w:sz w:val="20"/>
                <w:szCs w:val="20"/>
                <w:lang w:val="fr-FR"/>
              </w:rPr>
              <w:t>Indicateur</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58D7CDD" w14:textId="77777777" w:rsidR="00626F96" w:rsidRPr="0083086E" w:rsidRDefault="00FE478F">
            <w:pPr>
              <w:spacing w:after="40"/>
              <w:rPr>
                <w:lang w:val="fr-FR"/>
              </w:rPr>
            </w:pPr>
            <w:r w:rsidRPr="77370776">
              <w:rPr>
                <w:b/>
                <w:bCs/>
                <w:color w:val="FFFFFF" w:themeColor="background1"/>
                <w:sz w:val="20"/>
                <w:szCs w:val="20"/>
                <w:lang w:val="fr-FR"/>
              </w:rPr>
              <w:t>Figure actuelle</w:t>
            </w:r>
          </w:p>
        </w:tc>
      </w:tr>
      <w:tr w:rsidR="00626F96" w:rsidRPr="00391361" w14:paraId="551A6B40"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2D52A30" w14:textId="77777777" w:rsidR="00626F96" w:rsidRPr="0083086E" w:rsidRDefault="00FE478F">
            <w:pPr>
              <w:spacing w:after="40"/>
              <w:rPr>
                <w:lang w:val="fr-FR"/>
              </w:rPr>
            </w:pPr>
            <w:r w:rsidRPr="77370776">
              <w:rPr>
                <w:sz w:val="20"/>
                <w:szCs w:val="20"/>
                <w:lang w:val="fr-FR"/>
              </w:rPr>
              <w:t>Nombre total d'étudiants inscrits, à l'échelle de l'établissement</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6C02A0F" w14:textId="77777777" w:rsidR="00626F96" w:rsidRPr="0083086E" w:rsidRDefault="00FE478F">
            <w:pPr>
              <w:spacing w:after="40"/>
              <w:rPr>
                <w:lang w:val="fr-FR"/>
              </w:rPr>
            </w:pPr>
            <w:r w:rsidRPr="77370776">
              <w:rPr>
                <w:sz w:val="20"/>
                <w:szCs w:val="20"/>
                <w:lang w:val="fr-FR"/>
              </w:rPr>
              <w:t>[Tapez ici]</w:t>
            </w:r>
          </w:p>
        </w:tc>
      </w:tr>
      <w:tr w:rsidR="00626F96" w:rsidRPr="00391361" w14:paraId="49F08BBE"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1915302" w14:textId="77777777" w:rsidR="00626F96" w:rsidRPr="0083086E" w:rsidRDefault="00FE478F">
            <w:pPr>
              <w:spacing w:after="40"/>
              <w:rPr>
                <w:lang w:val="fr-FR"/>
              </w:rPr>
            </w:pPr>
            <w:r w:rsidRPr="77370776">
              <w:rPr>
                <w:sz w:val="20"/>
                <w:szCs w:val="20"/>
                <w:lang w:val="fr-FR"/>
              </w:rPr>
              <w:t>Nombre total d'étudiants inscrits, programmes du centre</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F2A6EFB" w14:textId="77777777" w:rsidR="00626F96" w:rsidRPr="0083086E" w:rsidRDefault="00FE478F">
            <w:pPr>
              <w:spacing w:after="40"/>
              <w:rPr>
                <w:lang w:val="fr-FR"/>
              </w:rPr>
            </w:pPr>
            <w:r w:rsidRPr="77370776">
              <w:rPr>
                <w:sz w:val="20"/>
                <w:szCs w:val="20"/>
                <w:lang w:val="fr-FR"/>
              </w:rPr>
              <w:t>[Tapez ici]</w:t>
            </w:r>
          </w:p>
        </w:tc>
      </w:tr>
      <w:tr w:rsidR="00626F96" w:rsidRPr="00391361" w14:paraId="777CE9BD"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C2DDBE8" w14:textId="77777777" w:rsidR="00626F96" w:rsidRPr="0083086E" w:rsidRDefault="00FE478F">
            <w:pPr>
              <w:spacing w:after="40"/>
              <w:rPr>
                <w:lang w:val="fr-FR"/>
              </w:rPr>
            </w:pPr>
            <w:r w:rsidRPr="77370776">
              <w:rPr>
                <w:sz w:val="20"/>
                <w:szCs w:val="20"/>
                <w:lang w:val="fr-FR"/>
              </w:rPr>
              <w:t>Nombre d'étudiants actifs de troisième cycle, CEA/Centre émergent</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65A0BA0" w14:textId="77777777" w:rsidR="00626F96" w:rsidRPr="0083086E" w:rsidRDefault="00FE478F">
            <w:pPr>
              <w:spacing w:after="40"/>
              <w:rPr>
                <w:lang w:val="fr-FR"/>
              </w:rPr>
            </w:pPr>
            <w:r w:rsidRPr="77370776">
              <w:rPr>
                <w:sz w:val="20"/>
                <w:szCs w:val="20"/>
                <w:lang w:val="fr-FR"/>
              </w:rPr>
              <w:t>[Tapez ici]</w:t>
            </w:r>
          </w:p>
        </w:tc>
      </w:tr>
      <w:tr w:rsidR="00626F96" w:rsidRPr="00391361" w14:paraId="7EEBD9D3"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E1FF82A" w14:textId="77777777" w:rsidR="00626F96" w:rsidRPr="0083086E" w:rsidRDefault="00FE478F">
            <w:pPr>
              <w:spacing w:after="40"/>
              <w:rPr>
                <w:lang w:val="fr-FR"/>
              </w:rPr>
            </w:pPr>
            <w:r w:rsidRPr="77370776">
              <w:rPr>
                <w:sz w:val="20"/>
                <w:szCs w:val="20"/>
                <w:lang w:val="fr-FR"/>
              </w:rPr>
              <w:t>Nombre de membres du corps professoral, CEA/Centre émergent</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B802A83" w14:textId="77777777" w:rsidR="00626F96" w:rsidRPr="0083086E" w:rsidRDefault="00FE478F">
            <w:pPr>
              <w:spacing w:after="40"/>
              <w:rPr>
                <w:lang w:val="fr-FR"/>
              </w:rPr>
            </w:pPr>
            <w:r w:rsidRPr="77370776">
              <w:rPr>
                <w:sz w:val="20"/>
                <w:szCs w:val="20"/>
                <w:lang w:val="fr-FR"/>
              </w:rPr>
              <w:t>[Tapez ici]</w:t>
            </w:r>
          </w:p>
        </w:tc>
      </w:tr>
      <w:tr w:rsidR="00626F96" w:rsidRPr="00391361" w14:paraId="04FA4F41"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91065C5" w14:textId="77777777" w:rsidR="00626F96" w:rsidRPr="0083086E" w:rsidRDefault="00FE478F">
            <w:pPr>
              <w:spacing w:after="40"/>
              <w:rPr>
                <w:lang w:val="fr-FR"/>
              </w:rPr>
            </w:pPr>
            <w:r w:rsidRPr="77370776">
              <w:rPr>
                <w:sz w:val="20"/>
                <w:szCs w:val="20"/>
                <w:lang w:val="fr-FR"/>
              </w:rPr>
              <w:t>Nombre de membres du corps enseignant titulaires d'un doctorat, CEA/centre émergent</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51D029E" w14:textId="77777777" w:rsidR="00626F96" w:rsidRPr="0083086E" w:rsidRDefault="00FE478F">
            <w:pPr>
              <w:spacing w:after="40"/>
              <w:rPr>
                <w:lang w:val="fr-FR"/>
              </w:rPr>
            </w:pPr>
            <w:r w:rsidRPr="77370776">
              <w:rPr>
                <w:sz w:val="20"/>
                <w:szCs w:val="20"/>
                <w:lang w:val="fr-FR"/>
              </w:rPr>
              <w:t>[Tapez ici]</w:t>
            </w:r>
          </w:p>
        </w:tc>
      </w:tr>
      <w:tr w:rsidR="00626F96" w:rsidRPr="00391361" w14:paraId="7C0DBFB5"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1BF1AA7" w14:textId="77777777" w:rsidR="00626F96" w:rsidRPr="0083086E" w:rsidRDefault="00FE478F">
            <w:pPr>
              <w:spacing w:after="40"/>
              <w:rPr>
                <w:lang w:val="fr-FR"/>
              </w:rPr>
            </w:pPr>
            <w:r w:rsidRPr="77370776">
              <w:rPr>
                <w:sz w:val="20"/>
                <w:szCs w:val="20"/>
                <w:lang w:val="fr-FR"/>
              </w:rPr>
              <w:t>Nombre de publications évaluées par des pairs, 3 dernières années</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B6E2852" w14:textId="77777777" w:rsidR="00626F96" w:rsidRPr="0083086E" w:rsidRDefault="00FE478F">
            <w:pPr>
              <w:spacing w:after="40"/>
              <w:rPr>
                <w:lang w:val="fr-FR"/>
              </w:rPr>
            </w:pPr>
            <w:r w:rsidRPr="77370776">
              <w:rPr>
                <w:sz w:val="20"/>
                <w:szCs w:val="20"/>
                <w:lang w:val="fr-FR"/>
              </w:rPr>
              <w:t>[Tapez ici]</w:t>
            </w:r>
          </w:p>
        </w:tc>
      </w:tr>
      <w:tr w:rsidR="00626F96" w:rsidRPr="00391361" w14:paraId="54679DD9"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6806E94" w14:textId="77777777" w:rsidR="00626F96" w:rsidRPr="0083086E" w:rsidRDefault="00FE478F">
            <w:pPr>
              <w:spacing w:after="40"/>
              <w:rPr>
                <w:lang w:val="fr-FR"/>
              </w:rPr>
            </w:pPr>
            <w:r w:rsidRPr="77370776">
              <w:rPr>
                <w:sz w:val="20"/>
                <w:szCs w:val="20"/>
                <w:lang w:val="fr-FR"/>
              </w:rPr>
              <w:t>Nombre de partenariats sectoriels actifs</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81EE5ED" w14:textId="77777777" w:rsidR="00626F96" w:rsidRPr="0083086E" w:rsidRDefault="00FE478F">
            <w:pPr>
              <w:spacing w:after="40"/>
              <w:rPr>
                <w:lang w:val="fr-FR"/>
              </w:rPr>
            </w:pPr>
            <w:r w:rsidRPr="77370776">
              <w:rPr>
                <w:sz w:val="20"/>
                <w:szCs w:val="20"/>
                <w:lang w:val="fr-FR"/>
              </w:rPr>
              <w:t>[Tapez ici]</w:t>
            </w:r>
          </w:p>
        </w:tc>
      </w:tr>
      <w:tr w:rsidR="00626F96" w:rsidRPr="00391361" w14:paraId="608DB26B"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61F6546" w14:textId="16EB3FDE" w:rsidR="00626F96" w:rsidRPr="0083086E" w:rsidRDefault="00E90AE2">
            <w:pPr>
              <w:spacing w:after="40"/>
              <w:rPr>
                <w:lang w:val="fr-FR"/>
              </w:rPr>
            </w:pPr>
            <w:r w:rsidRPr="77370776">
              <w:rPr>
                <w:sz w:val="20"/>
                <w:szCs w:val="20"/>
                <w:lang w:val="fr-FR"/>
              </w:rPr>
              <w:t>Revenus externes générés</w:t>
            </w:r>
            <w:r w:rsidR="00FE478F" w:rsidRPr="77370776">
              <w:rPr>
                <w:sz w:val="20"/>
                <w:szCs w:val="20"/>
                <w:lang w:val="fr-FR"/>
              </w:rPr>
              <w:t>, année la plus récente (USD)</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D7D074C" w14:textId="77777777" w:rsidR="00626F96" w:rsidRPr="0083086E" w:rsidRDefault="00FE478F">
            <w:pPr>
              <w:spacing w:after="40"/>
              <w:rPr>
                <w:lang w:val="fr-FR"/>
              </w:rPr>
            </w:pPr>
            <w:r w:rsidRPr="77370776">
              <w:rPr>
                <w:sz w:val="20"/>
                <w:szCs w:val="20"/>
                <w:lang w:val="fr-FR"/>
              </w:rPr>
              <w:t>[Tapez ici]</w:t>
            </w:r>
          </w:p>
        </w:tc>
      </w:tr>
    </w:tbl>
    <w:p w14:paraId="37029B79" w14:textId="77777777" w:rsidR="003C4A68" w:rsidRPr="0083086E" w:rsidRDefault="003C4A68">
      <w:pPr>
        <w:pStyle w:val="Heading3"/>
        <w:spacing w:before="80" w:after="60"/>
        <w:rPr>
          <w:rFonts w:ascii="Arial" w:hAnsi="Arial"/>
          <w:color w:val="000000"/>
          <w:lang w:val="fr-FR"/>
        </w:rPr>
      </w:pPr>
    </w:p>
    <w:p w14:paraId="7A133A4F" w14:textId="77777777" w:rsidR="00626F96" w:rsidRPr="0083086E" w:rsidRDefault="00FE478F">
      <w:pPr>
        <w:pStyle w:val="Heading3"/>
        <w:spacing w:before="80" w:after="60"/>
        <w:rPr>
          <w:lang w:val="fr-FR"/>
        </w:rPr>
      </w:pPr>
      <w:r w:rsidRPr="77370776">
        <w:rPr>
          <w:rFonts w:ascii="Arial" w:hAnsi="Arial"/>
          <w:color w:val="000000" w:themeColor="text1"/>
          <w:lang w:val="fr-FR"/>
        </w:rPr>
        <w:t>A2 - Biographies des dirigeants</w:t>
      </w:r>
    </w:p>
    <w:tbl>
      <w:tblPr>
        <w:tblW w:w="5000" w:type="pct"/>
        <w:tblLook w:val="04A0" w:firstRow="1" w:lastRow="0" w:firstColumn="1" w:lastColumn="0" w:noHBand="0" w:noVBand="1"/>
      </w:tblPr>
      <w:tblGrid>
        <w:gridCol w:w="9956"/>
      </w:tblGrid>
      <w:tr w:rsidR="00626F96" w:rsidRPr="00BC134C" w14:paraId="72E3E33F"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EB0E23B" w14:textId="78EB3CC2"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Fournir de brèves biographies professionnelles, d'une page maximum chacune, du directeur de l'établissement, du directeur du CEA/centre émergent et d'un maximum de deux membres clés du corps professoral qui travaillent au cœur du programme proposé.</w:t>
            </w:r>
          </w:p>
        </w:tc>
      </w:tr>
      <w:tr w:rsidR="00626F96" w:rsidRPr="00BC134C" w14:paraId="17003200"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B91E4B8" w14:textId="149EFA4E"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7D8AE497" w14:textId="77777777" w:rsidR="00626F96" w:rsidRPr="0083086E" w:rsidRDefault="00626F96">
      <w:pPr>
        <w:spacing w:after="40"/>
        <w:rPr>
          <w:lang w:val="fr-FR"/>
        </w:rPr>
      </w:pPr>
    </w:p>
    <w:p w14:paraId="547076B5" w14:textId="4E01C827" w:rsidR="00626F96" w:rsidRPr="0083086E" w:rsidRDefault="00FE478F">
      <w:pPr>
        <w:pStyle w:val="Heading3"/>
        <w:spacing w:before="80" w:after="60"/>
        <w:rPr>
          <w:lang w:val="fr-FR"/>
        </w:rPr>
      </w:pPr>
      <w:r w:rsidRPr="77370776">
        <w:rPr>
          <w:rFonts w:ascii="Arial" w:hAnsi="Arial"/>
          <w:color w:val="000000" w:themeColor="text1"/>
          <w:lang w:val="fr-FR"/>
        </w:rPr>
        <w:lastRenderedPageBreak/>
        <w:t xml:space="preserve">A3 - Partenariats actifs </w:t>
      </w:r>
      <w:r w:rsidR="005933F3" w:rsidRPr="77370776">
        <w:rPr>
          <w:rFonts w:ascii="Arial" w:hAnsi="Arial"/>
          <w:color w:val="000000" w:themeColor="text1"/>
          <w:lang w:val="fr-FR"/>
        </w:rPr>
        <w:t xml:space="preserve">avec </w:t>
      </w:r>
      <w:r w:rsidRPr="77370776">
        <w:rPr>
          <w:rFonts w:ascii="Arial" w:hAnsi="Arial"/>
          <w:color w:val="000000" w:themeColor="text1"/>
          <w:lang w:val="fr-FR"/>
        </w:rPr>
        <w:t>l'industrie et les employeurs</w:t>
      </w:r>
    </w:p>
    <w:tbl>
      <w:tblPr>
        <w:tblStyle w:val="TableGrid"/>
        <w:tblW w:w="5000" w:type="pct"/>
        <w:jc w:val="center"/>
        <w:tblLook w:val="04A0" w:firstRow="1" w:lastRow="0" w:firstColumn="1" w:lastColumn="0" w:noHBand="0" w:noVBand="1"/>
      </w:tblPr>
      <w:tblGrid>
        <w:gridCol w:w="2489"/>
        <w:gridCol w:w="2489"/>
        <w:gridCol w:w="2491"/>
        <w:gridCol w:w="2487"/>
      </w:tblGrid>
      <w:tr w:rsidR="00626F96" w:rsidRPr="00391361" w14:paraId="3E0BEF34" w14:textId="77777777" w:rsidTr="77370776">
        <w:trPr>
          <w:cantSplit/>
          <w:tblHeader/>
          <w:jc w:val="center"/>
        </w:trPr>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7986CF59" w14:textId="77777777" w:rsidR="00626F96" w:rsidRPr="0083086E" w:rsidRDefault="00FE478F">
            <w:pPr>
              <w:spacing w:after="40"/>
              <w:rPr>
                <w:lang w:val="fr-FR"/>
              </w:rPr>
            </w:pPr>
            <w:r w:rsidRPr="77370776">
              <w:rPr>
                <w:b/>
                <w:bCs/>
                <w:color w:val="FFFFFF" w:themeColor="background1"/>
                <w:sz w:val="19"/>
                <w:szCs w:val="19"/>
                <w:lang w:val="fr-FR"/>
              </w:rPr>
              <w:t>Nom du partenaire</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43CD821E" w14:textId="77777777" w:rsidR="00626F96" w:rsidRPr="0083086E" w:rsidRDefault="00FE478F">
            <w:pPr>
              <w:spacing w:after="40"/>
              <w:rPr>
                <w:lang w:val="fr-FR"/>
              </w:rPr>
            </w:pPr>
            <w:r w:rsidRPr="77370776">
              <w:rPr>
                <w:b/>
                <w:bCs/>
                <w:color w:val="FFFFFF" w:themeColor="background1"/>
                <w:sz w:val="19"/>
                <w:szCs w:val="19"/>
                <w:lang w:val="fr-FR"/>
              </w:rPr>
              <w:t>Nature de l'engagement</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E058B3F" w14:textId="77777777" w:rsidR="00626F96" w:rsidRPr="0083086E" w:rsidRDefault="00FE478F">
            <w:pPr>
              <w:spacing w:after="40"/>
              <w:rPr>
                <w:lang w:val="fr-FR"/>
              </w:rPr>
            </w:pPr>
            <w:r w:rsidRPr="77370776">
              <w:rPr>
                <w:b/>
                <w:bCs/>
                <w:color w:val="FFFFFF" w:themeColor="background1"/>
                <w:sz w:val="19"/>
                <w:szCs w:val="19"/>
                <w:lang w:val="fr-FR"/>
              </w:rPr>
              <w:t>Principaux produits/résultats à ce jour</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75BBBB43" w14:textId="77777777" w:rsidR="00626F96" w:rsidRPr="0083086E" w:rsidRDefault="00FE478F">
            <w:pPr>
              <w:spacing w:after="40"/>
              <w:rPr>
                <w:lang w:val="fr-FR"/>
              </w:rPr>
            </w:pPr>
            <w:r w:rsidRPr="77370776">
              <w:rPr>
                <w:b/>
                <w:bCs/>
                <w:color w:val="FFFFFF" w:themeColor="background1"/>
                <w:sz w:val="19"/>
                <w:szCs w:val="19"/>
                <w:lang w:val="fr-FR"/>
              </w:rPr>
              <w:t>Durée</w:t>
            </w:r>
          </w:p>
        </w:tc>
      </w:tr>
      <w:tr w:rsidR="00626F96" w:rsidRPr="00391361" w14:paraId="00AED4F9" w14:textId="77777777" w:rsidTr="77370776">
        <w:trPr>
          <w:cantSplit/>
          <w:jc w:val="center"/>
        </w:trPr>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AE46D16"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839E4F8"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011E139"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8FA2D77" w14:textId="77777777" w:rsidR="00626F96" w:rsidRPr="0083086E" w:rsidRDefault="00FE478F">
            <w:pPr>
              <w:spacing w:after="40"/>
              <w:rPr>
                <w:lang w:val="fr-FR"/>
              </w:rPr>
            </w:pPr>
            <w:r w:rsidRPr="77370776">
              <w:rPr>
                <w:sz w:val="19"/>
                <w:szCs w:val="19"/>
                <w:lang w:val="fr-FR"/>
              </w:rPr>
              <w:t>[Tapez ici]</w:t>
            </w:r>
          </w:p>
        </w:tc>
      </w:tr>
      <w:tr w:rsidR="00626F96" w:rsidRPr="00391361" w14:paraId="1F36B0C0" w14:textId="77777777" w:rsidTr="77370776">
        <w:trPr>
          <w:cantSplit/>
          <w:jc w:val="center"/>
        </w:trPr>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E2D0469"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00F1394"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D6ED521"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FF32DF4" w14:textId="77777777" w:rsidR="00626F96" w:rsidRPr="0083086E" w:rsidRDefault="00FE478F">
            <w:pPr>
              <w:spacing w:after="40"/>
              <w:rPr>
                <w:lang w:val="fr-FR"/>
              </w:rPr>
            </w:pPr>
            <w:r w:rsidRPr="77370776">
              <w:rPr>
                <w:sz w:val="19"/>
                <w:szCs w:val="19"/>
                <w:lang w:val="fr-FR"/>
              </w:rPr>
              <w:t>[Tapez ici]</w:t>
            </w:r>
          </w:p>
        </w:tc>
      </w:tr>
      <w:tr w:rsidR="00626F96" w:rsidRPr="00391361" w14:paraId="5F59EB44" w14:textId="77777777" w:rsidTr="77370776">
        <w:trPr>
          <w:cantSplit/>
          <w:jc w:val="center"/>
        </w:trPr>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02777B1"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5276EC8"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4D1D24F"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07E10DD" w14:textId="77777777" w:rsidR="00626F96" w:rsidRPr="0083086E" w:rsidRDefault="00FE478F">
            <w:pPr>
              <w:spacing w:after="40"/>
              <w:rPr>
                <w:lang w:val="fr-FR"/>
              </w:rPr>
            </w:pPr>
            <w:r w:rsidRPr="77370776">
              <w:rPr>
                <w:sz w:val="19"/>
                <w:szCs w:val="19"/>
                <w:lang w:val="fr-FR"/>
              </w:rPr>
              <w:t>[Tapez ici]</w:t>
            </w:r>
          </w:p>
        </w:tc>
      </w:tr>
    </w:tbl>
    <w:p w14:paraId="17A368A5" w14:textId="77777777" w:rsidR="003C4A68" w:rsidRPr="0083086E" w:rsidRDefault="003C4A68">
      <w:pPr>
        <w:pStyle w:val="Heading3"/>
        <w:spacing w:before="80" w:after="60"/>
        <w:rPr>
          <w:rFonts w:ascii="Arial" w:hAnsi="Arial"/>
          <w:color w:val="000000"/>
          <w:lang w:val="fr-FR"/>
        </w:rPr>
      </w:pPr>
    </w:p>
    <w:p w14:paraId="72F24CB8" w14:textId="77777777" w:rsidR="00626F96" w:rsidRPr="0083086E" w:rsidRDefault="00FE478F">
      <w:pPr>
        <w:pStyle w:val="Heading3"/>
        <w:spacing w:before="80" w:after="60"/>
        <w:rPr>
          <w:lang w:val="fr-FR"/>
        </w:rPr>
      </w:pPr>
      <w:r w:rsidRPr="77370776">
        <w:rPr>
          <w:rFonts w:ascii="Arial" w:hAnsi="Arial"/>
          <w:color w:val="000000" w:themeColor="text1"/>
          <w:lang w:val="fr-FR"/>
        </w:rPr>
        <w:t>A4 - Installations et équipements</w:t>
      </w:r>
    </w:p>
    <w:tbl>
      <w:tblPr>
        <w:tblW w:w="5000" w:type="pct"/>
        <w:tblLook w:val="04A0" w:firstRow="1" w:lastRow="0" w:firstColumn="1" w:lastColumn="0" w:noHBand="0" w:noVBand="1"/>
      </w:tblPr>
      <w:tblGrid>
        <w:gridCol w:w="9956"/>
      </w:tblGrid>
      <w:tr w:rsidR="00626F96" w:rsidRPr="00391361" w14:paraId="50D020F5"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54761352" w14:textId="4FE6B6F4"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Fournir une description concise (1 page maximum) des installations et équipements pertinents pour le programme proposé, y compris les laboratoires, les infrastructures de recherche et les plateformes numériques. Jusqu'à 10 photographies peuvent être incluses.</w:t>
            </w:r>
          </w:p>
        </w:tc>
      </w:tr>
      <w:tr w:rsidR="00626F96" w:rsidRPr="00BC134C" w14:paraId="521C05B3"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B8D2D9F" w14:textId="0E2E630A"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1813952C" w14:textId="77777777" w:rsidR="00626F96" w:rsidRPr="0083086E" w:rsidRDefault="00626F96">
      <w:pPr>
        <w:spacing w:after="40"/>
        <w:rPr>
          <w:lang w:val="fr-FR"/>
        </w:rPr>
      </w:pPr>
    </w:p>
    <w:p w14:paraId="424E771A" w14:textId="77777777" w:rsidR="00626F96" w:rsidRPr="0083086E" w:rsidRDefault="00FE478F">
      <w:pPr>
        <w:pStyle w:val="Heading3"/>
        <w:spacing w:before="80" w:after="60"/>
        <w:rPr>
          <w:lang w:val="fr-FR"/>
        </w:rPr>
      </w:pPr>
      <w:r w:rsidRPr="77370776">
        <w:rPr>
          <w:rFonts w:ascii="Arial" w:hAnsi="Arial"/>
          <w:color w:val="000000" w:themeColor="text1"/>
          <w:lang w:val="fr-FR"/>
        </w:rPr>
        <w:t>A5 - Aperçu financier</w:t>
      </w:r>
    </w:p>
    <w:tbl>
      <w:tblPr>
        <w:tblW w:w="5000" w:type="pct"/>
        <w:tblLook w:val="04A0" w:firstRow="1" w:lastRow="0" w:firstColumn="1" w:lastColumn="0" w:noHBand="0" w:noVBand="1"/>
      </w:tblPr>
      <w:tblGrid>
        <w:gridCol w:w="9956"/>
      </w:tblGrid>
      <w:tr w:rsidR="00626F96" w:rsidRPr="00BC134C" w14:paraId="30938FFF"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573BEA2C" w14:textId="3E14B36B"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Fournir un résumé des recettes et des dépenses pour les deux exercices financiers les plus récents, ainsi que la trajectoire de viabilité financière projetée après la période couverte par le programme.</w:t>
            </w:r>
          </w:p>
        </w:tc>
      </w:tr>
      <w:tr w:rsidR="00626F96" w:rsidRPr="00BC134C" w14:paraId="56F5CB6E"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80806B3" w14:textId="1084CC0B"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2E8A22F6" w14:textId="77777777" w:rsidR="00626F96" w:rsidRPr="00B44267" w:rsidRDefault="00626F96">
      <w:pPr>
        <w:spacing w:after="40"/>
        <w:rPr>
          <w:lang w:val="fr-FR"/>
        </w:rPr>
      </w:pPr>
    </w:p>
    <w:p w14:paraId="046C15B5" w14:textId="77777777" w:rsidR="00B01B54" w:rsidRPr="00B44267" w:rsidRDefault="00B01B54">
      <w:pPr>
        <w:spacing w:after="40"/>
        <w:rPr>
          <w:lang w:val="fr-FR"/>
        </w:rPr>
      </w:pPr>
    </w:p>
    <w:p w14:paraId="4189682B" w14:textId="77777777" w:rsidR="00B01B54" w:rsidRPr="00B44267" w:rsidRDefault="00B01B54">
      <w:pPr>
        <w:spacing w:after="40"/>
        <w:rPr>
          <w:lang w:val="fr-FR"/>
        </w:rPr>
      </w:pPr>
    </w:p>
    <w:p w14:paraId="4F6E01ED" w14:textId="77777777" w:rsidR="00B01B54" w:rsidRPr="00B44267" w:rsidRDefault="00B01B54">
      <w:pPr>
        <w:spacing w:after="40"/>
        <w:rPr>
          <w:lang w:val="fr-FR"/>
        </w:rPr>
      </w:pPr>
    </w:p>
    <w:p w14:paraId="4A4CC5CD" w14:textId="77777777" w:rsidR="00B01B54" w:rsidRPr="00B44267" w:rsidRDefault="00B01B54">
      <w:pPr>
        <w:spacing w:after="40"/>
        <w:rPr>
          <w:lang w:val="fr-FR"/>
        </w:rPr>
      </w:pPr>
    </w:p>
    <w:p w14:paraId="7E4D281B" w14:textId="77777777" w:rsidR="00B01B54" w:rsidRPr="00B44267" w:rsidRDefault="00B01B54">
      <w:pPr>
        <w:spacing w:after="40"/>
        <w:rPr>
          <w:lang w:val="fr-FR"/>
        </w:rPr>
      </w:pPr>
    </w:p>
    <w:p w14:paraId="71087D74" w14:textId="77777777" w:rsidR="00B01B54" w:rsidRPr="00B44267" w:rsidRDefault="00B01B54">
      <w:pPr>
        <w:spacing w:after="40"/>
        <w:rPr>
          <w:lang w:val="fr-FR"/>
        </w:rPr>
      </w:pPr>
    </w:p>
    <w:p w14:paraId="6DC1CFD6" w14:textId="77777777" w:rsidR="00B01B54" w:rsidRPr="00B44267" w:rsidRDefault="00B01B54">
      <w:pPr>
        <w:spacing w:after="40"/>
        <w:rPr>
          <w:lang w:val="fr-FR"/>
        </w:rPr>
      </w:pPr>
    </w:p>
    <w:p w14:paraId="3F4F38F5" w14:textId="77777777" w:rsidR="00B01B54" w:rsidRPr="00B44267" w:rsidRDefault="00B01B54">
      <w:pPr>
        <w:spacing w:after="40"/>
        <w:rPr>
          <w:lang w:val="fr-FR"/>
        </w:rPr>
      </w:pPr>
    </w:p>
    <w:p w14:paraId="5D48DE5A" w14:textId="77777777" w:rsidR="00B01B54" w:rsidRPr="00B44267" w:rsidRDefault="00B01B54">
      <w:pPr>
        <w:spacing w:after="40"/>
        <w:rPr>
          <w:lang w:val="fr-FR"/>
        </w:rPr>
      </w:pPr>
    </w:p>
    <w:p w14:paraId="4F870A3F" w14:textId="77777777" w:rsidR="00B01B54" w:rsidRPr="00B44267" w:rsidRDefault="00B01B54">
      <w:pPr>
        <w:spacing w:after="40"/>
        <w:rPr>
          <w:lang w:val="fr-FR"/>
        </w:rPr>
      </w:pPr>
    </w:p>
    <w:p w14:paraId="0AA0EDC7" w14:textId="77777777" w:rsidR="00B01B54" w:rsidRPr="00B44267" w:rsidRDefault="00B01B54">
      <w:pPr>
        <w:spacing w:after="40"/>
        <w:rPr>
          <w:lang w:val="fr-FR"/>
        </w:rPr>
      </w:pPr>
    </w:p>
    <w:p w14:paraId="5ACEAB6E" w14:textId="77777777" w:rsidR="00B01B54" w:rsidRPr="00B44267" w:rsidRDefault="00B01B54">
      <w:pPr>
        <w:spacing w:after="40"/>
        <w:rPr>
          <w:lang w:val="fr-FR"/>
        </w:rPr>
      </w:pPr>
    </w:p>
    <w:p w14:paraId="45938762" w14:textId="77777777" w:rsidR="00B01B54" w:rsidRPr="00B44267" w:rsidRDefault="00B01B54">
      <w:pPr>
        <w:spacing w:after="40"/>
        <w:rPr>
          <w:lang w:val="fr-FR"/>
        </w:rPr>
      </w:pPr>
    </w:p>
    <w:p w14:paraId="78335DE3" w14:textId="742E021D" w:rsidR="00B01B54" w:rsidRPr="00B44267" w:rsidRDefault="00B01B54" w:rsidP="77370776">
      <w:pPr>
        <w:spacing w:after="40"/>
        <w:rPr>
          <w:lang w:val="fr-FR"/>
        </w:rPr>
      </w:pPr>
      <w:r w:rsidRPr="77370776">
        <w:rPr>
          <w:lang w:val="fr-FR"/>
        </w:rPr>
        <w:br w:type="page"/>
      </w:r>
    </w:p>
    <w:p w14:paraId="65A5C892" w14:textId="30984A57" w:rsidR="00626F96" w:rsidRPr="0083086E" w:rsidRDefault="00FE478F">
      <w:pPr>
        <w:pStyle w:val="Heading1"/>
        <w:spacing w:before="120" w:after="160"/>
        <w:rPr>
          <w:lang w:val="fr-FR"/>
        </w:rPr>
      </w:pPr>
      <w:r w:rsidRPr="77370776">
        <w:rPr>
          <w:rFonts w:ascii="Arial" w:hAnsi="Arial"/>
          <w:color w:val="0F2F55"/>
          <w:sz w:val="32"/>
          <w:szCs w:val="32"/>
          <w:lang w:val="fr-FR"/>
        </w:rPr>
        <w:lastRenderedPageBreak/>
        <w:t xml:space="preserve">Partie III - Manifestation d'intérêt pour l'initiative </w:t>
      </w:r>
      <w:r w:rsidR="00C226AD" w:rsidRPr="77370776">
        <w:rPr>
          <w:rFonts w:ascii="Arial" w:hAnsi="Arial"/>
          <w:color w:val="0F2F55"/>
          <w:sz w:val="32"/>
          <w:szCs w:val="32"/>
          <w:lang w:val="fr-FR"/>
        </w:rPr>
        <w:t>de l’</w:t>
      </w:r>
      <w:r w:rsidR="3069AF7C" w:rsidRPr="77370776">
        <w:rPr>
          <w:rFonts w:ascii="Arial" w:hAnsi="Arial"/>
          <w:color w:val="0F2F55"/>
          <w:sz w:val="32"/>
          <w:szCs w:val="32"/>
          <w:lang w:val="fr-FR"/>
        </w:rPr>
        <w:t>Institut</w:t>
      </w:r>
      <w:r w:rsidR="00C226AD" w:rsidRPr="77370776">
        <w:rPr>
          <w:rFonts w:ascii="Arial" w:hAnsi="Arial"/>
          <w:color w:val="0F2F55"/>
          <w:sz w:val="32"/>
          <w:szCs w:val="32"/>
          <w:lang w:val="fr-FR"/>
        </w:rPr>
        <w:t xml:space="preserve"> d’Enseignement Technique</w:t>
      </w:r>
    </w:p>
    <w:tbl>
      <w:tblPr>
        <w:tblW w:w="5000" w:type="pct"/>
        <w:tblLook w:val="04A0" w:firstRow="1" w:lastRow="0" w:firstColumn="1" w:lastColumn="0" w:noHBand="0" w:noVBand="1"/>
      </w:tblPr>
      <w:tblGrid>
        <w:gridCol w:w="9956"/>
      </w:tblGrid>
      <w:tr w:rsidR="00626F96" w:rsidRPr="00391361" w14:paraId="7109F40A" w14:textId="77777777" w:rsidTr="77370776">
        <w:tc>
          <w:tcPr>
            <w:tcW w:w="9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EAF7"/>
            <w:tcMar>
              <w:top w:w="100" w:type="dxa"/>
              <w:left w:w="120" w:type="dxa"/>
              <w:bottom w:w="100" w:type="dxa"/>
              <w:right w:w="120" w:type="dxa"/>
            </w:tcMar>
          </w:tcPr>
          <w:p w14:paraId="240C73AA" w14:textId="77777777" w:rsidR="00626F96" w:rsidRPr="0083086E" w:rsidRDefault="00FE478F">
            <w:pPr>
              <w:rPr>
                <w:lang w:val="fr-FR"/>
              </w:rPr>
            </w:pPr>
            <w:r w:rsidRPr="77370776">
              <w:rPr>
                <w:b/>
                <w:bCs/>
                <w:color w:val="0F2F55"/>
                <w:sz w:val="21"/>
                <w:szCs w:val="21"/>
                <w:lang w:val="fr-FR"/>
              </w:rPr>
              <w:t>Partie III Instructions</w:t>
            </w:r>
          </w:p>
          <w:p w14:paraId="0CBE0672" w14:textId="3996C17D" w:rsidR="00626F96" w:rsidRPr="0083086E" w:rsidRDefault="00FE478F">
            <w:pPr>
              <w:spacing w:after="0" w:line="240" w:lineRule="auto"/>
              <w:rPr>
                <w:lang w:val="fr-FR"/>
              </w:rPr>
            </w:pPr>
            <w:r w:rsidRPr="77370776">
              <w:rPr>
                <w:sz w:val="20"/>
                <w:szCs w:val="20"/>
                <w:lang w:val="fr-FR"/>
              </w:rPr>
              <w:t>Cette partie doit être complétée par l</w:t>
            </w:r>
            <w:r w:rsidR="00C226AD" w:rsidRPr="77370776">
              <w:rPr>
                <w:sz w:val="20"/>
                <w:szCs w:val="20"/>
                <w:lang w:val="fr-FR"/>
              </w:rPr>
              <w:t>’Institut Technique</w:t>
            </w:r>
            <w:r w:rsidRPr="77370776">
              <w:rPr>
                <w:sz w:val="20"/>
                <w:szCs w:val="20"/>
                <w:lang w:val="fr-FR"/>
              </w:rPr>
              <w:t xml:space="preserve">. Le texte </w:t>
            </w:r>
            <w:r w:rsidR="00C226AD" w:rsidRPr="77370776">
              <w:rPr>
                <w:sz w:val="20"/>
                <w:szCs w:val="20"/>
                <w:lang w:val="fr-FR"/>
              </w:rPr>
              <w:t xml:space="preserve">narratif </w:t>
            </w:r>
            <w:r w:rsidRPr="77370776">
              <w:rPr>
                <w:sz w:val="20"/>
                <w:szCs w:val="20"/>
                <w:lang w:val="fr-FR"/>
              </w:rPr>
              <w:t>est limité à 12,5 pages, annexes non comprises. Le</w:t>
            </w:r>
            <w:r w:rsidR="00D37106" w:rsidRPr="77370776">
              <w:rPr>
                <w:sz w:val="20"/>
                <w:szCs w:val="20"/>
                <w:lang w:val="fr-FR"/>
              </w:rPr>
              <w:t xml:space="preserve"> projet ACE </w:t>
            </w:r>
            <w:proofErr w:type="spellStart"/>
            <w:r w:rsidRPr="77370776">
              <w:rPr>
                <w:sz w:val="20"/>
                <w:szCs w:val="20"/>
                <w:lang w:val="fr-FR"/>
              </w:rPr>
              <w:t>Innovate</w:t>
            </w:r>
            <w:proofErr w:type="spellEnd"/>
            <w:r w:rsidRPr="77370776">
              <w:rPr>
                <w:sz w:val="20"/>
                <w:szCs w:val="20"/>
                <w:lang w:val="fr-FR"/>
              </w:rPr>
              <w:t xml:space="preserve"> investit uniquement dans des programmes sectoriels, et non dans l'institution. Identifier clairement les programmes visés.</w:t>
            </w:r>
          </w:p>
        </w:tc>
      </w:tr>
    </w:tbl>
    <w:p w14:paraId="25E41F6B" w14:textId="77777777" w:rsidR="00626F96" w:rsidRPr="0083086E" w:rsidRDefault="00626F96">
      <w:pPr>
        <w:spacing w:after="40"/>
        <w:rPr>
          <w:lang w:val="fr-FR"/>
        </w:rPr>
      </w:pPr>
    </w:p>
    <w:p w14:paraId="3B96020B" w14:textId="5736D4FA" w:rsidR="00626F96" w:rsidRPr="0083086E" w:rsidRDefault="00FE478F">
      <w:pPr>
        <w:pStyle w:val="Heading3"/>
        <w:spacing w:before="80" w:after="60"/>
        <w:rPr>
          <w:lang w:val="fr-FR"/>
        </w:rPr>
      </w:pPr>
      <w:r w:rsidRPr="77370776">
        <w:rPr>
          <w:rFonts w:ascii="Arial" w:hAnsi="Arial"/>
          <w:color w:val="000000" w:themeColor="text1"/>
          <w:lang w:val="fr-FR"/>
        </w:rPr>
        <w:t xml:space="preserve">Profil de l'initiative </w:t>
      </w:r>
      <w:r w:rsidR="00D37106" w:rsidRPr="77370776">
        <w:rPr>
          <w:rFonts w:ascii="Arial" w:hAnsi="Arial"/>
          <w:color w:val="000000" w:themeColor="text1"/>
          <w:lang w:val="fr-FR"/>
        </w:rPr>
        <w:t>de l’Institut Technique</w:t>
      </w:r>
    </w:p>
    <w:tbl>
      <w:tblPr>
        <w:tblStyle w:val="TableGrid"/>
        <w:tblW w:w="5000" w:type="pct"/>
        <w:jc w:val="center"/>
        <w:tblLook w:val="04A0" w:firstRow="1" w:lastRow="0" w:firstColumn="1" w:lastColumn="0" w:noHBand="0" w:noVBand="1"/>
      </w:tblPr>
      <w:tblGrid>
        <w:gridCol w:w="3422"/>
        <w:gridCol w:w="6534"/>
      </w:tblGrid>
      <w:tr w:rsidR="00626F96" w:rsidRPr="00391361" w14:paraId="48AF07A3" w14:textId="77777777" w:rsidTr="77370776">
        <w:trPr>
          <w:cantSplit/>
          <w:trHeight w:val="300"/>
          <w:jc w:val="center"/>
        </w:trPr>
        <w:tc>
          <w:tcPr>
            <w:tcW w:w="34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04D9465A" w14:textId="0A65F613" w:rsidR="00626F96" w:rsidRPr="0083086E" w:rsidRDefault="00FE478F" w:rsidP="77370776">
            <w:pPr>
              <w:spacing w:after="40"/>
              <w:rPr>
                <w:b/>
                <w:bCs/>
                <w:sz w:val="21"/>
                <w:szCs w:val="21"/>
                <w:lang w:val="fr-FR"/>
              </w:rPr>
            </w:pPr>
            <w:r w:rsidRPr="77370776">
              <w:rPr>
                <w:b/>
                <w:bCs/>
                <w:sz w:val="21"/>
                <w:szCs w:val="21"/>
                <w:lang w:val="fr-FR"/>
              </w:rPr>
              <w:t>Nom de l</w:t>
            </w:r>
            <w:r w:rsidR="00D37106" w:rsidRPr="77370776">
              <w:rPr>
                <w:b/>
                <w:bCs/>
                <w:sz w:val="21"/>
                <w:szCs w:val="21"/>
                <w:lang w:val="fr-FR"/>
              </w:rPr>
              <w:t xml:space="preserve">’Institut Technique </w:t>
            </w:r>
          </w:p>
        </w:tc>
        <w:tc>
          <w:tcPr>
            <w:tcW w:w="65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E6CA2D2" w14:textId="77777777" w:rsidR="00626F96" w:rsidRPr="0083086E" w:rsidRDefault="00FE478F">
            <w:pPr>
              <w:spacing w:after="40"/>
              <w:rPr>
                <w:lang w:val="fr-FR"/>
              </w:rPr>
            </w:pPr>
            <w:r w:rsidRPr="77370776">
              <w:rPr>
                <w:sz w:val="21"/>
                <w:szCs w:val="21"/>
                <w:lang w:val="fr-FR"/>
              </w:rPr>
              <w:t>[Tapez ici]</w:t>
            </w:r>
          </w:p>
        </w:tc>
      </w:tr>
      <w:tr w:rsidR="00626F96" w:rsidRPr="00391361" w14:paraId="41194DA6" w14:textId="77777777" w:rsidTr="77370776">
        <w:trPr>
          <w:cantSplit/>
          <w:trHeight w:val="300"/>
          <w:jc w:val="center"/>
        </w:trPr>
        <w:tc>
          <w:tcPr>
            <w:tcW w:w="34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7DC4DEA3" w14:textId="77777777" w:rsidR="00626F96" w:rsidRPr="0083086E" w:rsidRDefault="00FE478F">
            <w:pPr>
              <w:spacing w:after="40"/>
              <w:rPr>
                <w:lang w:val="fr-FR"/>
              </w:rPr>
            </w:pPr>
            <w:r w:rsidRPr="77370776">
              <w:rPr>
                <w:b/>
                <w:bCs/>
                <w:sz w:val="21"/>
                <w:szCs w:val="21"/>
                <w:lang w:val="fr-FR"/>
              </w:rPr>
              <w:t>Institution d'accueil</w:t>
            </w:r>
          </w:p>
        </w:tc>
        <w:tc>
          <w:tcPr>
            <w:tcW w:w="65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49E1F09" w14:textId="77777777" w:rsidR="00626F96" w:rsidRPr="0083086E" w:rsidRDefault="00FE478F">
            <w:pPr>
              <w:spacing w:after="40"/>
              <w:rPr>
                <w:lang w:val="fr-FR"/>
              </w:rPr>
            </w:pPr>
            <w:r w:rsidRPr="77370776">
              <w:rPr>
                <w:sz w:val="21"/>
                <w:szCs w:val="21"/>
                <w:lang w:val="fr-FR"/>
              </w:rPr>
              <w:t>[Tapez ici]</w:t>
            </w:r>
          </w:p>
        </w:tc>
      </w:tr>
      <w:tr w:rsidR="00626F96" w:rsidRPr="00391361" w14:paraId="340D3CA8" w14:textId="77777777" w:rsidTr="77370776">
        <w:trPr>
          <w:cantSplit/>
          <w:trHeight w:val="300"/>
          <w:jc w:val="center"/>
        </w:trPr>
        <w:tc>
          <w:tcPr>
            <w:tcW w:w="34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02C4A7AF" w14:textId="77777777" w:rsidR="00626F96" w:rsidRPr="0083086E" w:rsidRDefault="00FE478F">
            <w:pPr>
              <w:spacing w:after="40"/>
              <w:rPr>
                <w:lang w:val="fr-FR"/>
              </w:rPr>
            </w:pPr>
            <w:r w:rsidRPr="77370776">
              <w:rPr>
                <w:b/>
                <w:bCs/>
                <w:sz w:val="21"/>
                <w:szCs w:val="21"/>
                <w:lang w:val="fr-FR"/>
              </w:rPr>
              <w:t>Pays</w:t>
            </w:r>
          </w:p>
        </w:tc>
        <w:tc>
          <w:tcPr>
            <w:tcW w:w="65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D6197E6" w14:textId="77777777" w:rsidR="00626F96" w:rsidRPr="0083086E" w:rsidRDefault="00FE478F">
            <w:pPr>
              <w:spacing w:after="40"/>
              <w:rPr>
                <w:lang w:val="fr-FR"/>
              </w:rPr>
            </w:pPr>
            <w:r w:rsidRPr="77370776">
              <w:rPr>
                <w:sz w:val="21"/>
                <w:szCs w:val="21"/>
                <w:lang w:val="fr-FR"/>
              </w:rPr>
              <w:t>[Tapez ici]</w:t>
            </w:r>
          </w:p>
        </w:tc>
      </w:tr>
      <w:tr w:rsidR="00626F96" w:rsidRPr="00391361" w14:paraId="027DFA16" w14:textId="77777777" w:rsidTr="77370776">
        <w:trPr>
          <w:cantSplit/>
          <w:trHeight w:val="300"/>
          <w:jc w:val="center"/>
        </w:trPr>
        <w:tc>
          <w:tcPr>
            <w:tcW w:w="34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7ADCCB4D" w14:textId="77777777" w:rsidR="00626F96" w:rsidRPr="0083086E" w:rsidRDefault="00FE478F">
            <w:pPr>
              <w:spacing w:after="40"/>
              <w:rPr>
                <w:lang w:val="fr-FR"/>
              </w:rPr>
            </w:pPr>
            <w:r w:rsidRPr="77370776">
              <w:rPr>
                <w:b/>
                <w:bCs/>
                <w:sz w:val="21"/>
                <w:szCs w:val="21"/>
                <w:lang w:val="fr-FR"/>
              </w:rPr>
              <w:t>Priorité au secteur et à la chaîne de valeur</w:t>
            </w:r>
          </w:p>
        </w:tc>
        <w:tc>
          <w:tcPr>
            <w:tcW w:w="65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37033C0" w14:textId="77777777" w:rsidR="00626F96" w:rsidRPr="0083086E" w:rsidRDefault="00FE478F">
            <w:pPr>
              <w:spacing w:after="40"/>
              <w:rPr>
                <w:lang w:val="fr-FR"/>
              </w:rPr>
            </w:pPr>
            <w:r w:rsidRPr="77370776">
              <w:rPr>
                <w:sz w:val="21"/>
                <w:szCs w:val="21"/>
                <w:lang w:val="fr-FR"/>
              </w:rPr>
              <w:t>[Tapez ici]</w:t>
            </w:r>
          </w:p>
        </w:tc>
      </w:tr>
      <w:tr w:rsidR="0071209C" w:rsidRPr="00391361" w14:paraId="2C2CF31C" w14:textId="77777777" w:rsidTr="77370776">
        <w:trPr>
          <w:cantSplit/>
          <w:trHeight w:val="300"/>
          <w:jc w:val="center"/>
        </w:trPr>
        <w:tc>
          <w:tcPr>
            <w:tcW w:w="34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35EFCD59" w14:textId="77777777" w:rsidR="0071209C" w:rsidRPr="0083086E" w:rsidRDefault="3830E8D7" w:rsidP="77370776">
            <w:pPr>
              <w:spacing w:after="40"/>
              <w:rPr>
                <w:b/>
                <w:bCs/>
                <w:sz w:val="21"/>
                <w:szCs w:val="21"/>
                <w:lang w:val="fr-FR"/>
              </w:rPr>
            </w:pPr>
            <w:r w:rsidRPr="77370776">
              <w:rPr>
                <w:b/>
                <w:bCs/>
                <w:sz w:val="21"/>
                <w:szCs w:val="21"/>
                <w:lang w:val="fr-FR"/>
              </w:rPr>
              <w:t>Plateforme de solutions (en indiquer au moins une)</w:t>
            </w:r>
          </w:p>
        </w:tc>
        <w:tc>
          <w:tcPr>
            <w:tcW w:w="65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BA5A161" w14:textId="77777777" w:rsidR="0071209C" w:rsidRPr="0083086E" w:rsidRDefault="3830E8D7" w:rsidP="77370776">
            <w:pPr>
              <w:spacing w:after="40"/>
              <w:rPr>
                <w:sz w:val="21"/>
                <w:szCs w:val="21"/>
                <w:lang w:val="fr-FR"/>
              </w:rPr>
            </w:pPr>
            <w:r w:rsidRPr="77370776">
              <w:rPr>
                <w:sz w:val="21"/>
                <w:szCs w:val="21"/>
                <w:lang w:val="fr-FR"/>
              </w:rPr>
              <w:t>[Tapez ici]</w:t>
            </w:r>
          </w:p>
        </w:tc>
      </w:tr>
      <w:tr w:rsidR="00626F96" w:rsidRPr="00391361" w14:paraId="2850CF7F" w14:textId="77777777" w:rsidTr="77370776">
        <w:trPr>
          <w:cantSplit/>
          <w:trHeight w:val="300"/>
          <w:jc w:val="center"/>
        </w:trPr>
        <w:tc>
          <w:tcPr>
            <w:tcW w:w="34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53775016" w14:textId="77777777" w:rsidR="00626F96" w:rsidRPr="0083086E" w:rsidRDefault="00FE478F">
            <w:pPr>
              <w:spacing w:after="40"/>
              <w:rPr>
                <w:lang w:val="fr-FR"/>
              </w:rPr>
            </w:pPr>
            <w:r w:rsidRPr="77370776">
              <w:rPr>
                <w:b/>
                <w:bCs/>
                <w:sz w:val="21"/>
                <w:szCs w:val="21"/>
                <w:lang w:val="fr-FR"/>
              </w:rPr>
              <w:t>Programmes sectoriels concernés</w:t>
            </w:r>
          </w:p>
        </w:tc>
        <w:tc>
          <w:tcPr>
            <w:tcW w:w="65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34850CF" w14:textId="77777777" w:rsidR="00626F96" w:rsidRPr="0083086E" w:rsidRDefault="00FE478F">
            <w:pPr>
              <w:spacing w:after="40"/>
              <w:rPr>
                <w:lang w:val="fr-FR"/>
              </w:rPr>
            </w:pPr>
            <w:r w:rsidRPr="77370776">
              <w:rPr>
                <w:sz w:val="21"/>
                <w:szCs w:val="21"/>
                <w:lang w:val="fr-FR"/>
              </w:rPr>
              <w:t>[Tapez ici]</w:t>
            </w:r>
          </w:p>
        </w:tc>
      </w:tr>
      <w:tr w:rsidR="00626F96" w:rsidRPr="00391361" w14:paraId="6B3FD16E" w14:textId="77777777" w:rsidTr="77370776">
        <w:trPr>
          <w:cantSplit/>
          <w:trHeight w:val="300"/>
          <w:jc w:val="center"/>
        </w:trPr>
        <w:tc>
          <w:tcPr>
            <w:tcW w:w="34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3F34FAC0" w14:textId="14114DE2" w:rsidR="00626F96" w:rsidRPr="0083086E" w:rsidRDefault="00FE478F">
            <w:pPr>
              <w:spacing w:after="40"/>
              <w:rPr>
                <w:lang w:val="fr-FR"/>
              </w:rPr>
            </w:pPr>
            <w:r w:rsidRPr="77370776">
              <w:rPr>
                <w:b/>
                <w:bCs/>
                <w:sz w:val="21"/>
                <w:szCs w:val="21"/>
                <w:lang w:val="fr-FR"/>
              </w:rPr>
              <w:t>Partenaire proposé d</w:t>
            </w:r>
            <w:r w:rsidR="00D37106" w:rsidRPr="77370776">
              <w:rPr>
                <w:b/>
                <w:bCs/>
                <w:sz w:val="21"/>
                <w:szCs w:val="21"/>
                <w:lang w:val="fr-FR"/>
              </w:rPr>
              <w:t>e</w:t>
            </w:r>
            <w:r w:rsidRPr="77370776">
              <w:rPr>
                <w:b/>
                <w:bCs/>
                <w:sz w:val="21"/>
                <w:szCs w:val="21"/>
                <w:lang w:val="fr-FR"/>
              </w:rPr>
              <w:t xml:space="preserve"> </w:t>
            </w:r>
            <w:r w:rsidR="00D37106" w:rsidRPr="77370776">
              <w:rPr>
                <w:b/>
                <w:bCs/>
                <w:sz w:val="21"/>
                <w:szCs w:val="21"/>
                <w:lang w:val="fr-FR"/>
              </w:rPr>
              <w:t xml:space="preserve">l’Institut Technique </w:t>
            </w:r>
            <w:r w:rsidRPr="77370776">
              <w:rPr>
                <w:b/>
                <w:bCs/>
                <w:sz w:val="21"/>
                <w:szCs w:val="21"/>
                <w:lang w:val="fr-FR"/>
              </w:rPr>
              <w:t>émergent</w:t>
            </w:r>
          </w:p>
        </w:tc>
        <w:tc>
          <w:tcPr>
            <w:tcW w:w="65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E8479C1" w14:textId="77777777" w:rsidR="00626F96" w:rsidRPr="0083086E" w:rsidRDefault="00FE478F">
            <w:pPr>
              <w:spacing w:after="40"/>
              <w:rPr>
                <w:lang w:val="fr-FR"/>
              </w:rPr>
            </w:pPr>
            <w:r w:rsidRPr="77370776">
              <w:rPr>
                <w:sz w:val="21"/>
                <w:szCs w:val="21"/>
                <w:lang w:val="fr-FR"/>
              </w:rPr>
              <w:t>[Tapez ici]</w:t>
            </w:r>
          </w:p>
        </w:tc>
      </w:tr>
      <w:tr w:rsidR="00626F96" w:rsidRPr="00391361" w14:paraId="0B4DC8F6" w14:textId="77777777" w:rsidTr="77370776">
        <w:trPr>
          <w:cantSplit/>
          <w:trHeight w:val="300"/>
          <w:jc w:val="center"/>
        </w:trPr>
        <w:tc>
          <w:tcPr>
            <w:tcW w:w="34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0A524D98" w14:textId="77777777" w:rsidR="00626F96" w:rsidRPr="0083086E" w:rsidRDefault="00FE478F">
            <w:pPr>
              <w:spacing w:after="40"/>
              <w:rPr>
                <w:lang w:val="fr-FR"/>
              </w:rPr>
            </w:pPr>
            <w:r w:rsidRPr="77370776">
              <w:rPr>
                <w:b/>
                <w:bCs/>
                <w:sz w:val="21"/>
                <w:szCs w:val="21"/>
                <w:lang w:val="fr-FR"/>
              </w:rPr>
              <w:t>Directeur de l'institut / contact principal</w:t>
            </w:r>
          </w:p>
        </w:tc>
        <w:tc>
          <w:tcPr>
            <w:tcW w:w="65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2777199" w14:textId="77777777" w:rsidR="00626F96" w:rsidRPr="0083086E" w:rsidRDefault="00FE478F">
            <w:pPr>
              <w:spacing w:after="40"/>
              <w:rPr>
                <w:lang w:val="fr-FR"/>
              </w:rPr>
            </w:pPr>
            <w:r w:rsidRPr="77370776">
              <w:rPr>
                <w:sz w:val="21"/>
                <w:szCs w:val="21"/>
                <w:lang w:val="fr-FR"/>
              </w:rPr>
              <w:t>[Tapez ici]</w:t>
            </w:r>
          </w:p>
        </w:tc>
      </w:tr>
      <w:tr w:rsidR="00626F96" w:rsidRPr="00391361" w14:paraId="090ED2B1" w14:textId="77777777" w:rsidTr="77370776">
        <w:trPr>
          <w:cantSplit/>
          <w:trHeight w:val="300"/>
          <w:jc w:val="center"/>
        </w:trPr>
        <w:tc>
          <w:tcPr>
            <w:tcW w:w="34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F2F2" w:themeFill="background1" w:themeFillShade="F2"/>
            <w:tcMar>
              <w:top w:w="80" w:type="dxa"/>
              <w:left w:w="80" w:type="dxa"/>
              <w:bottom w:w="80" w:type="dxa"/>
              <w:right w:w="80" w:type="dxa"/>
            </w:tcMar>
          </w:tcPr>
          <w:p w14:paraId="422338B1" w14:textId="77777777" w:rsidR="00626F96" w:rsidRPr="0083086E" w:rsidRDefault="00FE478F">
            <w:pPr>
              <w:spacing w:after="40"/>
              <w:rPr>
                <w:lang w:val="fr-FR"/>
              </w:rPr>
            </w:pPr>
            <w:r w:rsidRPr="77370776">
              <w:rPr>
                <w:b/>
                <w:bCs/>
                <w:sz w:val="21"/>
                <w:szCs w:val="21"/>
                <w:lang w:val="fr-FR"/>
              </w:rPr>
              <w:t>Courriel et téléphone</w:t>
            </w:r>
          </w:p>
        </w:tc>
        <w:tc>
          <w:tcPr>
            <w:tcW w:w="65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C42C866" w14:textId="77777777" w:rsidR="00626F96" w:rsidRPr="0083086E" w:rsidRDefault="00FE478F">
            <w:pPr>
              <w:spacing w:after="40"/>
              <w:rPr>
                <w:lang w:val="fr-FR"/>
              </w:rPr>
            </w:pPr>
            <w:r w:rsidRPr="77370776">
              <w:rPr>
                <w:sz w:val="21"/>
                <w:szCs w:val="21"/>
                <w:lang w:val="fr-FR"/>
              </w:rPr>
              <w:t>[Tapez ici]</w:t>
            </w:r>
          </w:p>
        </w:tc>
      </w:tr>
    </w:tbl>
    <w:p w14:paraId="18B5776B" w14:textId="77777777" w:rsidR="00626F96" w:rsidRPr="0083086E" w:rsidRDefault="00FE478F">
      <w:pPr>
        <w:pStyle w:val="Heading2"/>
        <w:spacing w:before="120" w:after="100"/>
        <w:rPr>
          <w:lang w:val="fr-FR"/>
        </w:rPr>
      </w:pPr>
      <w:r w:rsidRPr="77370776">
        <w:rPr>
          <w:rFonts w:ascii="Arial" w:hAnsi="Arial"/>
          <w:color w:val="1F4E79"/>
          <w:lang w:val="fr-FR"/>
        </w:rPr>
        <w:t>Section 1 - Orientation sectorielle, chaîne de valeur et alignement stratégique</w:t>
      </w:r>
    </w:p>
    <w:p w14:paraId="04B2F04F" w14:textId="2B6A40B0" w:rsidR="00626F96" w:rsidRPr="0083086E" w:rsidRDefault="00FE478F">
      <w:pPr>
        <w:spacing w:after="100" w:line="240" w:lineRule="auto"/>
        <w:rPr>
          <w:b/>
          <w:bCs/>
          <w:color w:val="C00000"/>
          <w:lang w:val="fr-FR"/>
        </w:rPr>
      </w:pPr>
      <w:r w:rsidRPr="77370776">
        <w:rPr>
          <w:b/>
          <w:bCs/>
          <w:i/>
          <w:iCs/>
          <w:color w:val="C00000"/>
          <w:sz w:val="20"/>
          <w:szCs w:val="20"/>
          <w:lang w:val="fr-FR"/>
        </w:rPr>
        <w:t>Allocation indicative : 2 pages</w:t>
      </w:r>
      <w:r w:rsidR="000E13EE" w:rsidRPr="77370776">
        <w:rPr>
          <w:b/>
          <w:bCs/>
          <w:i/>
          <w:iCs/>
          <w:color w:val="C00000"/>
          <w:sz w:val="20"/>
          <w:szCs w:val="20"/>
          <w:lang w:val="fr-FR"/>
        </w:rPr>
        <w:t xml:space="preserve"> maximum</w:t>
      </w:r>
      <w:r w:rsidRPr="77370776">
        <w:rPr>
          <w:b/>
          <w:bCs/>
          <w:i/>
          <w:iCs/>
          <w:color w:val="C00000"/>
          <w:sz w:val="20"/>
          <w:szCs w:val="20"/>
          <w:lang w:val="fr-FR"/>
        </w:rPr>
        <w:t>.</w:t>
      </w:r>
    </w:p>
    <w:p w14:paraId="5FB9AF29" w14:textId="77777777" w:rsidR="00626F96" w:rsidRPr="0083086E" w:rsidRDefault="00FE478F">
      <w:pPr>
        <w:pStyle w:val="Heading3"/>
        <w:spacing w:before="80" w:after="60"/>
        <w:rPr>
          <w:lang w:val="fr-FR"/>
        </w:rPr>
      </w:pPr>
      <w:r w:rsidRPr="77370776">
        <w:rPr>
          <w:rFonts w:ascii="Arial" w:hAnsi="Arial"/>
          <w:color w:val="000000" w:themeColor="text1"/>
          <w:lang w:val="fr-FR"/>
        </w:rPr>
        <w:t>1.1 Secteur et chaîne de valeur</w:t>
      </w:r>
    </w:p>
    <w:tbl>
      <w:tblPr>
        <w:tblW w:w="5000" w:type="pct"/>
        <w:tblLook w:val="04A0" w:firstRow="1" w:lastRow="0" w:firstColumn="1" w:lastColumn="0" w:noHBand="0" w:noVBand="1"/>
      </w:tblPr>
      <w:tblGrid>
        <w:gridCol w:w="9956"/>
      </w:tblGrid>
      <w:tr w:rsidR="00626F96" w:rsidRPr="00BC134C" w14:paraId="133F2548"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71819507" w14:textId="76F897A7"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Identifier le(s) segment(s) prioritaire(s) du secteur et de la chaîne de valeur que l</w:t>
            </w:r>
            <w:r w:rsidR="00D37106" w:rsidRPr="77370776">
              <w:rPr>
                <w:sz w:val="20"/>
                <w:szCs w:val="20"/>
                <w:lang w:val="fr-FR"/>
              </w:rPr>
              <w:t>’</w:t>
            </w:r>
            <w:r w:rsidR="00D37106" w:rsidRPr="77370776">
              <w:rPr>
                <w:color w:val="000000" w:themeColor="text1"/>
                <w:lang w:val="fr-FR"/>
              </w:rPr>
              <w:t>Institut Technique</w:t>
            </w:r>
            <w:r w:rsidR="00D37106" w:rsidRPr="77370776">
              <w:rPr>
                <w:sz w:val="20"/>
                <w:szCs w:val="20"/>
                <w:lang w:val="fr-FR"/>
              </w:rPr>
              <w:t xml:space="preserve"> </w:t>
            </w:r>
            <w:r w:rsidR="00FE478F" w:rsidRPr="77370776">
              <w:rPr>
                <w:sz w:val="20"/>
                <w:szCs w:val="20"/>
                <w:lang w:val="fr-FR"/>
              </w:rPr>
              <w:t>servira. Expliquer comment les compétences de niveau technicien et intermédiaire permettent de surmonter les contraintes et les pénuries de main-d'œuvre dans ces segments.</w:t>
            </w:r>
          </w:p>
        </w:tc>
      </w:tr>
      <w:tr w:rsidR="00626F96" w:rsidRPr="00BC134C" w14:paraId="46A77CEF"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885F8D2" w14:textId="6543A81F"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2270C55A" w14:textId="77777777" w:rsidR="00626F96" w:rsidRPr="0083086E" w:rsidRDefault="00626F96">
      <w:pPr>
        <w:spacing w:after="40"/>
        <w:rPr>
          <w:lang w:val="fr-FR"/>
        </w:rPr>
      </w:pPr>
    </w:p>
    <w:p w14:paraId="5B4FD015" w14:textId="77777777" w:rsidR="00626F96" w:rsidRPr="0083086E" w:rsidRDefault="00FE478F">
      <w:pPr>
        <w:pStyle w:val="Heading3"/>
        <w:spacing w:before="80" w:after="60"/>
        <w:rPr>
          <w:lang w:val="fr-FR"/>
        </w:rPr>
      </w:pPr>
      <w:r w:rsidRPr="77370776">
        <w:rPr>
          <w:rFonts w:ascii="Arial" w:hAnsi="Arial"/>
          <w:color w:val="000000" w:themeColor="text1"/>
          <w:lang w:val="fr-FR"/>
        </w:rPr>
        <w:t>1.2 Demande du marché du travail et besoins des employeurs</w:t>
      </w:r>
    </w:p>
    <w:tbl>
      <w:tblPr>
        <w:tblW w:w="5000" w:type="pct"/>
        <w:tblLook w:val="04A0" w:firstRow="1" w:lastRow="0" w:firstColumn="1" w:lastColumn="0" w:noHBand="0" w:noVBand="1"/>
      </w:tblPr>
      <w:tblGrid>
        <w:gridCol w:w="9956"/>
      </w:tblGrid>
      <w:tr w:rsidR="00626F96" w:rsidRPr="00BC134C" w14:paraId="1DA104AA"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FEE8CEC" w14:textId="09A98F76"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Décrivez le</w:t>
            </w:r>
            <w:r w:rsidR="7F925924" w:rsidRPr="77370776">
              <w:rPr>
                <w:sz w:val="20"/>
                <w:szCs w:val="20"/>
                <w:lang w:val="fr-FR"/>
              </w:rPr>
              <w:t xml:space="preserve">s besoins </w:t>
            </w:r>
            <w:r w:rsidR="00FE478F" w:rsidRPr="77370776">
              <w:rPr>
                <w:sz w:val="20"/>
                <w:szCs w:val="20"/>
                <w:lang w:val="fr-FR"/>
              </w:rPr>
              <w:t>d</w:t>
            </w:r>
            <w:r w:rsidR="7F925924" w:rsidRPr="77370776">
              <w:rPr>
                <w:sz w:val="20"/>
                <w:szCs w:val="20"/>
                <w:lang w:val="fr-FR"/>
              </w:rPr>
              <w:t>u marché du travail (</w:t>
            </w:r>
            <w:r w:rsidR="00FE478F" w:rsidRPr="77370776">
              <w:rPr>
                <w:sz w:val="20"/>
                <w:szCs w:val="20"/>
                <w:lang w:val="fr-FR"/>
              </w:rPr>
              <w:t>employeur</w:t>
            </w:r>
            <w:r w:rsidR="7F925924" w:rsidRPr="77370776">
              <w:rPr>
                <w:sz w:val="20"/>
                <w:szCs w:val="20"/>
                <w:lang w:val="fr-FR"/>
              </w:rPr>
              <w:t>s</w:t>
            </w:r>
            <w:r w:rsidR="00FE478F" w:rsidRPr="77370776">
              <w:rPr>
                <w:sz w:val="20"/>
                <w:szCs w:val="20"/>
                <w:lang w:val="fr-FR"/>
              </w:rPr>
              <w:t xml:space="preserve"> et industrie</w:t>
            </w:r>
            <w:r w:rsidR="7F925924" w:rsidRPr="77370776">
              <w:rPr>
                <w:sz w:val="20"/>
                <w:szCs w:val="20"/>
                <w:lang w:val="fr-FR"/>
              </w:rPr>
              <w:t>)</w:t>
            </w:r>
            <w:r w:rsidR="00FE478F" w:rsidRPr="77370776">
              <w:rPr>
                <w:sz w:val="20"/>
                <w:szCs w:val="20"/>
                <w:lang w:val="fr-FR"/>
              </w:rPr>
              <w:t xml:space="preserve">. Préciser les aptitudes, qualifications et compétences dont les entreprises et les acteurs de la chaîne de valeur ont besoin, mais que les institutions de formation existantes ne fournissent pas. Utiliser les données sur le marché du travail, la mobilisation des employeurs et les conclusions du Panel </w:t>
            </w:r>
            <w:r w:rsidR="59FFB957" w:rsidRPr="77370776">
              <w:rPr>
                <w:sz w:val="20"/>
                <w:szCs w:val="20"/>
                <w:lang w:val="fr-FR"/>
              </w:rPr>
              <w:t>de</w:t>
            </w:r>
            <w:r w:rsidR="00FE478F" w:rsidRPr="77370776">
              <w:rPr>
                <w:sz w:val="20"/>
                <w:szCs w:val="20"/>
                <w:lang w:val="fr-FR"/>
              </w:rPr>
              <w:t xml:space="preserve"> mobilisation </w:t>
            </w:r>
            <w:r w:rsidR="59FFB957" w:rsidRPr="77370776">
              <w:rPr>
                <w:sz w:val="20"/>
                <w:szCs w:val="20"/>
                <w:lang w:val="fr-FR"/>
              </w:rPr>
              <w:t xml:space="preserve">du </w:t>
            </w:r>
            <w:r w:rsidR="00FE478F" w:rsidRPr="77370776">
              <w:rPr>
                <w:sz w:val="20"/>
                <w:szCs w:val="20"/>
                <w:lang w:val="fr-FR"/>
              </w:rPr>
              <w:t>sect</w:t>
            </w:r>
            <w:r w:rsidR="59FFB957" w:rsidRPr="77370776">
              <w:rPr>
                <w:sz w:val="20"/>
                <w:szCs w:val="20"/>
                <w:lang w:val="fr-FR"/>
              </w:rPr>
              <w:t>eur</w:t>
            </w:r>
            <w:r w:rsidR="00FE478F" w:rsidRPr="77370776">
              <w:rPr>
                <w:sz w:val="20"/>
                <w:szCs w:val="20"/>
                <w:lang w:val="fr-FR"/>
              </w:rPr>
              <w:t>, le cas échéant.</w:t>
            </w:r>
          </w:p>
        </w:tc>
      </w:tr>
      <w:tr w:rsidR="00626F96" w:rsidRPr="00BC134C" w14:paraId="45B1220D"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53CB9CF" w14:textId="535C0C80"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37741D1F" w14:textId="77777777" w:rsidR="00626F96" w:rsidRPr="0083086E" w:rsidRDefault="00626F96">
      <w:pPr>
        <w:spacing w:after="40"/>
        <w:rPr>
          <w:lang w:val="fr-FR"/>
        </w:rPr>
      </w:pPr>
    </w:p>
    <w:p w14:paraId="7C8E0447" w14:textId="77777777" w:rsidR="00626F96" w:rsidRPr="0083086E" w:rsidRDefault="00FE478F">
      <w:pPr>
        <w:pStyle w:val="Heading3"/>
        <w:spacing w:before="80" w:after="60"/>
        <w:rPr>
          <w:lang w:val="fr-FR"/>
        </w:rPr>
      </w:pPr>
      <w:r w:rsidRPr="77370776">
        <w:rPr>
          <w:rFonts w:ascii="Arial" w:hAnsi="Arial"/>
          <w:color w:val="000000" w:themeColor="text1"/>
          <w:lang w:val="fr-FR"/>
        </w:rPr>
        <w:lastRenderedPageBreak/>
        <w:t>1.3 Cohérence stratégique</w:t>
      </w:r>
    </w:p>
    <w:tbl>
      <w:tblPr>
        <w:tblW w:w="5000" w:type="pct"/>
        <w:tblLook w:val="04A0" w:firstRow="1" w:lastRow="0" w:firstColumn="1" w:lastColumn="0" w:noHBand="0" w:noVBand="1"/>
      </w:tblPr>
      <w:tblGrid>
        <w:gridCol w:w="9956"/>
      </w:tblGrid>
      <w:tr w:rsidR="00626F96" w:rsidRPr="00BC134C" w14:paraId="12B302F1"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F4705B6" w14:textId="14508FBE"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 xml:space="preserve">Expliquer comment la portée de </w:t>
            </w:r>
            <w:r w:rsidR="000E13EE" w:rsidRPr="77370776">
              <w:rPr>
                <w:sz w:val="20"/>
                <w:szCs w:val="20"/>
                <w:lang w:val="fr-FR"/>
              </w:rPr>
              <w:t>l’Institut Technique</w:t>
            </w:r>
            <w:r w:rsidR="00FE478F" w:rsidRPr="77370776">
              <w:rPr>
                <w:sz w:val="20"/>
                <w:szCs w:val="20"/>
                <w:lang w:val="fr-FR"/>
              </w:rPr>
              <w:t xml:space="preserve"> proposée cadre avec les priorités de développement nationales, les stratégies sectorielles et les investissements existants ou en préparation, y compris les opérations financées par la Banque mondiale, le cas échéant.</w:t>
            </w:r>
            <w:r w:rsidR="000E13EE" w:rsidRPr="77370776">
              <w:rPr>
                <w:sz w:val="20"/>
                <w:szCs w:val="20"/>
                <w:lang w:val="fr-FR"/>
              </w:rPr>
              <w:t xml:space="preserve"> </w:t>
            </w:r>
          </w:p>
        </w:tc>
      </w:tr>
      <w:tr w:rsidR="00626F96" w:rsidRPr="00BC134C" w14:paraId="1209C3DF"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88499B6" w14:textId="1E35BA97"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1BABF318" w14:textId="77777777" w:rsidR="00626F96" w:rsidRPr="0083086E" w:rsidRDefault="00626F96">
      <w:pPr>
        <w:spacing w:after="40"/>
        <w:rPr>
          <w:lang w:val="fr-FR"/>
        </w:rPr>
      </w:pPr>
    </w:p>
    <w:p w14:paraId="2E999239" w14:textId="77777777" w:rsidR="00EF7CF0" w:rsidRPr="0083086E" w:rsidRDefault="00EF7CF0">
      <w:pPr>
        <w:spacing w:after="40"/>
        <w:rPr>
          <w:lang w:val="fr-FR"/>
        </w:rPr>
      </w:pPr>
    </w:p>
    <w:p w14:paraId="548B5884" w14:textId="77777777" w:rsidR="00626F96" w:rsidRPr="0083086E" w:rsidRDefault="00FE478F">
      <w:pPr>
        <w:pStyle w:val="Heading2"/>
        <w:spacing w:before="120" w:after="100"/>
        <w:rPr>
          <w:lang w:val="fr-FR"/>
        </w:rPr>
      </w:pPr>
      <w:r w:rsidRPr="77370776">
        <w:rPr>
          <w:rFonts w:ascii="Arial" w:hAnsi="Arial"/>
          <w:color w:val="1F4E79"/>
          <w:lang w:val="fr-FR"/>
        </w:rPr>
        <w:t>Section 2 - Conception du programme : développement des compétences et de la main-d'œuvre</w:t>
      </w:r>
    </w:p>
    <w:p w14:paraId="00CFA88F" w14:textId="77777777" w:rsidR="00626F96" w:rsidRPr="0083086E" w:rsidRDefault="00FE478F">
      <w:pPr>
        <w:spacing w:after="100" w:line="240" w:lineRule="auto"/>
        <w:rPr>
          <w:b/>
          <w:bCs/>
          <w:color w:val="C00000"/>
          <w:lang w:val="fr-FR"/>
        </w:rPr>
      </w:pPr>
      <w:r w:rsidRPr="77370776">
        <w:rPr>
          <w:b/>
          <w:bCs/>
          <w:i/>
          <w:iCs/>
          <w:color w:val="C00000"/>
          <w:sz w:val="20"/>
          <w:szCs w:val="20"/>
          <w:lang w:val="fr-FR"/>
        </w:rPr>
        <w:t>Allocation indicative : moins de 5 pages d'exposé, plus le tableau des résultats.</w:t>
      </w:r>
    </w:p>
    <w:p w14:paraId="398218F1" w14:textId="77777777" w:rsidR="00626F96" w:rsidRPr="0083086E" w:rsidRDefault="00FE478F">
      <w:pPr>
        <w:pStyle w:val="Heading3"/>
        <w:spacing w:before="80" w:after="60"/>
        <w:rPr>
          <w:lang w:val="fr-FR"/>
        </w:rPr>
      </w:pPr>
      <w:r w:rsidRPr="77370776">
        <w:rPr>
          <w:rFonts w:ascii="Arial" w:hAnsi="Arial"/>
          <w:color w:val="000000" w:themeColor="text1"/>
          <w:lang w:val="fr-FR"/>
        </w:rPr>
        <w:t>2.1 Programmes de formation et qualifications</w:t>
      </w:r>
    </w:p>
    <w:tbl>
      <w:tblPr>
        <w:tblW w:w="5000" w:type="pct"/>
        <w:tblLook w:val="04A0" w:firstRow="1" w:lastRow="0" w:firstColumn="1" w:lastColumn="0" w:noHBand="0" w:noVBand="1"/>
      </w:tblPr>
      <w:tblGrid>
        <w:gridCol w:w="9956"/>
      </w:tblGrid>
      <w:tr w:rsidR="00626F96" w:rsidRPr="00BC134C" w14:paraId="5A6C97F9"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F03A8B9" w14:textId="0C54B74B"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Décrire les certificats, les diplômes, les qualifications de technicien supérieur, les formations courtes</w:t>
            </w:r>
            <w:r w:rsidR="7D879486" w:rsidRPr="77370776">
              <w:rPr>
                <w:sz w:val="20"/>
                <w:szCs w:val="20"/>
                <w:lang w:val="fr-FR"/>
              </w:rPr>
              <w:t xml:space="preserve"> (</w:t>
            </w:r>
            <w:r w:rsidR="5E9EDFCE" w:rsidRPr="77370776">
              <w:rPr>
                <w:sz w:val="20"/>
                <w:szCs w:val="20"/>
                <w:lang w:val="fr-FR"/>
              </w:rPr>
              <w:t>r</w:t>
            </w:r>
            <w:r w:rsidR="708BCBE1" w:rsidRPr="77370776">
              <w:rPr>
                <w:sz w:val="20"/>
                <w:szCs w:val="20"/>
                <w:lang w:val="fr-FR"/>
              </w:rPr>
              <w:t>econversion</w:t>
            </w:r>
            <w:r w:rsidR="7D879486" w:rsidRPr="77370776">
              <w:rPr>
                <w:sz w:val="20"/>
                <w:szCs w:val="20"/>
                <w:lang w:val="fr-FR"/>
              </w:rPr>
              <w:t>, perfectionnement professionnel, formation en cours d</w:t>
            </w:r>
            <w:r w:rsidR="00FE478F" w:rsidRPr="77370776">
              <w:rPr>
                <w:sz w:val="20"/>
                <w:szCs w:val="20"/>
                <w:lang w:val="fr-FR"/>
              </w:rPr>
              <w:t>'emploi) et les apprentissages qui seront proposés ou élargis. Ciblez les étudiants, les conditions d'entrée, les objectifs en matière d'inscription et de diplômés, le niveau de qualification, le statut d'accréditation, l'alignement des programmes et la portée régionale.</w:t>
            </w:r>
            <w:r w:rsidR="78F33033" w:rsidRPr="77370776">
              <w:rPr>
                <w:sz w:val="20"/>
                <w:szCs w:val="20"/>
                <w:lang w:val="fr-FR"/>
              </w:rPr>
              <w:t xml:space="preserve"> Décrivez le statut d'accréditation des programmes proposés et leur alignement, le cas échéant, sur le cadre national des certifications du pays candidat. Le cas échéant, indiquez les certifications ou normes internationales auxquelles les programmes sont destinés à répondre.</w:t>
            </w:r>
          </w:p>
        </w:tc>
      </w:tr>
      <w:tr w:rsidR="00626F96" w:rsidRPr="00BC134C" w14:paraId="443F2FC7"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30F1256" w14:textId="0A67D7B9"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4718CA85" w14:textId="77777777" w:rsidR="00626F96" w:rsidRPr="0083086E" w:rsidRDefault="00626F96">
      <w:pPr>
        <w:spacing w:after="40"/>
        <w:rPr>
          <w:lang w:val="fr-FR"/>
        </w:rPr>
      </w:pPr>
    </w:p>
    <w:tbl>
      <w:tblPr>
        <w:tblStyle w:val="TableGrid"/>
        <w:tblW w:w="5000" w:type="pct"/>
        <w:jc w:val="center"/>
        <w:tblLook w:val="04A0" w:firstRow="1" w:lastRow="0" w:firstColumn="1" w:lastColumn="0" w:noHBand="0" w:noVBand="1"/>
      </w:tblPr>
      <w:tblGrid>
        <w:gridCol w:w="1531"/>
        <w:gridCol w:w="1398"/>
        <w:gridCol w:w="2695"/>
        <w:gridCol w:w="1393"/>
        <w:gridCol w:w="1485"/>
        <w:gridCol w:w="1454"/>
      </w:tblGrid>
      <w:tr w:rsidR="00626F96" w:rsidRPr="00391361" w14:paraId="66420581" w14:textId="77777777" w:rsidTr="77370776">
        <w:trPr>
          <w:cantSplit/>
          <w:tblHeader/>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D1E395E" w14:textId="77777777" w:rsidR="00626F96" w:rsidRPr="0083086E" w:rsidRDefault="00FE478F">
            <w:pPr>
              <w:spacing w:after="40"/>
              <w:rPr>
                <w:lang w:val="fr-FR"/>
              </w:rPr>
            </w:pPr>
            <w:r w:rsidRPr="77370776">
              <w:rPr>
                <w:b/>
                <w:bCs/>
                <w:color w:val="FFFFFF" w:themeColor="background1"/>
                <w:sz w:val="17"/>
                <w:szCs w:val="17"/>
                <w:lang w:val="fr-FR"/>
              </w:rPr>
              <w:t>Programme / Qualification</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2B8B97F4" w14:textId="77777777" w:rsidR="00626F96" w:rsidRPr="0083086E" w:rsidRDefault="00FE478F">
            <w:pPr>
              <w:spacing w:after="40"/>
              <w:rPr>
                <w:lang w:val="fr-FR"/>
              </w:rPr>
            </w:pPr>
            <w:r w:rsidRPr="77370776">
              <w:rPr>
                <w:b/>
                <w:bCs/>
                <w:color w:val="FFFFFF" w:themeColor="background1"/>
                <w:sz w:val="17"/>
                <w:szCs w:val="17"/>
                <w:lang w:val="fr-FR"/>
              </w:rPr>
              <w:t>Niveau</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25512616" w14:textId="77777777" w:rsidR="00626F96" w:rsidRPr="0083086E" w:rsidRDefault="00FE478F">
            <w:pPr>
              <w:spacing w:after="40"/>
              <w:rPr>
                <w:lang w:val="fr-FR"/>
              </w:rPr>
            </w:pPr>
            <w:r w:rsidRPr="77370776">
              <w:rPr>
                <w:b/>
                <w:bCs/>
                <w:color w:val="FFFFFF" w:themeColor="background1"/>
                <w:sz w:val="17"/>
                <w:szCs w:val="17"/>
                <w:lang w:val="fr-FR"/>
              </w:rPr>
              <w:t>Statut d'accréditation/reconnaissance</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52EE78B" w14:textId="77777777" w:rsidR="00626F96" w:rsidRPr="0083086E" w:rsidRDefault="00FE478F">
            <w:pPr>
              <w:spacing w:after="40"/>
              <w:rPr>
                <w:lang w:val="fr-FR"/>
              </w:rPr>
            </w:pPr>
            <w:r w:rsidRPr="77370776">
              <w:rPr>
                <w:b/>
                <w:bCs/>
                <w:color w:val="FFFFFF" w:themeColor="background1"/>
                <w:sz w:val="17"/>
                <w:szCs w:val="17"/>
                <w:lang w:val="fr-FR"/>
              </w:rPr>
              <w:t>Élèves ciblés</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3759942" w14:textId="77777777" w:rsidR="00626F96" w:rsidRPr="0083086E" w:rsidRDefault="00FE478F">
            <w:pPr>
              <w:spacing w:after="40"/>
              <w:rPr>
                <w:lang w:val="fr-FR"/>
              </w:rPr>
            </w:pPr>
            <w:r w:rsidRPr="77370776">
              <w:rPr>
                <w:b/>
                <w:bCs/>
                <w:color w:val="FFFFFF" w:themeColor="background1"/>
                <w:sz w:val="17"/>
                <w:szCs w:val="17"/>
                <w:lang w:val="fr-FR"/>
              </w:rPr>
              <w:t>Inscription sur cinq ans / Objectif pour les diplômés</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1856A0B" w14:textId="77777777" w:rsidR="00626F96" w:rsidRPr="0083086E" w:rsidRDefault="00FE478F">
            <w:pPr>
              <w:spacing w:after="40"/>
              <w:rPr>
                <w:lang w:val="fr-FR"/>
              </w:rPr>
            </w:pPr>
            <w:r w:rsidRPr="77370776">
              <w:rPr>
                <w:b/>
                <w:bCs/>
                <w:color w:val="FFFFFF" w:themeColor="background1"/>
                <w:sz w:val="17"/>
                <w:szCs w:val="17"/>
                <w:lang w:val="fr-FR"/>
              </w:rPr>
              <w:t>Portée régionale</w:t>
            </w:r>
          </w:p>
        </w:tc>
      </w:tr>
      <w:tr w:rsidR="00626F96" w:rsidRPr="00391361" w14:paraId="695C73B3"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DDA1A15"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327408B"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3E3CEB8"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57E217E"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2D7B58A"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85C5602" w14:textId="77777777" w:rsidR="00626F96" w:rsidRPr="0083086E" w:rsidRDefault="00FE478F">
            <w:pPr>
              <w:spacing w:after="40"/>
              <w:rPr>
                <w:lang w:val="fr-FR"/>
              </w:rPr>
            </w:pPr>
            <w:r w:rsidRPr="77370776">
              <w:rPr>
                <w:sz w:val="17"/>
                <w:szCs w:val="17"/>
                <w:lang w:val="fr-FR"/>
              </w:rPr>
              <w:t>[Tapez ici]</w:t>
            </w:r>
          </w:p>
        </w:tc>
      </w:tr>
      <w:tr w:rsidR="00626F96" w:rsidRPr="00391361" w14:paraId="3D6B9EC5"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ACF863A"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65D1DA3"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D46C364"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EC2B09C"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DFE5659"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143499A" w14:textId="77777777" w:rsidR="00626F96" w:rsidRPr="0083086E" w:rsidRDefault="00FE478F">
            <w:pPr>
              <w:spacing w:after="40"/>
              <w:rPr>
                <w:lang w:val="fr-FR"/>
              </w:rPr>
            </w:pPr>
            <w:r w:rsidRPr="77370776">
              <w:rPr>
                <w:sz w:val="17"/>
                <w:szCs w:val="17"/>
                <w:lang w:val="fr-FR"/>
              </w:rPr>
              <w:t>[Tapez ici]</w:t>
            </w:r>
          </w:p>
        </w:tc>
      </w:tr>
      <w:tr w:rsidR="00626F96" w:rsidRPr="00391361" w14:paraId="34C7A111"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4B6AEED"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F619F40"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F273C54"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F4259CD"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F7BEDE8"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062AE5B" w14:textId="77777777" w:rsidR="00626F96" w:rsidRPr="0083086E" w:rsidRDefault="00FE478F">
            <w:pPr>
              <w:spacing w:after="40"/>
              <w:rPr>
                <w:lang w:val="fr-FR"/>
              </w:rPr>
            </w:pPr>
            <w:r w:rsidRPr="77370776">
              <w:rPr>
                <w:sz w:val="17"/>
                <w:szCs w:val="17"/>
                <w:lang w:val="fr-FR"/>
              </w:rPr>
              <w:t>[Tapez ici]</w:t>
            </w:r>
          </w:p>
        </w:tc>
      </w:tr>
    </w:tbl>
    <w:p w14:paraId="697AD201" w14:textId="2ABA6A2A" w:rsidR="00626F96" w:rsidRPr="0083086E" w:rsidRDefault="00FE478F">
      <w:pPr>
        <w:pStyle w:val="Heading3"/>
        <w:spacing w:before="80" w:after="60"/>
        <w:rPr>
          <w:lang w:val="fr-FR"/>
        </w:rPr>
      </w:pPr>
      <w:r w:rsidRPr="77370776">
        <w:rPr>
          <w:rFonts w:ascii="Arial" w:hAnsi="Arial"/>
          <w:color w:val="000000" w:themeColor="text1"/>
          <w:lang w:val="fr-FR"/>
        </w:rPr>
        <w:t>2.2 Apprentissage en milieu professionnel</w:t>
      </w:r>
      <w:r w:rsidR="00131A73" w:rsidRPr="77370776">
        <w:rPr>
          <w:rFonts w:ascii="Arial" w:hAnsi="Arial"/>
          <w:color w:val="000000" w:themeColor="text1"/>
          <w:lang w:val="fr-FR"/>
        </w:rPr>
        <w:t>/Alternance</w:t>
      </w:r>
      <w:r w:rsidRPr="77370776">
        <w:rPr>
          <w:rFonts w:ascii="Arial" w:hAnsi="Arial"/>
          <w:color w:val="000000" w:themeColor="text1"/>
          <w:lang w:val="fr-FR"/>
        </w:rPr>
        <w:t xml:space="preserve"> et conception conjointe par les employeurs</w:t>
      </w:r>
    </w:p>
    <w:tbl>
      <w:tblPr>
        <w:tblW w:w="5000" w:type="pct"/>
        <w:tblLook w:val="04A0" w:firstRow="1" w:lastRow="0" w:firstColumn="1" w:lastColumn="0" w:noHBand="0" w:noVBand="1"/>
      </w:tblPr>
      <w:tblGrid>
        <w:gridCol w:w="9956"/>
      </w:tblGrid>
      <w:tr w:rsidR="00626F96" w:rsidRPr="00BC134C" w14:paraId="0C76D9D6"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27D75F7C" w14:textId="2DF1BFD9"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 xml:space="preserve">Expliquez comment les apprentissages, les stages en entreprise, la formation en cours d'emploi et la conception conjointe </w:t>
            </w:r>
            <w:r w:rsidR="1780C1D8" w:rsidRPr="77370776">
              <w:rPr>
                <w:sz w:val="20"/>
                <w:szCs w:val="20"/>
                <w:lang w:val="fr-FR"/>
              </w:rPr>
              <w:t xml:space="preserve">avec </w:t>
            </w:r>
            <w:r w:rsidR="00FE478F" w:rsidRPr="77370776">
              <w:rPr>
                <w:sz w:val="20"/>
                <w:szCs w:val="20"/>
                <w:lang w:val="fr-FR"/>
              </w:rPr>
              <w:t xml:space="preserve">les employeurs des </w:t>
            </w:r>
            <w:r w:rsidR="7B8EBF46" w:rsidRPr="77370776">
              <w:rPr>
                <w:sz w:val="20"/>
                <w:szCs w:val="20"/>
                <w:lang w:val="fr-FR"/>
              </w:rPr>
              <w:t>curricula</w:t>
            </w:r>
            <w:r w:rsidR="00FE478F" w:rsidRPr="77370776">
              <w:rPr>
                <w:sz w:val="20"/>
                <w:szCs w:val="20"/>
                <w:lang w:val="fr-FR"/>
              </w:rPr>
              <w:t xml:space="preserve"> seront intégrés dans les programmes. Montrez comment les employeurs seront des partenaires dans la conception et la mise en œuvre</w:t>
            </w:r>
            <w:r w:rsidR="71673C75" w:rsidRPr="77370776">
              <w:rPr>
                <w:sz w:val="20"/>
                <w:szCs w:val="20"/>
                <w:lang w:val="fr-FR"/>
              </w:rPr>
              <w:t xml:space="preserve"> des formations</w:t>
            </w:r>
            <w:r w:rsidR="00FE478F" w:rsidRPr="77370776">
              <w:rPr>
                <w:sz w:val="20"/>
                <w:szCs w:val="20"/>
                <w:lang w:val="fr-FR"/>
              </w:rPr>
              <w:t>, et pas seulement les bénéficiaires des diplômés.</w:t>
            </w:r>
          </w:p>
        </w:tc>
      </w:tr>
      <w:tr w:rsidR="00626F96" w:rsidRPr="00BC134C" w14:paraId="10DF4834"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68FACA6" w14:textId="4825C067"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60E1BBF2" w14:textId="77777777" w:rsidR="00626F96" w:rsidRPr="0083086E" w:rsidRDefault="00626F96">
      <w:pPr>
        <w:spacing w:after="40"/>
        <w:rPr>
          <w:lang w:val="fr-FR"/>
        </w:rPr>
      </w:pPr>
    </w:p>
    <w:p w14:paraId="4EF41093" w14:textId="77777777" w:rsidR="00626F96" w:rsidRPr="0083086E" w:rsidRDefault="00FE478F">
      <w:pPr>
        <w:pStyle w:val="Heading3"/>
        <w:spacing w:before="80" w:after="60"/>
        <w:rPr>
          <w:lang w:val="fr-FR"/>
        </w:rPr>
      </w:pPr>
      <w:r w:rsidRPr="77370776">
        <w:rPr>
          <w:rFonts w:ascii="Arial" w:hAnsi="Arial"/>
          <w:color w:val="000000" w:themeColor="text1"/>
          <w:lang w:val="fr-FR"/>
        </w:rPr>
        <w:t>2.3 Collaboration avec le secteur et partenariats</w:t>
      </w:r>
    </w:p>
    <w:tbl>
      <w:tblPr>
        <w:tblW w:w="5000" w:type="pct"/>
        <w:tblLook w:val="04A0" w:firstRow="1" w:lastRow="0" w:firstColumn="1" w:lastColumn="0" w:noHBand="0" w:noVBand="1"/>
      </w:tblPr>
      <w:tblGrid>
        <w:gridCol w:w="9956"/>
      </w:tblGrid>
      <w:tr w:rsidR="00626F96" w:rsidRPr="00BC134C" w14:paraId="41E325D5"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42CB332" w14:textId="48027136"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Fournir 2 ou 3 exemples concrets de collaborations sectorielles planifiées ou actives. Pour chaque exemple, nommez le partenaire, décrivez la collaboration et indiquez le produit ou le résultat escompté.</w:t>
            </w:r>
          </w:p>
        </w:tc>
      </w:tr>
      <w:tr w:rsidR="00626F96" w:rsidRPr="00BC134C" w14:paraId="295F4716"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22F3DB6" w14:textId="4CBDBB48"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4736D3E9" w14:textId="77777777" w:rsidR="00626F96" w:rsidRPr="0083086E" w:rsidRDefault="00626F96">
      <w:pPr>
        <w:spacing w:after="40"/>
        <w:rPr>
          <w:lang w:val="fr-FR"/>
        </w:rPr>
      </w:pPr>
    </w:p>
    <w:tbl>
      <w:tblPr>
        <w:tblStyle w:val="TableGrid"/>
        <w:tblW w:w="5000" w:type="pct"/>
        <w:jc w:val="center"/>
        <w:tblLook w:val="04A0" w:firstRow="1" w:lastRow="0" w:firstColumn="1" w:lastColumn="0" w:noHBand="0" w:noVBand="1"/>
      </w:tblPr>
      <w:tblGrid>
        <w:gridCol w:w="1993"/>
        <w:gridCol w:w="1991"/>
        <w:gridCol w:w="1990"/>
        <w:gridCol w:w="1991"/>
        <w:gridCol w:w="1991"/>
      </w:tblGrid>
      <w:tr w:rsidR="00626F96" w:rsidRPr="00391361" w14:paraId="093CE16E" w14:textId="77777777" w:rsidTr="77370776">
        <w:trPr>
          <w:cantSplit/>
          <w:tblHeader/>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D6C5EF9" w14:textId="77777777" w:rsidR="00626F96" w:rsidRPr="0083086E" w:rsidRDefault="00FE478F">
            <w:pPr>
              <w:spacing w:after="40"/>
              <w:rPr>
                <w:lang w:val="fr-FR"/>
              </w:rPr>
            </w:pPr>
            <w:r w:rsidRPr="77370776">
              <w:rPr>
                <w:b/>
                <w:bCs/>
                <w:color w:val="FFFFFF" w:themeColor="background1"/>
                <w:sz w:val="18"/>
                <w:szCs w:val="18"/>
                <w:lang w:val="fr-FR"/>
              </w:rPr>
              <w:t>Partenaire/acteur du secteur</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1843B50" w14:textId="77777777" w:rsidR="00626F96" w:rsidRPr="0083086E" w:rsidRDefault="00FE478F">
            <w:pPr>
              <w:spacing w:after="40"/>
              <w:rPr>
                <w:lang w:val="fr-FR"/>
              </w:rPr>
            </w:pPr>
            <w:r w:rsidRPr="77370776">
              <w:rPr>
                <w:b/>
                <w:bCs/>
                <w:color w:val="FFFFFF" w:themeColor="background1"/>
                <w:sz w:val="18"/>
                <w:szCs w:val="18"/>
                <w:lang w:val="fr-FR"/>
              </w:rPr>
              <w:t>Nature de la collaboration</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28E4697F" w14:textId="77777777" w:rsidR="00626F96" w:rsidRPr="0083086E" w:rsidRDefault="00FE478F">
            <w:pPr>
              <w:spacing w:after="40"/>
              <w:rPr>
                <w:lang w:val="fr-FR"/>
              </w:rPr>
            </w:pPr>
            <w:r w:rsidRPr="77370776">
              <w:rPr>
                <w:b/>
                <w:bCs/>
                <w:color w:val="FFFFFF" w:themeColor="background1"/>
                <w:sz w:val="18"/>
                <w:szCs w:val="18"/>
                <w:lang w:val="fr-FR"/>
              </w:rPr>
              <w:t>Produit ou résultat escompté</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5DAFE329" w14:textId="77777777" w:rsidR="00626F96" w:rsidRPr="0083086E" w:rsidRDefault="00FE478F">
            <w:pPr>
              <w:spacing w:after="40"/>
              <w:rPr>
                <w:lang w:val="fr-FR"/>
              </w:rPr>
            </w:pPr>
            <w:r w:rsidRPr="77370776">
              <w:rPr>
                <w:b/>
                <w:bCs/>
                <w:color w:val="FFFFFF" w:themeColor="background1"/>
                <w:sz w:val="18"/>
                <w:szCs w:val="18"/>
                <w:lang w:val="fr-FR"/>
              </w:rPr>
              <w:t>État d'avancement</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FAA744F" w14:textId="77777777" w:rsidR="00626F96" w:rsidRPr="0083086E" w:rsidRDefault="00FE478F">
            <w:pPr>
              <w:spacing w:after="40"/>
              <w:rPr>
                <w:lang w:val="fr-FR"/>
              </w:rPr>
            </w:pPr>
            <w:r w:rsidRPr="77370776">
              <w:rPr>
                <w:b/>
                <w:bCs/>
                <w:color w:val="FFFFFF" w:themeColor="background1"/>
                <w:sz w:val="18"/>
                <w:szCs w:val="18"/>
                <w:lang w:val="fr-FR"/>
              </w:rPr>
              <w:t>Données probantes disponibles</w:t>
            </w:r>
          </w:p>
        </w:tc>
      </w:tr>
      <w:tr w:rsidR="00626F96" w:rsidRPr="00391361" w14:paraId="1863547F"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FA0ED8F"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BC6746B"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76D153E"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ED4ECB3"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9896E90" w14:textId="77777777" w:rsidR="00626F96" w:rsidRPr="0083086E" w:rsidRDefault="00FE478F">
            <w:pPr>
              <w:spacing w:after="40"/>
              <w:rPr>
                <w:lang w:val="fr-FR"/>
              </w:rPr>
            </w:pPr>
            <w:r w:rsidRPr="77370776">
              <w:rPr>
                <w:sz w:val="18"/>
                <w:szCs w:val="18"/>
                <w:lang w:val="fr-FR"/>
              </w:rPr>
              <w:t>[Tapez ici]</w:t>
            </w:r>
          </w:p>
        </w:tc>
      </w:tr>
      <w:tr w:rsidR="00626F96" w:rsidRPr="00391361" w14:paraId="6F399FC5"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5AD38DF" w14:textId="77777777" w:rsidR="00626F96" w:rsidRPr="0083086E" w:rsidRDefault="00FE478F">
            <w:pPr>
              <w:spacing w:after="40"/>
              <w:rPr>
                <w:lang w:val="fr-FR"/>
              </w:rPr>
            </w:pPr>
            <w:r w:rsidRPr="77370776">
              <w:rPr>
                <w:sz w:val="18"/>
                <w:szCs w:val="18"/>
                <w:lang w:val="fr-FR"/>
              </w:rPr>
              <w:lastRenderedPageBreak/>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16B8758"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5342DFC"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DD4EF6B"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CF1B1AA" w14:textId="77777777" w:rsidR="00626F96" w:rsidRPr="0083086E" w:rsidRDefault="00FE478F">
            <w:pPr>
              <w:spacing w:after="40"/>
              <w:rPr>
                <w:lang w:val="fr-FR"/>
              </w:rPr>
            </w:pPr>
            <w:r w:rsidRPr="77370776">
              <w:rPr>
                <w:sz w:val="18"/>
                <w:szCs w:val="18"/>
                <w:lang w:val="fr-FR"/>
              </w:rPr>
              <w:t>[Tapez ici]</w:t>
            </w:r>
          </w:p>
        </w:tc>
      </w:tr>
      <w:tr w:rsidR="00626F96" w:rsidRPr="00391361" w14:paraId="732C7CCD"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0B340AE"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7C50D48"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D9B543A"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AFB2370" w14:textId="77777777" w:rsidR="00626F96" w:rsidRPr="0083086E" w:rsidRDefault="00FE478F">
            <w:pPr>
              <w:spacing w:after="40"/>
              <w:rPr>
                <w:lang w:val="fr-FR"/>
              </w:rPr>
            </w:pPr>
            <w:r w:rsidRPr="77370776">
              <w:rPr>
                <w:sz w:val="18"/>
                <w:szCs w:val="18"/>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F8B6EF6" w14:textId="77777777" w:rsidR="00626F96" w:rsidRPr="0083086E" w:rsidRDefault="00FE478F">
            <w:pPr>
              <w:spacing w:after="40"/>
              <w:rPr>
                <w:lang w:val="fr-FR"/>
              </w:rPr>
            </w:pPr>
            <w:r w:rsidRPr="77370776">
              <w:rPr>
                <w:sz w:val="18"/>
                <w:szCs w:val="18"/>
                <w:lang w:val="fr-FR"/>
              </w:rPr>
              <w:t>[Tapez ici]</w:t>
            </w:r>
          </w:p>
        </w:tc>
      </w:tr>
    </w:tbl>
    <w:p w14:paraId="0CBCAF79" w14:textId="77777777" w:rsidR="00626F96" w:rsidRPr="0083086E" w:rsidRDefault="00FE478F">
      <w:pPr>
        <w:pStyle w:val="Heading3"/>
        <w:spacing w:before="80" w:after="60"/>
        <w:rPr>
          <w:lang w:val="fr-FR"/>
        </w:rPr>
      </w:pPr>
      <w:r w:rsidRPr="77370776">
        <w:rPr>
          <w:rFonts w:ascii="Arial" w:hAnsi="Arial"/>
          <w:color w:val="000000" w:themeColor="text1"/>
          <w:lang w:val="fr-FR"/>
        </w:rPr>
        <w:t>2.4 Tableau indicatif des résultats</w:t>
      </w:r>
    </w:p>
    <w:p w14:paraId="3DA4771F" w14:textId="5F0DDE8A" w:rsidR="00626F96" w:rsidRPr="0083086E" w:rsidRDefault="00FE478F">
      <w:pPr>
        <w:spacing w:after="100" w:line="240" w:lineRule="auto"/>
        <w:rPr>
          <w:lang w:val="fr-FR"/>
        </w:rPr>
      </w:pPr>
      <w:r w:rsidRPr="77370776">
        <w:rPr>
          <w:sz w:val="21"/>
          <w:szCs w:val="21"/>
          <w:lang w:val="fr-FR"/>
        </w:rPr>
        <w:t xml:space="preserve">Compléter le tableau en indiquant les résultats attendus au cours de la période </w:t>
      </w:r>
      <w:r w:rsidR="00FD11B9" w:rsidRPr="77370776">
        <w:rPr>
          <w:sz w:val="21"/>
          <w:szCs w:val="21"/>
          <w:lang w:val="fr-FR"/>
        </w:rPr>
        <w:t xml:space="preserve">de 5 ans </w:t>
      </w:r>
      <w:r w:rsidRPr="77370776">
        <w:rPr>
          <w:sz w:val="21"/>
          <w:szCs w:val="21"/>
          <w:lang w:val="fr-FR"/>
        </w:rPr>
        <w:t xml:space="preserve">du programme et les hypothèses sous-tendant chaque cible. Ce tableau n'est pas pris en compte dans la limite de pages </w:t>
      </w:r>
      <w:r w:rsidR="001B019E" w:rsidRPr="77370776">
        <w:rPr>
          <w:sz w:val="21"/>
          <w:szCs w:val="21"/>
          <w:lang w:val="fr-FR"/>
        </w:rPr>
        <w:t>narratives</w:t>
      </w:r>
      <w:r w:rsidRPr="77370776">
        <w:rPr>
          <w:sz w:val="21"/>
          <w:szCs w:val="21"/>
          <w:lang w:val="fr-FR"/>
        </w:rPr>
        <w:t>.</w:t>
      </w:r>
    </w:p>
    <w:tbl>
      <w:tblPr>
        <w:tblStyle w:val="TableGrid"/>
        <w:tblW w:w="5000" w:type="pct"/>
        <w:jc w:val="center"/>
        <w:tblLook w:val="04A0" w:firstRow="1" w:lastRow="0" w:firstColumn="1" w:lastColumn="0" w:noHBand="0" w:noVBand="1"/>
      </w:tblPr>
      <w:tblGrid>
        <w:gridCol w:w="4665"/>
        <w:gridCol w:w="2107"/>
        <w:gridCol w:w="3184"/>
      </w:tblGrid>
      <w:tr w:rsidR="00626F96" w:rsidRPr="00391361" w14:paraId="5A171EA4" w14:textId="77777777" w:rsidTr="77370776">
        <w:trPr>
          <w:cantSplit/>
          <w:tblHeader/>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97AA2A5" w14:textId="77777777" w:rsidR="00626F96" w:rsidRPr="0083086E" w:rsidRDefault="00FE478F">
            <w:pPr>
              <w:spacing w:after="40"/>
              <w:rPr>
                <w:lang w:val="fr-FR"/>
              </w:rPr>
            </w:pPr>
            <w:r w:rsidRPr="77370776">
              <w:rPr>
                <w:b/>
                <w:bCs/>
                <w:color w:val="FFFFFF" w:themeColor="background1"/>
                <w:sz w:val="19"/>
                <w:szCs w:val="19"/>
                <w:lang w:val="fr-FR"/>
              </w:rPr>
              <w:t>Indicateur</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20BE9199" w14:textId="77777777" w:rsidR="00626F96" w:rsidRPr="0083086E" w:rsidRDefault="00FE478F">
            <w:pPr>
              <w:spacing w:after="40"/>
              <w:rPr>
                <w:lang w:val="fr-FR"/>
              </w:rPr>
            </w:pPr>
            <w:r w:rsidRPr="77370776">
              <w:rPr>
                <w:b/>
                <w:bCs/>
                <w:color w:val="FFFFFF" w:themeColor="background1"/>
                <w:sz w:val="19"/>
                <w:szCs w:val="19"/>
                <w:lang w:val="fr-FR"/>
              </w:rPr>
              <w:t>Réalisation prévue (5 ans)</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49E46583" w14:textId="77777777" w:rsidR="00626F96" w:rsidRPr="0083086E" w:rsidRDefault="00FE478F">
            <w:pPr>
              <w:spacing w:after="40"/>
              <w:rPr>
                <w:lang w:val="fr-FR"/>
              </w:rPr>
            </w:pPr>
            <w:r w:rsidRPr="77370776">
              <w:rPr>
                <w:b/>
                <w:bCs/>
                <w:color w:val="FFFFFF" w:themeColor="background1"/>
                <w:sz w:val="19"/>
                <w:szCs w:val="19"/>
                <w:lang w:val="fr-FR"/>
              </w:rPr>
              <w:t>Principales hypothèses</w:t>
            </w:r>
          </w:p>
        </w:tc>
      </w:tr>
      <w:tr w:rsidR="00626F96" w:rsidRPr="00391361" w14:paraId="51450A9B"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3FF616E" w14:textId="77777777" w:rsidR="00626F96" w:rsidRPr="0083086E" w:rsidRDefault="00FE478F">
            <w:pPr>
              <w:spacing w:after="40"/>
              <w:rPr>
                <w:lang w:val="fr-FR"/>
              </w:rPr>
            </w:pPr>
            <w:r w:rsidRPr="77370776">
              <w:rPr>
                <w:sz w:val="19"/>
                <w:szCs w:val="19"/>
                <w:lang w:val="fr-FR"/>
              </w:rPr>
              <w:t>% de diplômés trouvant un emploi ou progressant dans les 6 mois</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749895C"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B276471" w14:textId="77777777" w:rsidR="00626F96" w:rsidRPr="0083086E" w:rsidRDefault="00FE478F">
            <w:pPr>
              <w:spacing w:after="40"/>
              <w:rPr>
                <w:lang w:val="fr-FR"/>
              </w:rPr>
            </w:pPr>
            <w:r w:rsidRPr="77370776">
              <w:rPr>
                <w:sz w:val="19"/>
                <w:szCs w:val="19"/>
                <w:lang w:val="fr-FR"/>
              </w:rPr>
              <w:t>[Tapez ici]</w:t>
            </w:r>
          </w:p>
        </w:tc>
      </w:tr>
      <w:tr w:rsidR="00626F96" w:rsidRPr="00391361" w14:paraId="65935ACD"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0B4C80E" w14:textId="77777777" w:rsidR="00626F96" w:rsidRPr="0083086E" w:rsidRDefault="00FE478F">
            <w:pPr>
              <w:spacing w:after="40"/>
              <w:rPr>
                <w:lang w:val="fr-FR"/>
              </w:rPr>
            </w:pPr>
            <w:r w:rsidRPr="77370776">
              <w:rPr>
                <w:sz w:val="19"/>
                <w:szCs w:val="19"/>
                <w:lang w:val="fr-FR"/>
              </w:rPr>
              <w:t>Nombre total de diplômés - Technicien supérieur / diplôme</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26BA292"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6487A94" w14:textId="77777777" w:rsidR="00626F96" w:rsidRPr="0083086E" w:rsidRDefault="00FE478F">
            <w:pPr>
              <w:spacing w:after="40"/>
              <w:rPr>
                <w:lang w:val="fr-FR"/>
              </w:rPr>
            </w:pPr>
            <w:r w:rsidRPr="77370776">
              <w:rPr>
                <w:sz w:val="19"/>
                <w:szCs w:val="19"/>
                <w:lang w:val="fr-FR"/>
              </w:rPr>
              <w:t>[Tapez ici]</w:t>
            </w:r>
          </w:p>
        </w:tc>
      </w:tr>
      <w:tr w:rsidR="00626F96" w:rsidRPr="00391361" w14:paraId="499B4925"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10F5EE9" w14:textId="77777777" w:rsidR="00626F96" w:rsidRPr="0083086E" w:rsidRDefault="00FE478F">
            <w:pPr>
              <w:spacing w:after="40"/>
              <w:rPr>
                <w:lang w:val="fr-FR"/>
              </w:rPr>
            </w:pPr>
            <w:r w:rsidRPr="77370776">
              <w:rPr>
                <w:sz w:val="19"/>
                <w:szCs w:val="19"/>
                <w:lang w:val="fr-FR"/>
              </w:rPr>
              <w:t>Nombre total de diplômés - Programmes de certificat</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5B8F4D3"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39516DF" w14:textId="77777777" w:rsidR="00626F96" w:rsidRPr="0083086E" w:rsidRDefault="00FE478F">
            <w:pPr>
              <w:spacing w:after="40"/>
              <w:rPr>
                <w:lang w:val="fr-FR"/>
              </w:rPr>
            </w:pPr>
            <w:r w:rsidRPr="77370776">
              <w:rPr>
                <w:sz w:val="19"/>
                <w:szCs w:val="19"/>
                <w:lang w:val="fr-FR"/>
              </w:rPr>
              <w:t>[Tapez ici]</w:t>
            </w:r>
          </w:p>
        </w:tc>
      </w:tr>
      <w:tr w:rsidR="00626F96" w:rsidRPr="00391361" w14:paraId="150243AC"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551EC00" w14:textId="77777777" w:rsidR="00626F96" w:rsidRPr="0083086E" w:rsidRDefault="00FE478F">
            <w:pPr>
              <w:spacing w:after="40"/>
              <w:rPr>
                <w:lang w:val="fr-FR"/>
              </w:rPr>
            </w:pPr>
            <w:r w:rsidRPr="77370776">
              <w:rPr>
                <w:sz w:val="19"/>
                <w:szCs w:val="19"/>
                <w:lang w:val="fr-FR"/>
              </w:rPr>
              <w:t>Stagiaires en formation courte (reconversion/perfectionnement)</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2D7BADB"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9282AE3" w14:textId="77777777" w:rsidR="00626F96" w:rsidRPr="0083086E" w:rsidRDefault="00FE478F">
            <w:pPr>
              <w:spacing w:after="40"/>
              <w:rPr>
                <w:lang w:val="fr-FR"/>
              </w:rPr>
            </w:pPr>
            <w:r w:rsidRPr="77370776">
              <w:rPr>
                <w:sz w:val="19"/>
                <w:szCs w:val="19"/>
                <w:lang w:val="fr-FR"/>
              </w:rPr>
              <w:t>[Tapez ici]</w:t>
            </w:r>
          </w:p>
        </w:tc>
      </w:tr>
      <w:tr w:rsidR="00626F96" w:rsidRPr="00391361" w14:paraId="5EA976BF"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2EAE50B" w14:textId="2EE59B74" w:rsidR="00626F96" w:rsidRPr="0083086E" w:rsidRDefault="00FE478F">
            <w:pPr>
              <w:spacing w:after="40"/>
              <w:rPr>
                <w:lang w:val="fr-FR"/>
              </w:rPr>
            </w:pPr>
            <w:r w:rsidRPr="77370776">
              <w:rPr>
                <w:sz w:val="19"/>
                <w:szCs w:val="19"/>
                <w:lang w:val="fr-FR"/>
              </w:rPr>
              <w:t>Apprentis et apprenants en milieu professionnel</w:t>
            </w:r>
            <w:r w:rsidR="40BE40CB" w:rsidRPr="77370776">
              <w:rPr>
                <w:sz w:val="19"/>
                <w:szCs w:val="19"/>
                <w:lang w:val="fr-FR"/>
              </w:rPr>
              <w:t>/ alternance</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8619C61"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3B916B9" w14:textId="77777777" w:rsidR="00626F96" w:rsidRPr="0083086E" w:rsidRDefault="00FE478F">
            <w:pPr>
              <w:spacing w:after="40"/>
              <w:rPr>
                <w:lang w:val="fr-FR"/>
              </w:rPr>
            </w:pPr>
            <w:r w:rsidRPr="77370776">
              <w:rPr>
                <w:sz w:val="19"/>
                <w:szCs w:val="19"/>
                <w:lang w:val="fr-FR"/>
              </w:rPr>
              <w:t>[Tapez ici]</w:t>
            </w:r>
          </w:p>
        </w:tc>
      </w:tr>
      <w:tr w:rsidR="00626F96" w:rsidRPr="00391361" w14:paraId="531842FA"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63D586D" w14:textId="77777777" w:rsidR="00626F96" w:rsidRPr="0083086E" w:rsidRDefault="00FE478F">
            <w:pPr>
              <w:spacing w:after="40"/>
              <w:rPr>
                <w:lang w:val="fr-FR"/>
              </w:rPr>
            </w:pPr>
            <w:r w:rsidRPr="77370776">
              <w:rPr>
                <w:sz w:val="19"/>
                <w:szCs w:val="19"/>
                <w:lang w:val="fr-FR"/>
              </w:rPr>
              <w:t>Participants à la formation en cours d'emploi en entreprise</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A761BAD"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01079AA" w14:textId="77777777" w:rsidR="00626F96" w:rsidRPr="0083086E" w:rsidRDefault="00FE478F">
            <w:pPr>
              <w:spacing w:after="40"/>
              <w:rPr>
                <w:lang w:val="fr-FR"/>
              </w:rPr>
            </w:pPr>
            <w:r w:rsidRPr="77370776">
              <w:rPr>
                <w:sz w:val="19"/>
                <w:szCs w:val="19"/>
                <w:lang w:val="fr-FR"/>
              </w:rPr>
              <w:t>[Tapez ici]</w:t>
            </w:r>
          </w:p>
        </w:tc>
      </w:tr>
      <w:tr w:rsidR="00626F96" w:rsidRPr="00391361" w14:paraId="02DE09F0"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4CE50F4" w14:textId="74526634" w:rsidR="00626F96" w:rsidRPr="0083086E" w:rsidRDefault="00FE478F">
            <w:pPr>
              <w:spacing w:after="40"/>
              <w:rPr>
                <w:lang w:val="fr-FR"/>
              </w:rPr>
            </w:pPr>
            <w:r w:rsidRPr="77370776">
              <w:rPr>
                <w:sz w:val="19"/>
                <w:szCs w:val="19"/>
                <w:lang w:val="fr-FR"/>
              </w:rPr>
              <w:t>Étudiantes (% du total)</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A047C34"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91DAF61" w14:textId="77777777" w:rsidR="00626F96" w:rsidRPr="0083086E" w:rsidRDefault="00FE478F">
            <w:pPr>
              <w:spacing w:after="40"/>
              <w:rPr>
                <w:lang w:val="fr-FR"/>
              </w:rPr>
            </w:pPr>
            <w:r w:rsidRPr="77370776">
              <w:rPr>
                <w:sz w:val="19"/>
                <w:szCs w:val="19"/>
                <w:lang w:val="fr-FR"/>
              </w:rPr>
              <w:t>[Tapez ici]</w:t>
            </w:r>
          </w:p>
        </w:tc>
      </w:tr>
      <w:tr w:rsidR="00626F96" w:rsidRPr="00391361" w14:paraId="51FDAA1B"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B2FECAB" w14:textId="449CAC8F" w:rsidR="00626F96" w:rsidRPr="0083086E" w:rsidRDefault="00FE478F">
            <w:pPr>
              <w:spacing w:after="40"/>
              <w:rPr>
                <w:lang w:val="fr-FR"/>
              </w:rPr>
            </w:pPr>
            <w:r w:rsidRPr="77370776">
              <w:rPr>
                <w:sz w:val="19"/>
                <w:szCs w:val="19"/>
                <w:lang w:val="fr-FR"/>
              </w:rPr>
              <w:t>Étudiants régionaux/non nationaux (% du total)</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897239C"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93DC6B9" w14:textId="77777777" w:rsidR="00626F96" w:rsidRPr="0083086E" w:rsidRDefault="00FE478F">
            <w:pPr>
              <w:spacing w:after="40"/>
              <w:rPr>
                <w:lang w:val="fr-FR"/>
              </w:rPr>
            </w:pPr>
            <w:r w:rsidRPr="77370776">
              <w:rPr>
                <w:sz w:val="19"/>
                <w:szCs w:val="19"/>
                <w:lang w:val="fr-FR"/>
              </w:rPr>
              <w:t>[Tapez ici]</w:t>
            </w:r>
          </w:p>
        </w:tc>
      </w:tr>
      <w:tr w:rsidR="00626F96" w:rsidRPr="00391361" w14:paraId="0A4FD3FC"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B73B43D" w14:textId="77777777" w:rsidR="00626F96" w:rsidRPr="0083086E" w:rsidRDefault="00FE478F">
            <w:pPr>
              <w:spacing w:after="40"/>
              <w:rPr>
                <w:lang w:val="fr-FR"/>
              </w:rPr>
            </w:pPr>
            <w:r w:rsidRPr="77370776">
              <w:rPr>
                <w:sz w:val="19"/>
                <w:szCs w:val="19"/>
                <w:lang w:val="fr-FR"/>
              </w:rPr>
              <w:t>Programmes récemment accrédités ou certifiés par l'industrie</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0D6473F"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77839D7" w14:textId="77777777" w:rsidR="00626F96" w:rsidRPr="0083086E" w:rsidRDefault="00FE478F">
            <w:pPr>
              <w:spacing w:after="40"/>
              <w:rPr>
                <w:lang w:val="fr-FR"/>
              </w:rPr>
            </w:pPr>
            <w:r w:rsidRPr="77370776">
              <w:rPr>
                <w:sz w:val="19"/>
                <w:szCs w:val="19"/>
                <w:lang w:val="fr-FR"/>
              </w:rPr>
              <w:t>[Tapez ici]</w:t>
            </w:r>
          </w:p>
        </w:tc>
      </w:tr>
      <w:tr w:rsidR="00626F96" w:rsidRPr="00391361" w14:paraId="2D137AA0"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3842D16" w14:textId="7DD56E49" w:rsidR="00626F96" w:rsidRPr="0083086E" w:rsidRDefault="7F96BDB3">
            <w:pPr>
              <w:spacing w:after="40"/>
              <w:rPr>
                <w:lang w:val="fr-FR"/>
              </w:rPr>
            </w:pPr>
            <w:r w:rsidRPr="77370776">
              <w:rPr>
                <w:sz w:val="19"/>
                <w:szCs w:val="19"/>
                <w:lang w:val="fr-FR"/>
              </w:rPr>
              <w:t xml:space="preserve">Entreprises </w:t>
            </w:r>
            <w:r w:rsidR="00FE478F" w:rsidRPr="77370776">
              <w:rPr>
                <w:sz w:val="19"/>
                <w:szCs w:val="19"/>
                <w:lang w:val="fr-FR"/>
              </w:rPr>
              <w:t>partenaires participant activement au programme ou à l'enseignement</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0C263DB"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C7DB19B" w14:textId="77777777" w:rsidR="00626F96" w:rsidRPr="0083086E" w:rsidRDefault="00FE478F">
            <w:pPr>
              <w:spacing w:after="40"/>
              <w:rPr>
                <w:lang w:val="fr-FR"/>
              </w:rPr>
            </w:pPr>
            <w:r w:rsidRPr="77370776">
              <w:rPr>
                <w:sz w:val="19"/>
                <w:szCs w:val="19"/>
                <w:lang w:val="fr-FR"/>
              </w:rPr>
              <w:t>[Tapez ici]</w:t>
            </w:r>
          </w:p>
        </w:tc>
      </w:tr>
      <w:tr w:rsidR="00626F96" w:rsidRPr="00391361" w14:paraId="51E74262"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F541494" w14:textId="77777777" w:rsidR="00626F96" w:rsidRPr="0083086E" w:rsidRDefault="00FE478F">
            <w:pPr>
              <w:spacing w:after="40"/>
              <w:rPr>
                <w:lang w:val="fr-FR"/>
              </w:rPr>
            </w:pPr>
            <w:r w:rsidRPr="77370776">
              <w:rPr>
                <w:sz w:val="19"/>
                <w:szCs w:val="19"/>
                <w:lang w:val="fr-FR"/>
              </w:rPr>
              <w:t>Stages/placements professionnels</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7A66468"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566C02D" w14:textId="77777777" w:rsidR="00626F96" w:rsidRPr="0083086E" w:rsidRDefault="00FE478F">
            <w:pPr>
              <w:spacing w:after="40"/>
              <w:rPr>
                <w:lang w:val="fr-FR"/>
              </w:rPr>
            </w:pPr>
            <w:r w:rsidRPr="77370776">
              <w:rPr>
                <w:sz w:val="19"/>
                <w:szCs w:val="19"/>
                <w:lang w:val="fr-FR"/>
              </w:rPr>
              <w:t>[Tapez ici]</w:t>
            </w:r>
          </w:p>
        </w:tc>
      </w:tr>
      <w:tr w:rsidR="00626F96" w:rsidRPr="00391361" w14:paraId="27D9CD82"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FEA80BF" w14:textId="77777777" w:rsidR="00626F96" w:rsidRPr="0083086E" w:rsidRDefault="00FE478F">
            <w:pPr>
              <w:spacing w:after="40"/>
              <w:rPr>
                <w:lang w:val="fr-FR"/>
              </w:rPr>
            </w:pPr>
            <w:r w:rsidRPr="77370776">
              <w:rPr>
                <w:sz w:val="19"/>
                <w:szCs w:val="19"/>
                <w:lang w:val="fr-FR"/>
              </w:rPr>
              <w:t>Publications évaluées par des pairs, en collaboration avec le partenaire du CEA</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259DC61"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C684988" w14:textId="77777777" w:rsidR="00626F96" w:rsidRPr="0083086E" w:rsidRDefault="00FE478F">
            <w:pPr>
              <w:spacing w:after="40"/>
              <w:rPr>
                <w:lang w:val="fr-FR"/>
              </w:rPr>
            </w:pPr>
            <w:r w:rsidRPr="77370776">
              <w:rPr>
                <w:sz w:val="19"/>
                <w:szCs w:val="19"/>
                <w:lang w:val="fr-FR"/>
              </w:rPr>
              <w:t>[Tapez ici]</w:t>
            </w:r>
          </w:p>
        </w:tc>
      </w:tr>
      <w:tr w:rsidR="00626F96" w:rsidRPr="00391361" w14:paraId="6A088371"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9ADCBAA" w14:textId="77777777" w:rsidR="00626F96" w:rsidRPr="0083086E" w:rsidRDefault="00FE478F">
            <w:pPr>
              <w:spacing w:after="40"/>
              <w:rPr>
                <w:lang w:val="fr-FR"/>
              </w:rPr>
            </w:pPr>
            <w:r w:rsidRPr="77370776">
              <w:rPr>
                <w:sz w:val="19"/>
                <w:szCs w:val="19"/>
                <w:lang w:val="fr-FR"/>
              </w:rPr>
              <w:t>Produits de recherche appliquée ou d'innovation liés au partenaire CEA</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B6B37FC"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B4FA8B8" w14:textId="77777777" w:rsidR="00626F96" w:rsidRPr="0083086E" w:rsidRDefault="00FE478F">
            <w:pPr>
              <w:spacing w:after="40"/>
              <w:rPr>
                <w:lang w:val="fr-FR"/>
              </w:rPr>
            </w:pPr>
            <w:r w:rsidRPr="77370776">
              <w:rPr>
                <w:sz w:val="19"/>
                <w:szCs w:val="19"/>
                <w:lang w:val="fr-FR"/>
              </w:rPr>
              <w:t>[Tapez ici]</w:t>
            </w:r>
          </w:p>
        </w:tc>
      </w:tr>
      <w:tr w:rsidR="00626F96" w:rsidRPr="00391361" w14:paraId="0753B644" w14:textId="77777777" w:rsidTr="77370776">
        <w:trPr>
          <w:cantSplit/>
          <w:jc w:val="center"/>
        </w:trPr>
        <w:tc>
          <w:tcPr>
            <w:tcW w:w="5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3A775C4" w14:textId="28925C45" w:rsidR="00626F96" w:rsidRPr="0083086E" w:rsidRDefault="00E90AE2">
            <w:pPr>
              <w:spacing w:after="40"/>
              <w:rPr>
                <w:lang w:val="fr-FR"/>
              </w:rPr>
            </w:pPr>
            <w:r w:rsidRPr="77370776">
              <w:rPr>
                <w:sz w:val="19"/>
                <w:szCs w:val="19"/>
                <w:lang w:val="fr-FR"/>
              </w:rPr>
              <w:t>Revenus externes générés</w:t>
            </w:r>
            <w:r w:rsidR="00FE478F" w:rsidRPr="77370776">
              <w:rPr>
                <w:sz w:val="19"/>
                <w:szCs w:val="19"/>
                <w:lang w:val="fr-FR"/>
              </w:rPr>
              <w:t xml:space="preserve"> (USD)</w:t>
            </w:r>
          </w:p>
        </w:tc>
        <w:tc>
          <w:tcPr>
            <w:tcW w:w="23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A5DD9BD" w14:textId="77777777" w:rsidR="00626F96" w:rsidRPr="0083086E" w:rsidRDefault="00FE478F">
            <w:pPr>
              <w:spacing w:after="40"/>
              <w:rPr>
                <w:lang w:val="fr-FR"/>
              </w:rPr>
            </w:pPr>
            <w:r w:rsidRPr="77370776">
              <w:rPr>
                <w:sz w:val="19"/>
                <w:szCs w:val="19"/>
                <w:lang w:val="fr-FR"/>
              </w:rPr>
              <w:t>[Tapez ici]</w:t>
            </w:r>
          </w:p>
        </w:tc>
        <w:tc>
          <w:tcPr>
            <w:tcW w:w="36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D76F2F6" w14:textId="77777777" w:rsidR="00626F96" w:rsidRPr="0083086E" w:rsidRDefault="00FE478F">
            <w:pPr>
              <w:spacing w:after="40"/>
              <w:rPr>
                <w:lang w:val="fr-FR"/>
              </w:rPr>
            </w:pPr>
            <w:r w:rsidRPr="77370776">
              <w:rPr>
                <w:sz w:val="19"/>
                <w:szCs w:val="19"/>
                <w:lang w:val="fr-FR"/>
              </w:rPr>
              <w:t>[Tapez ici]</w:t>
            </w:r>
          </w:p>
        </w:tc>
      </w:tr>
    </w:tbl>
    <w:p w14:paraId="3183FB96" w14:textId="77777777" w:rsidR="00626F96" w:rsidRPr="0083086E" w:rsidRDefault="00FE478F">
      <w:pPr>
        <w:pStyle w:val="Heading2"/>
        <w:spacing w:before="120" w:after="100"/>
        <w:rPr>
          <w:lang w:val="fr-FR"/>
        </w:rPr>
      </w:pPr>
      <w:r w:rsidRPr="77370776">
        <w:rPr>
          <w:rFonts w:ascii="Arial" w:hAnsi="Arial"/>
          <w:color w:val="1F4E79"/>
          <w:lang w:val="fr-FR"/>
        </w:rPr>
        <w:t>Section 3 - Qualité institutionnelle et état de préparation</w:t>
      </w:r>
    </w:p>
    <w:p w14:paraId="2F577BC4" w14:textId="77777777" w:rsidR="00626F96" w:rsidRPr="0083086E" w:rsidRDefault="00FE478F">
      <w:pPr>
        <w:spacing w:after="100" w:line="240" w:lineRule="auto"/>
        <w:rPr>
          <w:b/>
          <w:bCs/>
          <w:lang w:val="fr-FR"/>
        </w:rPr>
      </w:pPr>
      <w:r w:rsidRPr="77370776">
        <w:rPr>
          <w:b/>
          <w:bCs/>
          <w:i/>
          <w:iCs/>
          <w:color w:val="C00000"/>
          <w:sz w:val="20"/>
          <w:szCs w:val="20"/>
          <w:lang w:val="fr-FR"/>
        </w:rPr>
        <w:t>Allocation indicative : 3 à 4 pages.</w:t>
      </w:r>
    </w:p>
    <w:p w14:paraId="4A33D29D" w14:textId="77777777" w:rsidR="00626F96" w:rsidRPr="0083086E" w:rsidRDefault="00FE478F">
      <w:pPr>
        <w:pStyle w:val="Heading3"/>
        <w:spacing w:before="80" w:after="60"/>
        <w:rPr>
          <w:lang w:val="fr-FR"/>
        </w:rPr>
      </w:pPr>
      <w:r w:rsidRPr="77370776">
        <w:rPr>
          <w:rFonts w:ascii="Arial" w:hAnsi="Arial"/>
          <w:color w:val="000000" w:themeColor="text1"/>
          <w:lang w:val="fr-FR"/>
        </w:rPr>
        <w:lastRenderedPageBreak/>
        <w:t>3.1 Bilan et capacités existantes</w:t>
      </w:r>
    </w:p>
    <w:tbl>
      <w:tblPr>
        <w:tblW w:w="5000" w:type="pct"/>
        <w:tblLook w:val="04A0" w:firstRow="1" w:lastRow="0" w:firstColumn="1" w:lastColumn="0" w:noHBand="0" w:noVBand="1"/>
      </w:tblPr>
      <w:tblGrid>
        <w:gridCol w:w="9956"/>
      </w:tblGrid>
      <w:tr w:rsidR="00626F96" w:rsidRPr="00BC134C" w14:paraId="0F708FC9"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123A4A8" w14:textId="2E923552"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 xml:space="preserve">Résumez les réalisations dans le secteur proposé : prestation de formation, engagement des </w:t>
            </w:r>
            <w:r w:rsidR="7F96BDB3" w:rsidRPr="77370776">
              <w:rPr>
                <w:sz w:val="20"/>
                <w:szCs w:val="20"/>
                <w:lang w:val="fr-FR"/>
              </w:rPr>
              <w:t>entreprises</w:t>
            </w:r>
            <w:r w:rsidR="00FE478F" w:rsidRPr="77370776">
              <w:rPr>
                <w:sz w:val="20"/>
                <w:szCs w:val="20"/>
                <w:lang w:val="fr-FR"/>
              </w:rPr>
              <w:t xml:space="preserve">, apprentissage en milieu de travail, résultats des diplômés, nombre d'inscriptions, relations avec les </w:t>
            </w:r>
            <w:r w:rsidR="5E2DD56D" w:rsidRPr="77370776">
              <w:rPr>
                <w:sz w:val="20"/>
                <w:szCs w:val="20"/>
                <w:lang w:val="fr-FR"/>
              </w:rPr>
              <w:t>entreprises</w:t>
            </w:r>
            <w:r w:rsidR="00FE478F" w:rsidRPr="77370776">
              <w:rPr>
                <w:sz w:val="20"/>
                <w:szCs w:val="20"/>
                <w:lang w:val="fr-FR"/>
              </w:rPr>
              <w:t>, taux d'emploi des diplômés, accréditations et récompenses pertinentes.</w:t>
            </w:r>
          </w:p>
        </w:tc>
      </w:tr>
      <w:tr w:rsidR="00626F96" w:rsidRPr="00BC134C" w14:paraId="3E409125"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C48C1D2" w14:textId="1CC3F78D"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4E0D1C05" w14:textId="77777777" w:rsidR="00626F96" w:rsidRPr="0083086E" w:rsidRDefault="00626F96">
      <w:pPr>
        <w:spacing w:after="40"/>
        <w:rPr>
          <w:lang w:val="fr-FR"/>
        </w:rPr>
      </w:pPr>
    </w:p>
    <w:p w14:paraId="67F8D503" w14:textId="77777777" w:rsidR="00626F96" w:rsidRPr="0083086E" w:rsidRDefault="00FE478F">
      <w:pPr>
        <w:pStyle w:val="Heading3"/>
        <w:spacing w:before="80" w:after="60"/>
        <w:rPr>
          <w:lang w:val="fr-FR"/>
        </w:rPr>
      </w:pPr>
      <w:r w:rsidRPr="77370776">
        <w:rPr>
          <w:rFonts w:ascii="Arial" w:hAnsi="Arial"/>
          <w:color w:val="000000" w:themeColor="text1"/>
          <w:lang w:val="fr-FR"/>
        </w:rPr>
        <w:t>3.2 Qualité des formateurs et perfectionnement professionnel</w:t>
      </w:r>
    </w:p>
    <w:tbl>
      <w:tblPr>
        <w:tblW w:w="5000" w:type="pct"/>
        <w:tblLook w:val="04A0" w:firstRow="1" w:lastRow="0" w:firstColumn="1" w:lastColumn="0" w:noHBand="0" w:noVBand="1"/>
      </w:tblPr>
      <w:tblGrid>
        <w:gridCol w:w="9956"/>
      </w:tblGrid>
      <w:tr w:rsidR="00626F96" w:rsidRPr="00BC134C" w14:paraId="30CF915E"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5010D531" w14:textId="20875B32"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Décrivez les qualifications d</w:t>
            </w:r>
            <w:r w:rsidR="047F4502" w:rsidRPr="77370776">
              <w:rPr>
                <w:sz w:val="20"/>
                <w:szCs w:val="20"/>
                <w:lang w:val="fr-FR"/>
              </w:rPr>
              <w:t>es professeurs</w:t>
            </w:r>
            <w:r w:rsidR="00FE478F" w:rsidRPr="77370776">
              <w:rPr>
                <w:sz w:val="20"/>
                <w:szCs w:val="20"/>
                <w:lang w:val="fr-FR"/>
              </w:rPr>
              <w:t xml:space="preserve">, l'expérience de l'industrie et les pratiques de développement professionnel. Fournir plus de détails sur 2 ou 3 </w:t>
            </w:r>
            <w:r w:rsidR="2EA4B597" w:rsidRPr="77370776">
              <w:rPr>
                <w:sz w:val="20"/>
                <w:szCs w:val="20"/>
                <w:lang w:val="fr-FR"/>
              </w:rPr>
              <w:t xml:space="preserve">professeurs </w:t>
            </w:r>
            <w:r w:rsidR="00FE478F" w:rsidRPr="77370776">
              <w:rPr>
                <w:sz w:val="20"/>
                <w:szCs w:val="20"/>
                <w:lang w:val="fr-FR"/>
              </w:rPr>
              <w:t xml:space="preserve">principaux et expliquer comment des </w:t>
            </w:r>
            <w:r w:rsidR="2EA4B597" w:rsidRPr="77370776">
              <w:rPr>
                <w:sz w:val="20"/>
                <w:szCs w:val="20"/>
                <w:lang w:val="fr-FR"/>
              </w:rPr>
              <w:t xml:space="preserve">professeurs </w:t>
            </w:r>
            <w:r w:rsidR="00FE478F" w:rsidRPr="77370776">
              <w:rPr>
                <w:sz w:val="20"/>
                <w:szCs w:val="20"/>
                <w:lang w:val="fr-FR"/>
              </w:rPr>
              <w:t>de haut niveau seront attirés, formés et fidélisés.</w:t>
            </w:r>
          </w:p>
        </w:tc>
      </w:tr>
      <w:tr w:rsidR="00626F96" w:rsidRPr="00BC134C" w14:paraId="31C0BB80"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6089173" w14:textId="766076D8"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49E5E55B" w14:textId="77777777" w:rsidR="00626F96" w:rsidRPr="0083086E" w:rsidRDefault="00626F96">
      <w:pPr>
        <w:spacing w:after="40"/>
        <w:rPr>
          <w:lang w:val="fr-FR"/>
        </w:rPr>
      </w:pPr>
    </w:p>
    <w:p w14:paraId="139CB552" w14:textId="77777777" w:rsidR="00626F96" w:rsidRPr="0083086E" w:rsidRDefault="00FE478F">
      <w:pPr>
        <w:pStyle w:val="Heading3"/>
        <w:spacing w:before="80" w:after="60"/>
        <w:rPr>
          <w:lang w:val="fr-FR"/>
        </w:rPr>
      </w:pPr>
      <w:r w:rsidRPr="77370776">
        <w:rPr>
          <w:rFonts w:ascii="Arial" w:hAnsi="Arial"/>
          <w:color w:val="000000" w:themeColor="text1"/>
          <w:lang w:val="fr-FR"/>
        </w:rPr>
        <w:t>3.3 Appui à l'institution hôte et gouvernance</w:t>
      </w:r>
    </w:p>
    <w:tbl>
      <w:tblPr>
        <w:tblW w:w="5000" w:type="pct"/>
        <w:tblLook w:val="04A0" w:firstRow="1" w:lastRow="0" w:firstColumn="1" w:lastColumn="0" w:noHBand="0" w:noVBand="1"/>
      </w:tblPr>
      <w:tblGrid>
        <w:gridCol w:w="9956"/>
      </w:tblGrid>
      <w:tr w:rsidR="00626F96" w:rsidRPr="00BC134C" w14:paraId="4A10D7A3"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7DE4B56B" w14:textId="7BD291F0"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Décrivez l'engagement de l'institution hôte sous forme de leadership, de gouvernance, de soutien financier, d'infrastructures et d'engagements concrets. S'il s'agit d'un pôle nouveau ou réorganisé, expliquez comment il sera établi et géré.</w:t>
            </w:r>
          </w:p>
        </w:tc>
      </w:tr>
      <w:tr w:rsidR="00626F96" w:rsidRPr="00BC134C" w14:paraId="7D291B00"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32D552C" w14:textId="214A58E3"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2CFDBAAD" w14:textId="77777777" w:rsidR="00626F96" w:rsidRPr="0083086E" w:rsidRDefault="00626F96">
      <w:pPr>
        <w:spacing w:after="40"/>
        <w:rPr>
          <w:lang w:val="fr-FR"/>
        </w:rPr>
      </w:pPr>
    </w:p>
    <w:p w14:paraId="1CEF4A01" w14:textId="77777777" w:rsidR="00626F96" w:rsidRPr="0083086E" w:rsidRDefault="00FE478F">
      <w:pPr>
        <w:pStyle w:val="Heading3"/>
        <w:spacing w:before="80" w:after="60"/>
        <w:rPr>
          <w:lang w:val="fr-FR"/>
        </w:rPr>
      </w:pPr>
      <w:r w:rsidRPr="77370776">
        <w:rPr>
          <w:rFonts w:ascii="Arial" w:hAnsi="Arial"/>
          <w:color w:val="000000" w:themeColor="text1"/>
          <w:lang w:val="fr-FR"/>
        </w:rPr>
        <w:t>3.4 Plan d'investissement stratégique</w:t>
      </w:r>
    </w:p>
    <w:p w14:paraId="22F6C2F6" w14:textId="713BCCB6" w:rsidR="00626F96" w:rsidRPr="0083086E" w:rsidRDefault="00FE478F">
      <w:pPr>
        <w:spacing w:after="100" w:line="240" w:lineRule="auto"/>
        <w:rPr>
          <w:lang w:val="fr-FR"/>
        </w:rPr>
      </w:pPr>
      <w:r w:rsidRPr="77370776">
        <w:rPr>
          <w:sz w:val="21"/>
          <w:szCs w:val="21"/>
          <w:lang w:val="fr-FR"/>
        </w:rPr>
        <w:t>Jusqu'à 15</w:t>
      </w:r>
      <w:r w:rsidR="007B1828" w:rsidRPr="77370776">
        <w:rPr>
          <w:sz w:val="21"/>
          <w:szCs w:val="21"/>
          <w:lang w:val="fr-FR"/>
        </w:rPr>
        <w:t xml:space="preserve"> </w:t>
      </w:r>
      <w:r w:rsidRPr="77370776">
        <w:rPr>
          <w:sz w:val="21"/>
          <w:szCs w:val="21"/>
          <w:lang w:val="fr-FR"/>
        </w:rPr>
        <w:t xml:space="preserve">% de l'allocation de </w:t>
      </w:r>
      <w:r w:rsidR="006A2F9D" w:rsidRPr="77370776">
        <w:rPr>
          <w:sz w:val="21"/>
          <w:szCs w:val="21"/>
          <w:lang w:val="fr-FR"/>
        </w:rPr>
        <w:t>l’Institut Technique</w:t>
      </w:r>
      <w:r w:rsidRPr="77370776">
        <w:rPr>
          <w:sz w:val="21"/>
          <w:szCs w:val="21"/>
          <w:lang w:val="fr-FR"/>
        </w:rPr>
        <w:t xml:space="preserve"> peuvent être utilisés pour le renforcement institutionnel directement lié à la mise en œuvre du programme sectoriel proposé.</w:t>
      </w:r>
    </w:p>
    <w:tbl>
      <w:tblPr>
        <w:tblStyle w:val="TableGrid"/>
        <w:tblW w:w="5000" w:type="pct"/>
        <w:jc w:val="center"/>
        <w:tblLook w:val="04A0" w:firstRow="1" w:lastRow="0" w:firstColumn="1" w:lastColumn="0" w:noHBand="0" w:noVBand="1"/>
      </w:tblPr>
      <w:tblGrid>
        <w:gridCol w:w="4140"/>
        <w:gridCol w:w="1082"/>
        <w:gridCol w:w="1920"/>
        <w:gridCol w:w="2814"/>
      </w:tblGrid>
      <w:tr w:rsidR="00626F96" w:rsidRPr="00391361" w14:paraId="0ECE932A" w14:textId="77777777" w:rsidTr="77370776">
        <w:trPr>
          <w:cantSplit/>
          <w:tblHeader/>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FA20C7D" w14:textId="77777777" w:rsidR="00626F96" w:rsidRPr="0083086E" w:rsidRDefault="00FE478F">
            <w:pPr>
              <w:spacing w:after="40"/>
              <w:rPr>
                <w:lang w:val="fr-FR"/>
              </w:rPr>
            </w:pPr>
            <w:r w:rsidRPr="77370776">
              <w:rPr>
                <w:b/>
                <w:bCs/>
                <w:color w:val="FFFFFF" w:themeColor="background1"/>
                <w:sz w:val="19"/>
                <w:szCs w:val="19"/>
                <w:lang w:val="fr-FR"/>
              </w:rPr>
              <w:t>Domaine d'investissement</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6C60F4C" w14:textId="77777777" w:rsidR="00626F96" w:rsidRPr="0083086E" w:rsidRDefault="00FE478F">
            <w:pPr>
              <w:spacing w:after="40"/>
              <w:rPr>
                <w:lang w:val="fr-FR"/>
              </w:rPr>
            </w:pPr>
            <w:r w:rsidRPr="77370776">
              <w:rPr>
                <w:b/>
                <w:bCs/>
                <w:color w:val="FFFFFF" w:themeColor="background1"/>
                <w:sz w:val="19"/>
                <w:szCs w:val="19"/>
                <w:lang w:val="fr-FR"/>
              </w:rPr>
              <w:t>Rang</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745A20F" w14:textId="77777777" w:rsidR="00626F96" w:rsidRPr="00391361" w:rsidRDefault="00FE478F" w:rsidP="77370776">
            <w:pPr>
              <w:spacing w:after="40"/>
            </w:pPr>
            <w:r w:rsidRPr="77370776">
              <w:rPr>
                <w:b/>
                <w:bCs/>
                <w:color w:val="FFFFFF" w:themeColor="background1"/>
                <w:sz w:val="19"/>
                <w:szCs w:val="19"/>
              </w:rPr>
              <w:t xml:space="preserve">Part approximative du budget </w:t>
            </w:r>
            <w:proofErr w:type="gramStart"/>
            <w:r w:rsidRPr="77370776">
              <w:rPr>
                <w:b/>
                <w:bCs/>
                <w:color w:val="FFFFFF" w:themeColor="background1"/>
                <w:sz w:val="19"/>
                <w:szCs w:val="19"/>
              </w:rPr>
              <w:t>( %</w:t>
            </w:r>
            <w:proofErr w:type="gramEnd"/>
            <w:r w:rsidRPr="77370776">
              <w:rPr>
                <w:b/>
                <w:bCs/>
                <w:color w:val="FFFFFF" w:themeColor="background1"/>
                <w:sz w:val="19"/>
                <w:szCs w:val="19"/>
              </w:rPr>
              <w:t>)</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75671647" w14:textId="77777777" w:rsidR="00626F96" w:rsidRPr="0083086E" w:rsidRDefault="00FE478F">
            <w:pPr>
              <w:spacing w:after="40"/>
              <w:rPr>
                <w:lang w:val="fr-FR"/>
              </w:rPr>
            </w:pPr>
            <w:r w:rsidRPr="77370776">
              <w:rPr>
                <w:b/>
                <w:bCs/>
                <w:color w:val="FFFFFF" w:themeColor="background1"/>
                <w:sz w:val="19"/>
                <w:szCs w:val="19"/>
                <w:lang w:val="fr-FR"/>
              </w:rPr>
              <w:t>Utilisation prévue</w:t>
            </w:r>
          </w:p>
        </w:tc>
      </w:tr>
      <w:tr w:rsidR="00626F96" w:rsidRPr="00391361" w14:paraId="337A49F9"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5F05EFE" w14:textId="7D32DEA3" w:rsidR="00626F96" w:rsidRPr="0083086E" w:rsidRDefault="00FE478F">
            <w:pPr>
              <w:spacing w:after="40"/>
              <w:rPr>
                <w:lang w:val="fr-FR"/>
              </w:rPr>
            </w:pPr>
            <w:r w:rsidRPr="77370776">
              <w:rPr>
                <w:sz w:val="19"/>
                <w:szCs w:val="19"/>
                <w:lang w:val="fr-FR"/>
              </w:rPr>
              <w:t xml:space="preserve">Perfectionnement des </w:t>
            </w:r>
            <w:r w:rsidR="0040683F" w:rsidRPr="77370776">
              <w:rPr>
                <w:sz w:val="19"/>
                <w:szCs w:val="19"/>
                <w:lang w:val="fr-FR"/>
              </w:rPr>
              <w:t>professeurs</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178FA9C"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932FF52"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479E605" w14:textId="77777777" w:rsidR="00626F96" w:rsidRPr="0083086E" w:rsidRDefault="00FE478F">
            <w:pPr>
              <w:spacing w:after="40"/>
              <w:rPr>
                <w:lang w:val="fr-FR"/>
              </w:rPr>
            </w:pPr>
            <w:r w:rsidRPr="77370776">
              <w:rPr>
                <w:sz w:val="19"/>
                <w:szCs w:val="19"/>
                <w:lang w:val="fr-FR"/>
              </w:rPr>
              <w:t>[Tapez ici]</w:t>
            </w:r>
          </w:p>
        </w:tc>
      </w:tr>
      <w:tr w:rsidR="00626F96" w:rsidRPr="00391361" w14:paraId="4BFC2893"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574AE78" w14:textId="77777777" w:rsidR="00626F96" w:rsidRPr="0083086E" w:rsidRDefault="00FE478F">
            <w:pPr>
              <w:spacing w:after="40"/>
              <w:rPr>
                <w:lang w:val="fr-FR"/>
              </w:rPr>
            </w:pPr>
            <w:r w:rsidRPr="77370776">
              <w:rPr>
                <w:sz w:val="19"/>
                <w:szCs w:val="19"/>
                <w:lang w:val="fr-FR"/>
              </w:rPr>
              <w:t>Examen de la qualité/accréditation interne</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85629B5"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C8ABED3"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1C775BA" w14:textId="77777777" w:rsidR="00626F96" w:rsidRPr="0083086E" w:rsidRDefault="00FE478F">
            <w:pPr>
              <w:spacing w:after="40"/>
              <w:rPr>
                <w:lang w:val="fr-FR"/>
              </w:rPr>
            </w:pPr>
            <w:r w:rsidRPr="77370776">
              <w:rPr>
                <w:sz w:val="19"/>
                <w:szCs w:val="19"/>
                <w:lang w:val="fr-FR"/>
              </w:rPr>
              <w:t>[Tapez ici]</w:t>
            </w:r>
          </w:p>
        </w:tc>
      </w:tr>
      <w:tr w:rsidR="00626F96" w:rsidRPr="00391361" w14:paraId="7E0EF07A"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3AD7E99" w14:textId="77777777" w:rsidR="00626F96" w:rsidRPr="0083086E" w:rsidRDefault="00FE478F">
            <w:pPr>
              <w:spacing w:after="40"/>
              <w:rPr>
                <w:lang w:val="fr-FR"/>
              </w:rPr>
            </w:pPr>
            <w:r w:rsidRPr="77370776">
              <w:rPr>
                <w:sz w:val="19"/>
                <w:szCs w:val="19"/>
                <w:lang w:val="fr-FR"/>
              </w:rPr>
              <w:t>Infrastructure numérique et plateformes d'apprentissage</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1DE7C56"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F54D764"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4D80399" w14:textId="77777777" w:rsidR="00626F96" w:rsidRPr="0083086E" w:rsidRDefault="00FE478F">
            <w:pPr>
              <w:spacing w:after="40"/>
              <w:rPr>
                <w:lang w:val="fr-FR"/>
              </w:rPr>
            </w:pPr>
            <w:r w:rsidRPr="77370776">
              <w:rPr>
                <w:sz w:val="19"/>
                <w:szCs w:val="19"/>
                <w:lang w:val="fr-FR"/>
              </w:rPr>
              <w:t>[Tapez ici]</w:t>
            </w:r>
          </w:p>
        </w:tc>
      </w:tr>
      <w:tr w:rsidR="00626F96" w:rsidRPr="00391361" w14:paraId="41707BA5"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E2C67BE" w14:textId="6AEFC765" w:rsidR="00626F96" w:rsidRPr="0083086E" w:rsidRDefault="00FE478F">
            <w:pPr>
              <w:spacing w:after="40"/>
              <w:rPr>
                <w:lang w:val="fr-FR"/>
              </w:rPr>
            </w:pPr>
            <w:r w:rsidRPr="77370776">
              <w:rPr>
                <w:sz w:val="19"/>
                <w:szCs w:val="19"/>
                <w:lang w:val="fr-FR"/>
              </w:rPr>
              <w:t xml:space="preserve">Services d'orientation professionnelle et relations avec les </w:t>
            </w:r>
            <w:r w:rsidR="0040683F" w:rsidRPr="77370776">
              <w:rPr>
                <w:sz w:val="19"/>
                <w:szCs w:val="19"/>
                <w:lang w:val="fr-FR"/>
              </w:rPr>
              <w:t>entreprises</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8949B66"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81A5472"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52682B0" w14:textId="77777777" w:rsidR="00626F96" w:rsidRPr="0083086E" w:rsidRDefault="00FE478F">
            <w:pPr>
              <w:spacing w:after="40"/>
              <w:rPr>
                <w:lang w:val="fr-FR"/>
              </w:rPr>
            </w:pPr>
            <w:r w:rsidRPr="77370776">
              <w:rPr>
                <w:sz w:val="19"/>
                <w:szCs w:val="19"/>
                <w:lang w:val="fr-FR"/>
              </w:rPr>
              <w:t>[Tapez ici]</w:t>
            </w:r>
          </w:p>
        </w:tc>
      </w:tr>
      <w:tr w:rsidR="00626F96" w:rsidRPr="00391361" w14:paraId="71B0B969"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3443D63" w14:textId="77777777" w:rsidR="00626F96" w:rsidRPr="0083086E" w:rsidRDefault="00FE478F">
            <w:pPr>
              <w:spacing w:after="40"/>
              <w:rPr>
                <w:lang w:val="fr-FR"/>
              </w:rPr>
            </w:pPr>
            <w:r w:rsidRPr="77370776">
              <w:rPr>
                <w:sz w:val="19"/>
                <w:szCs w:val="19"/>
                <w:lang w:val="fr-FR"/>
              </w:rPr>
              <w:t>Système d’information pour la gestion de l’éducation</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BF3CDA4"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324DBC8"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8103AE9" w14:textId="77777777" w:rsidR="00626F96" w:rsidRPr="0083086E" w:rsidRDefault="00FE478F">
            <w:pPr>
              <w:spacing w:after="40"/>
              <w:rPr>
                <w:lang w:val="fr-FR"/>
              </w:rPr>
            </w:pPr>
            <w:r w:rsidRPr="77370776">
              <w:rPr>
                <w:sz w:val="19"/>
                <w:szCs w:val="19"/>
                <w:lang w:val="fr-FR"/>
              </w:rPr>
              <w:t>[Tapez ici]</w:t>
            </w:r>
          </w:p>
        </w:tc>
      </w:tr>
      <w:tr w:rsidR="00626F96" w:rsidRPr="00391361" w14:paraId="0B7E8E41"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3C5D6E6" w14:textId="77777777" w:rsidR="00626F96" w:rsidRPr="0083086E" w:rsidRDefault="00FE478F">
            <w:pPr>
              <w:spacing w:after="40"/>
              <w:rPr>
                <w:lang w:val="fr-FR"/>
              </w:rPr>
            </w:pPr>
            <w:r w:rsidRPr="77370776">
              <w:rPr>
                <w:sz w:val="19"/>
                <w:szCs w:val="19"/>
                <w:lang w:val="fr-FR"/>
              </w:rPr>
              <w:t>Autre (préciser)</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7D202CD"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EC27D17" w14:textId="77777777" w:rsidR="00626F96" w:rsidRPr="0083086E" w:rsidRDefault="00FE478F">
            <w:pPr>
              <w:spacing w:after="40"/>
              <w:rPr>
                <w:lang w:val="fr-FR"/>
              </w:rPr>
            </w:pPr>
            <w:r w:rsidRPr="77370776">
              <w:rPr>
                <w:sz w:val="19"/>
                <w:szCs w:val="19"/>
                <w:lang w:val="fr-FR"/>
              </w:rPr>
              <w:t>[Tapez ici]</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645B6B2" w14:textId="77777777" w:rsidR="00626F96" w:rsidRPr="0083086E" w:rsidRDefault="00FE478F">
            <w:pPr>
              <w:spacing w:after="40"/>
              <w:rPr>
                <w:lang w:val="fr-FR"/>
              </w:rPr>
            </w:pPr>
            <w:r w:rsidRPr="77370776">
              <w:rPr>
                <w:sz w:val="19"/>
                <w:szCs w:val="19"/>
                <w:lang w:val="fr-FR"/>
              </w:rPr>
              <w:t>[Tapez ici]</w:t>
            </w:r>
          </w:p>
        </w:tc>
      </w:tr>
      <w:tr w:rsidR="00626F96" w:rsidRPr="00391361" w14:paraId="14735D38" w14:textId="77777777" w:rsidTr="77370776">
        <w:trPr>
          <w:cantSplit/>
          <w:jc w:val="center"/>
        </w:trPr>
        <w:tc>
          <w:tcPr>
            <w:tcW w:w="46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12400F3" w14:textId="77777777" w:rsidR="00626F96" w:rsidRPr="0083086E" w:rsidRDefault="00FE478F">
            <w:pPr>
              <w:spacing w:after="40"/>
              <w:rPr>
                <w:lang w:val="fr-FR"/>
              </w:rPr>
            </w:pPr>
            <w:r w:rsidRPr="77370776">
              <w:rPr>
                <w:sz w:val="19"/>
                <w:szCs w:val="19"/>
                <w:lang w:val="fr-FR"/>
              </w:rPr>
              <w:t>Total</w:t>
            </w:r>
          </w:p>
        </w:tc>
        <w:tc>
          <w:tcPr>
            <w:tcW w:w="115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D4519A2" w14:textId="77777777" w:rsidR="00626F96" w:rsidRPr="0083086E" w:rsidRDefault="00FE478F">
            <w:pPr>
              <w:spacing w:after="40"/>
              <w:rPr>
                <w:lang w:val="fr-FR"/>
              </w:rPr>
            </w:pPr>
            <w:r w:rsidRPr="77370776">
              <w:rPr>
                <w:sz w:val="19"/>
                <w:szCs w:val="19"/>
                <w:lang w:val="fr-FR"/>
              </w:rPr>
              <w:t>[Tapez ici]</w:t>
            </w:r>
          </w:p>
        </w:tc>
        <w:tc>
          <w:tcPr>
            <w:tcW w:w="20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EF52DE6" w14:textId="77777777" w:rsidR="00626F96" w:rsidRPr="0083086E" w:rsidRDefault="00FE478F">
            <w:pPr>
              <w:spacing w:after="40"/>
              <w:rPr>
                <w:lang w:val="fr-FR"/>
              </w:rPr>
            </w:pPr>
            <w:r w:rsidRPr="77370776">
              <w:rPr>
                <w:sz w:val="19"/>
                <w:szCs w:val="19"/>
                <w:lang w:val="fr-FR"/>
              </w:rPr>
              <w:t>100%</w:t>
            </w:r>
          </w:p>
        </w:tc>
        <w:tc>
          <w:tcPr>
            <w:tcW w:w="316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EEEA66D" w14:textId="77777777" w:rsidR="00626F96" w:rsidRPr="0083086E" w:rsidRDefault="00FE478F">
            <w:pPr>
              <w:spacing w:after="40"/>
              <w:rPr>
                <w:lang w:val="fr-FR"/>
              </w:rPr>
            </w:pPr>
            <w:r w:rsidRPr="77370776">
              <w:rPr>
                <w:sz w:val="19"/>
                <w:szCs w:val="19"/>
                <w:lang w:val="fr-FR"/>
              </w:rPr>
              <w:t>[Tapez ici]</w:t>
            </w:r>
          </w:p>
        </w:tc>
      </w:tr>
    </w:tbl>
    <w:p w14:paraId="28CBFAF9" w14:textId="77777777" w:rsidR="00626F96" w:rsidRPr="0083086E" w:rsidRDefault="00FE478F">
      <w:pPr>
        <w:pStyle w:val="Heading3"/>
        <w:spacing w:before="80" w:after="60"/>
        <w:rPr>
          <w:lang w:val="fr-FR"/>
        </w:rPr>
      </w:pPr>
      <w:r w:rsidRPr="77370776">
        <w:rPr>
          <w:rFonts w:ascii="Arial" w:hAnsi="Arial"/>
          <w:color w:val="000000" w:themeColor="text1"/>
          <w:lang w:val="fr-FR"/>
        </w:rPr>
        <w:t>3.5 Situation financière et viabilité</w:t>
      </w:r>
    </w:p>
    <w:tbl>
      <w:tblPr>
        <w:tblW w:w="5000" w:type="pct"/>
        <w:tblLook w:val="04A0" w:firstRow="1" w:lastRow="0" w:firstColumn="1" w:lastColumn="0" w:noHBand="0" w:noVBand="1"/>
      </w:tblPr>
      <w:tblGrid>
        <w:gridCol w:w="9956"/>
      </w:tblGrid>
      <w:tr w:rsidR="00626F96" w:rsidRPr="00BC134C" w14:paraId="0F8F779A"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3467DCD4" w14:textId="66690885"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 xml:space="preserve">Résumer les sources de revenus actuelles, les principales dépenses et la trajectoire financière. Décrivez la viabilité au-delà de la période de cinq ans, y compris les </w:t>
            </w:r>
            <w:r w:rsidR="00E90AE2" w:rsidRPr="77370776">
              <w:rPr>
                <w:sz w:val="20"/>
                <w:szCs w:val="20"/>
                <w:lang w:val="fr-FR"/>
              </w:rPr>
              <w:t>Revenus externes générés</w:t>
            </w:r>
            <w:r w:rsidR="00FE478F" w:rsidRPr="77370776">
              <w:rPr>
                <w:sz w:val="20"/>
                <w:szCs w:val="20"/>
                <w:lang w:val="fr-FR"/>
              </w:rPr>
              <w:t xml:space="preserve">, les contributions des </w:t>
            </w:r>
            <w:r w:rsidR="00604518" w:rsidRPr="77370776">
              <w:rPr>
                <w:sz w:val="20"/>
                <w:szCs w:val="20"/>
                <w:lang w:val="fr-FR"/>
              </w:rPr>
              <w:t>entreprises</w:t>
            </w:r>
            <w:r w:rsidR="00FE478F" w:rsidRPr="77370776">
              <w:rPr>
                <w:sz w:val="20"/>
                <w:szCs w:val="20"/>
                <w:lang w:val="fr-FR"/>
              </w:rPr>
              <w:t>, les revenus des commissions et l'aide publique.</w:t>
            </w:r>
          </w:p>
        </w:tc>
      </w:tr>
      <w:tr w:rsidR="00626F96" w:rsidRPr="00BC134C" w14:paraId="32C0F3EC"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DEC0678" w14:textId="327D1458"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2F5A85C5" w14:textId="77777777" w:rsidR="00626F96" w:rsidRPr="0083086E" w:rsidRDefault="00626F96">
      <w:pPr>
        <w:spacing w:after="40"/>
        <w:rPr>
          <w:lang w:val="fr-FR"/>
        </w:rPr>
      </w:pPr>
    </w:p>
    <w:p w14:paraId="3ECA92A9" w14:textId="77777777" w:rsidR="00626F96" w:rsidRPr="0083086E" w:rsidRDefault="00FE478F">
      <w:pPr>
        <w:pStyle w:val="Heading2"/>
        <w:spacing w:before="120" w:after="100"/>
        <w:rPr>
          <w:lang w:val="fr-FR"/>
        </w:rPr>
      </w:pPr>
      <w:r w:rsidRPr="77370776">
        <w:rPr>
          <w:rFonts w:ascii="Arial" w:hAnsi="Arial"/>
          <w:color w:val="1F4E79"/>
          <w:lang w:val="fr-FR"/>
        </w:rPr>
        <w:t>Section 4 - Justification du partenariat et complémentarité</w:t>
      </w:r>
    </w:p>
    <w:p w14:paraId="7C692ACB" w14:textId="77777777" w:rsidR="00626F96" w:rsidRPr="0083086E" w:rsidRDefault="00FE478F">
      <w:pPr>
        <w:spacing w:after="100" w:line="240" w:lineRule="auto"/>
        <w:rPr>
          <w:b/>
          <w:bCs/>
          <w:color w:val="C00000"/>
          <w:lang w:val="fr-FR"/>
        </w:rPr>
      </w:pPr>
      <w:r w:rsidRPr="77370776">
        <w:rPr>
          <w:b/>
          <w:bCs/>
          <w:i/>
          <w:iCs/>
          <w:color w:val="C00000"/>
          <w:sz w:val="20"/>
          <w:szCs w:val="20"/>
          <w:lang w:val="fr-FR"/>
        </w:rPr>
        <w:t>Allocation indicative : 1 page.</w:t>
      </w:r>
    </w:p>
    <w:p w14:paraId="699B9FEF" w14:textId="0C647E61" w:rsidR="00626F96" w:rsidRPr="0083086E" w:rsidRDefault="00FE478F">
      <w:pPr>
        <w:pStyle w:val="Heading3"/>
        <w:spacing w:before="80" w:after="60"/>
        <w:rPr>
          <w:lang w:val="fr-FR"/>
        </w:rPr>
      </w:pPr>
      <w:r w:rsidRPr="77370776">
        <w:rPr>
          <w:rFonts w:ascii="Arial" w:hAnsi="Arial"/>
          <w:color w:val="000000" w:themeColor="text1"/>
          <w:lang w:val="fr-FR"/>
        </w:rPr>
        <w:lastRenderedPageBreak/>
        <w:t>4.1 Point de vue de l'I</w:t>
      </w:r>
      <w:r w:rsidR="00604518" w:rsidRPr="77370776">
        <w:rPr>
          <w:rFonts w:ascii="Arial" w:hAnsi="Arial"/>
          <w:color w:val="000000" w:themeColor="text1"/>
          <w:lang w:val="fr-FR"/>
        </w:rPr>
        <w:t>nstitut Technique</w:t>
      </w:r>
      <w:r w:rsidRPr="77370776">
        <w:rPr>
          <w:rFonts w:ascii="Arial" w:hAnsi="Arial"/>
          <w:color w:val="000000" w:themeColor="text1"/>
          <w:lang w:val="fr-FR"/>
        </w:rPr>
        <w:t xml:space="preserve"> sur le Partenariat</w:t>
      </w:r>
    </w:p>
    <w:tbl>
      <w:tblPr>
        <w:tblW w:w="5000" w:type="pct"/>
        <w:tblLook w:val="04A0" w:firstRow="1" w:lastRow="0" w:firstColumn="1" w:lastColumn="0" w:noHBand="0" w:noVBand="1"/>
      </w:tblPr>
      <w:tblGrid>
        <w:gridCol w:w="9956"/>
      </w:tblGrid>
      <w:tr w:rsidR="00626F96" w:rsidRPr="00BC134C" w14:paraId="2A5A2E1D"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2538D23" w14:textId="0D770979"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 xml:space="preserve">Expliquez pourquoi le CEA/centre émergent proposé est le bon partenaire et pourquoi le partenariat obtiendra plus que ce que </w:t>
            </w:r>
            <w:r w:rsidR="31BBD7F5" w:rsidRPr="77370776">
              <w:rPr>
                <w:sz w:val="20"/>
                <w:szCs w:val="20"/>
                <w:lang w:val="fr-FR"/>
              </w:rPr>
              <w:t>l'Institut Technique</w:t>
            </w:r>
            <w:r w:rsidR="00FE478F" w:rsidRPr="77370776">
              <w:rPr>
                <w:sz w:val="20"/>
                <w:szCs w:val="20"/>
                <w:lang w:val="fr-FR"/>
              </w:rPr>
              <w:t xml:space="preserve"> pourrait réaliser seul. Aborder la profondeur de la recherche, les compétences avancées, l'innovation technique, le renforcement des programmes, le perfectionnement des </w:t>
            </w:r>
            <w:r w:rsidR="2CB293F3" w:rsidRPr="77370776">
              <w:rPr>
                <w:sz w:val="20"/>
                <w:szCs w:val="20"/>
                <w:lang w:val="fr-FR"/>
              </w:rPr>
              <w:t xml:space="preserve">professeurs </w:t>
            </w:r>
            <w:r w:rsidR="00FE478F" w:rsidRPr="77370776">
              <w:rPr>
                <w:sz w:val="20"/>
                <w:szCs w:val="20"/>
                <w:lang w:val="fr-FR"/>
              </w:rPr>
              <w:t>et les modalités pratiques de collaboration.</w:t>
            </w:r>
          </w:p>
        </w:tc>
      </w:tr>
      <w:tr w:rsidR="00626F96" w:rsidRPr="00BC134C" w14:paraId="23CCC516"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0A7E36D" w14:textId="7F93EAB1"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01B19378" w14:textId="77777777" w:rsidR="00626F96" w:rsidRPr="0083086E" w:rsidRDefault="00626F96">
      <w:pPr>
        <w:spacing w:after="40"/>
        <w:rPr>
          <w:lang w:val="fr-FR"/>
        </w:rPr>
      </w:pPr>
    </w:p>
    <w:p w14:paraId="14731818" w14:textId="77777777" w:rsidR="00626F96" w:rsidRPr="0083086E" w:rsidRDefault="00FE478F">
      <w:pPr>
        <w:pStyle w:val="Heading2"/>
        <w:spacing w:before="120" w:after="100"/>
        <w:rPr>
          <w:lang w:val="fr-FR"/>
        </w:rPr>
      </w:pPr>
      <w:r w:rsidRPr="77370776">
        <w:rPr>
          <w:rFonts w:ascii="Arial" w:hAnsi="Arial"/>
          <w:color w:val="1F4E79"/>
          <w:lang w:val="fr-FR"/>
        </w:rPr>
        <w:t>Section 5 - Risque et faisabilité</w:t>
      </w:r>
    </w:p>
    <w:p w14:paraId="1E701EB9" w14:textId="77777777" w:rsidR="00626F96" w:rsidRPr="0083086E" w:rsidRDefault="00FE478F">
      <w:pPr>
        <w:spacing w:after="100" w:line="240" w:lineRule="auto"/>
        <w:rPr>
          <w:b/>
          <w:bCs/>
          <w:color w:val="C00000"/>
          <w:lang w:val="fr-FR"/>
        </w:rPr>
      </w:pPr>
      <w:r w:rsidRPr="77370776">
        <w:rPr>
          <w:b/>
          <w:bCs/>
          <w:i/>
          <w:iCs/>
          <w:color w:val="C00000"/>
          <w:sz w:val="20"/>
          <w:szCs w:val="20"/>
          <w:lang w:val="fr-FR"/>
        </w:rPr>
        <w:t>Allocation indicative : 1 page.</w:t>
      </w:r>
    </w:p>
    <w:p w14:paraId="4E576D0F" w14:textId="77777777" w:rsidR="00626F96" w:rsidRPr="0083086E" w:rsidRDefault="00FE478F">
      <w:pPr>
        <w:pStyle w:val="Heading3"/>
        <w:spacing w:before="80" w:after="60"/>
        <w:rPr>
          <w:lang w:val="fr-FR"/>
        </w:rPr>
      </w:pPr>
      <w:r w:rsidRPr="77370776">
        <w:rPr>
          <w:rFonts w:ascii="Arial" w:hAnsi="Arial"/>
          <w:color w:val="000000" w:themeColor="text1"/>
          <w:lang w:val="fr-FR"/>
        </w:rPr>
        <w:t>5.1 Description des risques</w:t>
      </w:r>
    </w:p>
    <w:tbl>
      <w:tblPr>
        <w:tblW w:w="5000" w:type="pct"/>
        <w:tblLook w:val="04A0" w:firstRow="1" w:lastRow="0" w:firstColumn="1" w:lastColumn="0" w:noHBand="0" w:noVBand="1"/>
      </w:tblPr>
      <w:tblGrid>
        <w:gridCol w:w="9956"/>
      </w:tblGrid>
      <w:tr w:rsidR="00626F96" w:rsidRPr="00391361" w14:paraId="0CD244CB"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AFFA7BA" w14:textId="2E9C4050"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2CB293F3" w:rsidRPr="77370776">
              <w:rPr>
                <w:sz w:val="20"/>
                <w:szCs w:val="20"/>
                <w:lang w:val="fr-FR"/>
              </w:rPr>
              <w:t xml:space="preserve">Enumérer </w:t>
            </w:r>
            <w:r w:rsidR="00FE478F" w:rsidRPr="77370776">
              <w:rPr>
                <w:sz w:val="20"/>
                <w:szCs w:val="20"/>
                <w:lang w:val="fr-FR"/>
              </w:rPr>
              <w:t>les risques les plus importants au niveau sectoriel, institutionnel et au niveau du partenariat. Expliquer la probabilité, l'impact potentiel et les mesures d'atténuation.</w:t>
            </w:r>
          </w:p>
        </w:tc>
      </w:tr>
      <w:tr w:rsidR="00626F96" w:rsidRPr="00BC134C" w14:paraId="6A6B5A74"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9A5D864" w14:textId="5C5B0E46"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337A0429" w14:textId="77777777" w:rsidR="00626F96" w:rsidRPr="0083086E" w:rsidRDefault="00626F96">
      <w:pPr>
        <w:spacing w:after="40"/>
        <w:rPr>
          <w:lang w:val="fr-FR"/>
        </w:rPr>
      </w:pPr>
    </w:p>
    <w:tbl>
      <w:tblPr>
        <w:tblStyle w:val="TableGrid"/>
        <w:tblW w:w="5000" w:type="pct"/>
        <w:jc w:val="center"/>
        <w:tblLook w:val="04A0" w:firstRow="1" w:lastRow="0" w:firstColumn="1" w:lastColumn="0" w:noHBand="0" w:noVBand="1"/>
      </w:tblPr>
      <w:tblGrid>
        <w:gridCol w:w="1661"/>
        <w:gridCol w:w="1658"/>
        <w:gridCol w:w="1659"/>
        <w:gridCol w:w="1658"/>
        <w:gridCol w:w="1660"/>
        <w:gridCol w:w="1660"/>
      </w:tblGrid>
      <w:tr w:rsidR="00626F96" w:rsidRPr="00391361" w14:paraId="34A1F09B" w14:textId="77777777" w:rsidTr="77370776">
        <w:trPr>
          <w:cantSplit/>
          <w:tblHeader/>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AFE6193" w14:textId="77777777" w:rsidR="00626F96" w:rsidRPr="0083086E" w:rsidRDefault="00FE478F">
            <w:pPr>
              <w:spacing w:after="40"/>
              <w:rPr>
                <w:lang w:val="fr-FR"/>
              </w:rPr>
            </w:pPr>
            <w:r w:rsidRPr="77370776">
              <w:rPr>
                <w:b/>
                <w:bCs/>
                <w:color w:val="FFFFFF" w:themeColor="background1"/>
                <w:sz w:val="19"/>
                <w:szCs w:val="19"/>
                <w:lang w:val="fr-FR"/>
              </w:rPr>
              <w:t>Risque</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BF22596" w14:textId="77777777" w:rsidR="00626F96" w:rsidRPr="0083086E" w:rsidRDefault="00FE478F">
            <w:pPr>
              <w:spacing w:after="40"/>
              <w:rPr>
                <w:lang w:val="fr-FR"/>
              </w:rPr>
            </w:pPr>
            <w:r w:rsidRPr="77370776">
              <w:rPr>
                <w:b/>
                <w:bCs/>
                <w:color w:val="FFFFFF" w:themeColor="background1"/>
                <w:sz w:val="19"/>
                <w:szCs w:val="19"/>
                <w:lang w:val="fr-FR"/>
              </w:rPr>
              <w:t>Niveau</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5398B598" w14:textId="77777777" w:rsidR="00626F96" w:rsidRPr="0083086E" w:rsidRDefault="00FE478F">
            <w:pPr>
              <w:spacing w:after="40"/>
              <w:rPr>
                <w:lang w:val="fr-FR"/>
              </w:rPr>
            </w:pPr>
            <w:r w:rsidRPr="77370776">
              <w:rPr>
                <w:b/>
                <w:bCs/>
                <w:color w:val="FFFFFF" w:themeColor="background1"/>
                <w:sz w:val="19"/>
                <w:szCs w:val="19"/>
                <w:lang w:val="fr-FR"/>
              </w:rPr>
              <w:t>Probabilité</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247B7AB6" w14:textId="77777777" w:rsidR="00626F96" w:rsidRPr="0083086E" w:rsidRDefault="00FE478F">
            <w:pPr>
              <w:spacing w:after="40"/>
              <w:rPr>
                <w:lang w:val="fr-FR"/>
              </w:rPr>
            </w:pPr>
            <w:r w:rsidRPr="77370776">
              <w:rPr>
                <w:b/>
                <w:bCs/>
                <w:color w:val="FFFFFF" w:themeColor="background1"/>
                <w:sz w:val="19"/>
                <w:szCs w:val="19"/>
                <w:lang w:val="fr-FR"/>
              </w:rPr>
              <w:t>Impact potentiel</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01F6093" w14:textId="77777777" w:rsidR="00626F96" w:rsidRPr="0083086E" w:rsidRDefault="00FE478F">
            <w:pPr>
              <w:spacing w:after="40"/>
              <w:rPr>
                <w:lang w:val="fr-FR"/>
              </w:rPr>
            </w:pPr>
            <w:r w:rsidRPr="77370776">
              <w:rPr>
                <w:b/>
                <w:bCs/>
                <w:color w:val="FFFFFF" w:themeColor="background1"/>
                <w:sz w:val="19"/>
                <w:szCs w:val="19"/>
                <w:lang w:val="fr-FR"/>
              </w:rPr>
              <w:t>Mesures d'atténuation</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EC8B3AE" w14:textId="77777777" w:rsidR="00626F96" w:rsidRPr="0083086E" w:rsidRDefault="00FE478F">
            <w:pPr>
              <w:spacing w:after="40"/>
              <w:rPr>
                <w:lang w:val="fr-FR"/>
              </w:rPr>
            </w:pPr>
            <w:r w:rsidRPr="77370776">
              <w:rPr>
                <w:b/>
                <w:bCs/>
                <w:color w:val="FFFFFF" w:themeColor="background1"/>
                <w:sz w:val="19"/>
                <w:szCs w:val="19"/>
                <w:lang w:val="fr-FR"/>
              </w:rPr>
              <w:t>Unité responsable</w:t>
            </w:r>
          </w:p>
        </w:tc>
      </w:tr>
      <w:tr w:rsidR="00626F96" w:rsidRPr="00391361" w14:paraId="44382302"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3982E58" w14:textId="77777777" w:rsidR="00626F96" w:rsidRPr="0083086E" w:rsidRDefault="00FE478F">
            <w:pPr>
              <w:spacing w:after="40"/>
              <w:rPr>
                <w:lang w:val="fr-FR"/>
              </w:rPr>
            </w:pPr>
            <w:r w:rsidRPr="77370776">
              <w:rPr>
                <w:sz w:val="19"/>
                <w:szCs w:val="19"/>
                <w:lang w:val="fr-FR"/>
              </w:rPr>
              <w:t>Risque sectoriel</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036BD1C"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F01BE88"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0F71556"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1FA6B58"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EF4E668" w14:textId="77777777" w:rsidR="00626F96" w:rsidRPr="0083086E" w:rsidRDefault="00FE478F">
            <w:pPr>
              <w:spacing w:after="40"/>
              <w:rPr>
                <w:lang w:val="fr-FR"/>
              </w:rPr>
            </w:pPr>
            <w:r w:rsidRPr="77370776">
              <w:rPr>
                <w:sz w:val="19"/>
                <w:szCs w:val="19"/>
                <w:lang w:val="fr-FR"/>
              </w:rPr>
              <w:t>[Tapez ici]</w:t>
            </w:r>
          </w:p>
        </w:tc>
      </w:tr>
      <w:tr w:rsidR="00626F96" w:rsidRPr="00391361" w14:paraId="46039D63"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8A3EE0D" w14:textId="77777777" w:rsidR="00626F96" w:rsidRPr="0083086E" w:rsidRDefault="00FE478F">
            <w:pPr>
              <w:spacing w:after="40"/>
              <w:rPr>
                <w:lang w:val="fr-FR"/>
              </w:rPr>
            </w:pPr>
            <w:r w:rsidRPr="77370776">
              <w:rPr>
                <w:sz w:val="19"/>
                <w:szCs w:val="19"/>
                <w:lang w:val="fr-FR"/>
              </w:rPr>
              <w:t>Risque institutionnel</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3F038E6"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1C390AB"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691C40B"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11A9E42"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5360FA9" w14:textId="77777777" w:rsidR="00626F96" w:rsidRPr="0083086E" w:rsidRDefault="00FE478F">
            <w:pPr>
              <w:spacing w:after="40"/>
              <w:rPr>
                <w:lang w:val="fr-FR"/>
              </w:rPr>
            </w:pPr>
            <w:r w:rsidRPr="77370776">
              <w:rPr>
                <w:sz w:val="19"/>
                <w:szCs w:val="19"/>
                <w:lang w:val="fr-FR"/>
              </w:rPr>
              <w:t>[Tapez ici]</w:t>
            </w:r>
          </w:p>
        </w:tc>
      </w:tr>
      <w:tr w:rsidR="00626F96" w:rsidRPr="00391361" w14:paraId="3AA19524"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3B9B463" w14:textId="77777777" w:rsidR="00626F96" w:rsidRPr="0083086E" w:rsidRDefault="00FE478F">
            <w:pPr>
              <w:spacing w:after="40"/>
              <w:rPr>
                <w:lang w:val="fr-FR"/>
              </w:rPr>
            </w:pPr>
            <w:r w:rsidRPr="77370776">
              <w:rPr>
                <w:sz w:val="19"/>
                <w:szCs w:val="19"/>
                <w:lang w:val="fr-FR"/>
              </w:rPr>
              <w:t>Risque lié au partenariat/à la coordination</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649F023"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D8E5510"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8624BAA"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DFD6E2F"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E78C81B" w14:textId="77777777" w:rsidR="00626F96" w:rsidRPr="0083086E" w:rsidRDefault="00FE478F">
            <w:pPr>
              <w:spacing w:after="40"/>
              <w:rPr>
                <w:lang w:val="fr-FR"/>
              </w:rPr>
            </w:pPr>
            <w:r w:rsidRPr="77370776">
              <w:rPr>
                <w:sz w:val="19"/>
                <w:szCs w:val="19"/>
                <w:lang w:val="fr-FR"/>
              </w:rPr>
              <w:t>[Tapez ici]</w:t>
            </w:r>
          </w:p>
        </w:tc>
      </w:tr>
      <w:tr w:rsidR="00626F96" w:rsidRPr="00391361" w14:paraId="3F069269"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3E35E0B" w14:textId="77777777" w:rsidR="00626F96" w:rsidRPr="0083086E" w:rsidRDefault="00FE478F">
            <w:pPr>
              <w:spacing w:after="40"/>
              <w:rPr>
                <w:lang w:val="fr-FR"/>
              </w:rPr>
            </w:pPr>
            <w:r w:rsidRPr="77370776">
              <w:rPr>
                <w:sz w:val="19"/>
                <w:szCs w:val="19"/>
                <w:lang w:val="fr-FR"/>
              </w:rPr>
              <w:t>Autres risques importants</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49BAF47"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3A0041F"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CCADE1F"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DB82253" w14:textId="77777777" w:rsidR="00626F96" w:rsidRPr="0083086E" w:rsidRDefault="00FE478F">
            <w:pPr>
              <w:spacing w:after="40"/>
              <w:rPr>
                <w:lang w:val="fr-FR"/>
              </w:rPr>
            </w:pPr>
            <w:r w:rsidRPr="77370776">
              <w:rPr>
                <w:sz w:val="19"/>
                <w:szCs w:val="19"/>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C09CCE8" w14:textId="77777777" w:rsidR="00626F96" w:rsidRPr="0083086E" w:rsidRDefault="00FE478F">
            <w:pPr>
              <w:spacing w:after="40"/>
              <w:rPr>
                <w:lang w:val="fr-FR"/>
              </w:rPr>
            </w:pPr>
            <w:r w:rsidRPr="77370776">
              <w:rPr>
                <w:sz w:val="19"/>
                <w:szCs w:val="19"/>
                <w:lang w:val="fr-FR"/>
              </w:rPr>
              <w:t>[Tapez ici]</w:t>
            </w:r>
          </w:p>
        </w:tc>
      </w:tr>
    </w:tbl>
    <w:p w14:paraId="7A2B8D79" w14:textId="5825D7E6" w:rsidR="00626F96" w:rsidRPr="0083086E" w:rsidRDefault="00FE478F">
      <w:pPr>
        <w:pStyle w:val="Heading2"/>
        <w:spacing w:before="120" w:after="100"/>
        <w:rPr>
          <w:lang w:val="fr-FR"/>
        </w:rPr>
      </w:pPr>
      <w:r w:rsidRPr="77370776">
        <w:rPr>
          <w:rFonts w:ascii="Arial" w:hAnsi="Arial"/>
          <w:color w:val="1F4E79"/>
          <w:lang w:val="fr-FR"/>
        </w:rPr>
        <w:t>Annexes</w:t>
      </w:r>
      <w:r w:rsidR="009A59F7" w:rsidRPr="77370776">
        <w:rPr>
          <w:rFonts w:ascii="Arial" w:hAnsi="Arial"/>
          <w:color w:val="1F4E79"/>
          <w:lang w:val="fr-FR"/>
        </w:rPr>
        <w:t xml:space="preserve"> de l'Institut Technique</w:t>
      </w:r>
    </w:p>
    <w:tbl>
      <w:tblPr>
        <w:tblW w:w="5000" w:type="pct"/>
        <w:tblLook w:val="04A0" w:firstRow="1" w:lastRow="0" w:firstColumn="1" w:lastColumn="0" w:noHBand="0" w:noVBand="1"/>
      </w:tblPr>
      <w:tblGrid>
        <w:gridCol w:w="9956"/>
      </w:tblGrid>
      <w:tr w:rsidR="00626F96" w:rsidRPr="00BC134C" w14:paraId="4C19B962" w14:textId="77777777" w:rsidTr="77370776">
        <w:tc>
          <w:tcPr>
            <w:tcW w:w="9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tcMar>
              <w:top w:w="100" w:type="dxa"/>
              <w:left w:w="120" w:type="dxa"/>
              <w:bottom w:w="100" w:type="dxa"/>
              <w:right w:w="120" w:type="dxa"/>
            </w:tcMar>
          </w:tcPr>
          <w:p w14:paraId="73DF5829" w14:textId="4B949439" w:rsidR="00626F96" w:rsidRPr="0083086E" w:rsidRDefault="00FE478F">
            <w:pPr>
              <w:rPr>
                <w:lang w:val="fr-FR"/>
              </w:rPr>
            </w:pPr>
            <w:r w:rsidRPr="77370776">
              <w:rPr>
                <w:b/>
                <w:bCs/>
                <w:color w:val="0F2F55"/>
                <w:sz w:val="21"/>
                <w:szCs w:val="21"/>
                <w:lang w:val="fr-FR"/>
              </w:rPr>
              <w:t>Règle de l'annexe</w:t>
            </w:r>
            <w:r w:rsidR="00CB2432" w:rsidRPr="77370776">
              <w:rPr>
                <w:b/>
                <w:bCs/>
                <w:color w:val="0F2F55"/>
                <w:sz w:val="21"/>
                <w:szCs w:val="21"/>
                <w:lang w:val="fr-FR"/>
              </w:rPr>
              <w:t xml:space="preserve"> </w:t>
            </w:r>
          </w:p>
          <w:p w14:paraId="5A460AD0" w14:textId="22E1101B" w:rsidR="00626F96" w:rsidRPr="0083086E" w:rsidRDefault="00FE478F">
            <w:pPr>
              <w:spacing w:after="0" w:line="240" w:lineRule="auto"/>
              <w:rPr>
                <w:lang w:val="fr-FR"/>
              </w:rPr>
            </w:pPr>
            <w:r w:rsidRPr="77370776">
              <w:rPr>
                <w:sz w:val="20"/>
                <w:szCs w:val="20"/>
                <w:lang w:val="fr-FR"/>
              </w:rPr>
              <w:t xml:space="preserve">Utiliser des annexes pour étayer les affirmations faites dans la manifestation d'intérêt de </w:t>
            </w:r>
            <w:r w:rsidR="009A59F7" w:rsidRPr="77370776">
              <w:rPr>
                <w:sz w:val="20"/>
                <w:szCs w:val="20"/>
                <w:lang w:val="fr-FR"/>
              </w:rPr>
              <w:t>l'Institut Technique</w:t>
            </w:r>
            <w:r w:rsidRPr="77370776">
              <w:rPr>
                <w:sz w:val="20"/>
                <w:szCs w:val="20"/>
                <w:lang w:val="fr-FR"/>
              </w:rPr>
              <w:t>. Ne pas utiliser les annexes pour prolonger le texte principal au-delà du nombre maximum de pages.</w:t>
            </w:r>
          </w:p>
        </w:tc>
      </w:tr>
    </w:tbl>
    <w:p w14:paraId="11E9CD0E" w14:textId="77777777" w:rsidR="00626F96" w:rsidRPr="0083086E" w:rsidRDefault="00626F96">
      <w:pPr>
        <w:spacing w:after="40"/>
        <w:rPr>
          <w:lang w:val="fr-FR"/>
        </w:rPr>
      </w:pPr>
    </w:p>
    <w:p w14:paraId="516C4D81" w14:textId="77777777" w:rsidR="00626F96" w:rsidRPr="0083086E" w:rsidRDefault="00FE478F">
      <w:pPr>
        <w:pStyle w:val="Heading3"/>
        <w:spacing w:before="80" w:after="60"/>
        <w:rPr>
          <w:lang w:val="fr-FR"/>
        </w:rPr>
      </w:pPr>
      <w:r w:rsidRPr="77370776">
        <w:rPr>
          <w:rFonts w:ascii="Arial" w:hAnsi="Arial"/>
          <w:color w:val="000000" w:themeColor="text1"/>
          <w:lang w:val="fr-FR"/>
        </w:rPr>
        <w:t>A1 - Résumé des données institutionnelles</w:t>
      </w:r>
    </w:p>
    <w:tbl>
      <w:tblPr>
        <w:tblStyle w:val="TableGrid"/>
        <w:tblW w:w="5000" w:type="pct"/>
        <w:jc w:val="center"/>
        <w:tblLook w:val="04A0" w:firstRow="1" w:lastRow="0" w:firstColumn="1" w:lastColumn="0" w:noHBand="0" w:noVBand="1"/>
      </w:tblPr>
      <w:tblGrid>
        <w:gridCol w:w="6893"/>
        <w:gridCol w:w="3063"/>
      </w:tblGrid>
      <w:tr w:rsidR="00626F96" w:rsidRPr="00391361" w14:paraId="76EC4CE7" w14:textId="77777777" w:rsidTr="77370776">
        <w:trPr>
          <w:cantSplit/>
          <w:tblHeader/>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42E62947" w14:textId="77777777" w:rsidR="00626F96" w:rsidRPr="0083086E" w:rsidRDefault="00FE478F">
            <w:pPr>
              <w:spacing w:after="40"/>
              <w:rPr>
                <w:lang w:val="fr-FR"/>
              </w:rPr>
            </w:pPr>
            <w:r w:rsidRPr="77370776">
              <w:rPr>
                <w:b/>
                <w:bCs/>
                <w:color w:val="FFFFFF" w:themeColor="background1"/>
                <w:sz w:val="20"/>
                <w:szCs w:val="20"/>
                <w:lang w:val="fr-FR"/>
              </w:rPr>
              <w:t>Indicateur</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2CA535A" w14:textId="77777777" w:rsidR="00626F96" w:rsidRPr="0083086E" w:rsidRDefault="00FE478F">
            <w:pPr>
              <w:spacing w:after="40"/>
              <w:rPr>
                <w:lang w:val="fr-FR"/>
              </w:rPr>
            </w:pPr>
            <w:r w:rsidRPr="77370776">
              <w:rPr>
                <w:b/>
                <w:bCs/>
                <w:color w:val="FFFFFF" w:themeColor="background1"/>
                <w:sz w:val="20"/>
                <w:szCs w:val="20"/>
                <w:lang w:val="fr-FR"/>
              </w:rPr>
              <w:t>Figure actuelle</w:t>
            </w:r>
          </w:p>
        </w:tc>
      </w:tr>
      <w:tr w:rsidR="00626F96" w:rsidRPr="00391361" w14:paraId="7255438C"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624F365F" w14:textId="77777777" w:rsidR="00626F96" w:rsidRPr="0083086E" w:rsidRDefault="00FE478F">
            <w:pPr>
              <w:spacing w:after="40"/>
              <w:rPr>
                <w:lang w:val="fr-FR"/>
              </w:rPr>
            </w:pPr>
            <w:r w:rsidRPr="77370776">
              <w:rPr>
                <w:sz w:val="20"/>
                <w:szCs w:val="20"/>
                <w:lang w:val="fr-FR"/>
              </w:rPr>
              <w:t>Nombre total d'étudiants inscrits, à l'échelle de l'établissement</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3E5CF7A" w14:textId="77777777" w:rsidR="00626F96" w:rsidRPr="0083086E" w:rsidRDefault="00FE478F">
            <w:pPr>
              <w:spacing w:after="40"/>
              <w:rPr>
                <w:lang w:val="fr-FR"/>
              </w:rPr>
            </w:pPr>
            <w:r w:rsidRPr="77370776">
              <w:rPr>
                <w:sz w:val="20"/>
                <w:szCs w:val="20"/>
                <w:lang w:val="fr-FR"/>
              </w:rPr>
              <w:t>[Tapez ici]</w:t>
            </w:r>
          </w:p>
        </w:tc>
      </w:tr>
      <w:tr w:rsidR="00626F96" w:rsidRPr="00391361" w14:paraId="52202D9F"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C0D55F5" w14:textId="77777777" w:rsidR="00626F96" w:rsidRPr="0083086E" w:rsidRDefault="00FE478F">
            <w:pPr>
              <w:spacing w:after="40"/>
              <w:rPr>
                <w:lang w:val="fr-FR"/>
              </w:rPr>
            </w:pPr>
            <w:r w:rsidRPr="77370776">
              <w:rPr>
                <w:sz w:val="20"/>
                <w:szCs w:val="20"/>
                <w:lang w:val="fr-FR"/>
              </w:rPr>
              <w:t>Nombre total d'inscriptions actives, programmes sectoriels concernés</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6A77AD6" w14:textId="77777777" w:rsidR="00626F96" w:rsidRPr="0083086E" w:rsidRDefault="00FE478F">
            <w:pPr>
              <w:spacing w:after="40"/>
              <w:rPr>
                <w:lang w:val="fr-FR"/>
              </w:rPr>
            </w:pPr>
            <w:r w:rsidRPr="77370776">
              <w:rPr>
                <w:sz w:val="20"/>
                <w:szCs w:val="20"/>
                <w:lang w:val="fr-FR"/>
              </w:rPr>
              <w:t>[Tapez ici]</w:t>
            </w:r>
          </w:p>
        </w:tc>
      </w:tr>
      <w:tr w:rsidR="00626F96" w:rsidRPr="00391361" w14:paraId="203B1C53"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7830A59" w14:textId="77777777" w:rsidR="00626F96" w:rsidRPr="0083086E" w:rsidRDefault="00FE478F">
            <w:pPr>
              <w:spacing w:after="40"/>
              <w:rPr>
                <w:lang w:val="fr-FR"/>
              </w:rPr>
            </w:pPr>
            <w:r w:rsidRPr="77370776">
              <w:rPr>
                <w:sz w:val="20"/>
                <w:szCs w:val="20"/>
                <w:lang w:val="fr-FR"/>
              </w:rPr>
              <w:t>Nombre d'instructeurs, programmes alignés sur le secteur</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930CD27" w14:textId="77777777" w:rsidR="00626F96" w:rsidRPr="0083086E" w:rsidRDefault="00FE478F">
            <w:pPr>
              <w:spacing w:after="40"/>
              <w:rPr>
                <w:lang w:val="fr-FR"/>
              </w:rPr>
            </w:pPr>
            <w:r w:rsidRPr="77370776">
              <w:rPr>
                <w:sz w:val="20"/>
                <w:szCs w:val="20"/>
                <w:lang w:val="fr-FR"/>
              </w:rPr>
              <w:t>[Tapez ici]</w:t>
            </w:r>
          </w:p>
        </w:tc>
      </w:tr>
      <w:tr w:rsidR="00626F96" w:rsidRPr="00391361" w14:paraId="35273AE6"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6BA56C0" w14:textId="77777777" w:rsidR="00626F96" w:rsidRPr="0083086E" w:rsidRDefault="00FE478F">
            <w:pPr>
              <w:spacing w:after="40"/>
              <w:rPr>
                <w:lang w:val="fr-FR"/>
              </w:rPr>
            </w:pPr>
            <w:r w:rsidRPr="77370776">
              <w:rPr>
                <w:sz w:val="20"/>
                <w:szCs w:val="20"/>
                <w:lang w:val="fr-FR"/>
              </w:rPr>
              <w:t>Nombre d'instructeurs ayant une expérience pertinente dans l'industrie</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59EB8E1" w14:textId="77777777" w:rsidR="00626F96" w:rsidRPr="0083086E" w:rsidRDefault="00FE478F">
            <w:pPr>
              <w:spacing w:after="40"/>
              <w:rPr>
                <w:lang w:val="fr-FR"/>
              </w:rPr>
            </w:pPr>
            <w:r w:rsidRPr="77370776">
              <w:rPr>
                <w:sz w:val="20"/>
                <w:szCs w:val="20"/>
                <w:lang w:val="fr-FR"/>
              </w:rPr>
              <w:t>[Tapez ici]</w:t>
            </w:r>
          </w:p>
        </w:tc>
      </w:tr>
      <w:tr w:rsidR="00626F96" w:rsidRPr="00391361" w14:paraId="18B2BD2C"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D0B5502" w14:textId="77777777" w:rsidR="00626F96" w:rsidRPr="0083086E" w:rsidRDefault="00FE478F">
            <w:pPr>
              <w:spacing w:after="40"/>
              <w:rPr>
                <w:lang w:val="fr-FR"/>
              </w:rPr>
            </w:pPr>
            <w:r w:rsidRPr="77370776">
              <w:rPr>
                <w:sz w:val="20"/>
                <w:szCs w:val="20"/>
                <w:lang w:val="fr-FR"/>
              </w:rPr>
              <w:t>Nombre de partenariats d'employeurs actifs</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6C90431" w14:textId="77777777" w:rsidR="00626F96" w:rsidRPr="0083086E" w:rsidRDefault="00FE478F">
            <w:pPr>
              <w:spacing w:after="40"/>
              <w:rPr>
                <w:lang w:val="fr-FR"/>
              </w:rPr>
            </w:pPr>
            <w:r w:rsidRPr="77370776">
              <w:rPr>
                <w:sz w:val="20"/>
                <w:szCs w:val="20"/>
                <w:lang w:val="fr-FR"/>
              </w:rPr>
              <w:t>[Tapez ici]</w:t>
            </w:r>
          </w:p>
        </w:tc>
      </w:tr>
      <w:tr w:rsidR="00626F96" w:rsidRPr="00391361" w14:paraId="131F615E"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C0FEDB8" w14:textId="77777777" w:rsidR="00626F96" w:rsidRPr="00391361" w:rsidRDefault="00FE478F" w:rsidP="77370776">
            <w:pPr>
              <w:spacing w:after="40"/>
            </w:pPr>
            <w:proofErr w:type="spellStart"/>
            <w:r w:rsidRPr="77370776">
              <w:rPr>
                <w:sz w:val="20"/>
                <w:szCs w:val="20"/>
              </w:rPr>
              <w:t>Taux</w:t>
            </w:r>
            <w:proofErr w:type="spellEnd"/>
            <w:r w:rsidRPr="77370776">
              <w:rPr>
                <w:sz w:val="20"/>
                <w:szCs w:val="20"/>
              </w:rPr>
              <w:t xml:space="preserve"> </w:t>
            </w:r>
            <w:proofErr w:type="spellStart"/>
            <w:r w:rsidRPr="77370776">
              <w:rPr>
                <w:sz w:val="20"/>
                <w:szCs w:val="20"/>
              </w:rPr>
              <w:t>d'emploi</w:t>
            </w:r>
            <w:proofErr w:type="spellEnd"/>
            <w:r w:rsidRPr="77370776">
              <w:rPr>
                <w:sz w:val="20"/>
                <w:szCs w:val="20"/>
              </w:rPr>
              <w:t xml:space="preserve"> des </w:t>
            </w:r>
            <w:proofErr w:type="spellStart"/>
            <w:r w:rsidRPr="77370776">
              <w:rPr>
                <w:sz w:val="20"/>
                <w:szCs w:val="20"/>
              </w:rPr>
              <w:t>diplômés</w:t>
            </w:r>
            <w:proofErr w:type="spellEnd"/>
            <w:r w:rsidRPr="77370776">
              <w:rPr>
                <w:sz w:val="20"/>
                <w:szCs w:val="20"/>
              </w:rPr>
              <w:t xml:space="preserve">, </w:t>
            </w:r>
            <w:proofErr w:type="spellStart"/>
            <w:r w:rsidRPr="77370776">
              <w:rPr>
                <w:sz w:val="20"/>
                <w:szCs w:val="20"/>
              </w:rPr>
              <w:t>cohorte</w:t>
            </w:r>
            <w:proofErr w:type="spellEnd"/>
            <w:r w:rsidRPr="77370776">
              <w:rPr>
                <w:sz w:val="20"/>
                <w:szCs w:val="20"/>
              </w:rPr>
              <w:t xml:space="preserve"> la plus </w:t>
            </w:r>
            <w:proofErr w:type="spellStart"/>
            <w:r w:rsidRPr="77370776">
              <w:rPr>
                <w:sz w:val="20"/>
                <w:szCs w:val="20"/>
              </w:rPr>
              <w:t>récente</w:t>
            </w:r>
            <w:proofErr w:type="spellEnd"/>
            <w:r w:rsidRPr="77370776">
              <w:rPr>
                <w:sz w:val="20"/>
                <w:szCs w:val="20"/>
              </w:rPr>
              <w:t xml:space="preserve"> </w:t>
            </w:r>
            <w:proofErr w:type="gramStart"/>
            <w:r w:rsidRPr="77370776">
              <w:rPr>
                <w:sz w:val="20"/>
                <w:szCs w:val="20"/>
              </w:rPr>
              <w:t>( %</w:t>
            </w:r>
            <w:proofErr w:type="gramEnd"/>
            <w:r w:rsidRPr="77370776">
              <w:rPr>
                <w:sz w:val="20"/>
                <w:szCs w:val="20"/>
              </w:rPr>
              <w:t>)</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A1F702E" w14:textId="77777777" w:rsidR="00626F96" w:rsidRPr="0083086E" w:rsidRDefault="00FE478F">
            <w:pPr>
              <w:spacing w:after="40"/>
              <w:rPr>
                <w:lang w:val="fr-FR"/>
              </w:rPr>
            </w:pPr>
            <w:r w:rsidRPr="77370776">
              <w:rPr>
                <w:sz w:val="20"/>
                <w:szCs w:val="20"/>
                <w:lang w:val="fr-FR"/>
              </w:rPr>
              <w:t>[Tapez ici]</w:t>
            </w:r>
          </w:p>
        </w:tc>
      </w:tr>
      <w:tr w:rsidR="00626F96" w:rsidRPr="00391361" w14:paraId="39E868AB" w14:textId="77777777" w:rsidTr="77370776">
        <w:trPr>
          <w:cantSplit/>
          <w:jc w:val="center"/>
        </w:trPr>
        <w:tc>
          <w:tcPr>
            <w:tcW w:w="64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5E6FFA8" w14:textId="449EE261" w:rsidR="00626F96" w:rsidRPr="0083086E" w:rsidRDefault="00E90AE2">
            <w:pPr>
              <w:spacing w:after="40"/>
              <w:rPr>
                <w:lang w:val="fr-FR"/>
              </w:rPr>
            </w:pPr>
            <w:r w:rsidRPr="77370776">
              <w:rPr>
                <w:sz w:val="20"/>
                <w:szCs w:val="20"/>
                <w:lang w:val="fr-FR"/>
              </w:rPr>
              <w:lastRenderedPageBreak/>
              <w:t>Revenus externes générés</w:t>
            </w:r>
            <w:r w:rsidR="00FE478F" w:rsidRPr="77370776">
              <w:rPr>
                <w:sz w:val="20"/>
                <w:szCs w:val="20"/>
                <w:lang w:val="fr-FR"/>
              </w:rPr>
              <w:t>, année la plus récente (USD)</w:t>
            </w:r>
          </w:p>
        </w:tc>
        <w:tc>
          <w:tcPr>
            <w:tcW w:w="28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9EAA5D2" w14:textId="77777777" w:rsidR="00626F96" w:rsidRPr="0083086E" w:rsidRDefault="00FE478F">
            <w:pPr>
              <w:spacing w:after="40"/>
              <w:rPr>
                <w:lang w:val="fr-FR"/>
              </w:rPr>
            </w:pPr>
            <w:r w:rsidRPr="77370776">
              <w:rPr>
                <w:sz w:val="20"/>
                <w:szCs w:val="20"/>
                <w:lang w:val="fr-FR"/>
              </w:rPr>
              <w:t>[Tapez ici]</w:t>
            </w:r>
          </w:p>
        </w:tc>
      </w:tr>
    </w:tbl>
    <w:p w14:paraId="240439DF" w14:textId="451B5976" w:rsidR="00626F96" w:rsidRPr="0083086E" w:rsidRDefault="00FE478F">
      <w:pPr>
        <w:pStyle w:val="Heading3"/>
        <w:spacing w:before="80" w:after="60"/>
        <w:rPr>
          <w:lang w:val="fr-FR"/>
        </w:rPr>
      </w:pPr>
      <w:r w:rsidRPr="77370776">
        <w:rPr>
          <w:rFonts w:ascii="Arial" w:hAnsi="Arial"/>
          <w:color w:val="000000" w:themeColor="text1"/>
          <w:lang w:val="fr-FR"/>
        </w:rPr>
        <w:t xml:space="preserve">A2 - Profils des </w:t>
      </w:r>
      <w:r w:rsidR="007A4EB0" w:rsidRPr="77370776">
        <w:rPr>
          <w:rFonts w:ascii="Arial" w:hAnsi="Arial"/>
          <w:color w:val="000000" w:themeColor="text1"/>
          <w:lang w:val="fr-FR"/>
        </w:rPr>
        <w:t xml:space="preserve">dirigeants/directeurs </w:t>
      </w:r>
      <w:r w:rsidRPr="77370776">
        <w:rPr>
          <w:rFonts w:ascii="Arial" w:hAnsi="Arial"/>
          <w:color w:val="000000" w:themeColor="text1"/>
          <w:lang w:val="fr-FR"/>
        </w:rPr>
        <w:t xml:space="preserve">et des </w:t>
      </w:r>
      <w:r w:rsidR="00CB2432" w:rsidRPr="77370776">
        <w:rPr>
          <w:rFonts w:ascii="Arial" w:hAnsi="Arial"/>
          <w:color w:val="000000" w:themeColor="text1"/>
          <w:lang w:val="fr-FR"/>
        </w:rPr>
        <w:t>professeurs</w:t>
      </w:r>
    </w:p>
    <w:tbl>
      <w:tblPr>
        <w:tblW w:w="5000" w:type="pct"/>
        <w:tblLook w:val="04A0" w:firstRow="1" w:lastRow="0" w:firstColumn="1" w:lastColumn="0" w:noHBand="0" w:noVBand="1"/>
      </w:tblPr>
      <w:tblGrid>
        <w:gridCol w:w="9956"/>
      </w:tblGrid>
      <w:tr w:rsidR="00626F96" w:rsidRPr="00BC134C" w14:paraId="40B448D5"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512CDA01" w14:textId="52E4FC4B"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 xml:space="preserve">Fournir de brèves biographies professionnelles, d'une page maximum chacune, pour le directeur de l'institution, le directeur proposé de l'institut, et jusqu'à 3 </w:t>
            </w:r>
            <w:r w:rsidR="007A4EB0" w:rsidRPr="77370776">
              <w:rPr>
                <w:sz w:val="20"/>
                <w:szCs w:val="20"/>
                <w:lang w:val="fr-FR"/>
              </w:rPr>
              <w:t xml:space="preserve">professeurs </w:t>
            </w:r>
            <w:r w:rsidR="00FE478F" w:rsidRPr="77370776">
              <w:rPr>
                <w:sz w:val="20"/>
                <w:szCs w:val="20"/>
                <w:lang w:val="fr-FR"/>
              </w:rPr>
              <w:t>clés au cœur des programmes alignés sur le secteur, en prêtant attention à l'expérience de l'industrie.</w:t>
            </w:r>
          </w:p>
        </w:tc>
      </w:tr>
      <w:tr w:rsidR="00626F96" w:rsidRPr="00BC134C" w14:paraId="3C3D46AF"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F5ADF81" w14:textId="5B433A0C"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15CD73DB" w14:textId="77777777" w:rsidR="00626F96" w:rsidRPr="0083086E" w:rsidRDefault="00626F96">
      <w:pPr>
        <w:spacing w:after="40"/>
        <w:rPr>
          <w:lang w:val="fr-FR"/>
        </w:rPr>
      </w:pPr>
    </w:p>
    <w:p w14:paraId="05E24897" w14:textId="77777777" w:rsidR="00626F96" w:rsidRPr="0083086E" w:rsidRDefault="00FE478F">
      <w:pPr>
        <w:pStyle w:val="Heading3"/>
        <w:spacing w:before="80" w:after="60"/>
        <w:rPr>
          <w:lang w:val="fr-FR"/>
        </w:rPr>
      </w:pPr>
      <w:r w:rsidRPr="77370776">
        <w:rPr>
          <w:rFonts w:ascii="Arial" w:hAnsi="Arial"/>
          <w:color w:val="000000" w:themeColor="text1"/>
          <w:lang w:val="fr-FR"/>
        </w:rPr>
        <w:t>A3 - Partenariats actifs entre l'industrie et les employeurs</w:t>
      </w:r>
    </w:p>
    <w:tbl>
      <w:tblPr>
        <w:tblStyle w:val="TableGrid"/>
        <w:tblW w:w="5000" w:type="pct"/>
        <w:jc w:val="center"/>
        <w:tblLook w:val="04A0" w:firstRow="1" w:lastRow="0" w:firstColumn="1" w:lastColumn="0" w:noHBand="0" w:noVBand="1"/>
      </w:tblPr>
      <w:tblGrid>
        <w:gridCol w:w="2489"/>
        <w:gridCol w:w="2489"/>
        <w:gridCol w:w="2491"/>
        <w:gridCol w:w="2487"/>
      </w:tblGrid>
      <w:tr w:rsidR="00626F96" w:rsidRPr="00391361" w14:paraId="7470EFA3" w14:textId="77777777" w:rsidTr="77370776">
        <w:trPr>
          <w:cantSplit/>
          <w:tblHeader/>
          <w:jc w:val="center"/>
        </w:trPr>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55078CE4" w14:textId="77777777" w:rsidR="00626F96" w:rsidRPr="0083086E" w:rsidRDefault="00FE478F">
            <w:pPr>
              <w:spacing w:after="40"/>
              <w:rPr>
                <w:lang w:val="fr-FR"/>
              </w:rPr>
            </w:pPr>
            <w:r w:rsidRPr="77370776">
              <w:rPr>
                <w:b/>
                <w:bCs/>
                <w:color w:val="FFFFFF" w:themeColor="background1"/>
                <w:sz w:val="19"/>
                <w:szCs w:val="19"/>
                <w:lang w:val="fr-FR"/>
              </w:rPr>
              <w:t>Nom du partenaire</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DB4DDF9" w14:textId="77777777" w:rsidR="00626F96" w:rsidRPr="0083086E" w:rsidRDefault="00FE478F">
            <w:pPr>
              <w:spacing w:after="40"/>
              <w:rPr>
                <w:lang w:val="fr-FR"/>
              </w:rPr>
            </w:pPr>
            <w:r w:rsidRPr="77370776">
              <w:rPr>
                <w:b/>
                <w:bCs/>
                <w:color w:val="FFFFFF" w:themeColor="background1"/>
                <w:sz w:val="19"/>
                <w:szCs w:val="19"/>
                <w:lang w:val="fr-FR"/>
              </w:rPr>
              <w:t>Nature de l'engagement</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EB45673" w14:textId="77777777" w:rsidR="00626F96" w:rsidRPr="0083086E" w:rsidRDefault="00FE478F">
            <w:pPr>
              <w:spacing w:after="40"/>
              <w:rPr>
                <w:lang w:val="fr-FR"/>
              </w:rPr>
            </w:pPr>
            <w:r w:rsidRPr="77370776">
              <w:rPr>
                <w:b/>
                <w:bCs/>
                <w:color w:val="FFFFFF" w:themeColor="background1"/>
                <w:sz w:val="19"/>
                <w:szCs w:val="19"/>
                <w:lang w:val="fr-FR"/>
              </w:rPr>
              <w:t>Principaux produits/résultats à ce jour</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27654E13" w14:textId="77777777" w:rsidR="00626F96" w:rsidRPr="0083086E" w:rsidRDefault="00FE478F">
            <w:pPr>
              <w:spacing w:after="40"/>
              <w:rPr>
                <w:lang w:val="fr-FR"/>
              </w:rPr>
            </w:pPr>
            <w:r w:rsidRPr="77370776">
              <w:rPr>
                <w:b/>
                <w:bCs/>
                <w:color w:val="FFFFFF" w:themeColor="background1"/>
                <w:sz w:val="19"/>
                <w:szCs w:val="19"/>
                <w:lang w:val="fr-FR"/>
              </w:rPr>
              <w:t>Durée</w:t>
            </w:r>
          </w:p>
        </w:tc>
      </w:tr>
      <w:tr w:rsidR="00626F96" w:rsidRPr="00391361" w14:paraId="210B5773" w14:textId="77777777" w:rsidTr="77370776">
        <w:trPr>
          <w:cantSplit/>
          <w:jc w:val="center"/>
        </w:trPr>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BA63E05"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3A61EC2"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6F6C342" w14:textId="77777777" w:rsidR="00626F96" w:rsidRPr="0083086E" w:rsidRDefault="00FE478F">
            <w:pPr>
              <w:spacing w:after="40"/>
              <w:rPr>
                <w:lang w:val="fr-FR"/>
              </w:rPr>
            </w:pPr>
            <w:r w:rsidRPr="77370776">
              <w:rPr>
                <w:sz w:val="19"/>
                <w:szCs w:val="19"/>
                <w:lang w:val="fr-FR"/>
              </w:rPr>
              <w:t>[Tapez ici]</w:t>
            </w:r>
          </w:p>
        </w:tc>
        <w:tc>
          <w:tcPr>
            <w:tcW w:w="249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3AD7918" w14:textId="77777777" w:rsidR="00626F96" w:rsidRPr="0083086E" w:rsidRDefault="00FE478F">
            <w:pPr>
              <w:spacing w:after="40"/>
              <w:rPr>
                <w:lang w:val="fr-FR"/>
              </w:rPr>
            </w:pPr>
            <w:r w:rsidRPr="77370776">
              <w:rPr>
                <w:sz w:val="19"/>
                <w:szCs w:val="19"/>
                <w:lang w:val="fr-FR"/>
              </w:rPr>
              <w:t>[Tapez ici]</w:t>
            </w:r>
          </w:p>
        </w:tc>
      </w:tr>
    </w:tbl>
    <w:p w14:paraId="4B26A66D" w14:textId="77777777" w:rsidR="00EA6CE5" w:rsidRPr="0083086E" w:rsidRDefault="00EA6CE5">
      <w:pPr>
        <w:pStyle w:val="Heading3"/>
        <w:spacing w:before="80" w:after="60"/>
        <w:rPr>
          <w:rFonts w:ascii="Arial" w:hAnsi="Arial"/>
          <w:color w:val="000000"/>
          <w:lang w:val="fr-FR"/>
        </w:rPr>
      </w:pPr>
    </w:p>
    <w:p w14:paraId="24CB80A9" w14:textId="77777777" w:rsidR="00626F96" w:rsidRPr="0083086E" w:rsidRDefault="00FE478F">
      <w:pPr>
        <w:pStyle w:val="Heading3"/>
        <w:spacing w:before="80" w:after="60"/>
        <w:rPr>
          <w:lang w:val="fr-FR"/>
        </w:rPr>
      </w:pPr>
      <w:r w:rsidRPr="77370776">
        <w:rPr>
          <w:rFonts w:ascii="Arial" w:hAnsi="Arial"/>
          <w:color w:val="000000" w:themeColor="text1"/>
          <w:lang w:val="fr-FR"/>
        </w:rPr>
        <w:t>A4 - Installations et équipements</w:t>
      </w:r>
    </w:p>
    <w:tbl>
      <w:tblPr>
        <w:tblW w:w="5000" w:type="pct"/>
        <w:tblLook w:val="04A0" w:firstRow="1" w:lastRow="0" w:firstColumn="1" w:lastColumn="0" w:noHBand="0" w:noVBand="1"/>
      </w:tblPr>
      <w:tblGrid>
        <w:gridCol w:w="9956"/>
      </w:tblGrid>
      <w:tr w:rsidR="00626F96" w:rsidRPr="00BC134C" w14:paraId="4199831C"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2E139DCD" w14:textId="6202586E"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Fournir une description concise (1 page maximum) des installations, ateliers, laboratoires et équipements disponibles pour soutenir les programmes sectoriels proposés. Jusqu'à 10 photographies peuvent être incluses.</w:t>
            </w:r>
            <w:r w:rsidR="2FBC863A" w:rsidRPr="77370776">
              <w:rPr>
                <w:lang w:val="fr-FR"/>
              </w:rPr>
              <w:t xml:space="preserve"> </w:t>
            </w:r>
            <w:r w:rsidR="2FBC863A" w:rsidRPr="77370776">
              <w:rPr>
                <w:sz w:val="20"/>
                <w:szCs w:val="20"/>
                <w:lang w:val="fr-FR"/>
              </w:rPr>
              <w:t>Les travaux de construction et de génie civil sont plafonnés à 25 % de chaque subvention institutionnelle.</w:t>
            </w:r>
          </w:p>
        </w:tc>
      </w:tr>
      <w:tr w:rsidR="00626F96" w:rsidRPr="00BC134C" w14:paraId="0CF1F401"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947A782" w14:textId="3C3216F5"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392A92AB" w14:textId="77777777" w:rsidR="00626F96" w:rsidRPr="0083086E" w:rsidRDefault="00626F96">
      <w:pPr>
        <w:spacing w:after="40"/>
        <w:rPr>
          <w:lang w:val="fr-FR"/>
        </w:rPr>
      </w:pPr>
    </w:p>
    <w:p w14:paraId="31498ED3" w14:textId="77777777" w:rsidR="00626F96" w:rsidRPr="0083086E" w:rsidRDefault="00FE478F">
      <w:pPr>
        <w:pStyle w:val="Heading3"/>
        <w:spacing w:before="80" w:after="60"/>
        <w:rPr>
          <w:lang w:val="fr-FR"/>
        </w:rPr>
      </w:pPr>
      <w:r w:rsidRPr="77370776">
        <w:rPr>
          <w:rFonts w:ascii="Arial" w:hAnsi="Arial"/>
          <w:color w:val="000000" w:themeColor="text1"/>
          <w:lang w:val="fr-FR"/>
        </w:rPr>
        <w:t>A5 – Offres de formation existantes alignées sur le secteur</w:t>
      </w:r>
    </w:p>
    <w:tbl>
      <w:tblPr>
        <w:tblStyle w:val="TableGrid"/>
        <w:tblW w:w="5000" w:type="pct"/>
        <w:jc w:val="center"/>
        <w:tblLook w:val="04A0" w:firstRow="1" w:lastRow="0" w:firstColumn="1" w:lastColumn="0" w:noHBand="0" w:noVBand="1"/>
      </w:tblPr>
      <w:tblGrid>
        <w:gridCol w:w="1658"/>
        <w:gridCol w:w="1660"/>
        <w:gridCol w:w="1658"/>
        <w:gridCol w:w="1658"/>
        <w:gridCol w:w="1661"/>
        <w:gridCol w:w="1661"/>
      </w:tblGrid>
      <w:tr w:rsidR="00626F96" w:rsidRPr="00391361" w14:paraId="06D38B2E" w14:textId="77777777" w:rsidTr="77370776">
        <w:trPr>
          <w:cantSplit/>
          <w:tblHeader/>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DF91349" w14:textId="77777777" w:rsidR="00626F96" w:rsidRPr="0083086E" w:rsidRDefault="00FE478F">
            <w:pPr>
              <w:spacing w:after="40"/>
              <w:rPr>
                <w:lang w:val="fr-FR"/>
              </w:rPr>
            </w:pPr>
            <w:r w:rsidRPr="77370776">
              <w:rPr>
                <w:b/>
                <w:bCs/>
                <w:color w:val="FFFFFF" w:themeColor="background1"/>
                <w:sz w:val="17"/>
                <w:szCs w:val="17"/>
                <w:lang w:val="fr-FR"/>
              </w:rPr>
              <w:t>Intitulé du programme</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0765C12C" w14:textId="77777777" w:rsidR="00626F96" w:rsidRPr="0083086E" w:rsidRDefault="00FE478F">
            <w:pPr>
              <w:spacing w:after="40"/>
              <w:rPr>
                <w:lang w:val="fr-FR"/>
              </w:rPr>
            </w:pPr>
            <w:r w:rsidRPr="77370776">
              <w:rPr>
                <w:b/>
                <w:bCs/>
                <w:color w:val="FFFFFF" w:themeColor="background1"/>
                <w:sz w:val="17"/>
                <w:szCs w:val="17"/>
                <w:lang w:val="fr-FR"/>
              </w:rPr>
              <w:t>Niveau de qualification</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5B06CF4" w14:textId="77777777" w:rsidR="00626F96" w:rsidRPr="0083086E" w:rsidRDefault="00FE478F">
            <w:pPr>
              <w:spacing w:after="40"/>
              <w:rPr>
                <w:lang w:val="fr-FR"/>
              </w:rPr>
            </w:pPr>
            <w:r w:rsidRPr="77370776">
              <w:rPr>
                <w:b/>
                <w:bCs/>
                <w:color w:val="FFFFFF" w:themeColor="background1"/>
                <w:sz w:val="17"/>
                <w:szCs w:val="17"/>
                <w:lang w:val="fr-FR"/>
              </w:rPr>
              <w:t>Durée</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C50C0C8" w14:textId="77777777" w:rsidR="00626F96" w:rsidRPr="0083086E" w:rsidRDefault="00FE478F">
            <w:pPr>
              <w:spacing w:after="40"/>
              <w:rPr>
                <w:lang w:val="fr-FR"/>
              </w:rPr>
            </w:pPr>
            <w:r w:rsidRPr="77370776">
              <w:rPr>
                <w:b/>
                <w:bCs/>
                <w:color w:val="FFFFFF" w:themeColor="background1"/>
                <w:sz w:val="17"/>
                <w:szCs w:val="17"/>
                <w:lang w:val="fr-FR"/>
              </w:rPr>
              <w:t>Effectif annuel</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010080F7" w14:textId="77777777" w:rsidR="00626F96" w:rsidRPr="0083086E" w:rsidRDefault="00FE478F">
            <w:pPr>
              <w:spacing w:after="40"/>
              <w:rPr>
                <w:lang w:val="fr-FR"/>
              </w:rPr>
            </w:pPr>
            <w:r w:rsidRPr="77370776">
              <w:rPr>
                <w:b/>
                <w:bCs/>
                <w:color w:val="FFFFFF" w:themeColor="background1"/>
                <w:sz w:val="17"/>
                <w:szCs w:val="17"/>
                <w:lang w:val="fr-FR"/>
              </w:rPr>
              <w:t>État d'accréditation</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0B604213" w14:textId="77777777" w:rsidR="00626F96" w:rsidRPr="0083086E" w:rsidRDefault="00FE478F">
            <w:pPr>
              <w:spacing w:after="40"/>
              <w:rPr>
                <w:lang w:val="fr-FR"/>
              </w:rPr>
            </w:pPr>
            <w:r w:rsidRPr="77370776">
              <w:rPr>
                <w:b/>
                <w:bCs/>
                <w:color w:val="FFFFFF" w:themeColor="background1"/>
                <w:sz w:val="17"/>
                <w:szCs w:val="17"/>
                <w:lang w:val="fr-FR"/>
              </w:rPr>
              <w:t>Organisme d'accréditation</w:t>
            </w:r>
          </w:p>
        </w:tc>
      </w:tr>
      <w:tr w:rsidR="00626F96" w:rsidRPr="00391361" w14:paraId="609CABFC" w14:textId="77777777" w:rsidTr="77370776">
        <w:trPr>
          <w:cantSplit/>
          <w:jc w:val="center"/>
        </w:trPr>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C8F0C22"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6D16130"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98A2ECC"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5324970"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53814F2" w14:textId="77777777" w:rsidR="00626F96" w:rsidRPr="0083086E" w:rsidRDefault="00FE478F">
            <w:pPr>
              <w:spacing w:after="40"/>
              <w:rPr>
                <w:lang w:val="fr-FR"/>
              </w:rPr>
            </w:pPr>
            <w:r w:rsidRPr="77370776">
              <w:rPr>
                <w:sz w:val="17"/>
                <w:szCs w:val="17"/>
                <w:lang w:val="fr-FR"/>
              </w:rPr>
              <w:t>[Tapez ici]</w:t>
            </w:r>
          </w:p>
        </w:tc>
        <w:tc>
          <w:tcPr>
            <w:tcW w:w="16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38857CA" w14:textId="77777777" w:rsidR="00626F96" w:rsidRPr="0083086E" w:rsidRDefault="00FE478F">
            <w:pPr>
              <w:spacing w:after="40"/>
              <w:rPr>
                <w:lang w:val="fr-FR"/>
              </w:rPr>
            </w:pPr>
            <w:r w:rsidRPr="77370776">
              <w:rPr>
                <w:sz w:val="17"/>
                <w:szCs w:val="17"/>
                <w:lang w:val="fr-FR"/>
              </w:rPr>
              <w:t>[Tapez ici]</w:t>
            </w:r>
          </w:p>
        </w:tc>
      </w:tr>
    </w:tbl>
    <w:p w14:paraId="757EC6F3" w14:textId="77777777" w:rsidR="00626F96" w:rsidRPr="0083086E" w:rsidRDefault="00FE478F">
      <w:pPr>
        <w:pStyle w:val="Heading3"/>
        <w:spacing w:before="80" w:after="60"/>
        <w:rPr>
          <w:lang w:val="fr-FR"/>
        </w:rPr>
      </w:pPr>
      <w:r w:rsidRPr="77370776">
        <w:rPr>
          <w:rFonts w:ascii="Arial" w:hAnsi="Arial"/>
          <w:color w:val="000000" w:themeColor="text1"/>
          <w:lang w:val="fr-FR"/>
        </w:rPr>
        <w:t>A6 - Justificatifs d'accréditation des établissements</w:t>
      </w:r>
    </w:p>
    <w:tbl>
      <w:tblPr>
        <w:tblW w:w="5000" w:type="pct"/>
        <w:tblLook w:val="04A0" w:firstRow="1" w:lastRow="0" w:firstColumn="1" w:lastColumn="0" w:noHBand="0" w:noVBand="1"/>
      </w:tblPr>
      <w:tblGrid>
        <w:gridCol w:w="9956"/>
      </w:tblGrid>
      <w:tr w:rsidR="00626F96" w:rsidRPr="00BC134C" w14:paraId="6110E043"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BA34167" w14:textId="027384CD"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Résumer le(s) certificat(s) d'accréditation délivré(s) par l'organisme d'accréditation</w:t>
            </w:r>
          </w:p>
        </w:tc>
      </w:tr>
      <w:tr w:rsidR="00626F96" w:rsidRPr="00BC134C" w14:paraId="2554F971"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F784DFE" w14:textId="579E6838"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47F23AAB" w14:textId="77777777" w:rsidR="00626F96" w:rsidRPr="0083086E" w:rsidRDefault="00626F96">
      <w:pPr>
        <w:spacing w:after="40"/>
        <w:rPr>
          <w:lang w:val="fr-FR"/>
        </w:rPr>
      </w:pPr>
    </w:p>
    <w:p w14:paraId="32C18B10" w14:textId="77777777" w:rsidR="00626F96" w:rsidRPr="0083086E" w:rsidRDefault="00FE478F">
      <w:pPr>
        <w:pStyle w:val="Heading3"/>
        <w:spacing w:before="80" w:after="60"/>
        <w:rPr>
          <w:lang w:val="fr-FR"/>
        </w:rPr>
      </w:pPr>
      <w:r w:rsidRPr="77370776">
        <w:rPr>
          <w:rFonts w:ascii="Arial" w:hAnsi="Arial"/>
          <w:color w:val="000000" w:themeColor="text1"/>
          <w:lang w:val="fr-FR"/>
        </w:rPr>
        <w:t>A7 - Aperçu financier</w:t>
      </w:r>
    </w:p>
    <w:tbl>
      <w:tblPr>
        <w:tblW w:w="5000" w:type="pct"/>
        <w:tblLook w:val="04A0" w:firstRow="1" w:lastRow="0" w:firstColumn="1" w:lastColumn="0" w:noHBand="0" w:noVBand="1"/>
      </w:tblPr>
      <w:tblGrid>
        <w:gridCol w:w="9956"/>
      </w:tblGrid>
      <w:tr w:rsidR="00626F96" w:rsidRPr="00BC134C" w14:paraId="235D1856"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600AF97" w14:textId="0250EEA4"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Fournir un tableau récapitulatif des recettes et des dépenses pour les deux exercices les plus récents, ainsi que la trajectoire de viabilité financière projetée après la période couverte par le programme.</w:t>
            </w:r>
          </w:p>
        </w:tc>
      </w:tr>
      <w:tr w:rsidR="00626F96" w:rsidRPr="00BC134C" w14:paraId="29DD741C"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57B64F9" w14:textId="444DE6D1"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2FBC0CDF" w14:textId="77777777" w:rsidR="00626F96" w:rsidRPr="0083086E" w:rsidRDefault="00626F96">
      <w:pPr>
        <w:spacing w:after="40"/>
        <w:rPr>
          <w:lang w:val="fr-FR"/>
        </w:rPr>
      </w:pPr>
    </w:p>
    <w:p w14:paraId="5C46916A" w14:textId="2C7593E0" w:rsidR="00626F96" w:rsidRPr="0083086E" w:rsidRDefault="00FE478F" w:rsidP="77370776">
      <w:pPr>
        <w:pStyle w:val="Heading1"/>
        <w:pageBreakBefore/>
        <w:spacing w:before="120" w:after="160"/>
        <w:rPr>
          <w:rFonts w:ascii="Arial" w:hAnsi="Arial"/>
          <w:color w:val="0F2F55"/>
          <w:sz w:val="32"/>
          <w:szCs w:val="32"/>
          <w:lang w:val="fr-FR"/>
        </w:rPr>
      </w:pPr>
      <w:r w:rsidRPr="77370776">
        <w:rPr>
          <w:rFonts w:ascii="Arial" w:hAnsi="Arial"/>
          <w:color w:val="0F2F55"/>
          <w:sz w:val="32"/>
          <w:szCs w:val="32"/>
          <w:lang w:val="fr-FR"/>
        </w:rPr>
        <w:lastRenderedPageBreak/>
        <w:t xml:space="preserve">Déclaration de validation requise - Panel </w:t>
      </w:r>
      <w:r w:rsidR="00A14BAD" w:rsidRPr="77370776">
        <w:rPr>
          <w:rFonts w:ascii="Arial" w:hAnsi="Arial"/>
          <w:color w:val="0F2F55"/>
          <w:sz w:val="32"/>
          <w:szCs w:val="32"/>
          <w:lang w:val="fr-FR"/>
        </w:rPr>
        <w:t>de mobilisation du secteur</w:t>
      </w:r>
    </w:p>
    <w:tbl>
      <w:tblPr>
        <w:tblW w:w="5000" w:type="pct"/>
        <w:tblLook w:val="04A0" w:firstRow="1" w:lastRow="0" w:firstColumn="1" w:lastColumn="0" w:noHBand="0" w:noVBand="1"/>
      </w:tblPr>
      <w:tblGrid>
        <w:gridCol w:w="9956"/>
      </w:tblGrid>
      <w:tr w:rsidR="00626F96" w:rsidRPr="00BC134C" w14:paraId="757E2616" w14:textId="77777777" w:rsidTr="77370776">
        <w:tc>
          <w:tcPr>
            <w:tcW w:w="9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CE4D6"/>
            <w:tcMar>
              <w:top w:w="100" w:type="dxa"/>
              <w:left w:w="120" w:type="dxa"/>
              <w:bottom w:w="100" w:type="dxa"/>
              <w:right w:w="120" w:type="dxa"/>
            </w:tcMar>
          </w:tcPr>
          <w:p w14:paraId="1A457783" w14:textId="77777777" w:rsidR="00626F96" w:rsidRPr="0083086E" w:rsidRDefault="00FE478F">
            <w:pPr>
              <w:rPr>
                <w:lang w:val="fr-FR"/>
              </w:rPr>
            </w:pPr>
            <w:r w:rsidRPr="77370776">
              <w:rPr>
                <w:b/>
                <w:bCs/>
                <w:color w:val="0F2F55"/>
                <w:sz w:val="21"/>
                <w:szCs w:val="21"/>
                <w:lang w:val="fr-FR"/>
              </w:rPr>
              <w:t>Obligation de dépôt</w:t>
            </w:r>
          </w:p>
          <w:p w14:paraId="7606948F" w14:textId="3F898644" w:rsidR="00626F96" w:rsidRPr="0083086E" w:rsidRDefault="00FE478F">
            <w:pPr>
              <w:spacing w:after="0" w:line="240" w:lineRule="auto"/>
              <w:rPr>
                <w:lang w:val="fr-FR"/>
              </w:rPr>
            </w:pPr>
            <w:r w:rsidRPr="77370776">
              <w:rPr>
                <w:sz w:val="20"/>
                <w:szCs w:val="20"/>
                <w:lang w:val="fr-FR"/>
              </w:rPr>
              <w:t xml:space="preserve">Les orientations exigent une déclaration de validation du </w:t>
            </w:r>
            <w:r w:rsidR="6BED864D" w:rsidRPr="77370776">
              <w:rPr>
                <w:sz w:val="20"/>
                <w:szCs w:val="20"/>
                <w:lang w:val="fr-FR"/>
              </w:rPr>
              <w:t xml:space="preserve">Panel de mobilisation du secteur </w:t>
            </w:r>
            <w:r w:rsidRPr="77370776">
              <w:rPr>
                <w:sz w:val="20"/>
                <w:szCs w:val="20"/>
                <w:lang w:val="fr-FR"/>
              </w:rPr>
              <w:t>ne dépassant pas une page. Cette page de validation est incluse pour aider les candidats à satisfaire aux exigences tout en conservant la demande sous la forme d'un seul fichier PDF consolidé.</w:t>
            </w:r>
          </w:p>
        </w:tc>
      </w:tr>
    </w:tbl>
    <w:p w14:paraId="038808D1" w14:textId="77777777" w:rsidR="00626F96" w:rsidRPr="0083086E" w:rsidRDefault="00626F96">
      <w:pPr>
        <w:spacing w:after="40"/>
        <w:rPr>
          <w:lang w:val="fr-FR"/>
        </w:rPr>
      </w:pPr>
    </w:p>
    <w:p w14:paraId="14C6DFEB" w14:textId="77777777" w:rsidR="00626F96" w:rsidRPr="0083086E" w:rsidRDefault="00FE478F">
      <w:pPr>
        <w:pStyle w:val="Heading3"/>
        <w:spacing w:before="80" w:after="60"/>
        <w:rPr>
          <w:lang w:val="fr-FR"/>
        </w:rPr>
      </w:pPr>
      <w:r w:rsidRPr="77370776">
        <w:rPr>
          <w:rFonts w:ascii="Arial" w:hAnsi="Arial"/>
          <w:color w:val="000000" w:themeColor="text1"/>
          <w:lang w:val="fr-FR"/>
        </w:rPr>
        <w:t>Déclaration de validation du Panel</w:t>
      </w:r>
    </w:p>
    <w:tbl>
      <w:tblPr>
        <w:tblW w:w="5000" w:type="pct"/>
        <w:tblLook w:val="04A0" w:firstRow="1" w:lastRow="0" w:firstColumn="1" w:lastColumn="0" w:noHBand="0" w:noVBand="1"/>
      </w:tblPr>
      <w:tblGrid>
        <w:gridCol w:w="9956"/>
      </w:tblGrid>
      <w:tr w:rsidR="00626F96" w:rsidRPr="00BC134C" w14:paraId="1CA0896E"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2C88F15F" w14:textId="2313D212" w:rsidR="00626F96" w:rsidRPr="0083086E" w:rsidRDefault="3D03AFD2">
            <w:pPr>
              <w:spacing w:after="0" w:line="240" w:lineRule="auto"/>
              <w:rPr>
                <w:lang w:val="fr-FR"/>
              </w:rPr>
            </w:pPr>
            <w:r w:rsidRPr="77370776">
              <w:rPr>
                <w:b/>
                <w:bCs/>
                <w:sz w:val="20"/>
                <w:szCs w:val="20"/>
                <w:lang w:val="fr-FR"/>
              </w:rPr>
              <w:t>A fournir</w:t>
            </w:r>
            <w:r w:rsidR="00FE478F" w:rsidRPr="77370776">
              <w:rPr>
                <w:b/>
                <w:bCs/>
                <w:sz w:val="20"/>
                <w:szCs w:val="20"/>
                <w:lang w:val="fr-FR"/>
              </w:rPr>
              <w:t xml:space="preserve"> : </w:t>
            </w:r>
            <w:r w:rsidR="00FE478F" w:rsidRPr="77370776">
              <w:rPr>
                <w:sz w:val="20"/>
                <w:szCs w:val="20"/>
                <w:lang w:val="fr-FR"/>
              </w:rPr>
              <w:t>Confirmez que le Panel a examiné les priorités sectorielles, les données probantes sur la demande du marché du travail, le partenariat proposé et les résultats attendus. Indiquer comment le Panel restera engagé pendant la mise en œuvre.</w:t>
            </w:r>
          </w:p>
        </w:tc>
      </w:tr>
      <w:tr w:rsidR="00626F96" w:rsidRPr="00BC134C" w14:paraId="7F89225D" w14:textId="77777777" w:rsidTr="77370776">
        <w:tc>
          <w:tcPr>
            <w:tcW w:w="997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5C4F21D" w14:textId="6A675C94" w:rsidR="00626F96" w:rsidRPr="0083086E" w:rsidRDefault="00FE478F">
            <w:pPr>
              <w:spacing w:after="0" w:line="240" w:lineRule="auto"/>
              <w:rPr>
                <w:lang w:val="fr-FR"/>
              </w:rPr>
            </w:pPr>
            <w:r w:rsidRPr="77370776">
              <w:rPr>
                <w:b/>
                <w:bCs/>
                <w:lang w:val="fr-FR"/>
              </w:rPr>
              <w:t xml:space="preserve">Réponse du </w:t>
            </w:r>
            <w:r w:rsidR="4AFF7294" w:rsidRPr="77370776">
              <w:rPr>
                <w:b/>
                <w:bCs/>
                <w:lang w:val="fr-FR"/>
              </w:rPr>
              <w:t>candidat</w:t>
            </w:r>
            <w:r w:rsidRPr="77370776">
              <w:rPr>
                <w:b/>
                <w:bCs/>
                <w:lang w:val="fr-FR"/>
              </w:rPr>
              <w:t xml:space="preserve"> : </w:t>
            </w:r>
            <w:r w:rsidRPr="77370776">
              <w:rPr>
                <w:i/>
                <w:iCs/>
                <w:color w:val="787878"/>
                <w:lang w:val="fr-FR"/>
              </w:rPr>
              <w:t>[Tapez la réponse ici.]</w:t>
            </w:r>
          </w:p>
        </w:tc>
      </w:tr>
    </w:tbl>
    <w:p w14:paraId="4AF85633" w14:textId="77777777" w:rsidR="00626F96" w:rsidRPr="0083086E" w:rsidRDefault="00626F96">
      <w:pPr>
        <w:spacing w:after="40"/>
        <w:rPr>
          <w:lang w:val="fr-FR"/>
        </w:rPr>
      </w:pPr>
    </w:p>
    <w:p w14:paraId="340FCBA7" w14:textId="77777777" w:rsidR="00626F96" w:rsidRPr="0083086E" w:rsidRDefault="00FE478F">
      <w:pPr>
        <w:pStyle w:val="Heading2"/>
        <w:spacing w:before="120" w:after="100"/>
        <w:rPr>
          <w:lang w:val="fr-FR"/>
        </w:rPr>
      </w:pPr>
      <w:r w:rsidRPr="77370776">
        <w:rPr>
          <w:rFonts w:ascii="Arial" w:hAnsi="Arial"/>
          <w:color w:val="1F4E79"/>
          <w:lang w:val="fr-FR"/>
        </w:rPr>
        <w:t>Composition et approbation du Panel</w:t>
      </w:r>
    </w:p>
    <w:tbl>
      <w:tblPr>
        <w:tblStyle w:val="TableGrid"/>
        <w:tblW w:w="5000" w:type="pct"/>
        <w:jc w:val="center"/>
        <w:tblLook w:val="04A0" w:firstRow="1" w:lastRow="0" w:firstColumn="1" w:lastColumn="0" w:noHBand="0" w:noVBand="1"/>
      </w:tblPr>
      <w:tblGrid>
        <w:gridCol w:w="1976"/>
        <w:gridCol w:w="2049"/>
        <w:gridCol w:w="1978"/>
        <w:gridCol w:w="1975"/>
        <w:gridCol w:w="1978"/>
      </w:tblGrid>
      <w:tr w:rsidR="00626F96" w:rsidRPr="00391361" w14:paraId="63CACCCE" w14:textId="77777777" w:rsidTr="77370776">
        <w:trPr>
          <w:cantSplit/>
          <w:tblHeader/>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5D049970" w14:textId="77777777" w:rsidR="00626F96" w:rsidRPr="0083086E" w:rsidRDefault="00FE478F">
            <w:pPr>
              <w:spacing w:after="40"/>
              <w:rPr>
                <w:lang w:val="fr-FR"/>
              </w:rPr>
            </w:pPr>
            <w:r w:rsidRPr="77370776">
              <w:rPr>
                <w:b/>
                <w:bCs/>
                <w:color w:val="FFFFFF" w:themeColor="background1"/>
                <w:sz w:val="17"/>
                <w:szCs w:val="17"/>
                <w:lang w:val="fr-FR"/>
              </w:rPr>
              <w:t>Nom</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147F3A60" w14:textId="77777777" w:rsidR="00626F96" w:rsidRPr="0083086E" w:rsidRDefault="00FE478F">
            <w:pPr>
              <w:spacing w:after="40"/>
              <w:rPr>
                <w:lang w:val="fr-FR"/>
              </w:rPr>
            </w:pPr>
            <w:r w:rsidRPr="77370776">
              <w:rPr>
                <w:b/>
                <w:bCs/>
                <w:color w:val="FFFFFF" w:themeColor="background1"/>
                <w:sz w:val="17"/>
                <w:szCs w:val="17"/>
                <w:lang w:val="fr-FR"/>
              </w:rPr>
              <w:t>Institution/organisation</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6FEF42CC" w14:textId="77777777" w:rsidR="00626F96" w:rsidRPr="0083086E" w:rsidRDefault="00FE478F">
            <w:pPr>
              <w:spacing w:after="40"/>
              <w:rPr>
                <w:lang w:val="fr-FR"/>
              </w:rPr>
            </w:pPr>
            <w:r w:rsidRPr="77370776">
              <w:rPr>
                <w:b/>
                <w:bCs/>
                <w:color w:val="FFFFFF" w:themeColor="background1"/>
                <w:sz w:val="17"/>
                <w:szCs w:val="17"/>
                <w:lang w:val="fr-FR"/>
              </w:rPr>
              <w:t>Catégorie (Secteur privé / Ministère / Autre)</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48E288B7" w14:textId="77777777" w:rsidR="00626F96" w:rsidRPr="0083086E" w:rsidRDefault="00FE478F">
            <w:pPr>
              <w:spacing w:after="40"/>
              <w:rPr>
                <w:lang w:val="fr-FR"/>
              </w:rPr>
            </w:pPr>
            <w:r w:rsidRPr="77370776">
              <w:rPr>
                <w:b/>
                <w:bCs/>
                <w:color w:val="FFFFFF" w:themeColor="background1"/>
                <w:sz w:val="17"/>
                <w:szCs w:val="17"/>
                <w:lang w:val="fr-FR"/>
              </w:rPr>
              <w:t>Rôle au sein du groupe</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1F4E79"/>
            <w:tcMar>
              <w:top w:w="80" w:type="dxa"/>
              <w:left w:w="80" w:type="dxa"/>
              <w:bottom w:w="80" w:type="dxa"/>
              <w:right w:w="80" w:type="dxa"/>
            </w:tcMar>
          </w:tcPr>
          <w:p w14:paraId="35A3B105" w14:textId="77777777" w:rsidR="00626F96" w:rsidRPr="0083086E" w:rsidRDefault="00FE478F">
            <w:pPr>
              <w:spacing w:after="40"/>
              <w:rPr>
                <w:lang w:val="fr-FR"/>
              </w:rPr>
            </w:pPr>
            <w:r w:rsidRPr="77370776">
              <w:rPr>
                <w:b/>
                <w:bCs/>
                <w:color w:val="FFFFFF" w:themeColor="background1"/>
                <w:sz w:val="17"/>
                <w:szCs w:val="17"/>
                <w:lang w:val="fr-FR"/>
              </w:rPr>
              <w:t>Signature / Date</w:t>
            </w:r>
          </w:p>
        </w:tc>
      </w:tr>
      <w:tr w:rsidR="00626F96" w:rsidRPr="00391361" w14:paraId="1C5D195E"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61FD951"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EE0FA80"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7F6E6ED"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605F78D"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DF6B3D1" w14:textId="77777777" w:rsidR="00626F96" w:rsidRPr="0083086E" w:rsidRDefault="00FE478F">
            <w:pPr>
              <w:spacing w:after="40"/>
              <w:rPr>
                <w:lang w:val="fr-FR"/>
              </w:rPr>
            </w:pPr>
            <w:r w:rsidRPr="77370776">
              <w:rPr>
                <w:sz w:val="17"/>
                <w:szCs w:val="17"/>
                <w:lang w:val="fr-FR"/>
              </w:rPr>
              <w:t>[Tapez ici]</w:t>
            </w:r>
          </w:p>
        </w:tc>
      </w:tr>
      <w:tr w:rsidR="00626F96" w:rsidRPr="00391361" w14:paraId="3D85C907"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AA2E6B8"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679E3D5"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D2624B0"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B5A6AA0"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6B94B2C" w14:textId="77777777" w:rsidR="00626F96" w:rsidRPr="0083086E" w:rsidRDefault="00FE478F">
            <w:pPr>
              <w:spacing w:after="40"/>
              <w:rPr>
                <w:lang w:val="fr-FR"/>
              </w:rPr>
            </w:pPr>
            <w:r w:rsidRPr="77370776">
              <w:rPr>
                <w:sz w:val="17"/>
                <w:szCs w:val="17"/>
                <w:lang w:val="fr-FR"/>
              </w:rPr>
              <w:t>[Tapez ici]</w:t>
            </w:r>
          </w:p>
        </w:tc>
      </w:tr>
      <w:tr w:rsidR="00626F96" w:rsidRPr="00391361" w14:paraId="2B26B48E"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07DD6B3"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6A283F9"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3AD8D00"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5406EC8D"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8ADB5DD" w14:textId="77777777" w:rsidR="00626F96" w:rsidRPr="0083086E" w:rsidRDefault="00FE478F">
            <w:pPr>
              <w:spacing w:after="40"/>
              <w:rPr>
                <w:lang w:val="fr-FR"/>
              </w:rPr>
            </w:pPr>
            <w:r w:rsidRPr="77370776">
              <w:rPr>
                <w:sz w:val="17"/>
                <w:szCs w:val="17"/>
                <w:lang w:val="fr-FR"/>
              </w:rPr>
              <w:t>[Tapez ici]</w:t>
            </w:r>
          </w:p>
        </w:tc>
      </w:tr>
      <w:tr w:rsidR="00626F96" w:rsidRPr="00391361" w14:paraId="32B352F3"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6E97A31"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6014BAB"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3AC0BCDB"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F1A0051"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738AE655" w14:textId="77777777" w:rsidR="00626F96" w:rsidRPr="0083086E" w:rsidRDefault="00FE478F">
            <w:pPr>
              <w:spacing w:after="40"/>
              <w:rPr>
                <w:lang w:val="fr-FR"/>
              </w:rPr>
            </w:pPr>
            <w:r w:rsidRPr="77370776">
              <w:rPr>
                <w:sz w:val="17"/>
                <w:szCs w:val="17"/>
                <w:lang w:val="fr-FR"/>
              </w:rPr>
              <w:t>[Tapez ici]</w:t>
            </w:r>
          </w:p>
        </w:tc>
      </w:tr>
      <w:tr w:rsidR="00626F96" w:rsidRPr="00391361" w14:paraId="05C23D85" w14:textId="77777777" w:rsidTr="77370776">
        <w:trPr>
          <w:cantSplit/>
          <w:jc w:val="center"/>
        </w:trPr>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48208B9"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2B956FE2"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1EF2004E"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45026396" w14:textId="77777777" w:rsidR="00626F96" w:rsidRPr="0083086E" w:rsidRDefault="00FE478F">
            <w:pPr>
              <w:spacing w:after="40"/>
              <w:rPr>
                <w:lang w:val="fr-FR"/>
              </w:rPr>
            </w:pPr>
            <w:r w:rsidRPr="77370776">
              <w:rPr>
                <w:sz w:val="17"/>
                <w:szCs w:val="17"/>
                <w:lang w:val="fr-FR"/>
              </w:rPr>
              <w:t>[Tapez ici]</w:t>
            </w:r>
          </w:p>
        </w:tc>
        <w:tc>
          <w:tcPr>
            <w:tcW w:w="199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80" w:type="dxa"/>
              <w:left w:w="80" w:type="dxa"/>
              <w:bottom w:w="80" w:type="dxa"/>
              <w:right w:w="80" w:type="dxa"/>
            </w:tcMar>
          </w:tcPr>
          <w:p w14:paraId="07B354A0" w14:textId="77777777" w:rsidR="00626F96" w:rsidRPr="0083086E" w:rsidRDefault="00FE478F">
            <w:pPr>
              <w:spacing w:after="40"/>
              <w:rPr>
                <w:lang w:val="fr-FR"/>
              </w:rPr>
            </w:pPr>
            <w:r w:rsidRPr="77370776">
              <w:rPr>
                <w:sz w:val="17"/>
                <w:szCs w:val="17"/>
                <w:lang w:val="fr-FR"/>
              </w:rPr>
              <w:t>[Tapez ici]</w:t>
            </w:r>
          </w:p>
        </w:tc>
      </w:tr>
    </w:tbl>
    <w:p w14:paraId="07BEBE0F" w14:textId="77777777" w:rsidR="00FE478F" w:rsidRPr="0083086E" w:rsidRDefault="00FE478F">
      <w:pPr>
        <w:rPr>
          <w:lang w:val="fr-FR"/>
        </w:rPr>
      </w:pPr>
    </w:p>
    <w:sectPr w:rsidR="00FE478F" w:rsidRPr="0083086E" w:rsidSect="00034616">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0B34" w14:textId="77777777" w:rsidR="0037537A" w:rsidRDefault="0037537A">
      <w:pPr>
        <w:spacing w:after="0" w:line="240" w:lineRule="auto"/>
      </w:pPr>
      <w:r>
        <w:separator/>
      </w:r>
    </w:p>
  </w:endnote>
  <w:endnote w:type="continuationSeparator" w:id="0">
    <w:p w14:paraId="27F3F4D1" w14:textId="77777777" w:rsidR="0037537A" w:rsidRDefault="00375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1A39" w14:textId="77777777" w:rsidR="003E4E3C" w:rsidRDefault="003E4E3C">
    <w:pPr>
      <w:pStyle w:val="Footer"/>
    </w:pPr>
    <w:r>
      <w:rPr>
        <w:noProof/>
      </w:rPr>
      <mc:AlternateContent>
        <mc:Choice Requires="wps">
          <w:drawing>
            <wp:anchor distT="0" distB="0" distL="0" distR="0" simplePos="0" relativeHeight="251658241" behindDoc="0" locked="0" layoutInCell="1" allowOverlap="1" wp14:anchorId="06BFF700" wp14:editId="126BFF7E">
              <wp:simplePos x="635" y="635"/>
              <wp:positionH relativeFrom="page">
                <wp:align>right</wp:align>
              </wp:positionH>
              <wp:positionV relativeFrom="page">
                <wp:align>bottom</wp:align>
              </wp:positionV>
              <wp:extent cx="1172210" cy="368935"/>
              <wp:effectExtent l="0" t="0" r="0" b="0"/>
              <wp:wrapNone/>
              <wp:docPr id="813099060" name="Text Box 2" descr="Pour usage offici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0F3EA31E" w14:textId="77777777" w:rsidR="003E4E3C" w:rsidRPr="003E4E3C" w:rsidRDefault="003E4E3C" w:rsidP="003E4E3C">
                          <w:pPr>
                            <w:spacing w:after="0"/>
                            <w:rPr>
                              <w:rFonts w:ascii="Aptos" w:eastAsia="Aptos" w:hAnsi="Aptos" w:cs="Aptos"/>
                              <w:noProof/>
                              <w:color w:val="000000"/>
                              <w:sz w:val="20"/>
                              <w:szCs w:val="20"/>
                            </w:rPr>
                          </w:pPr>
                          <w:r w:rsidRPr="003E4E3C">
                            <w:rPr>
                              <w:rFonts w:ascii="Aptos" w:eastAsia="Aptos" w:hAnsi="Aptos" w:cs="Aptos"/>
                              <w:noProof/>
                              <w:color w:val="000000"/>
                              <w:sz w:val="20"/>
                              <w:szCs w:val="20"/>
                            </w:rPr>
                            <w:t>Pour usage officiel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6BFF700" id="_x0000_t202" coordsize="21600,21600" o:spt="202" path="m,l,21600r21600,l21600,xe">
              <v:stroke joinstyle="miter"/>
              <v:path gradientshapeok="t" o:connecttype="rect"/>
            </v:shapetype>
            <v:shape id="Text Box 2" o:spid="_x0000_s1026" type="#_x0000_t202" alt="Pour usage officiel" style="position:absolute;margin-left:41.1pt;margin-top:0;width:92.3pt;height:29.0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QlDwIAABsEAAAOAAAAZHJzL2Uyb0RvYy54bWysU8Fu2zAMvQ/YPwi6L7bTpW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" filled="f" stroked="f">
              <v:textbox style="mso-fit-shape-to-text:t" inset="0,0,20pt,15pt">
                <w:txbxContent>
                  <w:p w14:paraId="0F3EA31E" w14:textId="77777777" w:rsidR="003E4E3C" w:rsidRPr="003E4E3C" w:rsidRDefault="003E4E3C" w:rsidP="003E4E3C">
                    <w:pPr>
                      <w:spacing w:after="0"/>
                      <w:rPr>
                        <w:rFonts w:ascii="Aptos" w:eastAsia="Aptos" w:hAnsi="Aptos" w:cs="Aptos"/>
                        <w:noProof/>
                        <w:color w:val="000000"/>
                        <w:sz w:val="20"/>
                        <w:szCs w:val="20"/>
                      </w:rPr>
                    </w:pPr>
                    <w:r w:rsidRPr="003E4E3C">
                      <w:rPr>
                        <w:rFonts w:ascii="Aptos" w:eastAsia="Aptos" w:hAnsi="Aptos" w:cs="Aptos"/>
                        <w:noProof/>
                        <w:color w:val="000000"/>
                        <w:sz w:val="20"/>
                        <w:szCs w:val="20"/>
                      </w:rPr>
                      <w:t>Pour usage officiel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5CD7" w14:textId="77777777" w:rsidR="002B2AE0" w:rsidRDefault="003E4E3C">
    <w:pPr>
      <w:pStyle w:val="Footer"/>
      <w:jc w:val="right"/>
    </w:pPr>
    <w:r>
      <w:rPr>
        <w:noProof/>
      </w:rPr>
      <mc:AlternateContent>
        <mc:Choice Requires="wps">
          <w:drawing>
            <wp:anchor distT="0" distB="0" distL="0" distR="0" simplePos="0" relativeHeight="251658242" behindDoc="0" locked="0" layoutInCell="1" allowOverlap="1" wp14:anchorId="61A8EB6A" wp14:editId="1A53529C">
              <wp:simplePos x="635" y="635"/>
              <wp:positionH relativeFrom="page">
                <wp:align>right</wp:align>
              </wp:positionH>
              <wp:positionV relativeFrom="page">
                <wp:align>bottom</wp:align>
              </wp:positionV>
              <wp:extent cx="1172210" cy="368935"/>
              <wp:effectExtent l="0" t="0" r="0" b="0"/>
              <wp:wrapNone/>
              <wp:docPr id="1469375235" name="Text Box 3" descr="Pour usage offici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54FFEEDE" w14:textId="77777777" w:rsidR="003E4E3C" w:rsidRPr="003E4E3C" w:rsidRDefault="003E4E3C" w:rsidP="003E4E3C">
                          <w:pPr>
                            <w:spacing w:after="0"/>
                            <w:rPr>
                              <w:rFonts w:ascii="Aptos" w:eastAsia="Aptos" w:hAnsi="Aptos" w:cs="Aptos"/>
                              <w:noProof/>
                              <w:color w:val="000000"/>
                              <w:sz w:val="20"/>
                              <w:szCs w:val="20"/>
                            </w:rPr>
                          </w:pPr>
                          <w:r w:rsidRPr="003E4E3C">
                            <w:rPr>
                              <w:rFonts w:ascii="Aptos" w:eastAsia="Aptos" w:hAnsi="Aptos" w:cs="Aptos"/>
                              <w:noProof/>
                              <w:color w:val="000000"/>
                              <w:sz w:val="20"/>
                              <w:szCs w:val="20"/>
                            </w:rPr>
                            <w:t>Pour usage officiel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A8EB6A" id="_x0000_t202" coordsize="21600,21600" o:spt="202" path="m,l,21600r21600,l21600,xe">
              <v:stroke joinstyle="miter"/>
              <v:path gradientshapeok="t" o:connecttype="rect"/>
            </v:shapetype>
            <v:shape id="Text Box 3" o:spid="_x0000_s1027" type="#_x0000_t202" alt="Pour usage officiel" style="position:absolute;left:0;text-align:left;margin-left:41.1pt;margin-top:0;width:92.3pt;height:29.0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" filled="f" stroked="f">
              <v:textbox style="mso-fit-shape-to-text:t" inset="0,0,20pt,15pt">
                <w:txbxContent>
                  <w:p w14:paraId="54FFEEDE" w14:textId="77777777" w:rsidR="003E4E3C" w:rsidRPr="003E4E3C" w:rsidRDefault="003E4E3C" w:rsidP="003E4E3C">
                    <w:pPr>
                      <w:spacing w:after="0"/>
                      <w:rPr>
                        <w:rFonts w:ascii="Aptos" w:eastAsia="Aptos" w:hAnsi="Aptos" w:cs="Aptos"/>
                        <w:noProof/>
                        <w:color w:val="000000"/>
                        <w:sz w:val="20"/>
                        <w:szCs w:val="20"/>
                      </w:rPr>
                    </w:pPr>
                    <w:r w:rsidRPr="003E4E3C">
                      <w:rPr>
                        <w:rFonts w:ascii="Aptos" w:eastAsia="Aptos" w:hAnsi="Aptos" w:cs="Aptos"/>
                        <w:noProof/>
                        <w:color w:val="000000"/>
                        <w:sz w:val="20"/>
                        <w:szCs w:val="20"/>
                      </w:rPr>
                      <w:t>Pour usage officiel</w:t>
                    </w:r>
                  </w:p>
                </w:txbxContent>
              </v:textbox>
              <w10:wrap anchorx="page" anchory="page"/>
            </v:shape>
          </w:pict>
        </mc:Fallback>
      </mc:AlternateContent>
    </w:r>
  </w:p>
  <w:sdt>
    <w:sdtPr>
      <w:id w:val="1857153197"/>
      <w:docPartObj>
        <w:docPartGallery w:val="Page Numbers (Bottom of Page)"/>
        <w:docPartUnique/>
      </w:docPartObj>
    </w:sdtPr>
    <w:sdtEndPr>
      <w:rPr>
        <w:noProof/>
      </w:rPr>
    </w:sdtEndPr>
    <w:sdtContent>
      <w:p w14:paraId="3E1B7554" w14:textId="77777777" w:rsidR="002B2AE0" w:rsidRDefault="002B2A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70ED75" w14:textId="77777777" w:rsidR="00626F96" w:rsidRDefault="00626F9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BA02" w14:textId="77777777" w:rsidR="003E4E3C" w:rsidRDefault="003E4E3C">
    <w:pPr>
      <w:pStyle w:val="Footer"/>
    </w:pPr>
    <w:r>
      <w:rPr>
        <w:noProof/>
      </w:rPr>
      <mc:AlternateContent>
        <mc:Choice Requires="wps">
          <w:drawing>
            <wp:anchor distT="0" distB="0" distL="0" distR="0" simplePos="0" relativeHeight="251658240" behindDoc="0" locked="0" layoutInCell="1" allowOverlap="1" wp14:anchorId="2F20ED8B" wp14:editId="19944DC1">
              <wp:simplePos x="635" y="635"/>
              <wp:positionH relativeFrom="page">
                <wp:align>right</wp:align>
              </wp:positionH>
              <wp:positionV relativeFrom="page">
                <wp:align>bottom</wp:align>
              </wp:positionV>
              <wp:extent cx="1172210" cy="368935"/>
              <wp:effectExtent l="0" t="0" r="0" b="0"/>
              <wp:wrapNone/>
              <wp:docPr id="1066812101" name="Text Box 1" descr="Pour usage offici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1815AD64" w14:textId="77777777" w:rsidR="003E4E3C" w:rsidRPr="003E4E3C" w:rsidRDefault="003E4E3C" w:rsidP="003E4E3C">
                          <w:pPr>
                            <w:spacing w:after="0"/>
                            <w:rPr>
                              <w:rFonts w:ascii="Aptos" w:eastAsia="Aptos" w:hAnsi="Aptos" w:cs="Aptos"/>
                              <w:noProof/>
                              <w:color w:val="000000"/>
                              <w:sz w:val="20"/>
                              <w:szCs w:val="20"/>
                            </w:rPr>
                          </w:pPr>
                          <w:r w:rsidRPr="003E4E3C">
                            <w:rPr>
                              <w:rFonts w:ascii="Aptos" w:eastAsia="Aptos" w:hAnsi="Aptos" w:cs="Aptos"/>
                              <w:noProof/>
                              <w:color w:val="000000"/>
                              <w:sz w:val="20"/>
                              <w:szCs w:val="20"/>
                            </w:rPr>
                            <w:t>Pour usage officiel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20ED8B" id="_x0000_t202" coordsize="21600,21600" o:spt="202" path="m,l,21600r21600,l21600,xe">
              <v:stroke joinstyle="miter"/>
              <v:path gradientshapeok="t" o:connecttype="rect"/>
            </v:shapetype>
            <v:shape id="Text Box 1" o:spid="_x0000_s1028" type="#_x0000_t202" alt="Pour usage officiel"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" filled="f" stroked="f">
              <v:textbox style="mso-fit-shape-to-text:t" inset="0,0,20pt,15pt">
                <w:txbxContent>
                  <w:p w14:paraId="1815AD64" w14:textId="77777777" w:rsidR="003E4E3C" w:rsidRPr="003E4E3C" w:rsidRDefault="003E4E3C" w:rsidP="003E4E3C">
                    <w:pPr>
                      <w:spacing w:after="0"/>
                      <w:rPr>
                        <w:rFonts w:ascii="Aptos" w:eastAsia="Aptos" w:hAnsi="Aptos" w:cs="Aptos"/>
                        <w:noProof/>
                        <w:color w:val="000000"/>
                        <w:sz w:val="20"/>
                        <w:szCs w:val="20"/>
                      </w:rPr>
                    </w:pPr>
                    <w:r w:rsidRPr="003E4E3C">
                      <w:rPr>
                        <w:rFonts w:ascii="Aptos" w:eastAsia="Aptos" w:hAnsi="Aptos" w:cs="Aptos"/>
                        <w:noProof/>
                        <w:color w:val="000000"/>
                        <w:sz w:val="20"/>
                        <w:szCs w:val="20"/>
                      </w:rPr>
                      <w:t>Pour usage officiel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041B4" w14:textId="77777777" w:rsidR="0037537A" w:rsidRDefault="0037537A">
      <w:pPr>
        <w:spacing w:after="0" w:line="240" w:lineRule="auto"/>
      </w:pPr>
      <w:r>
        <w:separator/>
      </w:r>
    </w:p>
  </w:footnote>
  <w:footnote w:type="continuationSeparator" w:id="0">
    <w:p w14:paraId="7C08D244" w14:textId="77777777" w:rsidR="0037537A" w:rsidRDefault="00375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08CFE" w14:textId="5FD42B9D" w:rsidR="00626F96" w:rsidRPr="0083086E" w:rsidRDefault="77370776">
    <w:pPr>
      <w:pStyle w:val="Header"/>
      <w:jc w:val="right"/>
      <w:rPr>
        <w:lang w:val="fr-FR"/>
      </w:rPr>
    </w:pPr>
    <w:r w:rsidRPr="77370776">
      <w:rPr>
        <w:color w:val="666666"/>
        <w:sz w:val="18"/>
        <w:szCs w:val="18"/>
        <w:lang w:val="fr-FR"/>
      </w:rPr>
      <w:t xml:space="preserve">Formulaire de manifestation d'intérêt pour le programme ACE </w:t>
    </w:r>
    <w:proofErr w:type="spellStart"/>
    <w:r w:rsidRPr="77370776">
      <w:rPr>
        <w:color w:val="666666"/>
        <w:sz w:val="18"/>
        <w:szCs w:val="18"/>
        <w:lang w:val="fr-FR"/>
      </w:rPr>
      <w:t>Innovate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7321465">
    <w:abstractNumId w:val="8"/>
  </w:num>
  <w:num w:numId="2" w16cid:durableId="2111536617">
    <w:abstractNumId w:val="6"/>
  </w:num>
  <w:num w:numId="3" w16cid:durableId="247931119">
    <w:abstractNumId w:val="5"/>
  </w:num>
  <w:num w:numId="4" w16cid:durableId="990910359">
    <w:abstractNumId w:val="4"/>
  </w:num>
  <w:num w:numId="5" w16cid:durableId="885413812">
    <w:abstractNumId w:val="7"/>
  </w:num>
  <w:num w:numId="6" w16cid:durableId="1924491565">
    <w:abstractNumId w:val="3"/>
  </w:num>
  <w:num w:numId="7" w16cid:durableId="491993393">
    <w:abstractNumId w:val="2"/>
  </w:num>
  <w:num w:numId="8" w16cid:durableId="1895046892">
    <w:abstractNumId w:val="1"/>
  </w:num>
  <w:num w:numId="9" w16cid:durableId="5859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584"/>
    <w:rsid w:val="000202E1"/>
    <w:rsid w:val="00021A74"/>
    <w:rsid w:val="000343CB"/>
    <w:rsid w:val="00034616"/>
    <w:rsid w:val="00040285"/>
    <w:rsid w:val="0004489B"/>
    <w:rsid w:val="0006063C"/>
    <w:rsid w:val="0006167D"/>
    <w:rsid w:val="00063DC5"/>
    <w:rsid w:val="00082C44"/>
    <w:rsid w:val="00083159"/>
    <w:rsid w:val="000B1FAA"/>
    <w:rsid w:val="000C0CC6"/>
    <w:rsid w:val="000D3959"/>
    <w:rsid w:val="000E13EE"/>
    <w:rsid w:val="000E6008"/>
    <w:rsid w:val="001043DA"/>
    <w:rsid w:val="00131A73"/>
    <w:rsid w:val="00142438"/>
    <w:rsid w:val="0015074B"/>
    <w:rsid w:val="00160F73"/>
    <w:rsid w:val="001B019E"/>
    <w:rsid w:val="001B7C94"/>
    <w:rsid w:val="00200A88"/>
    <w:rsid w:val="00222946"/>
    <w:rsid w:val="00224386"/>
    <w:rsid w:val="002305D2"/>
    <w:rsid w:val="002370F8"/>
    <w:rsid w:val="0024494F"/>
    <w:rsid w:val="00267D1D"/>
    <w:rsid w:val="0029639D"/>
    <w:rsid w:val="002B2AE0"/>
    <w:rsid w:val="00302020"/>
    <w:rsid w:val="00326F90"/>
    <w:rsid w:val="0033484C"/>
    <w:rsid w:val="003469CE"/>
    <w:rsid w:val="00361BA5"/>
    <w:rsid w:val="0037537A"/>
    <w:rsid w:val="00391361"/>
    <w:rsid w:val="003A41CF"/>
    <w:rsid w:val="003A64D9"/>
    <w:rsid w:val="003C4A68"/>
    <w:rsid w:val="003C5F5C"/>
    <w:rsid w:val="003C6752"/>
    <w:rsid w:val="003E30D6"/>
    <w:rsid w:val="003E4E3C"/>
    <w:rsid w:val="0040683F"/>
    <w:rsid w:val="00423FAF"/>
    <w:rsid w:val="004323BF"/>
    <w:rsid w:val="004530B0"/>
    <w:rsid w:val="00483B22"/>
    <w:rsid w:val="004A5176"/>
    <w:rsid w:val="004B0E18"/>
    <w:rsid w:val="004C2635"/>
    <w:rsid w:val="004F024D"/>
    <w:rsid w:val="00550531"/>
    <w:rsid w:val="005933F3"/>
    <w:rsid w:val="005A3CAA"/>
    <w:rsid w:val="005C4D47"/>
    <w:rsid w:val="005D41CF"/>
    <w:rsid w:val="005F3B1F"/>
    <w:rsid w:val="00604518"/>
    <w:rsid w:val="00607568"/>
    <w:rsid w:val="0062076F"/>
    <w:rsid w:val="00626F96"/>
    <w:rsid w:val="006270E4"/>
    <w:rsid w:val="00650FFE"/>
    <w:rsid w:val="00657138"/>
    <w:rsid w:val="00683DE4"/>
    <w:rsid w:val="006A2F9D"/>
    <w:rsid w:val="006A7D6A"/>
    <w:rsid w:val="006C0230"/>
    <w:rsid w:val="006E4658"/>
    <w:rsid w:val="007061F2"/>
    <w:rsid w:val="007075EF"/>
    <w:rsid w:val="0071209C"/>
    <w:rsid w:val="007227A3"/>
    <w:rsid w:val="00750295"/>
    <w:rsid w:val="00752B1E"/>
    <w:rsid w:val="00767057"/>
    <w:rsid w:val="0077753D"/>
    <w:rsid w:val="0079248F"/>
    <w:rsid w:val="00793A37"/>
    <w:rsid w:val="00795BD2"/>
    <w:rsid w:val="007A4EB0"/>
    <w:rsid w:val="007A6566"/>
    <w:rsid w:val="007B1828"/>
    <w:rsid w:val="007B3579"/>
    <w:rsid w:val="007D744F"/>
    <w:rsid w:val="007E2234"/>
    <w:rsid w:val="007E2418"/>
    <w:rsid w:val="007E4DD4"/>
    <w:rsid w:val="00804358"/>
    <w:rsid w:val="00804C77"/>
    <w:rsid w:val="00812318"/>
    <w:rsid w:val="00825693"/>
    <w:rsid w:val="0083086E"/>
    <w:rsid w:val="00867C1F"/>
    <w:rsid w:val="0087213C"/>
    <w:rsid w:val="00874F67"/>
    <w:rsid w:val="00882172"/>
    <w:rsid w:val="00882674"/>
    <w:rsid w:val="008B640A"/>
    <w:rsid w:val="008C053E"/>
    <w:rsid w:val="008D4589"/>
    <w:rsid w:val="008E150D"/>
    <w:rsid w:val="008E25B8"/>
    <w:rsid w:val="00901A18"/>
    <w:rsid w:val="00936CD6"/>
    <w:rsid w:val="009604A6"/>
    <w:rsid w:val="009639F6"/>
    <w:rsid w:val="009732C8"/>
    <w:rsid w:val="009869C5"/>
    <w:rsid w:val="009A59F7"/>
    <w:rsid w:val="009A7E25"/>
    <w:rsid w:val="009C0671"/>
    <w:rsid w:val="009C0BF7"/>
    <w:rsid w:val="009E69CB"/>
    <w:rsid w:val="009F64BC"/>
    <w:rsid w:val="00A14BAD"/>
    <w:rsid w:val="00A71E81"/>
    <w:rsid w:val="00A86DE9"/>
    <w:rsid w:val="00A904D5"/>
    <w:rsid w:val="00AA1D8D"/>
    <w:rsid w:val="00AC03DA"/>
    <w:rsid w:val="00AC3F5A"/>
    <w:rsid w:val="00AC7424"/>
    <w:rsid w:val="00AD5B13"/>
    <w:rsid w:val="00AE2BAA"/>
    <w:rsid w:val="00B01B54"/>
    <w:rsid w:val="00B118A5"/>
    <w:rsid w:val="00B44267"/>
    <w:rsid w:val="00B47730"/>
    <w:rsid w:val="00B5001A"/>
    <w:rsid w:val="00B54B98"/>
    <w:rsid w:val="00B77362"/>
    <w:rsid w:val="00B90DB4"/>
    <w:rsid w:val="00BA4DA8"/>
    <w:rsid w:val="00BC134C"/>
    <w:rsid w:val="00C226AD"/>
    <w:rsid w:val="00C320EB"/>
    <w:rsid w:val="00C3219B"/>
    <w:rsid w:val="00C44784"/>
    <w:rsid w:val="00C727BF"/>
    <w:rsid w:val="00CA236D"/>
    <w:rsid w:val="00CB0664"/>
    <w:rsid w:val="00CB2432"/>
    <w:rsid w:val="00CBF4D7"/>
    <w:rsid w:val="00D140C4"/>
    <w:rsid w:val="00D35C93"/>
    <w:rsid w:val="00D37106"/>
    <w:rsid w:val="00D400C0"/>
    <w:rsid w:val="00D86912"/>
    <w:rsid w:val="00DB10F5"/>
    <w:rsid w:val="00DB7CB8"/>
    <w:rsid w:val="00DC6458"/>
    <w:rsid w:val="00DD6BD0"/>
    <w:rsid w:val="00DD7296"/>
    <w:rsid w:val="00DE2542"/>
    <w:rsid w:val="00DE3D5F"/>
    <w:rsid w:val="00E112AE"/>
    <w:rsid w:val="00E3735B"/>
    <w:rsid w:val="00E4605F"/>
    <w:rsid w:val="00E46FAE"/>
    <w:rsid w:val="00E67789"/>
    <w:rsid w:val="00E70973"/>
    <w:rsid w:val="00E73BA4"/>
    <w:rsid w:val="00E77A99"/>
    <w:rsid w:val="00E835B2"/>
    <w:rsid w:val="00E90AE2"/>
    <w:rsid w:val="00EA26FF"/>
    <w:rsid w:val="00EA6CE5"/>
    <w:rsid w:val="00EC53BF"/>
    <w:rsid w:val="00EF119D"/>
    <w:rsid w:val="00EF3B53"/>
    <w:rsid w:val="00EF7CF0"/>
    <w:rsid w:val="00F154AE"/>
    <w:rsid w:val="00F226B1"/>
    <w:rsid w:val="00F32502"/>
    <w:rsid w:val="00F55CBC"/>
    <w:rsid w:val="00F61BA2"/>
    <w:rsid w:val="00FA04C0"/>
    <w:rsid w:val="00FA0E50"/>
    <w:rsid w:val="00FB25F3"/>
    <w:rsid w:val="00FC693F"/>
    <w:rsid w:val="00FD11B9"/>
    <w:rsid w:val="00FD6BEB"/>
    <w:rsid w:val="00FE297F"/>
    <w:rsid w:val="00FE478F"/>
    <w:rsid w:val="00FE6D29"/>
    <w:rsid w:val="01375C33"/>
    <w:rsid w:val="02A0F776"/>
    <w:rsid w:val="047F4502"/>
    <w:rsid w:val="049237E0"/>
    <w:rsid w:val="0619B4E6"/>
    <w:rsid w:val="0662785A"/>
    <w:rsid w:val="0999CCE1"/>
    <w:rsid w:val="0C1D1BB4"/>
    <w:rsid w:val="0D8B590B"/>
    <w:rsid w:val="0EA8A901"/>
    <w:rsid w:val="101BAE9B"/>
    <w:rsid w:val="11F90C40"/>
    <w:rsid w:val="12ECC54C"/>
    <w:rsid w:val="13133084"/>
    <w:rsid w:val="1313BEC8"/>
    <w:rsid w:val="16BE7F0B"/>
    <w:rsid w:val="1780C1D8"/>
    <w:rsid w:val="1B967591"/>
    <w:rsid w:val="22722B02"/>
    <w:rsid w:val="2B1B0E51"/>
    <w:rsid w:val="2BE4B219"/>
    <w:rsid w:val="2CB293F3"/>
    <w:rsid w:val="2DFA8583"/>
    <w:rsid w:val="2EA4B597"/>
    <w:rsid w:val="2FBC863A"/>
    <w:rsid w:val="3069AF7C"/>
    <w:rsid w:val="31BBD7F5"/>
    <w:rsid w:val="3290DCF0"/>
    <w:rsid w:val="37227018"/>
    <w:rsid w:val="3830E8D7"/>
    <w:rsid w:val="39F8F82D"/>
    <w:rsid w:val="3CDC1880"/>
    <w:rsid w:val="3D03AFD2"/>
    <w:rsid w:val="40BE40CB"/>
    <w:rsid w:val="40CE538F"/>
    <w:rsid w:val="4172A840"/>
    <w:rsid w:val="41C43D7A"/>
    <w:rsid w:val="42196E5F"/>
    <w:rsid w:val="4AFF7294"/>
    <w:rsid w:val="4DE6E478"/>
    <w:rsid w:val="4FB462EF"/>
    <w:rsid w:val="4FE46AAA"/>
    <w:rsid w:val="50351E82"/>
    <w:rsid w:val="51163C82"/>
    <w:rsid w:val="5130EBC8"/>
    <w:rsid w:val="54532694"/>
    <w:rsid w:val="59FFB957"/>
    <w:rsid w:val="5E2DD56D"/>
    <w:rsid w:val="5E9EDFCE"/>
    <w:rsid w:val="65571931"/>
    <w:rsid w:val="658BA966"/>
    <w:rsid w:val="69622338"/>
    <w:rsid w:val="6990B2ED"/>
    <w:rsid w:val="6A9D7F10"/>
    <w:rsid w:val="6B5BADB7"/>
    <w:rsid w:val="6BED864D"/>
    <w:rsid w:val="708BCBE1"/>
    <w:rsid w:val="70CEA9B6"/>
    <w:rsid w:val="71673C75"/>
    <w:rsid w:val="721F4AF4"/>
    <w:rsid w:val="72C4411E"/>
    <w:rsid w:val="77370776"/>
    <w:rsid w:val="78F33033"/>
    <w:rsid w:val="79EE4A9B"/>
    <w:rsid w:val="7B8EBF46"/>
    <w:rsid w:val="7D879486"/>
    <w:rsid w:val="7F925924"/>
    <w:rsid w:val="7F96B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18E340"/>
  <w14:defaultImageDpi w14:val="300"/>
  <w15:docId w15:val="{D379F1EE-1725-42E4-9D8E-2EAE1064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0" w:firstLine="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04358"/>
    <w:rPr>
      <w:sz w:val="16"/>
      <w:szCs w:val="16"/>
    </w:rPr>
  </w:style>
  <w:style w:type="paragraph" w:styleId="CommentText">
    <w:name w:val="annotation text"/>
    <w:basedOn w:val="Normal"/>
    <w:link w:val="CommentTextChar"/>
    <w:uiPriority w:val="99"/>
    <w:unhideWhenUsed/>
    <w:rsid w:val="00804358"/>
    <w:pPr>
      <w:spacing w:line="240" w:lineRule="auto"/>
    </w:pPr>
    <w:rPr>
      <w:sz w:val="20"/>
      <w:szCs w:val="20"/>
    </w:rPr>
  </w:style>
  <w:style w:type="character" w:customStyle="1" w:styleId="CommentTextChar">
    <w:name w:val="Comment Text Char"/>
    <w:basedOn w:val="DefaultParagraphFont"/>
    <w:link w:val="CommentText"/>
    <w:uiPriority w:val="99"/>
    <w:rsid w:val="0080435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04358"/>
    <w:rPr>
      <w:b/>
      <w:bCs/>
    </w:rPr>
  </w:style>
  <w:style w:type="character" w:customStyle="1" w:styleId="CommentSubjectChar">
    <w:name w:val="Comment Subject Char"/>
    <w:basedOn w:val="CommentTextChar"/>
    <w:link w:val="CommentSubject"/>
    <w:uiPriority w:val="99"/>
    <w:semiHidden/>
    <w:rsid w:val="00804358"/>
    <w:rPr>
      <w:rFonts w:ascii="Arial" w:hAnsi="Arial"/>
      <w:b/>
      <w:bCs/>
      <w:sz w:val="20"/>
      <w:szCs w:val="20"/>
    </w:rPr>
  </w:style>
  <w:style w:type="paragraph" w:styleId="Revision">
    <w:name w:val="Revision"/>
    <w:hidden/>
    <w:uiPriority w:val="99"/>
    <w:semiHidden/>
    <w:rsid w:val="0087213C"/>
    <w:pPr>
      <w:spacing w:after="0" w:line="240" w:lineRule="auto"/>
    </w:pPr>
    <w:rPr>
      <w:rFonts w:ascii="Arial" w:hAnsi="Arial"/>
    </w:rPr>
  </w:style>
  <w:style w:type="paragraph" w:customStyle="1" w:styleId="Normal051656e8-894e-4e82-abce-0f0e8baedacc">
    <w:name w:val="Normal_051656e8-894e-4e82-abce-0f0e8baedacc"/>
    <w:qFormat/>
    <w:pPr>
      <w:spacing w:after="160" w:line="259" w:lineRule="auto"/>
    </w:pPr>
    <w:rPr>
      <w:rFonts w:ascii="Times New Roman" w:eastAsiaTheme="minorHAnsi" w:hAnsi="Times New Roman" w:cs="Times New Roman"/>
      <w:spacing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112DD0C3B844DA08D582E1979FD5D" ma:contentTypeVersion="3" ma:contentTypeDescription="Create a new document." ma:contentTypeScope="" ma:versionID="29d54858cb10b93635512a75ec6f49cb">
  <xsd:schema xmlns:xsd="http://www.w3.org/2001/XMLSchema" xmlns:xs="http://www.w3.org/2001/XMLSchema" xmlns:p="http://schemas.microsoft.com/office/2006/metadata/properties" xmlns:ns2="9a3f299b-a897-4679-b3fc-ce99aff5f39b" targetNamespace="http://schemas.microsoft.com/office/2006/metadata/properties" ma:root="true" ma:fieldsID="afbbe0ec66020ceb1084739849affd37" ns2:_="">
    <xsd:import namespace="9a3f299b-a897-4679-b3fc-ce99aff5f3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299b-a897-4679-b3fc-ce99aff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C05DEC0-E8D4-4E83-B457-8623C6F81C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BF744E-D626-4FCB-A30C-562CE23C3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f299b-a897-4679-b3fc-ce99aff5f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F06FE7-60CB-4E2D-908E-45240E6E7E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4641</Words>
  <Characters>27572</Characters>
  <Application>Microsoft Office Word</Application>
  <DocSecurity>0</DocSecurity>
  <Lines>984</Lines>
  <Paragraphs>805</Paragraphs>
  <ScaleCrop>false</ScaleCrop>
  <Manager/>
  <Company/>
  <LinksUpToDate>false</LinksUpToDate>
  <CharactersWithSpaces>31408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formulaire de manifestation d'intérêt pour le projet CEA Innovate</dc:title>
  <dc:subject>Formulaire de demande d'expression d'intérêt pour le projet CEA Innovate</dc:subject>
  <dc:creator>ACE Innovate</dc:creator>
  <cp:keywords/>
  <dc:description>Préparé sous la forme d'un modèle de formulaire de demande combiné basé sur le guide de la manifestation d'intérêt du projet CEA Innovate.</dc:description>
  <cp:lastModifiedBy>Schenineda Kwaku Ankomah</cp:lastModifiedBy>
  <cp:revision>98</cp:revision>
  <dcterms:created xsi:type="dcterms:W3CDTF">2026-05-19T08:27:00Z</dcterms:created>
  <dcterms:modified xsi:type="dcterms:W3CDTF">2026-07-14T20:31:00Z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3f9642c5,3076e834,5794e303</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2026-05-18T20:51:53Z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925f938a-b5a8-47ca-8271-3131bced64dc</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0x0101004CE112DD0C3B844DA08D582E1979FD5D</vt:lpwstr>
  </property>
</Properties>
</file>