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143A0" w14:textId="77777777" w:rsidR="0061162A" w:rsidRPr="00DB6570" w:rsidRDefault="00BE6111">
      <w:pPr>
        <w:pStyle w:val="Title"/>
        <w:jc w:val="center"/>
        <w:rPr>
          <w:rFonts w:ascii="Times New Roman" w:hAnsi="Times New Roman" w:cs="Times New Roman"/>
          <w:color w:val="auto"/>
          <w:sz w:val="22"/>
          <w:szCs w:val="22"/>
        </w:rPr>
      </w:pPr>
      <w:r w:rsidRPr="00DB6570">
        <w:rPr>
          <w:rFonts w:ascii="Times New Roman" w:hAnsi="Times New Roman" w:cs="Times New Roman"/>
          <w:color w:val="auto"/>
          <w:sz w:val="22"/>
          <w:szCs w:val="22"/>
        </w:rPr>
        <w:t>ACE Innovate</w:t>
      </w:r>
    </w:p>
    <w:p w14:paraId="785C58BE" w14:textId="77777777" w:rsidR="0061162A" w:rsidRPr="00DB6570" w:rsidRDefault="00BE6111">
      <w:pPr>
        <w:jc w:val="center"/>
        <w:rPr>
          <w:rFonts w:ascii="Times New Roman" w:hAnsi="Times New Roman" w:cs="Times New Roman"/>
          <w:sz w:val="22"/>
        </w:rPr>
      </w:pPr>
      <w:r w:rsidRPr="00DB6570">
        <w:rPr>
          <w:rFonts w:ascii="Times New Roman" w:hAnsi="Times New Roman" w:cs="Times New Roman"/>
          <w:b/>
          <w:sz w:val="22"/>
        </w:rPr>
        <w:t>Stage 2 Full Proposal Application Form</w:t>
      </w:r>
    </w:p>
    <w:p w14:paraId="09C5688A" w14:textId="77777777" w:rsidR="0061162A" w:rsidRPr="00DB6570" w:rsidRDefault="00BE6111">
      <w:pPr>
        <w:jc w:val="center"/>
        <w:rPr>
          <w:rFonts w:ascii="Times New Roman" w:hAnsi="Times New Roman" w:cs="Times New Roman"/>
          <w:sz w:val="22"/>
        </w:rPr>
      </w:pPr>
      <w:r w:rsidRPr="00DB6570">
        <w:rPr>
          <w:rFonts w:ascii="Times New Roman" w:hAnsi="Times New Roman" w:cs="Times New Roman"/>
          <w:b/>
          <w:sz w:val="22"/>
        </w:rPr>
        <w:t>Joint ACE/Emerging Center and Regional Flagship Training Institute Submission</w:t>
      </w:r>
    </w:p>
    <w:p w14:paraId="75481ED1" w14:textId="77777777" w:rsidR="0061162A" w:rsidRPr="00DB6570" w:rsidRDefault="00BE6111">
      <w:pPr>
        <w:jc w:val="center"/>
        <w:rPr>
          <w:rFonts w:ascii="Times New Roman" w:hAnsi="Times New Roman" w:cs="Times New Roman"/>
          <w:sz w:val="22"/>
        </w:rPr>
      </w:pPr>
      <w:r w:rsidRPr="00DB6570">
        <w:rPr>
          <w:rFonts w:ascii="Times New Roman" w:hAnsi="Times New Roman" w:cs="Times New Roman"/>
          <w:sz w:val="22"/>
        </w:rPr>
        <w:t>One integrated Full Proposal with separate institutional financing and accountability</w:t>
      </w:r>
    </w:p>
    <w:tbl>
      <w:tblPr>
        <w:tblStyle w:val="TableGrid"/>
        <w:tblW w:w="9000" w:type="dxa"/>
        <w:jc w:val="center"/>
        <w:tblLook w:val="04A0" w:firstRow="1" w:lastRow="0" w:firstColumn="1" w:lastColumn="0" w:noHBand="0" w:noVBand="1"/>
      </w:tblPr>
      <w:tblGrid>
        <w:gridCol w:w="9000"/>
      </w:tblGrid>
      <w:tr w:rsidR="0061162A" w:rsidRPr="00DB6570" w14:paraId="41C48E44" w14:textId="77777777" w:rsidTr="0021427D">
        <w:trPr>
          <w:jc w:val="center"/>
        </w:trPr>
        <w:tc>
          <w:tcPr>
            <w:tcW w:w="9866" w:type="dxa"/>
            <w:tcMar>
              <w:top w:w="100" w:type="dxa"/>
              <w:left w:w="140" w:type="dxa"/>
              <w:bottom w:w="100" w:type="dxa"/>
              <w:right w:w="140" w:type="dxa"/>
            </w:tcMar>
          </w:tcPr>
          <w:p w14:paraId="6AD329F7"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Submission format</w:t>
            </w:r>
          </w:p>
          <w:p w14:paraId="41FDD441" w14:textId="77777777" w:rsidR="0061162A" w:rsidRPr="00DB6570" w:rsidRDefault="00BE6111">
            <w:pPr>
              <w:rPr>
                <w:rFonts w:ascii="Times New Roman" w:hAnsi="Times New Roman" w:cs="Times New Roman"/>
                <w:sz w:val="22"/>
              </w:rPr>
            </w:pPr>
            <w:r w:rsidRPr="00DB6570">
              <w:rPr>
                <w:rFonts w:ascii="Times New Roman" w:hAnsi="Times New Roman" w:cs="Times New Roman"/>
                <w:sz w:val="22"/>
              </w:rPr>
              <w:t>Complete this form in Microsoft Word, retain all prescribed headings and tables, convert the final application to PDF, and upload one consolidated PDF through the ACE Innovate proposal submission platform. This Stage 2 form is for shortlisted applicants only.</w:t>
            </w:r>
          </w:p>
        </w:tc>
      </w:tr>
    </w:tbl>
    <w:p w14:paraId="2C929993" w14:textId="77777777" w:rsidR="0061162A" w:rsidRPr="00DB6570" w:rsidRDefault="0061162A">
      <w:pPr>
        <w:spacing w:after="0"/>
        <w:rPr>
          <w:rFonts w:ascii="Times New Roman" w:hAnsi="Times New Roman" w:cs="Times New Roman"/>
          <w:sz w:val="22"/>
        </w:rPr>
      </w:pPr>
    </w:p>
    <w:p w14:paraId="0F1A7233" w14:textId="77777777" w:rsidR="0061162A" w:rsidRPr="00DB6570" w:rsidRDefault="00BE6111">
      <w:pPr>
        <w:pStyle w:val="Heading2"/>
        <w:rPr>
          <w:rFonts w:ascii="Times New Roman" w:hAnsi="Times New Roman" w:cs="Times New Roman"/>
          <w:color w:val="auto"/>
          <w:sz w:val="22"/>
          <w:szCs w:val="22"/>
        </w:rPr>
      </w:pPr>
      <w:bookmarkStart w:id="0" w:name="_Toc237525194"/>
      <w:r w:rsidRPr="00DB6570">
        <w:rPr>
          <w:rFonts w:ascii="Times New Roman" w:hAnsi="Times New Roman" w:cs="Times New Roman"/>
          <w:color w:val="auto"/>
          <w:sz w:val="22"/>
          <w:szCs w:val="22"/>
        </w:rPr>
        <w:t>Applicant Cover Sheet</w:t>
      </w:r>
      <w:bookmarkEnd w:id="0"/>
    </w:p>
    <w:tbl>
      <w:tblPr>
        <w:tblStyle w:val="TableGrid"/>
        <w:tblW w:w="9000" w:type="dxa"/>
        <w:jc w:val="center"/>
        <w:tblLook w:val="04A0" w:firstRow="1" w:lastRow="0" w:firstColumn="1" w:lastColumn="0" w:noHBand="0" w:noVBand="1"/>
      </w:tblPr>
      <w:tblGrid>
        <w:gridCol w:w="3149"/>
        <w:gridCol w:w="5851"/>
      </w:tblGrid>
      <w:tr w:rsidR="0061162A" w:rsidRPr="00DB6570" w14:paraId="79130FDC" w14:textId="77777777" w:rsidTr="00BB0907">
        <w:trPr>
          <w:cantSplit/>
          <w:jc w:val="center"/>
        </w:trPr>
        <w:tc>
          <w:tcPr>
            <w:tcW w:w="3149" w:type="dxa"/>
            <w:shd w:val="clear" w:color="auto" w:fill="F2F2F2"/>
            <w:tcMar>
              <w:top w:w="80" w:type="dxa"/>
              <w:left w:w="100" w:type="dxa"/>
              <w:bottom w:w="80" w:type="dxa"/>
              <w:right w:w="100" w:type="dxa"/>
            </w:tcMar>
            <w:vAlign w:val="center"/>
          </w:tcPr>
          <w:p w14:paraId="049BC12F"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Country</w:t>
            </w:r>
          </w:p>
        </w:tc>
        <w:tc>
          <w:tcPr>
            <w:tcW w:w="5851" w:type="dxa"/>
            <w:tcMar>
              <w:top w:w="80" w:type="dxa"/>
              <w:left w:w="100" w:type="dxa"/>
              <w:bottom w:w="80" w:type="dxa"/>
              <w:right w:w="100" w:type="dxa"/>
            </w:tcMar>
            <w:vAlign w:val="center"/>
          </w:tcPr>
          <w:p w14:paraId="664ED375" w14:textId="11BDB9A3" w:rsidR="0061162A" w:rsidRPr="00DB6570" w:rsidRDefault="0061162A">
            <w:pPr>
              <w:rPr>
                <w:rFonts w:ascii="Times New Roman" w:hAnsi="Times New Roman" w:cs="Times New Roman"/>
                <w:sz w:val="22"/>
              </w:rPr>
            </w:pPr>
          </w:p>
        </w:tc>
      </w:tr>
      <w:tr w:rsidR="0061162A" w:rsidRPr="00DB6570" w14:paraId="05534BE9" w14:textId="77777777" w:rsidTr="00BB0907">
        <w:trPr>
          <w:cantSplit/>
          <w:jc w:val="center"/>
        </w:trPr>
        <w:tc>
          <w:tcPr>
            <w:tcW w:w="3149" w:type="dxa"/>
            <w:shd w:val="clear" w:color="auto" w:fill="F2F2F2"/>
            <w:tcMar>
              <w:top w:w="80" w:type="dxa"/>
              <w:left w:w="100" w:type="dxa"/>
              <w:bottom w:w="80" w:type="dxa"/>
              <w:right w:w="100" w:type="dxa"/>
            </w:tcMar>
            <w:vAlign w:val="center"/>
          </w:tcPr>
          <w:p w14:paraId="6B545B63"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Priority sector</w:t>
            </w:r>
          </w:p>
        </w:tc>
        <w:tc>
          <w:tcPr>
            <w:tcW w:w="5851" w:type="dxa"/>
            <w:tcMar>
              <w:top w:w="80" w:type="dxa"/>
              <w:left w:w="100" w:type="dxa"/>
              <w:bottom w:w="80" w:type="dxa"/>
              <w:right w:w="100" w:type="dxa"/>
            </w:tcMar>
            <w:vAlign w:val="center"/>
          </w:tcPr>
          <w:p w14:paraId="1E42D788" w14:textId="0935F2E2" w:rsidR="0061162A" w:rsidRPr="00DB6570" w:rsidRDefault="0061162A">
            <w:pPr>
              <w:rPr>
                <w:rFonts w:ascii="Times New Roman" w:hAnsi="Times New Roman" w:cs="Times New Roman"/>
                <w:sz w:val="22"/>
              </w:rPr>
            </w:pPr>
          </w:p>
        </w:tc>
      </w:tr>
      <w:tr w:rsidR="0061162A" w:rsidRPr="00DB6570" w14:paraId="10950F16" w14:textId="77777777" w:rsidTr="00BB0907">
        <w:trPr>
          <w:cantSplit/>
          <w:jc w:val="center"/>
        </w:trPr>
        <w:tc>
          <w:tcPr>
            <w:tcW w:w="3149" w:type="dxa"/>
            <w:shd w:val="clear" w:color="auto" w:fill="F2F2F2"/>
            <w:tcMar>
              <w:top w:w="80" w:type="dxa"/>
              <w:left w:w="100" w:type="dxa"/>
              <w:bottom w:w="80" w:type="dxa"/>
              <w:right w:w="100" w:type="dxa"/>
            </w:tcMar>
            <w:vAlign w:val="center"/>
          </w:tcPr>
          <w:p w14:paraId="3DBCF836"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Full Proposal title</w:t>
            </w:r>
          </w:p>
        </w:tc>
        <w:tc>
          <w:tcPr>
            <w:tcW w:w="5851" w:type="dxa"/>
            <w:tcMar>
              <w:top w:w="80" w:type="dxa"/>
              <w:left w:w="100" w:type="dxa"/>
              <w:bottom w:w="80" w:type="dxa"/>
              <w:right w:w="100" w:type="dxa"/>
            </w:tcMar>
            <w:vAlign w:val="center"/>
          </w:tcPr>
          <w:p w14:paraId="158B003E" w14:textId="0F9B31A1" w:rsidR="0061162A" w:rsidRPr="00DB6570" w:rsidRDefault="0061162A">
            <w:pPr>
              <w:rPr>
                <w:rFonts w:ascii="Times New Roman" w:hAnsi="Times New Roman" w:cs="Times New Roman"/>
                <w:sz w:val="22"/>
              </w:rPr>
            </w:pPr>
          </w:p>
        </w:tc>
      </w:tr>
      <w:tr w:rsidR="0061162A" w:rsidRPr="00DB6570" w14:paraId="17707712" w14:textId="77777777" w:rsidTr="00BB0907">
        <w:trPr>
          <w:cantSplit/>
          <w:jc w:val="center"/>
        </w:trPr>
        <w:tc>
          <w:tcPr>
            <w:tcW w:w="3149" w:type="dxa"/>
            <w:shd w:val="clear" w:color="auto" w:fill="F2F2F2"/>
            <w:tcMar>
              <w:top w:w="80" w:type="dxa"/>
              <w:left w:w="100" w:type="dxa"/>
              <w:bottom w:w="80" w:type="dxa"/>
              <w:right w:w="100" w:type="dxa"/>
            </w:tcMar>
            <w:vAlign w:val="center"/>
          </w:tcPr>
          <w:p w14:paraId="0A8105E1"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ACE/Emerging Center name and host institution</w:t>
            </w:r>
          </w:p>
        </w:tc>
        <w:tc>
          <w:tcPr>
            <w:tcW w:w="5851" w:type="dxa"/>
            <w:tcMar>
              <w:top w:w="80" w:type="dxa"/>
              <w:left w:w="100" w:type="dxa"/>
              <w:bottom w:w="80" w:type="dxa"/>
              <w:right w:w="100" w:type="dxa"/>
            </w:tcMar>
            <w:vAlign w:val="center"/>
          </w:tcPr>
          <w:p w14:paraId="12CB2C55" w14:textId="282D9C1B" w:rsidR="0061162A" w:rsidRPr="00DB6570" w:rsidRDefault="0061162A">
            <w:pPr>
              <w:rPr>
                <w:rFonts w:ascii="Times New Roman" w:hAnsi="Times New Roman" w:cs="Times New Roman"/>
                <w:sz w:val="22"/>
              </w:rPr>
            </w:pPr>
          </w:p>
        </w:tc>
      </w:tr>
      <w:tr w:rsidR="0061162A" w:rsidRPr="00DB6570" w14:paraId="0AA83E60" w14:textId="77777777" w:rsidTr="00BB0907">
        <w:trPr>
          <w:cantSplit/>
          <w:jc w:val="center"/>
        </w:trPr>
        <w:tc>
          <w:tcPr>
            <w:tcW w:w="3149" w:type="dxa"/>
            <w:shd w:val="clear" w:color="auto" w:fill="F2F2F2"/>
            <w:tcMar>
              <w:top w:w="80" w:type="dxa"/>
              <w:left w:w="100" w:type="dxa"/>
              <w:bottom w:w="80" w:type="dxa"/>
              <w:right w:w="100" w:type="dxa"/>
            </w:tcMar>
            <w:vAlign w:val="center"/>
          </w:tcPr>
          <w:p w14:paraId="5094BE3C"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Center category</w:t>
            </w:r>
          </w:p>
        </w:tc>
        <w:tc>
          <w:tcPr>
            <w:tcW w:w="5851" w:type="dxa"/>
            <w:tcMar>
              <w:top w:w="80" w:type="dxa"/>
              <w:left w:w="100" w:type="dxa"/>
              <w:bottom w:w="80" w:type="dxa"/>
              <w:right w:w="100" w:type="dxa"/>
            </w:tcMar>
            <w:vAlign w:val="center"/>
          </w:tcPr>
          <w:p w14:paraId="7552F5AF" w14:textId="77777777" w:rsidR="0061162A" w:rsidRPr="00DB6570" w:rsidRDefault="00BE6111">
            <w:pPr>
              <w:rPr>
                <w:rFonts w:ascii="Times New Roman" w:hAnsi="Times New Roman" w:cs="Times New Roman"/>
                <w:sz w:val="22"/>
              </w:rPr>
            </w:pPr>
            <w:r w:rsidRPr="00DB6570">
              <w:rPr>
                <w:rFonts w:ascii="Times New Roman" w:hAnsi="Times New Roman" w:cs="Times New Roman"/>
                <w:sz w:val="22"/>
              </w:rPr>
              <w:t>[Mature ACE / Emerging Center]</w:t>
            </w:r>
          </w:p>
        </w:tc>
      </w:tr>
      <w:tr w:rsidR="0061162A" w:rsidRPr="00DB6570" w14:paraId="4BFC4D42" w14:textId="77777777" w:rsidTr="00BB0907">
        <w:trPr>
          <w:cantSplit/>
          <w:jc w:val="center"/>
        </w:trPr>
        <w:tc>
          <w:tcPr>
            <w:tcW w:w="3149" w:type="dxa"/>
            <w:shd w:val="clear" w:color="auto" w:fill="F2F2F2"/>
            <w:tcMar>
              <w:top w:w="80" w:type="dxa"/>
              <w:left w:w="100" w:type="dxa"/>
              <w:bottom w:w="80" w:type="dxa"/>
              <w:right w:w="100" w:type="dxa"/>
            </w:tcMar>
            <w:vAlign w:val="center"/>
          </w:tcPr>
          <w:p w14:paraId="736DAFD4"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RFTI name and host institution</w:t>
            </w:r>
          </w:p>
        </w:tc>
        <w:tc>
          <w:tcPr>
            <w:tcW w:w="5851" w:type="dxa"/>
            <w:tcMar>
              <w:top w:w="80" w:type="dxa"/>
              <w:left w:w="100" w:type="dxa"/>
              <w:bottom w:w="80" w:type="dxa"/>
              <w:right w:w="100" w:type="dxa"/>
            </w:tcMar>
            <w:vAlign w:val="center"/>
          </w:tcPr>
          <w:p w14:paraId="51FF58BE" w14:textId="690F1AD5" w:rsidR="0061162A" w:rsidRPr="00DB6570" w:rsidRDefault="0061162A">
            <w:pPr>
              <w:rPr>
                <w:rFonts w:ascii="Times New Roman" w:hAnsi="Times New Roman" w:cs="Times New Roman"/>
                <w:sz w:val="22"/>
              </w:rPr>
            </w:pPr>
          </w:p>
        </w:tc>
      </w:tr>
    </w:tbl>
    <w:p w14:paraId="5EA8CA64" w14:textId="77777777" w:rsidR="0061162A" w:rsidRPr="00DB6570" w:rsidRDefault="00BE6111">
      <w:pPr>
        <w:pStyle w:val="Heading2"/>
        <w:rPr>
          <w:rFonts w:ascii="Times New Roman" w:hAnsi="Times New Roman" w:cs="Times New Roman"/>
          <w:color w:val="auto"/>
          <w:sz w:val="22"/>
          <w:szCs w:val="22"/>
        </w:rPr>
      </w:pPr>
      <w:bookmarkStart w:id="1" w:name="_Toc237525195"/>
      <w:r w:rsidRPr="00DB6570">
        <w:rPr>
          <w:rFonts w:ascii="Times New Roman" w:hAnsi="Times New Roman" w:cs="Times New Roman"/>
          <w:color w:val="auto"/>
          <w:sz w:val="22"/>
          <w:szCs w:val="22"/>
        </w:rPr>
        <w:t>General Instructions</w:t>
      </w:r>
      <w:bookmarkEnd w:id="1"/>
    </w:p>
    <w:tbl>
      <w:tblPr>
        <w:tblStyle w:val="TableGrid"/>
        <w:tblW w:w="0" w:type="auto"/>
        <w:jc w:val="center"/>
        <w:tblLook w:val="04A0" w:firstRow="1" w:lastRow="0" w:firstColumn="1" w:lastColumn="0" w:noHBand="0" w:noVBand="1"/>
      </w:tblPr>
      <w:tblGrid>
        <w:gridCol w:w="2938"/>
        <w:gridCol w:w="6918"/>
      </w:tblGrid>
      <w:tr w:rsidR="0061162A" w:rsidRPr="00DB6570" w14:paraId="52673264" w14:textId="77777777" w:rsidTr="0021427D">
        <w:trPr>
          <w:tblHeader/>
          <w:jc w:val="center"/>
        </w:trPr>
        <w:tc>
          <w:tcPr>
            <w:tcW w:w="2948" w:type="dxa"/>
          </w:tcPr>
          <w:p w14:paraId="0C69455C"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Item</w:t>
            </w:r>
          </w:p>
        </w:tc>
        <w:tc>
          <w:tcPr>
            <w:tcW w:w="6950" w:type="dxa"/>
          </w:tcPr>
          <w:p w14:paraId="3D968488"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Requirement</w:t>
            </w:r>
          </w:p>
        </w:tc>
      </w:tr>
      <w:tr w:rsidR="0061162A" w:rsidRPr="00DB6570" w14:paraId="7E8C8858" w14:textId="77777777" w:rsidTr="00006F47">
        <w:trPr>
          <w:cantSplit/>
          <w:jc w:val="center"/>
        </w:trPr>
        <w:tc>
          <w:tcPr>
            <w:tcW w:w="2948" w:type="dxa"/>
            <w:tcMar>
              <w:top w:w="80" w:type="dxa"/>
              <w:left w:w="100" w:type="dxa"/>
              <w:bottom w:w="80" w:type="dxa"/>
              <w:right w:w="100" w:type="dxa"/>
            </w:tcMar>
          </w:tcPr>
          <w:p w14:paraId="5C051020"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Eligibility</w:t>
            </w:r>
          </w:p>
        </w:tc>
        <w:tc>
          <w:tcPr>
            <w:tcW w:w="6950" w:type="dxa"/>
            <w:tcMar>
              <w:top w:w="80" w:type="dxa"/>
              <w:left w:w="100" w:type="dxa"/>
              <w:bottom w:w="80" w:type="dxa"/>
              <w:right w:w="100" w:type="dxa"/>
            </w:tcMar>
          </w:tcPr>
          <w:p w14:paraId="494887BF" w14:textId="77777777" w:rsidR="0061162A" w:rsidRPr="00DB6570" w:rsidRDefault="00BE6111">
            <w:pPr>
              <w:rPr>
                <w:rFonts w:ascii="Times New Roman" w:hAnsi="Times New Roman" w:cs="Times New Roman"/>
                <w:sz w:val="22"/>
              </w:rPr>
            </w:pPr>
            <w:r w:rsidRPr="00DB6570">
              <w:rPr>
                <w:rFonts w:ascii="Times New Roman" w:hAnsi="Times New Roman" w:cs="Times New Roman"/>
                <w:sz w:val="22"/>
              </w:rPr>
              <w:t>Only institutions formally shortlisted after Stage 1 may submit a Stage 2 Full Proposal.</w:t>
            </w:r>
          </w:p>
        </w:tc>
      </w:tr>
      <w:tr w:rsidR="0061162A" w:rsidRPr="00DB6570" w14:paraId="2598B039" w14:textId="77777777" w:rsidTr="00006F47">
        <w:trPr>
          <w:cantSplit/>
          <w:jc w:val="center"/>
        </w:trPr>
        <w:tc>
          <w:tcPr>
            <w:tcW w:w="2948" w:type="dxa"/>
            <w:tcMar>
              <w:top w:w="80" w:type="dxa"/>
              <w:left w:w="100" w:type="dxa"/>
              <w:bottom w:w="80" w:type="dxa"/>
              <w:right w:w="100" w:type="dxa"/>
            </w:tcMar>
          </w:tcPr>
          <w:p w14:paraId="6EAA2D35"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Program period</w:t>
            </w:r>
          </w:p>
        </w:tc>
        <w:tc>
          <w:tcPr>
            <w:tcW w:w="6950" w:type="dxa"/>
            <w:tcMar>
              <w:top w:w="80" w:type="dxa"/>
              <w:left w:w="100" w:type="dxa"/>
              <w:bottom w:w="80" w:type="dxa"/>
              <w:right w:w="100" w:type="dxa"/>
            </w:tcMar>
          </w:tcPr>
          <w:p w14:paraId="11953ED8" w14:textId="77777777" w:rsidR="0061162A" w:rsidRPr="00DB6570" w:rsidRDefault="00BE6111">
            <w:pPr>
              <w:rPr>
                <w:rFonts w:ascii="Times New Roman" w:hAnsi="Times New Roman" w:cs="Times New Roman"/>
                <w:sz w:val="22"/>
              </w:rPr>
            </w:pPr>
            <w:r w:rsidRPr="00DB6570">
              <w:rPr>
                <w:rFonts w:ascii="Times New Roman" w:hAnsi="Times New Roman" w:cs="Times New Roman"/>
                <w:sz w:val="22"/>
              </w:rPr>
              <w:t>Prepare the proposal for a five-year implementation period unless the Stage 2 invitation states otherwise.</w:t>
            </w:r>
          </w:p>
        </w:tc>
      </w:tr>
      <w:tr w:rsidR="0061162A" w:rsidRPr="00DB6570" w14:paraId="09E8C51A" w14:textId="77777777" w:rsidTr="00006F47">
        <w:trPr>
          <w:cantSplit/>
          <w:jc w:val="center"/>
        </w:trPr>
        <w:tc>
          <w:tcPr>
            <w:tcW w:w="2948" w:type="dxa"/>
            <w:tcMar>
              <w:top w:w="80" w:type="dxa"/>
              <w:left w:w="100" w:type="dxa"/>
              <w:bottom w:w="80" w:type="dxa"/>
              <w:right w:w="100" w:type="dxa"/>
            </w:tcMar>
          </w:tcPr>
          <w:p w14:paraId="6DAD46AF"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Consistency with EoI</w:t>
            </w:r>
          </w:p>
        </w:tc>
        <w:tc>
          <w:tcPr>
            <w:tcW w:w="6950" w:type="dxa"/>
            <w:tcMar>
              <w:top w:w="80" w:type="dxa"/>
              <w:left w:w="100" w:type="dxa"/>
              <w:bottom w:w="80" w:type="dxa"/>
              <w:right w:w="100" w:type="dxa"/>
            </w:tcMar>
          </w:tcPr>
          <w:p w14:paraId="2B7D8875" w14:textId="77777777" w:rsidR="0061162A" w:rsidRPr="00DB6570" w:rsidRDefault="00BE6111">
            <w:pPr>
              <w:rPr>
                <w:rFonts w:ascii="Times New Roman" w:hAnsi="Times New Roman" w:cs="Times New Roman"/>
                <w:sz w:val="22"/>
              </w:rPr>
            </w:pPr>
            <w:r w:rsidRPr="00DB6570">
              <w:rPr>
                <w:rFonts w:ascii="Times New Roman" w:hAnsi="Times New Roman" w:cs="Times New Roman"/>
                <w:sz w:val="22"/>
              </w:rPr>
              <w:t>The Full Proposal should deepen the approved EoI. Material changes to sector focus, institutional pairing, scope or targets must be clearly explained and may require prior approval.</w:t>
            </w:r>
          </w:p>
        </w:tc>
      </w:tr>
      <w:tr w:rsidR="0061162A" w:rsidRPr="00DB6570" w14:paraId="65780120" w14:textId="77777777" w:rsidTr="00006F47">
        <w:trPr>
          <w:cantSplit/>
          <w:jc w:val="center"/>
        </w:trPr>
        <w:tc>
          <w:tcPr>
            <w:tcW w:w="2948" w:type="dxa"/>
            <w:tcMar>
              <w:top w:w="80" w:type="dxa"/>
              <w:left w:w="100" w:type="dxa"/>
              <w:bottom w:w="80" w:type="dxa"/>
              <w:right w:w="100" w:type="dxa"/>
            </w:tcMar>
          </w:tcPr>
          <w:p w14:paraId="41DE2CB2"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Response to evaluation</w:t>
            </w:r>
          </w:p>
        </w:tc>
        <w:tc>
          <w:tcPr>
            <w:tcW w:w="6950" w:type="dxa"/>
            <w:tcMar>
              <w:top w:w="80" w:type="dxa"/>
              <w:left w:w="100" w:type="dxa"/>
              <w:bottom w:w="80" w:type="dxa"/>
              <w:right w:w="100" w:type="dxa"/>
            </w:tcMar>
          </w:tcPr>
          <w:p w14:paraId="03656FA0" w14:textId="77777777" w:rsidR="0061162A" w:rsidRPr="00DB6570" w:rsidRDefault="00BE6111">
            <w:pPr>
              <w:rPr>
                <w:rFonts w:ascii="Times New Roman" w:hAnsi="Times New Roman" w:cs="Times New Roman"/>
                <w:sz w:val="22"/>
              </w:rPr>
            </w:pPr>
            <w:r w:rsidRPr="00DB6570">
              <w:rPr>
                <w:rFonts w:ascii="Times New Roman" w:hAnsi="Times New Roman" w:cs="Times New Roman"/>
                <w:sz w:val="22"/>
              </w:rPr>
              <w:t>Address every EoI review comment in the prescribed response matrix and show where the issue is resolved in the Full Proposal.</w:t>
            </w:r>
          </w:p>
        </w:tc>
      </w:tr>
      <w:tr w:rsidR="0061162A" w:rsidRPr="00DB6570" w14:paraId="6001C007" w14:textId="77777777" w:rsidTr="00006F47">
        <w:trPr>
          <w:cantSplit/>
          <w:jc w:val="center"/>
        </w:trPr>
        <w:tc>
          <w:tcPr>
            <w:tcW w:w="2948" w:type="dxa"/>
            <w:tcMar>
              <w:top w:w="80" w:type="dxa"/>
              <w:left w:w="100" w:type="dxa"/>
              <w:bottom w:w="80" w:type="dxa"/>
              <w:right w:w="100" w:type="dxa"/>
            </w:tcMar>
          </w:tcPr>
          <w:p w14:paraId="47D004B6"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Separate institutional financing</w:t>
            </w:r>
          </w:p>
        </w:tc>
        <w:tc>
          <w:tcPr>
            <w:tcW w:w="6950" w:type="dxa"/>
            <w:tcMar>
              <w:top w:w="80" w:type="dxa"/>
              <w:left w:w="100" w:type="dxa"/>
              <w:bottom w:w="80" w:type="dxa"/>
              <w:right w:w="100" w:type="dxa"/>
            </w:tcMar>
          </w:tcPr>
          <w:p w14:paraId="12519D07" w14:textId="00DCC130" w:rsidR="0061162A" w:rsidRPr="00DB6570" w:rsidRDefault="00BE6111">
            <w:pPr>
              <w:rPr>
                <w:rFonts w:ascii="Times New Roman" w:hAnsi="Times New Roman" w:cs="Times New Roman"/>
                <w:sz w:val="22"/>
              </w:rPr>
            </w:pPr>
            <w:r w:rsidRPr="00DB6570">
              <w:rPr>
                <w:rFonts w:ascii="Times New Roman" w:hAnsi="Times New Roman" w:cs="Times New Roman"/>
                <w:sz w:val="22"/>
              </w:rPr>
              <w:t>The ACE/Emerging Center and RFTI must present separate institutional budgets and procurement plans</w:t>
            </w:r>
            <w:r w:rsidR="00F67F63" w:rsidRPr="00DB6570">
              <w:rPr>
                <w:rFonts w:ascii="Times New Roman" w:hAnsi="Times New Roman" w:cs="Times New Roman"/>
                <w:sz w:val="22"/>
              </w:rPr>
              <w:t xml:space="preserve"> in their respective proposals</w:t>
            </w:r>
            <w:r w:rsidRPr="00DB6570">
              <w:rPr>
                <w:rFonts w:ascii="Times New Roman" w:hAnsi="Times New Roman" w:cs="Times New Roman"/>
                <w:sz w:val="22"/>
              </w:rPr>
              <w:t>.</w:t>
            </w:r>
          </w:p>
        </w:tc>
      </w:tr>
      <w:tr w:rsidR="0061162A" w:rsidRPr="00DB6570" w14:paraId="7A9B785D" w14:textId="77777777" w:rsidTr="00006F47">
        <w:trPr>
          <w:cantSplit/>
          <w:jc w:val="center"/>
        </w:trPr>
        <w:tc>
          <w:tcPr>
            <w:tcW w:w="2948" w:type="dxa"/>
            <w:tcMar>
              <w:top w:w="80" w:type="dxa"/>
              <w:left w:w="100" w:type="dxa"/>
              <w:bottom w:w="80" w:type="dxa"/>
              <w:right w:w="100" w:type="dxa"/>
            </w:tcMar>
          </w:tcPr>
          <w:p w14:paraId="3E30A602"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Formatting</w:t>
            </w:r>
          </w:p>
        </w:tc>
        <w:tc>
          <w:tcPr>
            <w:tcW w:w="6950" w:type="dxa"/>
            <w:tcMar>
              <w:top w:w="80" w:type="dxa"/>
              <w:left w:w="100" w:type="dxa"/>
              <w:bottom w:w="80" w:type="dxa"/>
              <w:right w:w="100" w:type="dxa"/>
            </w:tcMar>
          </w:tcPr>
          <w:p w14:paraId="6B5D6FEB" w14:textId="77777777" w:rsidR="0061162A" w:rsidRPr="00DB6570" w:rsidRDefault="00BE6111">
            <w:pPr>
              <w:rPr>
                <w:rFonts w:ascii="Times New Roman" w:hAnsi="Times New Roman" w:cs="Times New Roman"/>
                <w:sz w:val="22"/>
              </w:rPr>
            </w:pPr>
            <w:r w:rsidRPr="00DB6570">
              <w:rPr>
                <w:rFonts w:ascii="Times New Roman" w:hAnsi="Times New Roman" w:cs="Times New Roman"/>
                <w:sz w:val="22"/>
              </w:rPr>
              <w:t>Use A4 paper, minimum 11-point font for narrative text, minimum 2 cm margins, and clear numbered headings. Do not reduce text to fit page limits.</w:t>
            </w:r>
          </w:p>
        </w:tc>
      </w:tr>
      <w:tr w:rsidR="0061162A" w:rsidRPr="00DB6570" w14:paraId="39358712" w14:textId="77777777" w:rsidTr="00006F47">
        <w:trPr>
          <w:cantSplit/>
          <w:jc w:val="center"/>
        </w:trPr>
        <w:tc>
          <w:tcPr>
            <w:tcW w:w="2948" w:type="dxa"/>
            <w:tcMar>
              <w:top w:w="80" w:type="dxa"/>
              <w:left w:w="100" w:type="dxa"/>
              <w:bottom w:w="80" w:type="dxa"/>
              <w:right w:w="100" w:type="dxa"/>
            </w:tcMar>
          </w:tcPr>
          <w:p w14:paraId="39657A80"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Evidence</w:t>
            </w:r>
          </w:p>
        </w:tc>
        <w:tc>
          <w:tcPr>
            <w:tcW w:w="6950" w:type="dxa"/>
            <w:tcMar>
              <w:top w:w="80" w:type="dxa"/>
              <w:left w:w="100" w:type="dxa"/>
              <w:bottom w:w="80" w:type="dxa"/>
              <w:right w:w="100" w:type="dxa"/>
            </w:tcMar>
          </w:tcPr>
          <w:p w14:paraId="05195DF1" w14:textId="558A25F2" w:rsidR="0061162A" w:rsidRPr="00DB6570" w:rsidRDefault="00BE6111">
            <w:pPr>
              <w:rPr>
                <w:rFonts w:ascii="Times New Roman" w:hAnsi="Times New Roman" w:cs="Times New Roman"/>
                <w:sz w:val="22"/>
              </w:rPr>
            </w:pPr>
            <w:r w:rsidRPr="00DB6570">
              <w:rPr>
                <w:rFonts w:ascii="Times New Roman" w:hAnsi="Times New Roman" w:cs="Times New Roman"/>
                <w:sz w:val="22"/>
              </w:rPr>
              <w:t>Use current, verifiable evidence. Quantitative claims should identify the source and reference year.</w:t>
            </w:r>
            <w:r w:rsidR="004C0144" w:rsidRPr="00DB6570">
              <w:rPr>
                <w:rFonts w:ascii="Times New Roman" w:hAnsi="Times New Roman" w:cs="Times New Roman"/>
                <w:sz w:val="22"/>
              </w:rPr>
              <w:t xml:space="preserve"> Where evidence is thin or not readily available, the full proposal must include a plan for collecting relevant evidence in coordination with the Sector Engagement Panel</w:t>
            </w:r>
          </w:p>
        </w:tc>
      </w:tr>
      <w:tr w:rsidR="0061162A" w:rsidRPr="00DB6570" w14:paraId="59E87270" w14:textId="77777777" w:rsidTr="00006F47">
        <w:trPr>
          <w:cantSplit/>
          <w:jc w:val="center"/>
        </w:trPr>
        <w:tc>
          <w:tcPr>
            <w:tcW w:w="2948" w:type="dxa"/>
            <w:tcMar>
              <w:top w:w="80" w:type="dxa"/>
              <w:left w:w="100" w:type="dxa"/>
              <w:bottom w:w="80" w:type="dxa"/>
              <w:right w:w="100" w:type="dxa"/>
            </w:tcMar>
          </w:tcPr>
          <w:p w14:paraId="558B90EF"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Budget discipline</w:t>
            </w:r>
          </w:p>
        </w:tc>
        <w:tc>
          <w:tcPr>
            <w:tcW w:w="6950" w:type="dxa"/>
            <w:tcMar>
              <w:top w:w="80" w:type="dxa"/>
              <w:left w:w="100" w:type="dxa"/>
              <w:bottom w:w="80" w:type="dxa"/>
              <w:right w:w="100" w:type="dxa"/>
            </w:tcMar>
          </w:tcPr>
          <w:p w14:paraId="66440108" w14:textId="2FEC0F2D" w:rsidR="0061162A" w:rsidRPr="00DB6570" w:rsidRDefault="00BE6111">
            <w:pPr>
              <w:rPr>
                <w:rFonts w:ascii="Times New Roman" w:hAnsi="Times New Roman" w:cs="Times New Roman"/>
                <w:sz w:val="22"/>
              </w:rPr>
            </w:pPr>
            <w:r w:rsidRPr="00DB6570">
              <w:rPr>
                <w:rFonts w:ascii="Times New Roman" w:hAnsi="Times New Roman" w:cs="Times New Roman"/>
                <w:sz w:val="22"/>
              </w:rPr>
              <w:t>All activities, targets, procurement packages and civil works must be traceable to the detailed budget.</w:t>
            </w:r>
          </w:p>
        </w:tc>
      </w:tr>
      <w:tr w:rsidR="0061162A" w:rsidRPr="00DB6570" w14:paraId="4555DBDA" w14:textId="77777777" w:rsidTr="00006F47">
        <w:trPr>
          <w:cantSplit/>
          <w:jc w:val="center"/>
        </w:trPr>
        <w:tc>
          <w:tcPr>
            <w:tcW w:w="2948" w:type="dxa"/>
            <w:tcMar>
              <w:top w:w="80" w:type="dxa"/>
              <w:left w:w="100" w:type="dxa"/>
              <w:bottom w:w="80" w:type="dxa"/>
              <w:right w:w="100" w:type="dxa"/>
            </w:tcMar>
          </w:tcPr>
          <w:p w14:paraId="457B070F"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Submission format</w:t>
            </w:r>
          </w:p>
        </w:tc>
        <w:tc>
          <w:tcPr>
            <w:tcW w:w="6950" w:type="dxa"/>
            <w:tcMar>
              <w:top w:w="80" w:type="dxa"/>
              <w:left w:w="100" w:type="dxa"/>
              <w:bottom w:w="80" w:type="dxa"/>
              <w:right w:w="100" w:type="dxa"/>
            </w:tcMar>
          </w:tcPr>
          <w:p w14:paraId="1BCA9228" w14:textId="77777777" w:rsidR="0061162A" w:rsidRPr="00DB6570" w:rsidRDefault="00BE6111">
            <w:pPr>
              <w:rPr>
                <w:rFonts w:ascii="Times New Roman" w:hAnsi="Times New Roman" w:cs="Times New Roman"/>
                <w:sz w:val="22"/>
              </w:rPr>
            </w:pPr>
            <w:r w:rsidRPr="00DB6570">
              <w:rPr>
                <w:rFonts w:ascii="Times New Roman" w:hAnsi="Times New Roman" w:cs="Times New Roman"/>
                <w:sz w:val="22"/>
              </w:rPr>
              <w:t>Submit one consolidated PDF containing the completed form, endorsements and annexes in the prescribed order.</w:t>
            </w:r>
          </w:p>
        </w:tc>
      </w:tr>
    </w:tbl>
    <w:p w14:paraId="6C3D263A" w14:textId="77777777" w:rsidR="0061162A" w:rsidRPr="00DB6570" w:rsidRDefault="0061162A">
      <w:pPr>
        <w:spacing w:after="0"/>
        <w:rPr>
          <w:rFonts w:ascii="Times New Roman" w:hAnsi="Times New Roman" w:cs="Times New Roman"/>
          <w:sz w:val="22"/>
        </w:rPr>
      </w:pPr>
    </w:p>
    <w:p w14:paraId="7D3BBA8B" w14:textId="05B9D8EA" w:rsidR="00A25AFD" w:rsidRPr="00DB6570" w:rsidRDefault="00A25AFD" w:rsidP="00A25AFD">
      <w:pPr>
        <w:pStyle w:val="Heading2"/>
        <w:rPr>
          <w:rFonts w:ascii="Times New Roman" w:hAnsi="Times New Roman" w:cs="Times New Roman"/>
          <w:color w:val="auto"/>
          <w:sz w:val="22"/>
          <w:szCs w:val="22"/>
        </w:rPr>
      </w:pPr>
      <w:bookmarkStart w:id="2" w:name="_Toc237525196"/>
      <w:r w:rsidRPr="00DB6570">
        <w:rPr>
          <w:rFonts w:ascii="Times New Roman" w:hAnsi="Times New Roman" w:cs="Times New Roman"/>
          <w:color w:val="auto"/>
          <w:sz w:val="22"/>
          <w:szCs w:val="22"/>
        </w:rPr>
        <w:t xml:space="preserve">Required </w:t>
      </w:r>
      <w:r w:rsidR="00F41157" w:rsidRPr="00DB6570">
        <w:rPr>
          <w:rFonts w:ascii="Times New Roman" w:hAnsi="Times New Roman" w:cs="Times New Roman"/>
          <w:color w:val="auto"/>
          <w:sz w:val="22"/>
          <w:szCs w:val="22"/>
        </w:rPr>
        <w:t>Checklist</w:t>
      </w:r>
      <w:r w:rsidR="0019689A">
        <w:rPr>
          <w:rFonts w:ascii="Times New Roman" w:hAnsi="Times New Roman" w:cs="Times New Roman"/>
          <w:color w:val="auto"/>
          <w:sz w:val="22"/>
          <w:szCs w:val="22"/>
        </w:rPr>
        <w:t>/Appendix</w:t>
      </w:r>
      <w:r w:rsidR="00F41157" w:rsidRPr="00DB6570">
        <w:rPr>
          <w:rFonts w:ascii="Times New Roman" w:hAnsi="Times New Roman" w:cs="Times New Roman"/>
          <w:color w:val="auto"/>
          <w:sz w:val="22"/>
          <w:szCs w:val="22"/>
        </w:rPr>
        <w:t xml:space="preserve"> Items</w:t>
      </w:r>
      <w:bookmarkEnd w:id="2"/>
    </w:p>
    <w:p w14:paraId="77705B15" w14:textId="3F929DAB" w:rsidR="00A25AFD" w:rsidRPr="00DB6570" w:rsidRDefault="00F41157" w:rsidP="00A25AFD">
      <w:pPr>
        <w:pStyle w:val="GuidanceText"/>
        <w:rPr>
          <w:rFonts w:ascii="Times New Roman" w:hAnsi="Times New Roman" w:cs="Times New Roman"/>
          <w:color w:val="auto"/>
          <w:sz w:val="22"/>
        </w:rPr>
      </w:pPr>
      <w:r w:rsidRPr="00DB6570">
        <w:rPr>
          <w:rFonts w:ascii="Times New Roman" w:hAnsi="Times New Roman" w:cs="Times New Roman"/>
          <w:color w:val="auto"/>
          <w:sz w:val="22"/>
        </w:rPr>
        <w:t xml:space="preserve">Ensure </w:t>
      </w:r>
      <w:r w:rsidR="00221619" w:rsidRPr="00DB6570">
        <w:rPr>
          <w:rFonts w:ascii="Times New Roman" w:hAnsi="Times New Roman" w:cs="Times New Roman"/>
          <w:color w:val="auto"/>
          <w:sz w:val="22"/>
        </w:rPr>
        <w:t xml:space="preserve">the items below are fully included in your full proposal </w:t>
      </w:r>
      <w:r w:rsidR="00FA45D2" w:rsidRPr="00DB6570">
        <w:rPr>
          <w:rFonts w:ascii="Times New Roman" w:hAnsi="Times New Roman" w:cs="Times New Roman"/>
          <w:color w:val="auto"/>
          <w:sz w:val="22"/>
        </w:rPr>
        <w:t xml:space="preserve">body text </w:t>
      </w:r>
      <w:r w:rsidR="00221619" w:rsidRPr="00DB6570">
        <w:rPr>
          <w:rFonts w:ascii="Times New Roman" w:hAnsi="Times New Roman" w:cs="Times New Roman"/>
          <w:color w:val="auto"/>
          <w:sz w:val="22"/>
        </w:rPr>
        <w:t>or annex</w:t>
      </w:r>
      <w:r w:rsidR="00A25AFD" w:rsidRPr="00DB6570">
        <w:rPr>
          <w:rFonts w:ascii="Times New Roman" w:hAnsi="Times New Roman" w:cs="Times New Roman"/>
          <w:color w:val="auto"/>
          <w:sz w:val="22"/>
        </w:rPr>
        <w:t>.</w:t>
      </w:r>
    </w:p>
    <w:tbl>
      <w:tblPr>
        <w:tblStyle w:val="TableGrid"/>
        <w:tblW w:w="5000" w:type="pct"/>
        <w:jc w:val="center"/>
        <w:tblLook w:val="04A0" w:firstRow="1" w:lastRow="0" w:firstColumn="1" w:lastColumn="0" w:noHBand="0" w:noVBand="1"/>
      </w:tblPr>
      <w:tblGrid>
        <w:gridCol w:w="1976"/>
        <w:gridCol w:w="6630"/>
        <w:gridCol w:w="1250"/>
      </w:tblGrid>
      <w:tr w:rsidR="00221619" w:rsidRPr="00DB6570" w14:paraId="69E80A2A" w14:textId="77777777" w:rsidTr="004862EF">
        <w:trPr>
          <w:tblHeader/>
          <w:jc w:val="center"/>
        </w:trPr>
        <w:tc>
          <w:tcPr>
            <w:tcW w:w="1002" w:type="pct"/>
          </w:tcPr>
          <w:p w14:paraId="2C6326BF" w14:textId="328630E3" w:rsidR="00221619" w:rsidRPr="00DB6570" w:rsidRDefault="00150645" w:rsidP="00D270E1">
            <w:pPr>
              <w:rPr>
                <w:rFonts w:ascii="Times New Roman" w:hAnsi="Times New Roman" w:cs="Times New Roman"/>
                <w:sz w:val="22"/>
              </w:rPr>
            </w:pPr>
            <w:r>
              <w:rPr>
                <w:rFonts w:ascii="Times New Roman" w:hAnsi="Times New Roman" w:cs="Times New Roman"/>
                <w:sz w:val="22"/>
              </w:rPr>
              <w:t>Checklist/Appendix</w:t>
            </w:r>
          </w:p>
        </w:tc>
        <w:tc>
          <w:tcPr>
            <w:tcW w:w="3364" w:type="pct"/>
          </w:tcPr>
          <w:p w14:paraId="72D23970" w14:textId="77777777" w:rsidR="00221619" w:rsidRPr="00DB6570" w:rsidRDefault="00221619" w:rsidP="00D270E1">
            <w:pPr>
              <w:rPr>
                <w:rFonts w:ascii="Times New Roman" w:hAnsi="Times New Roman" w:cs="Times New Roman"/>
                <w:sz w:val="22"/>
              </w:rPr>
            </w:pPr>
            <w:r w:rsidRPr="00DB6570">
              <w:rPr>
                <w:rFonts w:ascii="Times New Roman" w:hAnsi="Times New Roman" w:cs="Times New Roman"/>
                <w:b/>
                <w:sz w:val="22"/>
              </w:rPr>
              <w:t>Required document</w:t>
            </w:r>
          </w:p>
        </w:tc>
        <w:tc>
          <w:tcPr>
            <w:tcW w:w="633" w:type="pct"/>
          </w:tcPr>
          <w:p w14:paraId="05F2658B" w14:textId="77777777" w:rsidR="00221619" w:rsidRPr="00DB6570" w:rsidRDefault="00221619" w:rsidP="00D270E1">
            <w:pPr>
              <w:rPr>
                <w:rFonts w:ascii="Times New Roman" w:hAnsi="Times New Roman" w:cs="Times New Roman"/>
                <w:sz w:val="22"/>
              </w:rPr>
            </w:pPr>
            <w:r w:rsidRPr="00DB6570">
              <w:rPr>
                <w:rFonts w:ascii="Times New Roman" w:hAnsi="Times New Roman" w:cs="Times New Roman"/>
                <w:b/>
                <w:sz w:val="22"/>
              </w:rPr>
              <w:t>Included?</w:t>
            </w:r>
          </w:p>
        </w:tc>
      </w:tr>
      <w:tr w:rsidR="004862EF" w:rsidRPr="00DB6570" w14:paraId="4CF0D569" w14:textId="77777777" w:rsidTr="004862EF">
        <w:trPr>
          <w:cantSplit/>
          <w:jc w:val="center"/>
        </w:trPr>
        <w:tc>
          <w:tcPr>
            <w:tcW w:w="5000" w:type="pct"/>
            <w:gridSpan w:val="3"/>
            <w:tcMar>
              <w:top w:w="80" w:type="dxa"/>
              <w:left w:w="100" w:type="dxa"/>
              <w:bottom w:w="80" w:type="dxa"/>
              <w:right w:w="100" w:type="dxa"/>
            </w:tcMar>
          </w:tcPr>
          <w:p w14:paraId="0BB4AF3B" w14:textId="3CA418F7" w:rsidR="004862EF" w:rsidRPr="003F2AD9" w:rsidRDefault="004862EF" w:rsidP="004862EF">
            <w:pPr>
              <w:jc w:val="center"/>
              <w:rPr>
                <w:rFonts w:ascii="Times New Roman" w:hAnsi="Times New Roman" w:cs="Times New Roman"/>
                <w:b/>
                <w:bCs/>
                <w:sz w:val="22"/>
              </w:rPr>
            </w:pPr>
            <w:r w:rsidRPr="003F2AD9">
              <w:rPr>
                <w:rFonts w:ascii="Times New Roman" w:hAnsi="Times New Roman" w:cs="Times New Roman"/>
                <w:b/>
                <w:bCs/>
                <w:sz w:val="22"/>
              </w:rPr>
              <w:t>Appendix Items</w:t>
            </w:r>
          </w:p>
        </w:tc>
      </w:tr>
      <w:tr w:rsidR="00221619" w:rsidRPr="00DB6570" w14:paraId="742EB30C" w14:textId="77777777" w:rsidTr="004862EF">
        <w:trPr>
          <w:cantSplit/>
          <w:jc w:val="center"/>
        </w:trPr>
        <w:tc>
          <w:tcPr>
            <w:tcW w:w="1002" w:type="pct"/>
            <w:tcMar>
              <w:top w:w="80" w:type="dxa"/>
              <w:left w:w="100" w:type="dxa"/>
              <w:bottom w:w="80" w:type="dxa"/>
              <w:right w:w="100" w:type="dxa"/>
            </w:tcMar>
          </w:tcPr>
          <w:p w14:paraId="35E49E10" w14:textId="2DCECA04" w:rsidR="00221619" w:rsidRPr="00DB6570" w:rsidRDefault="00221619" w:rsidP="00D270E1">
            <w:pPr>
              <w:rPr>
                <w:rFonts w:ascii="Times New Roman" w:hAnsi="Times New Roman" w:cs="Times New Roman"/>
                <w:sz w:val="22"/>
              </w:rPr>
            </w:pPr>
            <w:r w:rsidRPr="00DB6570">
              <w:rPr>
                <w:rFonts w:ascii="Times New Roman" w:hAnsi="Times New Roman" w:cs="Times New Roman"/>
                <w:b/>
                <w:sz w:val="22"/>
              </w:rPr>
              <w:t>A</w:t>
            </w:r>
            <w:r w:rsidR="00C04CDE" w:rsidRPr="00DB6570">
              <w:rPr>
                <w:rFonts w:ascii="Times New Roman" w:hAnsi="Times New Roman" w:cs="Times New Roman"/>
                <w:b/>
                <w:sz w:val="22"/>
              </w:rPr>
              <w:t>1</w:t>
            </w:r>
          </w:p>
        </w:tc>
        <w:tc>
          <w:tcPr>
            <w:tcW w:w="3364" w:type="pct"/>
            <w:tcMar>
              <w:top w:w="80" w:type="dxa"/>
              <w:left w:w="100" w:type="dxa"/>
              <w:bottom w:w="80" w:type="dxa"/>
              <w:right w:w="100" w:type="dxa"/>
            </w:tcMar>
          </w:tcPr>
          <w:p w14:paraId="1E909518" w14:textId="77777777" w:rsidR="00221619" w:rsidRPr="00DB6570" w:rsidRDefault="00221619" w:rsidP="00D270E1">
            <w:pPr>
              <w:rPr>
                <w:rFonts w:ascii="Times New Roman" w:hAnsi="Times New Roman" w:cs="Times New Roman"/>
                <w:sz w:val="22"/>
              </w:rPr>
            </w:pPr>
            <w:r w:rsidRPr="00DB6570">
              <w:rPr>
                <w:rFonts w:ascii="Times New Roman" w:hAnsi="Times New Roman" w:cs="Times New Roman"/>
                <w:sz w:val="22"/>
              </w:rPr>
              <w:t>Letters of support and counterpart commitment from host institutions and relevant government authorities</w:t>
            </w:r>
          </w:p>
        </w:tc>
        <w:tc>
          <w:tcPr>
            <w:tcW w:w="633" w:type="pct"/>
            <w:tcMar>
              <w:top w:w="80" w:type="dxa"/>
              <w:left w:w="100" w:type="dxa"/>
              <w:bottom w:w="80" w:type="dxa"/>
              <w:right w:w="100" w:type="dxa"/>
            </w:tcMar>
          </w:tcPr>
          <w:p w14:paraId="2BB485EC" w14:textId="77777777" w:rsidR="00221619" w:rsidRPr="00DB6570" w:rsidRDefault="00221619" w:rsidP="00D270E1">
            <w:pPr>
              <w:rPr>
                <w:rFonts w:ascii="Times New Roman" w:hAnsi="Times New Roman" w:cs="Times New Roman"/>
                <w:sz w:val="22"/>
              </w:rPr>
            </w:pPr>
            <w:r w:rsidRPr="00DB6570">
              <w:rPr>
                <w:rFonts w:ascii="Segoe UI Symbol" w:hAnsi="Segoe UI Symbol" w:cs="Segoe UI Symbol"/>
                <w:sz w:val="22"/>
              </w:rPr>
              <w:t>☐</w:t>
            </w:r>
            <w:r w:rsidRPr="00DB6570">
              <w:rPr>
                <w:rFonts w:ascii="Times New Roman" w:hAnsi="Times New Roman" w:cs="Times New Roman"/>
                <w:sz w:val="22"/>
              </w:rPr>
              <w:t xml:space="preserve"> Yes  </w:t>
            </w:r>
            <w:r w:rsidRPr="00DB6570">
              <w:rPr>
                <w:rFonts w:ascii="Segoe UI Symbol" w:hAnsi="Segoe UI Symbol" w:cs="Segoe UI Symbol"/>
                <w:sz w:val="22"/>
              </w:rPr>
              <w:t>☐</w:t>
            </w:r>
            <w:r w:rsidRPr="00DB6570">
              <w:rPr>
                <w:rFonts w:ascii="Times New Roman" w:hAnsi="Times New Roman" w:cs="Times New Roman"/>
                <w:sz w:val="22"/>
              </w:rPr>
              <w:t xml:space="preserve"> N/A</w:t>
            </w:r>
          </w:p>
        </w:tc>
      </w:tr>
      <w:tr w:rsidR="00FE105F" w:rsidRPr="00DB6570" w14:paraId="00A93E15" w14:textId="77777777" w:rsidTr="004862EF">
        <w:trPr>
          <w:cantSplit/>
          <w:jc w:val="center"/>
        </w:trPr>
        <w:tc>
          <w:tcPr>
            <w:tcW w:w="1002" w:type="pct"/>
            <w:tcMar>
              <w:top w:w="80" w:type="dxa"/>
              <w:left w:w="100" w:type="dxa"/>
              <w:bottom w:w="80" w:type="dxa"/>
              <w:right w:w="100" w:type="dxa"/>
            </w:tcMar>
          </w:tcPr>
          <w:p w14:paraId="3F0D08F3" w14:textId="5DA24C8E" w:rsidR="00FE105F" w:rsidRPr="00DB6570" w:rsidRDefault="00FE105F" w:rsidP="00FE105F">
            <w:pPr>
              <w:rPr>
                <w:rFonts w:ascii="Times New Roman" w:hAnsi="Times New Roman" w:cs="Times New Roman"/>
                <w:b/>
                <w:sz w:val="22"/>
              </w:rPr>
            </w:pPr>
            <w:r w:rsidRPr="00DB6570">
              <w:rPr>
                <w:rFonts w:ascii="Times New Roman" w:hAnsi="Times New Roman" w:cs="Times New Roman"/>
                <w:b/>
                <w:sz w:val="22"/>
              </w:rPr>
              <w:t>A2</w:t>
            </w:r>
          </w:p>
        </w:tc>
        <w:tc>
          <w:tcPr>
            <w:tcW w:w="3364" w:type="pct"/>
            <w:tcMar>
              <w:top w:w="80" w:type="dxa"/>
              <w:left w:w="100" w:type="dxa"/>
              <w:bottom w:w="80" w:type="dxa"/>
              <w:right w:w="100" w:type="dxa"/>
            </w:tcMar>
          </w:tcPr>
          <w:p w14:paraId="721D284B" w14:textId="365FC1EC" w:rsidR="00FE105F" w:rsidRPr="00DB6570" w:rsidRDefault="00FE105F" w:rsidP="00FE105F">
            <w:pPr>
              <w:rPr>
                <w:rFonts w:ascii="Times New Roman" w:hAnsi="Times New Roman" w:cs="Times New Roman"/>
                <w:sz w:val="22"/>
              </w:rPr>
            </w:pPr>
            <w:r w:rsidRPr="00DB6570">
              <w:rPr>
                <w:rFonts w:ascii="Times New Roman" w:hAnsi="Times New Roman" w:cs="Times New Roman"/>
                <w:sz w:val="22"/>
              </w:rPr>
              <w:t>Leadership, faculty, instructor and key professional staff CVs</w:t>
            </w:r>
          </w:p>
        </w:tc>
        <w:tc>
          <w:tcPr>
            <w:tcW w:w="633" w:type="pct"/>
            <w:tcMar>
              <w:top w:w="80" w:type="dxa"/>
              <w:left w:w="100" w:type="dxa"/>
              <w:bottom w:w="80" w:type="dxa"/>
              <w:right w:w="100" w:type="dxa"/>
            </w:tcMar>
          </w:tcPr>
          <w:p w14:paraId="639FB32A" w14:textId="129F4883" w:rsidR="00FE105F" w:rsidRPr="00DB6570" w:rsidRDefault="00FE105F" w:rsidP="00FE105F">
            <w:pPr>
              <w:rPr>
                <w:rFonts w:ascii="Segoe UI Symbol" w:hAnsi="Segoe UI Symbol" w:cs="Segoe UI Symbol"/>
                <w:sz w:val="22"/>
              </w:rPr>
            </w:pPr>
            <w:r w:rsidRPr="00DB6570">
              <w:rPr>
                <w:rFonts w:ascii="Segoe UI Symbol" w:hAnsi="Segoe UI Symbol" w:cs="Segoe UI Symbol"/>
                <w:sz w:val="22"/>
              </w:rPr>
              <w:t>☐</w:t>
            </w:r>
            <w:r w:rsidRPr="00DB6570">
              <w:rPr>
                <w:rFonts w:ascii="Times New Roman" w:hAnsi="Times New Roman" w:cs="Times New Roman"/>
                <w:sz w:val="22"/>
              </w:rPr>
              <w:t xml:space="preserve"> Yes  </w:t>
            </w:r>
            <w:r w:rsidRPr="00DB6570">
              <w:rPr>
                <w:rFonts w:ascii="Segoe UI Symbol" w:hAnsi="Segoe UI Symbol" w:cs="Segoe UI Symbol"/>
                <w:sz w:val="22"/>
              </w:rPr>
              <w:t>☐</w:t>
            </w:r>
            <w:r w:rsidRPr="00DB6570">
              <w:rPr>
                <w:rFonts w:ascii="Times New Roman" w:hAnsi="Times New Roman" w:cs="Times New Roman"/>
                <w:sz w:val="22"/>
              </w:rPr>
              <w:t xml:space="preserve"> N/A</w:t>
            </w:r>
          </w:p>
        </w:tc>
      </w:tr>
      <w:tr w:rsidR="00FE105F" w:rsidRPr="00DB6570" w14:paraId="044828B8" w14:textId="77777777" w:rsidTr="004862EF">
        <w:trPr>
          <w:cantSplit/>
          <w:jc w:val="center"/>
        </w:trPr>
        <w:tc>
          <w:tcPr>
            <w:tcW w:w="1002" w:type="pct"/>
            <w:tcMar>
              <w:top w:w="80" w:type="dxa"/>
              <w:left w:w="100" w:type="dxa"/>
              <w:bottom w:w="80" w:type="dxa"/>
              <w:right w:w="100" w:type="dxa"/>
            </w:tcMar>
          </w:tcPr>
          <w:p w14:paraId="08051935" w14:textId="45ED3BE1" w:rsidR="00FE105F" w:rsidRPr="00DB6570" w:rsidRDefault="00FE105F" w:rsidP="00FE105F">
            <w:pPr>
              <w:rPr>
                <w:rFonts w:ascii="Times New Roman" w:hAnsi="Times New Roman" w:cs="Times New Roman"/>
                <w:b/>
                <w:sz w:val="22"/>
              </w:rPr>
            </w:pPr>
            <w:r w:rsidRPr="00DB6570">
              <w:rPr>
                <w:rFonts w:ascii="Times New Roman" w:hAnsi="Times New Roman" w:cs="Times New Roman"/>
                <w:b/>
                <w:sz w:val="22"/>
              </w:rPr>
              <w:t>A3</w:t>
            </w:r>
          </w:p>
        </w:tc>
        <w:tc>
          <w:tcPr>
            <w:tcW w:w="3364" w:type="pct"/>
            <w:tcMar>
              <w:top w:w="80" w:type="dxa"/>
              <w:left w:w="100" w:type="dxa"/>
              <w:bottom w:w="80" w:type="dxa"/>
              <w:right w:w="100" w:type="dxa"/>
            </w:tcMar>
          </w:tcPr>
          <w:p w14:paraId="46A4BA67" w14:textId="391EFEC8" w:rsidR="00FE105F" w:rsidRPr="00DB6570" w:rsidRDefault="00FE105F" w:rsidP="00FE105F">
            <w:pPr>
              <w:rPr>
                <w:rFonts w:ascii="Times New Roman" w:hAnsi="Times New Roman" w:cs="Times New Roman"/>
                <w:sz w:val="22"/>
              </w:rPr>
            </w:pPr>
            <w:r w:rsidRPr="00DB6570">
              <w:rPr>
                <w:rFonts w:ascii="Times New Roman" w:hAnsi="Times New Roman" w:cs="Times New Roman"/>
                <w:sz w:val="22"/>
              </w:rPr>
              <w:t>Industry, employer, academic and regional partnership MoUs/letters of commitment</w:t>
            </w:r>
          </w:p>
        </w:tc>
        <w:tc>
          <w:tcPr>
            <w:tcW w:w="633" w:type="pct"/>
            <w:tcMar>
              <w:top w:w="80" w:type="dxa"/>
              <w:left w:w="100" w:type="dxa"/>
              <w:bottom w:w="80" w:type="dxa"/>
              <w:right w:w="100" w:type="dxa"/>
            </w:tcMar>
          </w:tcPr>
          <w:p w14:paraId="388FEB71" w14:textId="7521028A" w:rsidR="00FE105F" w:rsidRPr="00DB6570" w:rsidRDefault="00FE105F" w:rsidP="00FE105F">
            <w:pPr>
              <w:rPr>
                <w:rFonts w:ascii="Segoe UI Symbol" w:hAnsi="Segoe UI Symbol" w:cs="Segoe UI Symbol"/>
                <w:sz w:val="22"/>
              </w:rPr>
            </w:pPr>
            <w:r w:rsidRPr="00DB6570">
              <w:rPr>
                <w:rFonts w:ascii="Segoe UI Symbol" w:hAnsi="Segoe UI Symbol" w:cs="Segoe UI Symbol"/>
                <w:sz w:val="22"/>
              </w:rPr>
              <w:t>☐</w:t>
            </w:r>
            <w:r w:rsidRPr="00DB6570">
              <w:rPr>
                <w:rFonts w:ascii="Times New Roman" w:hAnsi="Times New Roman" w:cs="Times New Roman"/>
                <w:sz w:val="22"/>
              </w:rPr>
              <w:t xml:space="preserve"> Yes  </w:t>
            </w:r>
            <w:r w:rsidRPr="00DB6570">
              <w:rPr>
                <w:rFonts w:ascii="Segoe UI Symbol" w:hAnsi="Segoe UI Symbol" w:cs="Segoe UI Symbol"/>
                <w:sz w:val="22"/>
              </w:rPr>
              <w:t>☐</w:t>
            </w:r>
            <w:r w:rsidRPr="00DB6570">
              <w:rPr>
                <w:rFonts w:ascii="Times New Roman" w:hAnsi="Times New Roman" w:cs="Times New Roman"/>
                <w:sz w:val="22"/>
              </w:rPr>
              <w:t xml:space="preserve"> N/A</w:t>
            </w:r>
          </w:p>
        </w:tc>
      </w:tr>
      <w:tr w:rsidR="0010288D" w:rsidRPr="00DB6570" w14:paraId="1C98641D" w14:textId="77777777" w:rsidTr="004862EF">
        <w:trPr>
          <w:cantSplit/>
          <w:jc w:val="center"/>
        </w:trPr>
        <w:tc>
          <w:tcPr>
            <w:tcW w:w="1002" w:type="pct"/>
            <w:tcMar>
              <w:top w:w="80" w:type="dxa"/>
              <w:left w:w="100" w:type="dxa"/>
              <w:bottom w:w="80" w:type="dxa"/>
              <w:right w:w="100" w:type="dxa"/>
            </w:tcMar>
          </w:tcPr>
          <w:p w14:paraId="42116A7E" w14:textId="12B61C22" w:rsidR="0010288D" w:rsidRPr="00DB6570" w:rsidRDefault="0010288D" w:rsidP="0010288D">
            <w:pPr>
              <w:rPr>
                <w:rFonts w:ascii="Times New Roman" w:hAnsi="Times New Roman" w:cs="Times New Roman"/>
                <w:b/>
                <w:sz w:val="22"/>
              </w:rPr>
            </w:pPr>
            <w:r w:rsidRPr="00DB6570">
              <w:rPr>
                <w:rFonts w:ascii="Times New Roman" w:hAnsi="Times New Roman" w:cs="Times New Roman"/>
                <w:b/>
                <w:sz w:val="22"/>
              </w:rPr>
              <w:t>A4</w:t>
            </w:r>
          </w:p>
        </w:tc>
        <w:tc>
          <w:tcPr>
            <w:tcW w:w="3364" w:type="pct"/>
            <w:tcMar>
              <w:top w:w="80" w:type="dxa"/>
              <w:left w:w="100" w:type="dxa"/>
              <w:bottom w:w="80" w:type="dxa"/>
              <w:right w:w="100" w:type="dxa"/>
            </w:tcMar>
          </w:tcPr>
          <w:p w14:paraId="312F3C44" w14:textId="6F61FCFF" w:rsidR="0010288D" w:rsidRPr="00DB6570" w:rsidRDefault="0010288D" w:rsidP="0010288D">
            <w:pPr>
              <w:rPr>
                <w:rFonts w:ascii="Times New Roman" w:hAnsi="Times New Roman" w:cs="Times New Roman"/>
                <w:sz w:val="22"/>
              </w:rPr>
            </w:pPr>
            <w:r w:rsidRPr="00DB6570">
              <w:rPr>
                <w:rFonts w:ascii="Times New Roman" w:hAnsi="Times New Roman" w:cs="Times New Roman"/>
                <w:sz w:val="22"/>
              </w:rPr>
              <w:t>Facilities and equipment inventory, utilization and photographs</w:t>
            </w:r>
          </w:p>
        </w:tc>
        <w:tc>
          <w:tcPr>
            <w:tcW w:w="633" w:type="pct"/>
            <w:tcMar>
              <w:top w:w="80" w:type="dxa"/>
              <w:left w:w="100" w:type="dxa"/>
              <w:bottom w:w="80" w:type="dxa"/>
              <w:right w:w="100" w:type="dxa"/>
            </w:tcMar>
          </w:tcPr>
          <w:p w14:paraId="7C27C408" w14:textId="1D33A8C4" w:rsidR="0010288D" w:rsidRPr="00DB6570" w:rsidRDefault="0010288D" w:rsidP="0010288D">
            <w:pPr>
              <w:rPr>
                <w:rFonts w:ascii="Segoe UI Symbol" w:hAnsi="Segoe UI Symbol" w:cs="Segoe UI Symbol"/>
                <w:sz w:val="22"/>
              </w:rPr>
            </w:pPr>
            <w:r w:rsidRPr="00DB6570">
              <w:rPr>
                <w:rFonts w:ascii="Segoe UI Symbol" w:hAnsi="Segoe UI Symbol" w:cs="Segoe UI Symbol"/>
                <w:sz w:val="22"/>
              </w:rPr>
              <w:t>☐</w:t>
            </w:r>
            <w:r w:rsidRPr="00DB6570">
              <w:rPr>
                <w:rFonts w:ascii="Times New Roman" w:hAnsi="Times New Roman" w:cs="Times New Roman"/>
                <w:sz w:val="22"/>
              </w:rPr>
              <w:t xml:space="preserve"> Yes  </w:t>
            </w:r>
            <w:r w:rsidRPr="00DB6570">
              <w:rPr>
                <w:rFonts w:ascii="Segoe UI Symbol" w:hAnsi="Segoe UI Symbol" w:cs="Segoe UI Symbol"/>
                <w:sz w:val="22"/>
              </w:rPr>
              <w:t>☐</w:t>
            </w:r>
            <w:r w:rsidRPr="00DB6570">
              <w:rPr>
                <w:rFonts w:ascii="Times New Roman" w:hAnsi="Times New Roman" w:cs="Times New Roman"/>
                <w:sz w:val="22"/>
              </w:rPr>
              <w:t xml:space="preserve"> N/A</w:t>
            </w:r>
          </w:p>
        </w:tc>
      </w:tr>
      <w:tr w:rsidR="004862EF" w:rsidRPr="00DB6570" w14:paraId="1C03EC7D" w14:textId="77777777" w:rsidTr="004862EF">
        <w:trPr>
          <w:cantSplit/>
          <w:jc w:val="center"/>
        </w:trPr>
        <w:tc>
          <w:tcPr>
            <w:tcW w:w="5000" w:type="pct"/>
            <w:gridSpan w:val="3"/>
            <w:tcMar>
              <w:top w:w="80" w:type="dxa"/>
              <w:left w:w="100" w:type="dxa"/>
              <w:bottom w:w="80" w:type="dxa"/>
              <w:right w:w="100" w:type="dxa"/>
            </w:tcMar>
          </w:tcPr>
          <w:p w14:paraId="4A6190FC" w14:textId="541ED21D" w:rsidR="004862EF" w:rsidRPr="003F2AD9" w:rsidRDefault="004862EF" w:rsidP="004862EF">
            <w:pPr>
              <w:jc w:val="center"/>
              <w:rPr>
                <w:rFonts w:ascii="Times New Roman" w:hAnsi="Times New Roman" w:cs="Times New Roman"/>
                <w:b/>
                <w:bCs/>
                <w:sz w:val="22"/>
              </w:rPr>
            </w:pPr>
            <w:r w:rsidRPr="003F2AD9">
              <w:rPr>
                <w:rFonts w:ascii="Times New Roman" w:hAnsi="Times New Roman" w:cs="Times New Roman"/>
                <w:b/>
                <w:bCs/>
                <w:sz w:val="22"/>
              </w:rPr>
              <w:t>Checklist Items</w:t>
            </w:r>
          </w:p>
        </w:tc>
      </w:tr>
      <w:tr w:rsidR="00A27701" w:rsidRPr="00DB6570" w14:paraId="53CD53B5" w14:textId="77777777" w:rsidTr="004862EF">
        <w:trPr>
          <w:cantSplit/>
          <w:jc w:val="center"/>
        </w:trPr>
        <w:tc>
          <w:tcPr>
            <w:tcW w:w="1002" w:type="pct"/>
            <w:tcMar>
              <w:top w:w="80" w:type="dxa"/>
              <w:left w:w="100" w:type="dxa"/>
              <w:bottom w:w="80" w:type="dxa"/>
              <w:right w:w="100" w:type="dxa"/>
            </w:tcMar>
          </w:tcPr>
          <w:p w14:paraId="3B9F0395" w14:textId="77777777" w:rsidR="00A27701" w:rsidRPr="00DB6570" w:rsidRDefault="00A27701" w:rsidP="00D270E1">
            <w:pPr>
              <w:rPr>
                <w:rFonts w:ascii="Times New Roman" w:hAnsi="Times New Roman" w:cs="Times New Roman"/>
                <w:sz w:val="22"/>
              </w:rPr>
            </w:pPr>
            <w:r w:rsidRPr="00DB6570">
              <w:rPr>
                <w:rFonts w:ascii="Times New Roman" w:hAnsi="Times New Roman" w:cs="Times New Roman"/>
                <w:b/>
                <w:sz w:val="22"/>
              </w:rPr>
              <w:t>C1</w:t>
            </w:r>
          </w:p>
        </w:tc>
        <w:tc>
          <w:tcPr>
            <w:tcW w:w="3364" w:type="pct"/>
            <w:tcMar>
              <w:top w:w="80" w:type="dxa"/>
              <w:left w:w="100" w:type="dxa"/>
              <w:bottom w:w="80" w:type="dxa"/>
              <w:right w:w="100" w:type="dxa"/>
            </w:tcMar>
          </w:tcPr>
          <w:p w14:paraId="5E594E7B" w14:textId="77777777" w:rsidR="00A27701" w:rsidRPr="00DB6570" w:rsidRDefault="00A27701" w:rsidP="00D270E1">
            <w:pPr>
              <w:rPr>
                <w:rFonts w:ascii="Times New Roman" w:hAnsi="Times New Roman" w:cs="Times New Roman"/>
                <w:sz w:val="22"/>
              </w:rPr>
            </w:pPr>
            <w:r w:rsidRPr="00DB6570">
              <w:rPr>
                <w:rFonts w:ascii="Times New Roman" w:hAnsi="Times New Roman" w:cs="Times New Roman"/>
                <w:sz w:val="22"/>
              </w:rPr>
              <w:t>Stage 1 EoI evaluation feedback and detailed response matrix</w:t>
            </w:r>
          </w:p>
        </w:tc>
        <w:tc>
          <w:tcPr>
            <w:tcW w:w="633" w:type="pct"/>
            <w:tcMar>
              <w:top w:w="80" w:type="dxa"/>
              <w:left w:w="100" w:type="dxa"/>
              <w:bottom w:w="80" w:type="dxa"/>
              <w:right w:w="100" w:type="dxa"/>
            </w:tcMar>
          </w:tcPr>
          <w:p w14:paraId="2324BF58" w14:textId="77777777" w:rsidR="00A27701" w:rsidRPr="00DB6570" w:rsidRDefault="00A27701" w:rsidP="00D270E1">
            <w:pPr>
              <w:rPr>
                <w:rFonts w:ascii="Times New Roman" w:hAnsi="Times New Roman" w:cs="Times New Roman"/>
                <w:sz w:val="22"/>
              </w:rPr>
            </w:pPr>
            <w:r w:rsidRPr="00DB6570">
              <w:rPr>
                <w:rFonts w:ascii="Segoe UI Symbol" w:hAnsi="Segoe UI Symbol" w:cs="Segoe UI Symbol"/>
                <w:sz w:val="22"/>
              </w:rPr>
              <w:t>☐</w:t>
            </w:r>
            <w:r w:rsidRPr="00DB6570">
              <w:rPr>
                <w:rFonts w:ascii="Times New Roman" w:hAnsi="Times New Roman" w:cs="Times New Roman"/>
                <w:sz w:val="22"/>
              </w:rPr>
              <w:t xml:space="preserve"> Yes  </w:t>
            </w:r>
            <w:r w:rsidRPr="00DB6570">
              <w:rPr>
                <w:rFonts w:ascii="Segoe UI Symbol" w:hAnsi="Segoe UI Symbol" w:cs="Segoe UI Symbol"/>
                <w:sz w:val="22"/>
              </w:rPr>
              <w:t>☐</w:t>
            </w:r>
            <w:r w:rsidRPr="00DB6570">
              <w:rPr>
                <w:rFonts w:ascii="Times New Roman" w:hAnsi="Times New Roman" w:cs="Times New Roman"/>
                <w:sz w:val="22"/>
              </w:rPr>
              <w:t xml:space="preserve"> N/A</w:t>
            </w:r>
          </w:p>
        </w:tc>
      </w:tr>
      <w:tr w:rsidR="0010288D" w:rsidRPr="00DB6570" w14:paraId="013D198B" w14:textId="77777777" w:rsidTr="004862EF">
        <w:trPr>
          <w:cantSplit/>
          <w:jc w:val="center"/>
        </w:trPr>
        <w:tc>
          <w:tcPr>
            <w:tcW w:w="1002" w:type="pct"/>
            <w:tcMar>
              <w:top w:w="80" w:type="dxa"/>
              <w:left w:w="100" w:type="dxa"/>
              <w:bottom w:w="80" w:type="dxa"/>
              <w:right w:w="100" w:type="dxa"/>
            </w:tcMar>
          </w:tcPr>
          <w:p w14:paraId="3E97D07D" w14:textId="1D4AA3DB" w:rsidR="0010288D" w:rsidRPr="00DB6570" w:rsidRDefault="0010288D" w:rsidP="0010288D">
            <w:pPr>
              <w:rPr>
                <w:rFonts w:ascii="Times New Roman" w:hAnsi="Times New Roman" w:cs="Times New Roman"/>
                <w:sz w:val="22"/>
              </w:rPr>
            </w:pPr>
            <w:r w:rsidRPr="00DB6570">
              <w:rPr>
                <w:rFonts w:ascii="Times New Roman" w:hAnsi="Times New Roman" w:cs="Times New Roman"/>
                <w:b/>
                <w:sz w:val="22"/>
              </w:rPr>
              <w:t>C2</w:t>
            </w:r>
          </w:p>
        </w:tc>
        <w:tc>
          <w:tcPr>
            <w:tcW w:w="3364" w:type="pct"/>
            <w:tcMar>
              <w:top w:w="80" w:type="dxa"/>
              <w:left w:w="100" w:type="dxa"/>
              <w:bottom w:w="80" w:type="dxa"/>
              <w:right w:w="100" w:type="dxa"/>
            </w:tcMar>
          </w:tcPr>
          <w:p w14:paraId="6126326F" w14:textId="07EF5DC1" w:rsidR="0010288D" w:rsidRPr="00DB6570" w:rsidRDefault="0010288D" w:rsidP="0010288D">
            <w:pPr>
              <w:rPr>
                <w:rFonts w:ascii="Times New Roman" w:hAnsi="Times New Roman" w:cs="Times New Roman"/>
                <w:sz w:val="22"/>
              </w:rPr>
            </w:pPr>
            <w:r w:rsidRPr="00DB6570">
              <w:rPr>
                <w:rFonts w:ascii="Times New Roman" w:hAnsi="Times New Roman" w:cs="Times New Roman"/>
                <w:sz w:val="22"/>
              </w:rPr>
              <w:t>Sector Engagement Panel validation and updated membership and meeting records</w:t>
            </w:r>
          </w:p>
        </w:tc>
        <w:tc>
          <w:tcPr>
            <w:tcW w:w="633" w:type="pct"/>
            <w:tcMar>
              <w:top w:w="80" w:type="dxa"/>
              <w:left w:w="100" w:type="dxa"/>
              <w:bottom w:w="80" w:type="dxa"/>
              <w:right w:w="100" w:type="dxa"/>
            </w:tcMar>
          </w:tcPr>
          <w:p w14:paraId="1169C32A" w14:textId="77777777" w:rsidR="0010288D" w:rsidRPr="00DB6570" w:rsidRDefault="0010288D" w:rsidP="0010288D">
            <w:pPr>
              <w:rPr>
                <w:rFonts w:ascii="Times New Roman" w:hAnsi="Times New Roman" w:cs="Times New Roman"/>
                <w:sz w:val="22"/>
              </w:rPr>
            </w:pPr>
            <w:r w:rsidRPr="00DB6570">
              <w:rPr>
                <w:rFonts w:ascii="Segoe UI Symbol" w:hAnsi="Segoe UI Symbol" w:cs="Segoe UI Symbol"/>
                <w:sz w:val="22"/>
              </w:rPr>
              <w:t>☐</w:t>
            </w:r>
            <w:r w:rsidRPr="00DB6570">
              <w:rPr>
                <w:rFonts w:ascii="Times New Roman" w:hAnsi="Times New Roman" w:cs="Times New Roman"/>
                <w:sz w:val="22"/>
              </w:rPr>
              <w:t xml:space="preserve"> Yes  </w:t>
            </w:r>
            <w:r w:rsidRPr="00DB6570">
              <w:rPr>
                <w:rFonts w:ascii="Segoe UI Symbol" w:hAnsi="Segoe UI Symbol" w:cs="Segoe UI Symbol"/>
                <w:sz w:val="22"/>
              </w:rPr>
              <w:t>☐</w:t>
            </w:r>
            <w:r w:rsidRPr="00DB6570">
              <w:rPr>
                <w:rFonts w:ascii="Times New Roman" w:hAnsi="Times New Roman" w:cs="Times New Roman"/>
                <w:sz w:val="22"/>
              </w:rPr>
              <w:t xml:space="preserve"> N/A</w:t>
            </w:r>
          </w:p>
        </w:tc>
      </w:tr>
      <w:tr w:rsidR="0010288D" w:rsidRPr="00DB6570" w14:paraId="42A3EACD" w14:textId="77777777" w:rsidTr="004862EF">
        <w:trPr>
          <w:cantSplit/>
          <w:jc w:val="center"/>
        </w:trPr>
        <w:tc>
          <w:tcPr>
            <w:tcW w:w="1002" w:type="pct"/>
            <w:tcMar>
              <w:top w:w="80" w:type="dxa"/>
              <w:left w:w="100" w:type="dxa"/>
              <w:bottom w:w="80" w:type="dxa"/>
              <w:right w:w="100" w:type="dxa"/>
            </w:tcMar>
          </w:tcPr>
          <w:p w14:paraId="6327F85B" w14:textId="46D16B38" w:rsidR="0010288D" w:rsidRPr="00DB6570" w:rsidRDefault="0010288D" w:rsidP="0010288D">
            <w:pPr>
              <w:rPr>
                <w:rFonts w:ascii="Times New Roman" w:hAnsi="Times New Roman" w:cs="Times New Roman"/>
                <w:sz w:val="22"/>
              </w:rPr>
            </w:pPr>
            <w:r w:rsidRPr="00DB6570">
              <w:rPr>
                <w:rFonts w:ascii="Times New Roman" w:hAnsi="Times New Roman" w:cs="Times New Roman"/>
                <w:b/>
                <w:sz w:val="22"/>
              </w:rPr>
              <w:t>C3</w:t>
            </w:r>
          </w:p>
        </w:tc>
        <w:tc>
          <w:tcPr>
            <w:tcW w:w="3364" w:type="pct"/>
            <w:tcMar>
              <w:top w:w="80" w:type="dxa"/>
              <w:left w:w="100" w:type="dxa"/>
              <w:bottom w:w="80" w:type="dxa"/>
              <w:right w:w="100" w:type="dxa"/>
            </w:tcMar>
          </w:tcPr>
          <w:p w14:paraId="0F6F9D4B" w14:textId="0C5B5D65" w:rsidR="0010288D" w:rsidRPr="00DB6570" w:rsidRDefault="0010288D" w:rsidP="0010288D">
            <w:pPr>
              <w:rPr>
                <w:rFonts w:ascii="Times New Roman" w:hAnsi="Times New Roman" w:cs="Times New Roman"/>
                <w:sz w:val="22"/>
              </w:rPr>
            </w:pPr>
            <w:r w:rsidRPr="00DB6570">
              <w:rPr>
                <w:rFonts w:ascii="Times New Roman" w:hAnsi="Times New Roman" w:cs="Times New Roman"/>
                <w:sz w:val="22"/>
              </w:rPr>
              <w:t xml:space="preserve">Results framework </w:t>
            </w:r>
          </w:p>
        </w:tc>
        <w:tc>
          <w:tcPr>
            <w:tcW w:w="633" w:type="pct"/>
            <w:tcMar>
              <w:top w:w="80" w:type="dxa"/>
              <w:left w:w="100" w:type="dxa"/>
              <w:bottom w:w="80" w:type="dxa"/>
              <w:right w:w="100" w:type="dxa"/>
            </w:tcMar>
          </w:tcPr>
          <w:p w14:paraId="47F1FEBE" w14:textId="77777777" w:rsidR="0010288D" w:rsidRPr="00DB6570" w:rsidRDefault="0010288D" w:rsidP="0010288D">
            <w:pPr>
              <w:rPr>
                <w:rFonts w:ascii="Times New Roman" w:hAnsi="Times New Roman" w:cs="Times New Roman"/>
                <w:sz w:val="22"/>
              </w:rPr>
            </w:pPr>
            <w:r w:rsidRPr="00DB6570">
              <w:rPr>
                <w:rFonts w:ascii="Segoe UI Symbol" w:hAnsi="Segoe UI Symbol" w:cs="Segoe UI Symbol"/>
                <w:sz w:val="22"/>
              </w:rPr>
              <w:t>☐</w:t>
            </w:r>
            <w:r w:rsidRPr="00DB6570">
              <w:rPr>
                <w:rFonts w:ascii="Times New Roman" w:hAnsi="Times New Roman" w:cs="Times New Roman"/>
                <w:sz w:val="22"/>
              </w:rPr>
              <w:t xml:space="preserve"> Yes  </w:t>
            </w:r>
            <w:r w:rsidRPr="00DB6570">
              <w:rPr>
                <w:rFonts w:ascii="Segoe UI Symbol" w:hAnsi="Segoe UI Symbol" w:cs="Segoe UI Symbol"/>
                <w:sz w:val="22"/>
              </w:rPr>
              <w:t>☐</w:t>
            </w:r>
            <w:r w:rsidRPr="00DB6570">
              <w:rPr>
                <w:rFonts w:ascii="Times New Roman" w:hAnsi="Times New Roman" w:cs="Times New Roman"/>
                <w:sz w:val="22"/>
              </w:rPr>
              <w:t xml:space="preserve"> N/A</w:t>
            </w:r>
          </w:p>
        </w:tc>
      </w:tr>
      <w:tr w:rsidR="0010288D" w:rsidRPr="00DB6570" w14:paraId="0F74026F" w14:textId="77777777" w:rsidTr="004862EF">
        <w:trPr>
          <w:cantSplit/>
          <w:jc w:val="center"/>
        </w:trPr>
        <w:tc>
          <w:tcPr>
            <w:tcW w:w="1002" w:type="pct"/>
            <w:tcMar>
              <w:top w:w="80" w:type="dxa"/>
              <w:left w:w="100" w:type="dxa"/>
              <w:bottom w:w="80" w:type="dxa"/>
              <w:right w:w="100" w:type="dxa"/>
            </w:tcMar>
          </w:tcPr>
          <w:p w14:paraId="2573A1CD" w14:textId="67AB1D55" w:rsidR="0010288D" w:rsidRPr="00DB6570" w:rsidRDefault="0010288D" w:rsidP="0010288D">
            <w:pPr>
              <w:rPr>
                <w:rFonts w:ascii="Times New Roman" w:hAnsi="Times New Roman" w:cs="Times New Roman"/>
                <w:sz w:val="22"/>
              </w:rPr>
            </w:pPr>
            <w:r w:rsidRPr="00DB6570">
              <w:rPr>
                <w:rFonts w:ascii="Times New Roman" w:hAnsi="Times New Roman" w:cs="Times New Roman"/>
                <w:b/>
                <w:sz w:val="22"/>
              </w:rPr>
              <w:t>C4</w:t>
            </w:r>
          </w:p>
        </w:tc>
        <w:tc>
          <w:tcPr>
            <w:tcW w:w="3364" w:type="pct"/>
            <w:tcMar>
              <w:top w:w="80" w:type="dxa"/>
              <w:left w:w="100" w:type="dxa"/>
              <w:bottom w:w="80" w:type="dxa"/>
              <w:right w:w="100" w:type="dxa"/>
            </w:tcMar>
          </w:tcPr>
          <w:p w14:paraId="6012FB74" w14:textId="5B41F0A5" w:rsidR="0010288D" w:rsidRPr="00DB6570" w:rsidRDefault="0010288D" w:rsidP="0010288D">
            <w:pPr>
              <w:rPr>
                <w:rFonts w:ascii="Times New Roman" w:hAnsi="Times New Roman" w:cs="Times New Roman"/>
                <w:sz w:val="22"/>
              </w:rPr>
            </w:pPr>
            <w:r w:rsidRPr="00DB6570">
              <w:rPr>
                <w:rFonts w:ascii="Times New Roman" w:hAnsi="Times New Roman" w:cs="Times New Roman"/>
                <w:sz w:val="22"/>
              </w:rPr>
              <w:t>First year implementation plan outline</w:t>
            </w:r>
          </w:p>
        </w:tc>
        <w:tc>
          <w:tcPr>
            <w:tcW w:w="633" w:type="pct"/>
            <w:tcMar>
              <w:top w:w="80" w:type="dxa"/>
              <w:left w:w="100" w:type="dxa"/>
              <w:bottom w:w="80" w:type="dxa"/>
              <w:right w:w="100" w:type="dxa"/>
            </w:tcMar>
          </w:tcPr>
          <w:p w14:paraId="53458401" w14:textId="77777777" w:rsidR="0010288D" w:rsidRPr="00DB6570" w:rsidRDefault="0010288D" w:rsidP="0010288D">
            <w:pPr>
              <w:rPr>
                <w:rFonts w:ascii="Times New Roman" w:hAnsi="Times New Roman" w:cs="Times New Roman"/>
                <w:sz w:val="22"/>
              </w:rPr>
            </w:pPr>
            <w:r w:rsidRPr="00DB6570">
              <w:rPr>
                <w:rFonts w:ascii="Segoe UI Symbol" w:hAnsi="Segoe UI Symbol" w:cs="Segoe UI Symbol"/>
                <w:sz w:val="22"/>
              </w:rPr>
              <w:t>☐</w:t>
            </w:r>
            <w:r w:rsidRPr="00DB6570">
              <w:rPr>
                <w:rFonts w:ascii="Times New Roman" w:hAnsi="Times New Roman" w:cs="Times New Roman"/>
                <w:sz w:val="22"/>
              </w:rPr>
              <w:t xml:space="preserve"> Yes  </w:t>
            </w:r>
            <w:r w:rsidRPr="00DB6570">
              <w:rPr>
                <w:rFonts w:ascii="Segoe UI Symbol" w:hAnsi="Segoe UI Symbol" w:cs="Segoe UI Symbol"/>
                <w:sz w:val="22"/>
              </w:rPr>
              <w:t>☐</w:t>
            </w:r>
            <w:r w:rsidRPr="00DB6570">
              <w:rPr>
                <w:rFonts w:ascii="Times New Roman" w:hAnsi="Times New Roman" w:cs="Times New Roman"/>
                <w:sz w:val="22"/>
              </w:rPr>
              <w:t xml:space="preserve"> N/A</w:t>
            </w:r>
          </w:p>
        </w:tc>
      </w:tr>
      <w:tr w:rsidR="0010288D" w:rsidRPr="00DB6570" w14:paraId="27DF6F34" w14:textId="77777777" w:rsidTr="004862EF">
        <w:trPr>
          <w:cantSplit/>
          <w:jc w:val="center"/>
        </w:trPr>
        <w:tc>
          <w:tcPr>
            <w:tcW w:w="1002" w:type="pct"/>
            <w:tcMar>
              <w:top w:w="80" w:type="dxa"/>
              <w:left w:w="100" w:type="dxa"/>
              <w:bottom w:w="80" w:type="dxa"/>
              <w:right w:w="100" w:type="dxa"/>
            </w:tcMar>
          </w:tcPr>
          <w:p w14:paraId="708E0E39" w14:textId="39D16805" w:rsidR="0010288D" w:rsidRPr="00DB6570" w:rsidRDefault="0010288D" w:rsidP="0010288D">
            <w:pPr>
              <w:rPr>
                <w:rFonts w:ascii="Times New Roman" w:hAnsi="Times New Roman" w:cs="Times New Roman"/>
                <w:sz w:val="22"/>
              </w:rPr>
            </w:pPr>
            <w:r w:rsidRPr="00DB6570">
              <w:rPr>
                <w:rFonts w:ascii="Times New Roman" w:hAnsi="Times New Roman" w:cs="Times New Roman"/>
                <w:b/>
                <w:sz w:val="22"/>
              </w:rPr>
              <w:t>C5</w:t>
            </w:r>
          </w:p>
        </w:tc>
        <w:tc>
          <w:tcPr>
            <w:tcW w:w="3364" w:type="pct"/>
            <w:tcMar>
              <w:top w:w="80" w:type="dxa"/>
              <w:left w:w="100" w:type="dxa"/>
              <w:bottom w:w="80" w:type="dxa"/>
              <w:right w:w="100" w:type="dxa"/>
            </w:tcMar>
          </w:tcPr>
          <w:p w14:paraId="14C49FDD" w14:textId="77777777" w:rsidR="0010288D" w:rsidRPr="00DB6570" w:rsidRDefault="0010288D" w:rsidP="0010288D">
            <w:pPr>
              <w:rPr>
                <w:rFonts w:ascii="Times New Roman" w:hAnsi="Times New Roman" w:cs="Times New Roman"/>
                <w:sz w:val="22"/>
              </w:rPr>
            </w:pPr>
            <w:r w:rsidRPr="00DB6570">
              <w:rPr>
                <w:rFonts w:ascii="Times New Roman" w:hAnsi="Times New Roman" w:cs="Times New Roman"/>
                <w:sz w:val="22"/>
              </w:rPr>
              <w:t>Detailed institutional budgets, costing assumptions and financing schedules</w:t>
            </w:r>
          </w:p>
        </w:tc>
        <w:tc>
          <w:tcPr>
            <w:tcW w:w="633" w:type="pct"/>
            <w:tcMar>
              <w:top w:w="80" w:type="dxa"/>
              <w:left w:w="100" w:type="dxa"/>
              <w:bottom w:w="80" w:type="dxa"/>
              <w:right w:w="100" w:type="dxa"/>
            </w:tcMar>
          </w:tcPr>
          <w:p w14:paraId="56359E33" w14:textId="77777777" w:rsidR="0010288D" w:rsidRPr="00DB6570" w:rsidRDefault="0010288D" w:rsidP="0010288D">
            <w:pPr>
              <w:rPr>
                <w:rFonts w:ascii="Times New Roman" w:hAnsi="Times New Roman" w:cs="Times New Roman"/>
                <w:sz w:val="22"/>
              </w:rPr>
            </w:pPr>
            <w:r w:rsidRPr="00DB6570">
              <w:rPr>
                <w:rFonts w:ascii="Segoe UI Symbol" w:hAnsi="Segoe UI Symbol" w:cs="Segoe UI Symbol"/>
                <w:sz w:val="22"/>
              </w:rPr>
              <w:t>☐</w:t>
            </w:r>
            <w:r w:rsidRPr="00DB6570">
              <w:rPr>
                <w:rFonts w:ascii="Times New Roman" w:hAnsi="Times New Roman" w:cs="Times New Roman"/>
                <w:sz w:val="22"/>
              </w:rPr>
              <w:t xml:space="preserve"> Yes  </w:t>
            </w:r>
            <w:r w:rsidRPr="00DB6570">
              <w:rPr>
                <w:rFonts w:ascii="Segoe UI Symbol" w:hAnsi="Segoe UI Symbol" w:cs="Segoe UI Symbol"/>
                <w:sz w:val="22"/>
              </w:rPr>
              <w:t>☐</w:t>
            </w:r>
            <w:r w:rsidRPr="00DB6570">
              <w:rPr>
                <w:rFonts w:ascii="Times New Roman" w:hAnsi="Times New Roman" w:cs="Times New Roman"/>
                <w:sz w:val="22"/>
              </w:rPr>
              <w:t xml:space="preserve"> N/A</w:t>
            </w:r>
          </w:p>
        </w:tc>
      </w:tr>
      <w:tr w:rsidR="0010288D" w:rsidRPr="00DB6570" w14:paraId="0374AAB8" w14:textId="77777777" w:rsidTr="004862EF">
        <w:trPr>
          <w:cantSplit/>
          <w:jc w:val="center"/>
        </w:trPr>
        <w:tc>
          <w:tcPr>
            <w:tcW w:w="1002" w:type="pct"/>
            <w:tcMar>
              <w:top w:w="80" w:type="dxa"/>
              <w:left w:w="100" w:type="dxa"/>
              <w:bottom w:w="80" w:type="dxa"/>
              <w:right w:w="100" w:type="dxa"/>
            </w:tcMar>
          </w:tcPr>
          <w:p w14:paraId="41B9F4F5" w14:textId="76E9348D" w:rsidR="0010288D" w:rsidRPr="00DB6570" w:rsidRDefault="0010288D" w:rsidP="0010288D">
            <w:pPr>
              <w:rPr>
                <w:rFonts w:ascii="Times New Roman" w:hAnsi="Times New Roman" w:cs="Times New Roman"/>
                <w:b/>
                <w:bCs/>
                <w:sz w:val="22"/>
              </w:rPr>
            </w:pPr>
            <w:r w:rsidRPr="00DB6570">
              <w:rPr>
                <w:rFonts w:ascii="Times New Roman" w:hAnsi="Times New Roman" w:cs="Times New Roman"/>
                <w:b/>
                <w:bCs/>
                <w:sz w:val="22"/>
              </w:rPr>
              <w:t>C6</w:t>
            </w:r>
          </w:p>
        </w:tc>
        <w:tc>
          <w:tcPr>
            <w:tcW w:w="3364" w:type="pct"/>
            <w:tcMar>
              <w:top w:w="80" w:type="dxa"/>
              <w:left w:w="100" w:type="dxa"/>
              <w:bottom w:w="80" w:type="dxa"/>
              <w:right w:w="100" w:type="dxa"/>
            </w:tcMar>
          </w:tcPr>
          <w:p w14:paraId="15F73765" w14:textId="2DC097D4" w:rsidR="0010288D" w:rsidRPr="00DB6570" w:rsidRDefault="0010288D" w:rsidP="0010288D">
            <w:pPr>
              <w:rPr>
                <w:rFonts w:ascii="Times New Roman" w:hAnsi="Times New Roman" w:cs="Times New Roman"/>
                <w:sz w:val="22"/>
              </w:rPr>
            </w:pPr>
            <w:r w:rsidRPr="00DB6570">
              <w:rPr>
                <w:rFonts w:ascii="Times New Roman" w:hAnsi="Times New Roman" w:cs="Times New Roman"/>
                <w:sz w:val="22"/>
              </w:rPr>
              <w:t>1</w:t>
            </w:r>
            <w:r w:rsidRPr="00DB6570">
              <w:rPr>
                <w:rFonts w:ascii="Times New Roman" w:hAnsi="Times New Roman" w:cs="Times New Roman"/>
                <w:sz w:val="22"/>
                <w:vertAlign w:val="superscript"/>
              </w:rPr>
              <w:t>st</w:t>
            </w:r>
            <w:r w:rsidRPr="00DB6570">
              <w:rPr>
                <w:rFonts w:ascii="Times New Roman" w:hAnsi="Times New Roman" w:cs="Times New Roman"/>
                <w:sz w:val="22"/>
              </w:rPr>
              <w:t xml:space="preserve"> 18-Months Procurement plans </w:t>
            </w:r>
          </w:p>
        </w:tc>
        <w:tc>
          <w:tcPr>
            <w:tcW w:w="633" w:type="pct"/>
            <w:tcMar>
              <w:top w:w="80" w:type="dxa"/>
              <w:left w:w="100" w:type="dxa"/>
              <w:bottom w:w="80" w:type="dxa"/>
              <w:right w:w="100" w:type="dxa"/>
            </w:tcMar>
          </w:tcPr>
          <w:p w14:paraId="4814CFBE" w14:textId="77777777" w:rsidR="0010288D" w:rsidRPr="00DB6570" w:rsidRDefault="0010288D" w:rsidP="0010288D">
            <w:pPr>
              <w:rPr>
                <w:rFonts w:ascii="Times New Roman" w:hAnsi="Times New Roman" w:cs="Times New Roman"/>
                <w:sz w:val="22"/>
              </w:rPr>
            </w:pPr>
            <w:r w:rsidRPr="00DB6570">
              <w:rPr>
                <w:rFonts w:ascii="Segoe UI Symbol" w:hAnsi="Segoe UI Symbol" w:cs="Segoe UI Symbol"/>
                <w:sz w:val="22"/>
              </w:rPr>
              <w:t>☐</w:t>
            </w:r>
            <w:r w:rsidRPr="00DB6570">
              <w:rPr>
                <w:rFonts w:ascii="Times New Roman" w:hAnsi="Times New Roman" w:cs="Times New Roman"/>
                <w:sz w:val="22"/>
              </w:rPr>
              <w:t xml:space="preserve"> Yes  </w:t>
            </w:r>
            <w:r w:rsidRPr="00DB6570">
              <w:rPr>
                <w:rFonts w:ascii="Segoe UI Symbol" w:hAnsi="Segoe UI Symbol" w:cs="Segoe UI Symbol"/>
                <w:sz w:val="22"/>
              </w:rPr>
              <w:t>☐</w:t>
            </w:r>
            <w:r w:rsidRPr="00DB6570">
              <w:rPr>
                <w:rFonts w:ascii="Times New Roman" w:hAnsi="Times New Roman" w:cs="Times New Roman"/>
                <w:sz w:val="22"/>
              </w:rPr>
              <w:t xml:space="preserve"> N/A</w:t>
            </w:r>
          </w:p>
        </w:tc>
      </w:tr>
      <w:tr w:rsidR="0010288D" w:rsidRPr="00DB6570" w14:paraId="1A24F057" w14:textId="77777777" w:rsidTr="004862EF">
        <w:trPr>
          <w:cantSplit/>
          <w:jc w:val="center"/>
        </w:trPr>
        <w:tc>
          <w:tcPr>
            <w:tcW w:w="1002" w:type="pct"/>
            <w:tcMar>
              <w:top w:w="80" w:type="dxa"/>
              <w:left w:w="100" w:type="dxa"/>
              <w:bottom w:w="80" w:type="dxa"/>
              <w:right w:w="100" w:type="dxa"/>
            </w:tcMar>
          </w:tcPr>
          <w:p w14:paraId="2F265A24" w14:textId="24ACA818" w:rsidR="0010288D" w:rsidRPr="00DB6570" w:rsidRDefault="0010288D" w:rsidP="0010288D">
            <w:pPr>
              <w:rPr>
                <w:rFonts w:ascii="Times New Roman" w:hAnsi="Times New Roman" w:cs="Times New Roman"/>
                <w:sz w:val="22"/>
              </w:rPr>
            </w:pPr>
            <w:r w:rsidRPr="00DB6570">
              <w:rPr>
                <w:rFonts w:ascii="Times New Roman" w:hAnsi="Times New Roman" w:cs="Times New Roman"/>
                <w:b/>
                <w:sz w:val="22"/>
              </w:rPr>
              <w:t>C7</w:t>
            </w:r>
          </w:p>
        </w:tc>
        <w:tc>
          <w:tcPr>
            <w:tcW w:w="3364" w:type="pct"/>
            <w:tcMar>
              <w:top w:w="80" w:type="dxa"/>
              <w:left w:w="100" w:type="dxa"/>
              <w:bottom w:w="80" w:type="dxa"/>
              <w:right w:w="100" w:type="dxa"/>
            </w:tcMar>
          </w:tcPr>
          <w:p w14:paraId="6D5CD08C" w14:textId="77777777" w:rsidR="0010288D" w:rsidRPr="00DB6570" w:rsidRDefault="0010288D" w:rsidP="0010288D">
            <w:pPr>
              <w:rPr>
                <w:rFonts w:ascii="Times New Roman" w:hAnsi="Times New Roman" w:cs="Times New Roman"/>
                <w:sz w:val="22"/>
              </w:rPr>
            </w:pPr>
            <w:r w:rsidRPr="00DB6570">
              <w:rPr>
                <w:rFonts w:ascii="Times New Roman" w:hAnsi="Times New Roman" w:cs="Times New Roman"/>
                <w:sz w:val="22"/>
              </w:rPr>
              <w:t>Governance structure, organograms, committee terms of reference and staffing plan</w:t>
            </w:r>
          </w:p>
        </w:tc>
        <w:tc>
          <w:tcPr>
            <w:tcW w:w="633" w:type="pct"/>
            <w:tcMar>
              <w:top w:w="80" w:type="dxa"/>
              <w:left w:w="100" w:type="dxa"/>
              <w:bottom w:w="80" w:type="dxa"/>
              <w:right w:w="100" w:type="dxa"/>
            </w:tcMar>
          </w:tcPr>
          <w:p w14:paraId="1CB970EA" w14:textId="77777777" w:rsidR="0010288D" w:rsidRPr="00DB6570" w:rsidRDefault="0010288D" w:rsidP="0010288D">
            <w:pPr>
              <w:rPr>
                <w:rFonts w:ascii="Times New Roman" w:hAnsi="Times New Roman" w:cs="Times New Roman"/>
                <w:sz w:val="22"/>
              </w:rPr>
            </w:pPr>
            <w:r w:rsidRPr="00DB6570">
              <w:rPr>
                <w:rFonts w:ascii="Segoe UI Symbol" w:hAnsi="Segoe UI Symbol" w:cs="Segoe UI Symbol"/>
                <w:sz w:val="22"/>
              </w:rPr>
              <w:t>☐</w:t>
            </w:r>
            <w:r w:rsidRPr="00DB6570">
              <w:rPr>
                <w:rFonts w:ascii="Times New Roman" w:hAnsi="Times New Roman" w:cs="Times New Roman"/>
                <w:sz w:val="22"/>
              </w:rPr>
              <w:t xml:space="preserve"> Yes  </w:t>
            </w:r>
            <w:r w:rsidRPr="00DB6570">
              <w:rPr>
                <w:rFonts w:ascii="Segoe UI Symbol" w:hAnsi="Segoe UI Symbol" w:cs="Segoe UI Symbol"/>
                <w:sz w:val="22"/>
              </w:rPr>
              <w:t>☐</w:t>
            </w:r>
            <w:r w:rsidRPr="00DB6570">
              <w:rPr>
                <w:rFonts w:ascii="Times New Roman" w:hAnsi="Times New Roman" w:cs="Times New Roman"/>
                <w:sz w:val="22"/>
              </w:rPr>
              <w:t xml:space="preserve"> N/A</w:t>
            </w:r>
          </w:p>
        </w:tc>
      </w:tr>
      <w:tr w:rsidR="0010288D" w:rsidRPr="00DB6570" w14:paraId="30CA9256" w14:textId="77777777" w:rsidTr="004862EF">
        <w:trPr>
          <w:cantSplit/>
          <w:jc w:val="center"/>
        </w:trPr>
        <w:tc>
          <w:tcPr>
            <w:tcW w:w="1002" w:type="pct"/>
            <w:tcMar>
              <w:top w:w="80" w:type="dxa"/>
              <w:left w:w="100" w:type="dxa"/>
              <w:bottom w:w="80" w:type="dxa"/>
              <w:right w:w="100" w:type="dxa"/>
            </w:tcMar>
          </w:tcPr>
          <w:p w14:paraId="63C30CE9" w14:textId="36BD2F5F" w:rsidR="0010288D" w:rsidRPr="00DB6570" w:rsidRDefault="0010288D" w:rsidP="0010288D">
            <w:pPr>
              <w:rPr>
                <w:rFonts w:ascii="Times New Roman" w:hAnsi="Times New Roman" w:cs="Times New Roman"/>
                <w:sz w:val="22"/>
              </w:rPr>
            </w:pPr>
            <w:r w:rsidRPr="00DB6570">
              <w:rPr>
                <w:rFonts w:ascii="Times New Roman" w:hAnsi="Times New Roman" w:cs="Times New Roman"/>
                <w:b/>
                <w:sz w:val="22"/>
              </w:rPr>
              <w:t>C8</w:t>
            </w:r>
          </w:p>
        </w:tc>
        <w:tc>
          <w:tcPr>
            <w:tcW w:w="3364" w:type="pct"/>
            <w:tcMar>
              <w:top w:w="80" w:type="dxa"/>
              <w:left w:w="100" w:type="dxa"/>
              <w:bottom w:w="80" w:type="dxa"/>
              <w:right w:w="100" w:type="dxa"/>
            </w:tcMar>
          </w:tcPr>
          <w:p w14:paraId="4CD333D1" w14:textId="77777777" w:rsidR="0010288D" w:rsidRPr="00DB6570" w:rsidRDefault="0010288D" w:rsidP="0010288D">
            <w:pPr>
              <w:rPr>
                <w:rFonts w:ascii="Times New Roman" w:hAnsi="Times New Roman" w:cs="Times New Roman"/>
                <w:sz w:val="22"/>
              </w:rPr>
            </w:pPr>
            <w:r w:rsidRPr="00DB6570">
              <w:rPr>
                <w:rFonts w:ascii="Times New Roman" w:hAnsi="Times New Roman" w:cs="Times New Roman"/>
                <w:sz w:val="22"/>
              </w:rPr>
              <w:t>Baseline institutional data and, for Mature ACEs, verified ACE Impact performance results</w:t>
            </w:r>
          </w:p>
        </w:tc>
        <w:tc>
          <w:tcPr>
            <w:tcW w:w="633" w:type="pct"/>
            <w:tcMar>
              <w:top w:w="80" w:type="dxa"/>
              <w:left w:w="100" w:type="dxa"/>
              <w:bottom w:w="80" w:type="dxa"/>
              <w:right w:w="100" w:type="dxa"/>
            </w:tcMar>
          </w:tcPr>
          <w:p w14:paraId="5D77A55A" w14:textId="77777777" w:rsidR="0010288D" w:rsidRPr="00DB6570" w:rsidRDefault="0010288D" w:rsidP="0010288D">
            <w:pPr>
              <w:rPr>
                <w:rFonts w:ascii="Times New Roman" w:hAnsi="Times New Roman" w:cs="Times New Roman"/>
                <w:sz w:val="22"/>
              </w:rPr>
            </w:pPr>
            <w:r w:rsidRPr="00DB6570">
              <w:rPr>
                <w:rFonts w:ascii="Segoe UI Symbol" w:hAnsi="Segoe UI Symbol" w:cs="Segoe UI Symbol"/>
                <w:sz w:val="22"/>
              </w:rPr>
              <w:t>☐</w:t>
            </w:r>
            <w:r w:rsidRPr="00DB6570">
              <w:rPr>
                <w:rFonts w:ascii="Times New Roman" w:hAnsi="Times New Roman" w:cs="Times New Roman"/>
                <w:sz w:val="22"/>
              </w:rPr>
              <w:t xml:space="preserve"> Yes  </w:t>
            </w:r>
            <w:r w:rsidRPr="00DB6570">
              <w:rPr>
                <w:rFonts w:ascii="Segoe UI Symbol" w:hAnsi="Segoe UI Symbol" w:cs="Segoe UI Symbol"/>
                <w:sz w:val="22"/>
              </w:rPr>
              <w:t>☐</w:t>
            </w:r>
            <w:r w:rsidRPr="00DB6570">
              <w:rPr>
                <w:rFonts w:ascii="Times New Roman" w:hAnsi="Times New Roman" w:cs="Times New Roman"/>
                <w:sz w:val="22"/>
              </w:rPr>
              <w:t xml:space="preserve"> N/A</w:t>
            </w:r>
          </w:p>
        </w:tc>
      </w:tr>
    </w:tbl>
    <w:p w14:paraId="30ABB0C8" w14:textId="77777777" w:rsidR="00256FF4" w:rsidRPr="00DB6570" w:rsidRDefault="00256FF4" w:rsidP="00DB6B89">
      <w:pPr>
        <w:rPr>
          <w:rFonts w:ascii="Times New Roman" w:hAnsi="Times New Roman" w:cs="Times New Roman"/>
          <w:sz w:val="22"/>
        </w:rPr>
      </w:pPr>
    </w:p>
    <w:p w14:paraId="008A7B42" w14:textId="03A553AF" w:rsidR="008247B3" w:rsidRPr="00DB6570" w:rsidRDefault="00BE6111" w:rsidP="005E44DD">
      <w:pPr>
        <w:rPr>
          <w:rFonts w:ascii="Times New Roman" w:hAnsi="Times New Roman" w:cs="Times New Roman"/>
          <w:sz w:val="22"/>
        </w:rPr>
      </w:pPr>
      <w:r w:rsidRPr="00DB6570">
        <w:rPr>
          <w:rFonts w:ascii="Times New Roman" w:hAnsi="Times New Roman" w:cs="Times New Roman"/>
          <w:sz w:val="22"/>
        </w:rPr>
        <w:t>Application Structure</w:t>
      </w:r>
    </w:p>
    <w:sdt>
      <w:sdtPr>
        <w:rPr>
          <w:rFonts w:ascii="Times New Roman" w:eastAsiaTheme="minorEastAsia" w:hAnsi="Times New Roman" w:cs="Times New Roman"/>
          <w:b w:val="0"/>
          <w:bCs w:val="0"/>
          <w:color w:val="auto"/>
          <w:sz w:val="22"/>
          <w:szCs w:val="22"/>
        </w:rPr>
        <w:id w:val="-791737992"/>
        <w:docPartObj>
          <w:docPartGallery w:val="Table of Contents"/>
          <w:docPartUnique/>
        </w:docPartObj>
      </w:sdtPr>
      <w:sdtEndPr>
        <w:rPr>
          <w:noProof/>
        </w:rPr>
      </w:sdtEndPr>
      <w:sdtContent>
        <w:p w14:paraId="6BDBDDB6" w14:textId="2920BFBC" w:rsidR="00F24DE6" w:rsidRPr="00DB6570" w:rsidRDefault="00F24DE6">
          <w:pPr>
            <w:pStyle w:val="TOCHeading"/>
            <w:rPr>
              <w:rFonts w:ascii="Times New Roman" w:hAnsi="Times New Roman" w:cs="Times New Roman"/>
              <w:color w:val="auto"/>
              <w:sz w:val="22"/>
              <w:szCs w:val="22"/>
            </w:rPr>
          </w:pPr>
          <w:r w:rsidRPr="00DB6570">
            <w:rPr>
              <w:rFonts w:ascii="Times New Roman" w:hAnsi="Times New Roman" w:cs="Times New Roman"/>
              <w:color w:val="auto"/>
              <w:sz w:val="22"/>
              <w:szCs w:val="22"/>
            </w:rPr>
            <w:t>Table of Contents</w:t>
          </w:r>
        </w:p>
        <w:p w14:paraId="0A51A4DC" w14:textId="02EC0216" w:rsidR="00FA45D2" w:rsidRPr="00DB6570" w:rsidRDefault="00F24DE6">
          <w:pPr>
            <w:pStyle w:val="TOC2"/>
            <w:tabs>
              <w:tab w:val="right" w:leader="dot" w:pos="9856"/>
            </w:tabs>
            <w:rPr>
              <w:rFonts w:asciiTheme="minorHAnsi" w:hAnsiTheme="minorHAnsi"/>
              <w:noProof/>
              <w:kern w:val="2"/>
              <w:sz w:val="24"/>
              <w:szCs w:val="24"/>
              <w14:ligatures w14:val="standardContextual"/>
            </w:rPr>
          </w:pPr>
          <w:r w:rsidRPr="00DB6570">
            <w:rPr>
              <w:rFonts w:ascii="Times New Roman" w:hAnsi="Times New Roman" w:cs="Times New Roman"/>
              <w:sz w:val="22"/>
            </w:rPr>
            <w:fldChar w:fldCharType="begin"/>
          </w:r>
          <w:r w:rsidRPr="00DB6570">
            <w:rPr>
              <w:rFonts w:ascii="Times New Roman" w:hAnsi="Times New Roman" w:cs="Times New Roman"/>
              <w:sz w:val="22"/>
            </w:rPr>
            <w:instrText xml:space="preserve"> TOC \o "1-3" \h \z \u </w:instrText>
          </w:r>
          <w:r w:rsidRPr="00DB6570">
            <w:rPr>
              <w:rFonts w:ascii="Times New Roman" w:hAnsi="Times New Roman" w:cs="Times New Roman"/>
              <w:sz w:val="22"/>
            </w:rPr>
            <w:fldChar w:fldCharType="separate"/>
          </w:r>
          <w:hyperlink w:anchor="_Toc237525194" w:history="1">
            <w:r w:rsidR="00FA45D2" w:rsidRPr="00DB6570">
              <w:rPr>
                <w:rStyle w:val="Hyperlink"/>
                <w:rFonts w:ascii="Times New Roman" w:hAnsi="Times New Roman" w:cs="Times New Roman"/>
                <w:noProof/>
              </w:rPr>
              <w:t>Applicant Cover Sheet</w:t>
            </w:r>
            <w:r w:rsidR="00FA45D2" w:rsidRPr="00DB6570">
              <w:rPr>
                <w:noProof/>
                <w:webHidden/>
              </w:rPr>
              <w:tab/>
            </w:r>
            <w:r w:rsidR="00FA45D2" w:rsidRPr="00DB6570">
              <w:rPr>
                <w:noProof/>
                <w:webHidden/>
              </w:rPr>
              <w:fldChar w:fldCharType="begin"/>
            </w:r>
            <w:r w:rsidR="00FA45D2" w:rsidRPr="00DB6570">
              <w:rPr>
                <w:noProof/>
                <w:webHidden/>
              </w:rPr>
              <w:instrText xml:space="preserve"> PAGEREF _Toc237525194 \h </w:instrText>
            </w:r>
            <w:r w:rsidR="00FA45D2" w:rsidRPr="00DB6570">
              <w:rPr>
                <w:noProof/>
                <w:webHidden/>
              </w:rPr>
            </w:r>
            <w:r w:rsidR="00FA45D2" w:rsidRPr="00DB6570">
              <w:rPr>
                <w:noProof/>
                <w:webHidden/>
              </w:rPr>
              <w:fldChar w:fldCharType="separate"/>
            </w:r>
            <w:r w:rsidR="00452C49">
              <w:rPr>
                <w:noProof/>
                <w:webHidden/>
              </w:rPr>
              <w:t>1</w:t>
            </w:r>
            <w:r w:rsidR="00FA45D2" w:rsidRPr="00DB6570">
              <w:rPr>
                <w:noProof/>
                <w:webHidden/>
              </w:rPr>
              <w:fldChar w:fldCharType="end"/>
            </w:r>
          </w:hyperlink>
        </w:p>
        <w:p w14:paraId="792E4730" w14:textId="566AA3F3"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195" w:history="1">
            <w:r w:rsidRPr="00DB6570">
              <w:rPr>
                <w:rStyle w:val="Hyperlink"/>
                <w:rFonts w:ascii="Times New Roman" w:hAnsi="Times New Roman" w:cs="Times New Roman"/>
                <w:noProof/>
              </w:rPr>
              <w:t>General Instructions</w:t>
            </w:r>
            <w:r w:rsidRPr="00DB6570">
              <w:rPr>
                <w:noProof/>
                <w:webHidden/>
              </w:rPr>
              <w:tab/>
            </w:r>
            <w:r w:rsidRPr="00DB6570">
              <w:rPr>
                <w:noProof/>
                <w:webHidden/>
              </w:rPr>
              <w:fldChar w:fldCharType="begin"/>
            </w:r>
            <w:r w:rsidRPr="00DB6570">
              <w:rPr>
                <w:noProof/>
                <w:webHidden/>
              </w:rPr>
              <w:instrText xml:space="preserve"> PAGEREF _Toc237525195 \h </w:instrText>
            </w:r>
            <w:r w:rsidRPr="00DB6570">
              <w:rPr>
                <w:noProof/>
                <w:webHidden/>
              </w:rPr>
            </w:r>
            <w:r w:rsidRPr="00DB6570">
              <w:rPr>
                <w:noProof/>
                <w:webHidden/>
              </w:rPr>
              <w:fldChar w:fldCharType="separate"/>
            </w:r>
            <w:r w:rsidR="00452C49">
              <w:rPr>
                <w:noProof/>
                <w:webHidden/>
              </w:rPr>
              <w:t>1</w:t>
            </w:r>
            <w:r w:rsidRPr="00DB6570">
              <w:rPr>
                <w:noProof/>
                <w:webHidden/>
              </w:rPr>
              <w:fldChar w:fldCharType="end"/>
            </w:r>
          </w:hyperlink>
        </w:p>
        <w:p w14:paraId="7F6DF046" w14:textId="7D09009A"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196" w:history="1">
            <w:r w:rsidRPr="00DB6570">
              <w:rPr>
                <w:rStyle w:val="Hyperlink"/>
                <w:rFonts w:ascii="Times New Roman" w:hAnsi="Times New Roman" w:cs="Times New Roman"/>
                <w:noProof/>
              </w:rPr>
              <w:t>Required Checklist Items</w:t>
            </w:r>
            <w:r w:rsidRPr="00DB6570">
              <w:rPr>
                <w:noProof/>
                <w:webHidden/>
              </w:rPr>
              <w:tab/>
            </w:r>
            <w:r w:rsidRPr="00DB6570">
              <w:rPr>
                <w:noProof/>
                <w:webHidden/>
              </w:rPr>
              <w:fldChar w:fldCharType="begin"/>
            </w:r>
            <w:r w:rsidRPr="00DB6570">
              <w:rPr>
                <w:noProof/>
                <w:webHidden/>
              </w:rPr>
              <w:instrText xml:space="preserve"> PAGEREF _Toc237525196 \h </w:instrText>
            </w:r>
            <w:r w:rsidRPr="00DB6570">
              <w:rPr>
                <w:noProof/>
                <w:webHidden/>
              </w:rPr>
            </w:r>
            <w:r w:rsidRPr="00DB6570">
              <w:rPr>
                <w:noProof/>
                <w:webHidden/>
              </w:rPr>
              <w:fldChar w:fldCharType="separate"/>
            </w:r>
            <w:r w:rsidR="00452C49">
              <w:rPr>
                <w:noProof/>
                <w:webHidden/>
              </w:rPr>
              <w:t>2</w:t>
            </w:r>
            <w:r w:rsidRPr="00DB6570">
              <w:rPr>
                <w:noProof/>
                <w:webHidden/>
              </w:rPr>
              <w:fldChar w:fldCharType="end"/>
            </w:r>
          </w:hyperlink>
        </w:p>
        <w:p w14:paraId="37A7A6BD" w14:textId="225691A4" w:rsidR="00FA45D2" w:rsidRPr="00DB6570" w:rsidRDefault="00FA45D2">
          <w:pPr>
            <w:pStyle w:val="TOC1"/>
            <w:tabs>
              <w:tab w:val="right" w:leader="dot" w:pos="9856"/>
            </w:tabs>
            <w:rPr>
              <w:rFonts w:asciiTheme="minorHAnsi" w:hAnsiTheme="minorHAnsi"/>
              <w:noProof/>
              <w:kern w:val="2"/>
              <w:sz w:val="24"/>
              <w:szCs w:val="24"/>
              <w14:ligatures w14:val="standardContextual"/>
            </w:rPr>
          </w:pPr>
          <w:hyperlink w:anchor="_Toc237525197" w:history="1">
            <w:r w:rsidRPr="00DB6570">
              <w:rPr>
                <w:rStyle w:val="Hyperlink"/>
                <w:rFonts w:ascii="Times New Roman" w:hAnsi="Times New Roman" w:cs="Times New Roman"/>
                <w:noProof/>
              </w:rPr>
              <w:t>PART I – JOINT EXECUTIVE SUMMARY</w:t>
            </w:r>
            <w:r w:rsidRPr="00DB6570">
              <w:rPr>
                <w:noProof/>
                <w:webHidden/>
              </w:rPr>
              <w:tab/>
            </w:r>
            <w:r w:rsidRPr="00DB6570">
              <w:rPr>
                <w:noProof/>
                <w:webHidden/>
              </w:rPr>
              <w:fldChar w:fldCharType="begin"/>
            </w:r>
            <w:r w:rsidRPr="00DB6570">
              <w:rPr>
                <w:noProof/>
                <w:webHidden/>
              </w:rPr>
              <w:instrText xml:space="preserve"> PAGEREF _Toc237525197 \h </w:instrText>
            </w:r>
            <w:r w:rsidRPr="00DB6570">
              <w:rPr>
                <w:noProof/>
                <w:webHidden/>
              </w:rPr>
            </w:r>
            <w:r w:rsidRPr="00DB6570">
              <w:rPr>
                <w:noProof/>
                <w:webHidden/>
              </w:rPr>
              <w:fldChar w:fldCharType="separate"/>
            </w:r>
            <w:r w:rsidR="00452C49">
              <w:rPr>
                <w:noProof/>
                <w:webHidden/>
              </w:rPr>
              <w:t>6</w:t>
            </w:r>
            <w:r w:rsidRPr="00DB6570">
              <w:rPr>
                <w:noProof/>
                <w:webHidden/>
              </w:rPr>
              <w:fldChar w:fldCharType="end"/>
            </w:r>
          </w:hyperlink>
        </w:p>
        <w:p w14:paraId="35B47D7F" w14:textId="11504A6C"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198" w:history="1">
            <w:r w:rsidRPr="00DB6570">
              <w:rPr>
                <w:rStyle w:val="Hyperlink"/>
                <w:rFonts w:ascii="Times New Roman" w:hAnsi="Times New Roman" w:cs="Times New Roman"/>
                <w:noProof/>
              </w:rPr>
              <w:t>1.1 Executive Summary</w:t>
            </w:r>
            <w:r w:rsidRPr="00DB6570">
              <w:rPr>
                <w:noProof/>
                <w:webHidden/>
              </w:rPr>
              <w:tab/>
            </w:r>
            <w:r w:rsidRPr="00DB6570">
              <w:rPr>
                <w:noProof/>
                <w:webHidden/>
              </w:rPr>
              <w:fldChar w:fldCharType="begin"/>
            </w:r>
            <w:r w:rsidRPr="00DB6570">
              <w:rPr>
                <w:noProof/>
                <w:webHidden/>
              </w:rPr>
              <w:instrText xml:space="preserve"> PAGEREF _Toc237525198 \h </w:instrText>
            </w:r>
            <w:r w:rsidRPr="00DB6570">
              <w:rPr>
                <w:noProof/>
                <w:webHidden/>
              </w:rPr>
            </w:r>
            <w:r w:rsidRPr="00DB6570">
              <w:rPr>
                <w:noProof/>
                <w:webHidden/>
              </w:rPr>
              <w:fldChar w:fldCharType="separate"/>
            </w:r>
            <w:r w:rsidR="00452C49">
              <w:rPr>
                <w:noProof/>
                <w:webHidden/>
              </w:rPr>
              <w:t>6</w:t>
            </w:r>
            <w:r w:rsidRPr="00DB6570">
              <w:rPr>
                <w:noProof/>
                <w:webHidden/>
              </w:rPr>
              <w:fldChar w:fldCharType="end"/>
            </w:r>
          </w:hyperlink>
        </w:p>
        <w:p w14:paraId="683F4CFF" w14:textId="51BED8B9"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199" w:history="1">
            <w:r w:rsidRPr="00DB6570">
              <w:rPr>
                <w:rStyle w:val="Hyperlink"/>
                <w:rFonts w:ascii="Times New Roman" w:hAnsi="Times New Roman" w:cs="Times New Roman"/>
                <w:noProof/>
              </w:rPr>
              <w:t>1.2 Joint Five-Year Proposition and Headline Results</w:t>
            </w:r>
            <w:r w:rsidRPr="00DB6570">
              <w:rPr>
                <w:noProof/>
                <w:webHidden/>
              </w:rPr>
              <w:tab/>
            </w:r>
            <w:r w:rsidRPr="00DB6570">
              <w:rPr>
                <w:noProof/>
                <w:webHidden/>
              </w:rPr>
              <w:fldChar w:fldCharType="begin"/>
            </w:r>
            <w:r w:rsidRPr="00DB6570">
              <w:rPr>
                <w:noProof/>
                <w:webHidden/>
              </w:rPr>
              <w:instrText xml:space="preserve"> PAGEREF _Toc237525199 \h </w:instrText>
            </w:r>
            <w:r w:rsidRPr="00DB6570">
              <w:rPr>
                <w:noProof/>
                <w:webHidden/>
              </w:rPr>
            </w:r>
            <w:r w:rsidRPr="00DB6570">
              <w:rPr>
                <w:noProof/>
                <w:webHidden/>
              </w:rPr>
              <w:fldChar w:fldCharType="separate"/>
            </w:r>
            <w:r w:rsidR="00452C49">
              <w:rPr>
                <w:noProof/>
                <w:webHidden/>
              </w:rPr>
              <w:t>6</w:t>
            </w:r>
            <w:r w:rsidRPr="00DB6570">
              <w:rPr>
                <w:noProof/>
                <w:webHidden/>
              </w:rPr>
              <w:fldChar w:fldCharType="end"/>
            </w:r>
          </w:hyperlink>
        </w:p>
        <w:p w14:paraId="5F79C700" w14:textId="3960EEE1" w:rsidR="00FA45D2" w:rsidRPr="00DB6570" w:rsidRDefault="00FA45D2">
          <w:pPr>
            <w:pStyle w:val="TOC1"/>
            <w:tabs>
              <w:tab w:val="right" w:leader="dot" w:pos="9856"/>
            </w:tabs>
            <w:rPr>
              <w:rFonts w:asciiTheme="minorHAnsi" w:hAnsiTheme="minorHAnsi"/>
              <w:noProof/>
              <w:kern w:val="2"/>
              <w:sz w:val="24"/>
              <w:szCs w:val="24"/>
              <w14:ligatures w14:val="standardContextual"/>
            </w:rPr>
          </w:pPr>
          <w:hyperlink w:anchor="_Toc237525200" w:history="1">
            <w:r w:rsidRPr="00DB6570">
              <w:rPr>
                <w:rStyle w:val="Hyperlink"/>
                <w:rFonts w:ascii="Times New Roman" w:hAnsi="Times New Roman" w:cs="Times New Roman"/>
                <w:noProof/>
              </w:rPr>
              <w:t>PART II - SECTOR, VALUE CHAIN AND STRATEGIC FRAMEWORK</w:t>
            </w:r>
            <w:r w:rsidRPr="00DB6570">
              <w:rPr>
                <w:noProof/>
                <w:webHidden/>
              </w:rPr>
              <w:tab/>
            </w:r>
            <w:r w:rsidRPr="00DB6570">
              <w:rPr>
                <w:noProof/>
                <w:webHidden/>
              </w:rPr>
              <w:fldChar w:fldCharType="begin"/>
            </w:r>
            <w:r w:rsidRPr="00DB6570">
              <w:rPr>
                <w:noProof/>
                <w:webHidden/>
              </w:rPr>
              <w:instrText xml:space="preserve"> PAGEREF _Toc237525200 \h </w:instrText>
            </w:r>
            <w:r w:rsidRPr="00DB6570">
              <w:rPr>
                <w:noProof/>
                <w:webHidden/>
              </w:rPr>
            </w:r>
            <w:r w:rsidRPr="00DB6570">
              <w:rPr>
                <w:noProof/>
                <w:webHidden/>
              </w:rPr>
              <w:fldChar w:fldCharType="separate"/>
            </w:r>
            <w:r w:rsidR="00452C49">
              <w:rPr>
                <w:noProof/>
                <w:webHidden/>
              </w:rPr>
              <w:t>8</w:t>
            </w:r>
            <w:r w:rsidRPr="00DB6570">
              <w:rPr>
                <w:noProof/>
                <w:webHidden/>
              </w:rPr>
              <w:fldChar w:fldCharType="end"/>
            </w:r>
          </w:hyperlink>
        </w:p>
        <w:p w14:paraId="5DD42836" w14:textId="125096DB"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01" w:history="1">
            <w:r w:rsidRPr="00DB6570">
              <w:rPr>
                <w:rStyle w:val="Hyperlink"/>
                <w:rFonts w:ascii="Times New Roman" w:hAnsi="Times New Roman" w:cs="Times New Roman"/>
                <w:noProof/>
              </w:rPr>
              <w:t>2.1 Priority Sector and Value Chain</w:t>
            </w:r>
            <w:r w:rsidRPr="00DB6570">
              <w:rPr>
                <w:noProof/>
                <w:webHidden/>
              </w:rPr>
              <w:tab/>
            </w:r>
            <w:r w:rsidRPr="00DB6570">
              <w:rPr>
                <w:noProof/>
                <w:webHidden/>
              </w:rPr>
              <w:fldChar w:fldCharType="begin"/>
            </w:r>
            <w:r w:rsidRPr="00DB6570">
              <w:rPr>
                <w:noProof/>
                <w:webHidden/>
              </w:rPr>
              <w:instrText xml:space="preserve"> PAGEREF _Toc237525201 \h </w:instrText>
            </w:r>
            <w:r w:rsidRPr="00DB6570">
              <w:rPr>
                <w:noProof/>
                <w:webHidden/>
              </w:rPr>
            </w:r>
            <w:r w:rsidRPr="00DB6570">
              <w:rPr>
                <w:noProof/>
                <w:webHidden/>
              </w:rPr>
              <w:fldChar w:fldCharType="separate"/>
            </w:r>
            <w:r w:rsidR="00452C49">
              <w:rPr>
                <w:noProof/>
                <w:webHidden/>
              </w:rPr>
              <w:t>8</w:t>
            </w:r>
            <w:r w:rsidRPr="00DB6570">
              <w:rPr>
                <w:noProof/>
                <w:webHidden/>
              </w:rPr>
              <w:fldChar w:fldCharType="end"/>
            </w:r>
          </w:hyperlink>
        </w:p>
        <w:p w14:paraId="2F1777F6" w14:textId="0813EE07"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02" w:history="1">
            <w:r w:rsidRPr="00DB6570">
              <w:rPr>
                <w:rStyle w:val="Hyperlink"/>
                <w:rFonts w:ascii="Times New Roman" w:hAnsi="Times New Roman" w:cs="Times New Roman"/>
                <w:noProof/>
              </w:rPr>
              <w:t>2.2 Development Challenge and Demand-Side Evidence</w:t>
            </w:r>
            <w:r w:rsidRPr="00DB6570">
              <w:rPr>
                <w:noProof/>
                <w:webHidden/>
              </w:rPr>
              <w:tab/>
            </w:r>
            <w:r w:rsidRPr="00DB6570">
              <w:rPr>
                <w:noProof/>
                <w:webHidden/>
              </w:rPr>
              <w:fldChar w:fldCharType="begin"/>
            </w:r>
            <w:r w:rsidRPr="00DB6570">
              <w:rPr>
                <w:noProof/>
                <w:webHidden/>
              </w:rPr>
              <w:instrText xml:space="preserve"> PAGEREF _Toc237525202 \h </w:instrText>
            </w:r>
            <w:r w:rsidRPr="00DB6570">
              <w:rPr>
                <w:noProof/>
                <w:webHidden/>
              </w:rPr>
            </w:r>
            <w:r w:rsidRPr="00DB6570">
              <w:rPr>
                <w:noProof/>
                <w:webHidden/>
              </w:rPr>
              <w:fldChar w:fldCharType="separate"/>
            </w:r>
            <w:r w:rsidR="00452C49">
              <w:rPr>
                <w:noProof/>
                <w:webHidden/>
              </w:rPr>
              <w:t>8</w:t>
            </w:r>
            <w:r w:rsidRPr="00DB6570">
              <w:rPr>
                <w:noProof/>
                <w:webHidden/>
              </w:rPr>
              <w:fldChar w:fldCharType="end"/>
            </w:r>
          </w:hyperlink>
        </w:p>
        <w:p w14:paraId="3261D1C3" w14:textId="1C779201" w:rsidR="00FA45D2" w:rsidRPr="00DB6570" w:rsidRDefault="00FA45D2">
          <w:pPr>
            <w:pStyle w:val="TOC3"/>
            <w:tabs>
              <w:tab w:val="right" w:leader="dot" w:pos="9856"/>
            </w:tabs>
            <w:rPr>
              <w:rFonts w:asciiTheme="minorHAnsi" w:hAnsiTheme="minorHAnsi"/>
              <w:noProof/>
              <w:kern w:val="2"/>
              <w:sz w:val="24"/>
              <w:szCs w:val="24"/>
              <w14:ligatures w14:val="standardContextual"/>
            </w:rPr>
          </w:pPr>
          <w:hyperlink w:anchor="_Toc237525203" w:history="1">
            <w:r w:rsidRPr="00DB6570">
              <w:rPr>
                <w:rStyle w:val="Hyperlink"/>
                <w:rFonts w:ascii="Times New Roman" w:hAnsi="Times New Roman" w:cs="Times New Roman"/>
                <w:noProof/>
              </w:rPr>
              <w:t>2.2.1 Demand Evidence Summary</w:t>
            </w:r>
            <w:r w:rsidRPr="00DB6570">
              <w:rPr>
                <w:noProof/>
                <w:webHidden/>
              </w:rPr>
              <w:tab/>
            </w:r>
            <w:r w:rsidRPr="00DB6570">
              <w:rPr>
                <w:noProof/>
                <w:webHidden/>
              </w:rPr>
              <w:fldChar w:fldCharType="begin"/>
            </w:r>
            <w:r w:rsidRPr="00DB6570">
              <w:rPr>
                <w:noProof/>
                <w:webHidden/>
              </w:rPr>
              <w:instrText xml:space="preserve"> PAGEREF _Toc237525203 \h </w:instrText>
            </w:r>
            <w:r w:rsidRPr="00DB6570">
              <w:rPr>
                <w:noProof/>
                <w:webHidden/>
              </w:rPr>
            </w:r>
            <w:r w:rsidRPr="00DB6570">
              <w:rPr>
                <w:noProof/>
                <w:webHidden/>
              </w:rPr>
              <w:fldChar w:fldCharType="separate"/>
            </w:r>
            <w:r w:rsidR="00452C49">
              <w:rPr>
                <w:noProof/>
                <w:webHidden/>
              </w:rPr>
              <w:t>8</w:t>
            </w:r>
            <w:r w:rsidRPr="00DB6570">
              <w:rPr>
                <w:noProof/>
                <w:webHidden/>
              </w:rPr>
              <w:fldChar w:fldCharType="end"/>
            </w:r>
          </w:hyperlink>
        </w:p>
        <w:p w14:paraId="6DB904EC" w14:textId="68995FAB"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04" w:history="1">
            <w:r w:rsidRPr="00DB6570">
              <w:rPr>
                <w:rStyle w:val="Hyperlink"/>
                <w:rFonts w:ascii="Times New Roman" w:hAnsi="Times New Roman" w:cs="Times New Roman"/>
                <w:noProof/>
              </w:rPr>
              <w:t>2.3 Strategic Alignment and Additionality</w:t>
            </w:r>
            <w:r w:rsidRPr="00DB6570">
              <w:rPr>
                <w:noProof/>
                <w:webHidden/>
              </w:rPr>
              <w:tab/>
            </w:r>
            <w:r w:rsidRPr="00DB6570">
              <w:rPr>
                <w:noProof/>
                <w:webHidden/>
              </w:rPr>
              <w:fldChar w:fldCharType="begin"/>
            </w:r>
            <w:r w:rsidRPr="00DB6570">
              <w:rPr>
                <w:noProof/>
                <w:webHidden/>
              </w:rPr>
              <w:instrText xml:space="preserve"> PAGEREF _Toc237525204 \h </w:instrText>
            </w:r>
            <w:r w:rsidRPr="00DB6570">
              <w:rPr>
                <w:noProof/>
                <w:webHidden/>
              </w:rPr>
            </w:r>
            <w:r w:rsidRPr="00DB6570">
              <w:rPr>
                <w:noProof/>
                <w:webHidden/>
              </w:rPr>
              <w:fldChar w:fldCharType="separate"/>
            </w:r>
            <w:r w:rsidR="00452C49">
              <w:rPr>
                <w:noProof/>
                <w:webHidden/>
              </w:rPr>
              <w:t>8</w:t>
            </w:r>
            <w:r w:rsidRPr="00DB6570">
              <w:rPr>
                <w:noProof/>
                <w:webHidden/>
              </w:rPr>
              <w:fldChar w:fldCharType="end"/>
            </w:r>
          </w:hyperlink>
        </w:p>
        <w:p w14:paraId="6DFEBED4" w14:textId="6D7EDAB5"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05" w:history="1">
            <w:r w:rsidRPr="00DB6570">
              <w:rPr>
                <w:rStyle w:val="Hyperlink"/>
                <w:rFonts w:ascii="Times New Roman" w:hAnsi="Times New Roman" w:cs="Times New Roman"/>
                <w:noProof/>
              </w:rPr>
              <w:t>2.4 Target Beneficiaries, Inclusion and Regional Reach</w:t>
            </w:r>
            <w:r w:rsidRPr="00DB6570">
              <w:rPr>
                <w:noProof/>
                <w:webHidden/>
              </w:rPr>
              <w:tab/>
            </w:r>
            <w:r w:rsidRPr="00DB6570">
              <w:rPr>
                <w:noProof/>
                <w:webHidden/>
              </w:rPr>
              <w:fldChar w:fldCharType="begin"/>
            </w:r>
            <w:r w:rsidRPr="00DB6570">
              <w:rPr>
                <w:noProof/>
                <w:webHidden/>
              </w:rPr>
              <w:instrText xml:space="preserve"> PAGEREF _Toc237525205 \h </w:instrText>
            </w:r>
            <w:r w:rsidRPr="00DB6570">
              <w:rPr>
                <w:noProof/>
                <w:webHidden/>
              </w:rPr>
            </w:r>
            <w:r w:rsidRPr="00DB6570">
              <w:rPr>
                <w:noProof/>
                <w:webHidden/>
              </w:rPr>
              <w:fldChar w:fldCharType="separate"/>
            </w:r>
            <w:r w:rsidR="00452C49">
              <w:rPr>
                <w:noProof/>
                <w:webHidden/>
              </w:rPr>
              <w:t>9</w:t>
            </w:r>
            <w:r w:rsidRPr="00DB6570">
              <w:rPr>
                <w:noProof/>
                <w:webHidden/>
              </w:rPr>
              <w:fldChar w:fldCharType="end"/>
            </w:r>
          </w:hyperlink>
        </w:p>
        <w:p w14:paraId="60EBB6D6" w14:textId="2DEDAF2C"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06" w:history="1">
            <w:r w:rsidRPr="00DB6570">
              <w:rPr>
                <w:rStyle w:val="Hyperlink"/>
                <w:rFonts w:ascii="Times New Roman" w:hAnsi="Times New Roman" w:cs="Times New Roman"/>
                <w:noProof/>
              </w:rPr>
              <w:t>2.5 Sector Engagement Panel Input</w:t>
            </w:r>
            <w:r w:rsidRPr="00DB6570">
              <w:rPr>
                <w:noProof/>
                <w:webHidden/>
              </w:rPr>
              <w:tab/>
            </w:r>
            <w:r w:rsidRPr="00DB6570">
              <w:rPr>
                <w:noProof/>
                <w:webHidden/>
              </w:rPr>
              <w:fldChar w:fldCharType="begin"/>
            </w:r>
            <w:r w:rsidRPr="00DB6570">
              <w:rPr>
                <w:noProof/>
                <w:webHidden/>
              </w:rPr>
              <w:instrText xml:space="preserve"> PAGEREF _Toc237525206 \h </w:instrText>
            </w:r>
            <w:r w:rsidRPr="00DB6570">
              <w:rPr>
                <w:noProof/>
                <w:webHidden/>
              </w:rPr>
            </w:r>
            <w:r w:rsidRPr="00DB6570">
              <w:rPr>
                <w:noProof/>
                <w:webHidden/>
              </w:rPr>
              <w:fldChar w:fldCharType="separate"/>
            </w:r>
            <w:r w:rsidR="00452C49">
              <w:rPr>
                <w:noProof/>
                <w:webHidden/>
              </w:rPr>
              <w:t>9</w:t>
            </w:r>
            <w:r w:rsidRPr="00DB6570">
              <w:rPr>
                <w:noProof/>
                <w:webHidden/>
              </w:rPr>
              <w:fldChar w:fldCharType="end"/>
            </w:r>
          </w:hyperlink>
        </w:p>
        <w:p w14:paraId="4DD21844" w14:textId="6E0D8D3F" w:rsidR="00FA45D2" w:rsidRPr="00DB6570" w:rsidRDefault="00FA45D2">
          <w:pPr>
            <w:pStyle w:val="TOC3"/>
            <w:tabs>
              <w:tab w:val="right" w:leader="dot" w:pos="9856"/>
            </w:tabs>
            <w:rPr>
              <w:rFonts w:asciiTheme="minorHAnsi" w:hAnsiTheme="minorHAnsi"/>
              <w:noProof/>
              <w:kern w:val="2"/>
              <w:sz w:val="24"/>
              <w:szCs w:val="24"/>
              <w14:ligatures w14:val="standardContextual"/>
            </w:rPr>
          </w:pPr>
          <w:hyperlink w:anchor="_Toc237525207" w:history="1">
            <w:r w:rsidRPr="00DB6570">
              <w:rPr>
                <w:rStyle w:val="Hyperlink"/>
                <w:rFonts w:ascii="Times New Roman" w:hAnsi="Times New Roman" w:cs="Times New Roman"/>
                <w:noProof/>
              </w:rPr>
              <w:t>2.5.1 SEP Recommendation Tracking</w:t>
            </w:r>
            <w:r w:rsidRPr="00DB6570">
              <w:rPr>
                <w:noProof/>
                <w:webHidden/>
              </w:rPr>
              <w:tab/>
            </w:r>
            <w:r w:rsidRPr="00DB6570">
              <w:rPr>
                <w:noProof/>
                <w:webHidden/>
              </w:rPr>
              <w:fldChar w:fldCharType="begin"/>
            </w:r>
            <w:r w:rsidRPr="00DB6570">
              <w:rPr>
                <w:noProof/>
                <w:webHidden/>
              </w:rPr>
              <w:instrText xml:space="preserve"> PAGEREF _Toc237525207 \h </w:instrText>
            </w:r>
            <w:r w:rsidRPr="00DB6570">
              <w:rPr>
                <w:noProof/>
                <w:webHidden/>
              </w:rPr>
            </w:r>
            <w:r w:rsidRPr="00DB6570">
              <w:rPr>
                <w:noProof/>
                <w:webHidden/>
              </w:rPr>
              <w:fldChar w:fldCharType="separate"/>
            </w:r>
            <w:r w:rsidR="00452C49">
              <w:rPr>
                <w:noProof/>
                <w:webHidden/>
              </w:rPr>
              <w:t>9</w:t>
            </w:r>
            <w:r w:rsidRPr="00DB6570">
              <w:rPr>
                <w:noProof/>
                <w:webHidden/>
              </w:rPr>
              <w:fldChar w:fldCharType="end"/>
            </w:r>
          </w:hyperlink>
        </w:p>
        <w:p w14:paraId="0FF9D175" w14:textId="60478DBB" w:rsidR="00FA45D2" w:rsidRPr="00DB6570" w:rsidRDefault="00FA45D2">
          <w:pPr>
            <w:pStyle w:val="TOC1"/>
            <w:tabs>
              <w:tab w:val="right" w:leader="dot" w:pos="9856"/>
            </w:tabs>
            <w:rPr>
              <w:rFonts w:asciiTheme="minorHAnsi" w:hAnsiTheme="minorHAnsi"/>
              <w:noProof/>
              <w:kern w:val="2"/>
              <w:sz w:val="24"/>
              <w:szCs w:val="24"/>
              <w14:ligatures w14:val="standardContextual"/>
            </w:rPr>
          </w:pPr>
          <w:hyperlink w:anchor="_Toc237525208" w:history="1">
            <w:r w:rsidRPr="00DB6570">
              <w:rPr>
                <w:rStyle w:val="Hyperlink"/>
                <w:rFonts w:ascii="Times New Roman" w:hAnsi="Times New Roman" w:cs="Times New Roman"/>
                <w:noProof/>
              </w:rPr>
              <w:t>PART III - PARTNERSHIP DESIGN AND INTEGRATED DELIVERY</w:t>
            </w:r>
            <w:r w:rsidRPr="00DB6570">
              <w:rPr>
                <w:noProof/>
                <w:webHidden/>
              </w:rPr>
              <w:tab/>
            </w:r>
            <w:r w:rsidRPr="00DB6570">
              <w:rPr>
                <w:noProof/>
                <w:webHidden/>
              </w:rPr>
              <w:fldChar w:fldCharType="begin"/>
            </w:r>
            <w:r w:rsidRPr="00DB6570">
              <w:rPr>
                <w:noProof/>
                <w:webHidden/>
              </w:rPr>
              <w:instrText xml:space="preserve"> PAGEREF _Toc237525208 \h </w:instrText>
            </w:r>
            <w:r w:rsidRPr="00DB6570">
              <w:rPr>
                <w:noProof/>
                <w:webHidden/>
              </w:rPr>
            </w:r>
            <w:r w:rsidRPr="00DB6570">
              <w:rPr>
                <w:noProof/>
                <w:webHidden/>
              </w:rPr>
              <w:fldChar w:fldCharType="separate"/>
            </w:r>
            <w:r w:rsidR="00452C49">
              <w:rPr>
                <w:noProof/>
                <w:webHidden/>
              </w:rPr>
              <w:t>10</w:t>
            </w:r>
            <w:r w:rsidRPr="00DB6570">
              <w:rPr>
                <w:noProof/>
                <w:webHidden/>
              </w:rPr>
              <w:fldChar w:fldCharType="end"/>
            </w:r>
          </w:hyperlink>
        </w:p>
        <w:p w14:paraId="7DE5266E" w14:textId="283357CD"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09" w:history="1">
            <w:r w:rsidRPr="00DB6570">
              <w:rPr>
                <w:rStyle w:val="Hyperlink"/>
                <w:rFonts w:ascii="Times New Roman" w:hAnsi="Times New Roman" w:cs="Times New Roman"/>
                <w:noProof/>
              </w:rPr>
              <w:t>3.1 Partnership Rationale and Complementarity</w:t>
            </w:r>
            <w:r w:rsidRPr="00DB6570">
              <w:rPr>
                <w:noProof/>
                <w:webHidden/>
              </w:rPr>
              <w:tab/>
            </w:r>
            <w:r w:rsidRPr="00DB6570">
              <w:rPr>
                <w:noProof/>
                <w:webHidden/>
              </w:rPr>
              <w:fldChar w:fldCharType="begin"/>
            </w:r>
            <w:r w:rsidRPr="00DB6570">
              <w:rPr>
                <w:noProof/>
                <w:webHidden/>
              </w:rPr>
              <w:instrText xml:space="preserve"> PAGEREF _Toc237525209 \h </w:instrText>
            </w:r>
            <w:r w:rsidRPr="00DB6570">
              <w:rPr>
                <w:noProof/>
                <w:webHidden/>
              </w:rPr>
            </w:r>
            <w:r w:rsidRPr="00DB6570">
              <w:rPr>
                <w:noProof/>
                <w:webHidden/>
              </w:rPr>
              <w:fldChar w:fldCharType="separate"/>
            </w:r>
            <w:r w:rsidR="00452C49">
              <w:rPr>
                <w:noProof/>
                <w:webHidden/>
              </w:rPr>
              <w:t>10</w:t>
            </w:r>
            <w:r w:rsidRPr="00DB6570">
              <w:rPr>
                <w:noProof/>
                <w:webHidden/>
              </w:rPr>
              <w:fldChar w:fldCharType="end"/>
            </w:r>
          </w:hyperlink>
        </w:p>
        <w:p w14:paraId="5B003B40" w14:textId="51121405" w:rsidR="00FA45D2" w:rsidRPr="00DB6570" w:rsidRDefault="00FA45D2">
          <w:pPr>
            <w:pStyle w:val="TOC3"/>
            <w:tabs>
              <w:tab w:val="right" w:leader="dot" w:pos="9856"/>
            </w:tabs>
            <w:rPr>
              <w:rFonts w:asciiTheme="minorHAnsi" w:hAnsiTheme="minorHAnsi"/>
              <w:noProof/>
              <w:kern w:val="2"/>
              <w:sz w:val="24"/>
              <w:szCs w:val="24"/>
              <w14:ligatures w14:val="standardContextual"/>
            </w:rPr>
          </w:pPr>
          <w:hyperlink w:anchor="_Toc237525210" w:history="1">
            <w:r w:rsidRPr="00DB6570">
              <w:rPr>
                <w:rStyle w:val="Hyperlink"/>
                <w:rFonts w:ascii="Times New Roman" w:hAnsi="Times New Roman" w:cs="Times New Roman"/>
                <w:noProof/>
              </w:rPr>
              <w:t>3.1.1 Institutional Contributions and Added Value</w:t>
            </w:r>
            <w:r w:rsidRPr="00DB6570">
              <w:rPr>
                <w:noProof/>
                <w:webHidden/>
              </w:rPr>
              <w:tab/>
            </w:r>
            <w:r w:rsidRPr="00DB6570">
              <w:rPr>
                <w:noProof/>
                <w:webHidden/>
              </w:rPr>
              <w:fldChar w:fldCharType="begin"/>
            </w:r>
            <w:r w:rsidRPr="00DB6570">
              <w:rPr>
                <w:noProof/>
                <w:webHidden/>
              </w:rPr>
              <w:instrText xml:space="preserve"> PAGEREF _Toc237525210 \h </w:instrText>
            </w:r>
            <w:r w:rsidRPr="00DB6570">
              <w:rPr>
                <w:noProof/>
                <w:webHidden/>
              </w:rPr>
            </w:r>
            <w:r w:rsidRPr="00DB6570">
              <w:rPr>
                <w:noProof/>
                <w:webHidden/>
              </w:rPr>
              <w:fldChar w:fldCharType="separate"/>
            </w:r>
            <w:r w:rsidR="00452C49">
              <w:rPr>
                <w:noProof/>
                <w:webHidden/>
              </w:rPr>
              <w:t>10</w:t>
            </w:r>
            <w:r w:rsidRPr="00DB6570">
              <w:rPr>
                <w:noProof/>
                <w:webHidden/>
              </w:rPr>
              <w:fldChar w:fldCharType="end"/>
            </w:r>
          </w:hyperlink>
        </w:p>
        <w:p w14:paraId="32EDF8AB" w14:textId="60DEDAE6"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11" w:history="1">
            <w:r w:rsidRPr="00DB6570">
              <w:rPr>
                <w:rStyle w:val="Hyperlink"/>
                <w:rFonts w:ascii="Times New Roman" w:hAnsi="Times New Roman" w:cs="Times New Roman"/>
                <w:noProof/>
              </w:rPr>
              <w:t>3.2 Integrated Skills Ladder and Research-to-Application Pathway</w:t>
            </w:r>
            <w:r w:rsidRPr="00DB6570">
              <w:rPr>
                <w:noProof/>
                <w:webHidden/>
              </w:rPr>
              <w:tab/>
            </w:r>
            <w:r w:rsidRPr="00DB6570">
              <w:rPr>
                <w:noProof/>
                <w:webHidden/>
              </w:rPr>
              <w:fldChar w:fldCharType="begin"/>
            </w:r>
            <w:r w:rsidRPr="00DB6570">
              <w:rPr>
                <w:noProof/>
                <w:webHidden/>
              </w:rPr>
              <w:instrText xml:space="preserve"> PAGEREF _Toc237525211 \h </w:instrText>
            </w:r>
            <w:r w:rsidRPr="00DB6570">
              <w:rPr>
                <w:noProof/>
                <w:webHidden/>
              </w:rPr>
            </w:r>
            <w:r w:rsidRPr="00DB6570">
              <w:rPr>
                <w:noProof/>
                <w:webHidden/>
              </w:rPr>
              <w:fldChar w:fldCharType="separate"/>
            </w:r>
            <w:r w:rsidR="00452C49">
              <w:rPr>
                <w:noProof/>
                <w:webHidden/>
              </w:rPr>
              <w:t>10</w:t>
            </w:r>
            <w:r w:rsidRPr="00DB6570">
              <w:rPr>
                <w:noProof/>
                <w:webHidden/>
              </w:rPr>
              <w:fldChar w:fldCharType="end"/>
            </w:r>
          </w:hyperlink>
        </w:p>
        <w:p w14:paraId="6E69799B" w14:textId="3F45D3F5" w:rsidR="00FA45D2" w:rsidRPr="00DB6570" w:rsidRDefault="00FA45D2">
          <w:pPr>
            <w:pStyle w:val="TOC3"/>
            <w:tabs>
              <w:tab w:val="right" w:leader="dot" w:pos="9856"/>
            </w:tabs>
            <w:rPr>
              <w:rFonts w:asciiTheme="minorHAnsi" w:hAnsiTheme="minorHAnsi"/>
              <w:noProof/>
              <w:kern w:val="2"/>
              <w:sz w:val="24"/>
              <w:szCs w:val="24"/>
              <w14:ligatures w14:val="standardContextual"/>
            </w:rPr>
          </w:pPr>
          <w:hyperlink w:anchor="_Toc237525212" w:history="1">
            <w:r w:rsidRPr="00DB6570">
              <w:rPr>
                <w:rStyle w:val="Hyperlink"/>
                <w:rFonts w:ascii="Times New Roman" w:hAnsi="Times New Roman" w:cs="Times New Roman"/>
                <w:noProof/>
              </w:rPr>
              <w:t>3.2.1 Integrated Pathway</w:t>
            </w:r>
            <w:r w:rsidRPr="00DB6570">
              <w:rPr>
                <w:noProof/>
                <w:webHidden/>
              </w:rPr>
              <w:tab/>
            </w:r>
            <w:r w:rsidRPr="00DB6570">
              <w:rPr>
                <w:noProof/>
                <w:webHidden/>
              </w:rPr>
              <w:fldChar w:fldCharType="begin"/>
            </w:r>
            <w:r w:rsidRPr="00DB6570">
              <w:rPr>
                <w:noProof/>
                <w:webHidden/>
              </w:rPr>
              <w:instrText xml:space="preserve"> PAGEREF _Toc237525212 \h </w:instrText>
            </w:r>
            <w:r w:rsidRPr="00DB6570">
              <w:rPr>
                <w:noProof/>
                <w:webHidden/>
              </w:rPr>
            </w:r>
            <w:r w:rsidRPr="00DB6570">
              <w:rPr>
                <w:noProof/>
                <w:webHidden/>
              </w:rPr>
              <w:fldChar w:fldCharType="separate"/>
            </w:r>
            <w:r w:rsidR="00452C49">
              <w:rPr>
                <w:noProof/>
                <w:webHidden/>
              </w:rPr>
              <w:t>11</w:t>
            </w:r>
            <w:r w:rsidRPr="00DB6570">
              <w:rPr>
                <w:noProof/>
                <w:webHidden/>
              </w:rPr>
              <w:fldChar w:fldCharType="end"/>
            </w:r>
          </w:hyperlink>
        </w:p>
        <w:p w14:paraId="5F6B2611" w14:textId="7C8A6945"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13" w:history="1">
            <w:r w:rsidRPr="00DB6570">
              <w:rPr>
                <w:rStyle w:val="Hyperlink"/>
                <w:rFonts w:ascii="Times New Roman" w:hAnsi="Times New Roman" w:cs="Times New Roman"/>
                <w:noProof/>
              </w:rPr>
              <w:t>3.3 Joint Workstreams, Operating Protocols and Institutional Accountability</w:t>
            </w:r>
            <w:r w:rsidRPr="00DB6570">
              <w:rPr>
                <w:noProof/>
                <w:webHidden/>
              </w:rPr>
              <w:tab/>
            </w:r>
            <w:r w:rsidRPr="00DB6570">
              <w:rPr>
                <w:noProof/>
                <w:webHidden/>
              </w:rPr>
              <w:fldChar w:fldCharType="begin"/>
            </w:r>
            <w:r w:rsidRPr="00DB6570">
              <w:rPr>
                <w:noProof/>
                <w:webHidden/>
              </w:rPr>
              <w:instrText xml:space="preserve"> PAGEREF _Toc237525213 \h </w:instrText>
            </w:r>
            <w:r w:rsidRPr="00DB6570">
              <w:rPr>
                <w:noProof/>
                <w:webHidden/>
              </w:rPr>
            </w:r>
            <w:r w:rsidRPr="00DB6570">
              <w:rPr>
                <w:noProof/>
                <w:webHidden/>
              </w:rPr>
              <w:fldChar w:fldCharType="separate"/>
            </w:r>
            <w:r w:rsidR="00452C49">
              <w:rPr>
                <w:noProof/>
                <w:webHidden/>
              </w:rPr>
              <w:t>12</w:t>
            </w:r>
            <w:r w:rsidRPr="00DB6570">
              <w:rPr>
                <w:noProof/>
                <w:webHidden/>
              </w:rPr>
              <w:fldChar w:fldCharType="end"/>
            </w:r>
          </w:hyperlink>
        </w:p>
        <w:p w14:paraId="2CA056A2" w14:textId="38C9F385" w:rsidR="00FA45D2" w:rsidRPr="00DB6570" w:rsidRDefault="00FA45D2">
          <w:pPr>
            <w:pStyle w:val="TOC3"/>
            <w:tabs>
              <w:tab w:val="right" w:leader="dot" w:pos="9856"/>
            </w:tabs>
            <w:rPr>
              <w:rFonts w:asciiTheme="minorHAnsi" w:hAnsiTheme="minorHAnsi"/>
              <w:noProof/>
              <w:kern w:val="2"/>
              <w:sz w:val="24"/>
              <w:szCs w:val="24"/>
              <w14:ligatures w14:val="standardContextual"/>
            </w:rPr>
          </w:pPr>
          <w:hyperlink w:anchor="_Toc237525214" w:history="1">
            <w:r w:rsidRPr="00DB6570">
              <w:rPr>
                <w:rStyle w:val="Hyperlink"/>
                <w:rFonts w:ascii="Times New Roman" w:hAnsi="Times New Roman" w:cs="Times New Roman"/>
                <w:noProof/>
              </w:rPr>
              <w:t>3.3.1 Joint workstream and accountability matrix</w:t>
            </w:r>
            <w:r w:rsidRPr="00DB6570">
              <w:rPr>
                <w:noProof/>
                <w:webHidden/>
              </w:rPr>
              <w:tab/>
            </w:r>
            <w:r w:rsidRPr="00DB6570">
              <w:rPr>
                <w:noProof/>
                <w:webHidden/>
              </w:rPr>
              <w:fldChar w:fldCharType="begin"/>
            </w:r>
            <w:r w:rsidRPr="00DB6570">
              <w:rPr>
                <w:noProof/>
                <w:webHidden/>
              </w:rPr>
              <w:instrText xml:space="preserve"> PAGEREF _Toc237525214 \h </w:instrText>
            </w:r>
            <w:r w:rsidRPr="00DB6570">
              <w:rPr>
                <w:noProof/>
                <w:webHidden/>
              </w:rPr>
            </w:r>
            <w:r w:rsidRPr="00DB6570">
              <w:rPr>
                <w:noProof/>
                <w:webHidden/>
              </w:rPr>
              <w:fldChar w:fldCharType="separate"/>
            </w:r>
            <w:r w:rsidR="00452C49">
              <w:rPr>
                <w:noProof/>
                <w:webHidden/>
              </w:rPr>
              <w:t>12</w:t>
            </w:r>
            <w:r w:rsidRPr="00DB6570">
              <w:rPr>
                <w:noProof/>
                <w:webHidden/>
              </w:rPr>
              <w:fldChar w:fldCharType="end"/>
            </w:r>
          </w:hyperlink>
        </w:p>
        <w:p w14:paraId="1E285361" w14:textId="502F1CDE" w:rsidR="00FA45D2" w:rsidRPr="00DB6570" w:rsidRDefault="00FA45D2">
          <w:pPr>
            <w:pStyle w:val="TOC3"/>
            <w:tabs>
              <w:tab w:val="right" w:leader="dot" w:pos="9856"/>
            </w:tabs>
            <w:rPr>
              <w:rFonts w:asciiTheme="minorHAnsi" w:hAnsiTheme="minorHAnsi"/>
              <w:noProof/>
              <w:kern w:val="2"/>
              <w:sz w:val="24"/>
              <w:szCs w:val="24"/>
              <w14:ligatures w14:val="standardContextual"/>
            </w:rPr>
          </w:pPr>
          <w:hyperlink w:anchor="_Toc237525215" w:history="1">
            <w:r w:rsidRPr="00DB6570">
              <w:rPr>
                <w:rStyle w:val="Hyperlink"/>
                <w:rFonts w:ascii="Times New Roman" w:hAnsi="Times New Roman" w:cs="Times New Roman"/>
                <w:noProof/>
              </w:rPr>
              <w:t>3.3.2 Joint Governance Matrix</w:t>
            </w:r>
            <w:r w:rsidRPr="00DB6570">
              <w:rPr>
                <w:noProof/>
                <w:webHidden/>
              </w:rPr>
              <w:tab/>
            </w:r>
            <w:r w:rsidRPr="00DB6570">
              <w:rPr>
                <w:noProof/>
                <w:webHidden/>
              </w:rPr>
              <w:fldChar w:fldCharType="begin"/>
            </w:r>
            <w:r w:rsidRPr="00DB6570">
              <w:rPr>
                <w:noProof/>
                <w:webHidden/>
              </w:rPr>
              <w:instrText xml:space="preserve"> PAGEREF _Toc237525215 \h </w:instrText>
            </w:r>
            <w:r w:rsidRPr="00DB6570">
              <w:rPr>
                <w:noProof/>
                <w:webHidden/>
              </w:rPr>
            </w:r>
            <w:r w:rsidRPr="00DB6570">
              <w:rPr>
                <w:noProof/>
                <w:webHidden/>
              </w:rPr>
              <w:fldChar w:fldCharType="separate"/>
            </w:r>
            <w:r w:rsidR="00452C49">
              <w:rPr>
                <w:noProof/>
                <w:webHidden/>
              </w:rPr>
              <w:t>12</w:t>
            </w:r>
            <w:r w:rsidRPr="00DB6570">
              <w:rPr>
                <w:noProof/>
                <w:webHidden/>
              </w:rPr>
              <w:fldChar w:fldCharType="end"/>
            </w:r>
          </w:hyperlink>
        </w:p>
        <w:p w14:paraId="0C137181" w14:textId="72682150" w:rsidR="00FA45D2" w:rsidRPr="00DB6570" w:rsidRDefault="00FA45D2">
          <w:pPr>
            <w:pStyle w:val="TOC1"/>
            <w:tabs>
              <w:tab w:val="right" w:leader="dot" w:pos="9856"/>
            </w:tabs>
            <w:rPr>
              <w:rFonts w:asciiTheme="minorHAnsi" w:hAnsiTheme="minorHAnsi"/>
              <w:noProof/>
              <w:kern w:val="2"/>
              <w:sz w:val="24"/>
              <w:szCs w:val="24"/>
              <w14:ligatures w14:val="standardContextual"/>
            </w:rPr>
          </w:pPr>
          <w:hyperlink w:anchor="_Toc237525216" w:history="1">
            <w:r w:rsidRPr="00DB6570">
              <w:rPr>
                <w:rStyle w:val="Hyperlink"/>
                <w:rFonts w:ascii="Times New Roman" w:hAnsi="Times New Roman" w:cs="Times New Roman"/>
                <w:noProof/>
              </w:rPr>
              <w:t>PART IV - ACE / EMERGING CENTER DETAILED FULL PROPOSAL</w:t>
            </w:r>
            <w:r w:rsidRPr="00DB6570">
              <w:rPr>
                <w:noProof/>
                <w:webHidden/>
              </w:rPr>
              <w:tab/>
            </w:r>
            <w:r w:rsidRPr="00DB6570">
              <w:rPr>
                <w:noProof/>
                <w:webHidden/>
              </w:rPr>
              <w:fldChar w:fldCharType="begin"/>
            </w:r>
            <w:r w:rsidRPr="00DB6570">
              <w:rPr>
                <w:noProof/>
                <w:webHidden/>
              </w:rPr>
              <w:instrText xml:space="preserve"> PAGEREF _Toc237525216 \h </w:instrText>
            </w:r>
            <w:r w:rsidRPr="00DB6570">
              <w:rPr>
                <w:noProof/>
                <w:webHidden/>
              </w:rPr>
            </w:r>
            <w:r w:rsidRPr="00DB6570">
              <w:rPr>
                <w:noProof/>
                <w:webHidden/>
              </w:rPr>
              <w:fldChar w:fldCharType="separate"/>
            </w:r>
            <w:r w:rsidR="00452C49">
              <w:rPr>
                <w:noProof/>
                <w:webHidden/>
              </w:rPr>
              <w:t>13</w:t>
            </w:r>
            <w:r w:rsidRPr="00DB6570">
              <w:rPr>
                <w:noProof/>
                <w:webHidden/>
              </w:rPr>
              <w:fldChar w:fldCharType="end"/>
            </w:r>
          </w:hyperlink>
        </w:p>
        <w:p w14:paraId="60F61D5B" w14:textId="7C9E2B73"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17" w:history="1">
            <w:r w:rsidRPr="00DB6570">
              <w:rPr>
                <w:rStyle w:val="Hyperlink"/>
                <w:rFonts w:ascii="Times New Roman" w:hAnsi="Times New Roman" w:cs="Times New Roman"/>
                <w:noProof/>
              </w:rPr>
              <w:t>4.1 Institutional Profile, Prior Performance and Readiness</w:t>
            </w:r>
            <w:r w:rsidRPr="00DB6570">
              <w:rPr>
                <w:noProof/>
                <w:webHidden/>
              </w:rPr>
              <w:tab/>
            </w:r>
            <w:r w:rsidRPr="00DB6570">
              <w:rPr>
                <w:noProof/>
                <w:webHidden/>
              </w:rPr>
              <w:fldChar w:fldCharType="begin"/>
            </w:r>
            <w:r w:rsidRPr="00DB6570">
              <w:rPr>
                <w:noProof/>
                <w:webHidden/>
              </w:rPr>
              <w:instrText xml:space="preserve"> PAGEREF _Toc237525217 \h </w:instrText>
            </w:r>
            <w:r w:rsidRPr="00DB6570">
              <w:rPr>
                <w:noProof/>
                <w:webHidden/>
              </w:rPr>
            </w:r>
            <w:r w:rsidRPr="00DB6570">
              <w:rPr>
                <w:noProof/>
                <w:webHidden/>
              </w:rPr>
              <w:fldChar w:fldCharType="separate"/>
            </w:r>
            <w:r w:rsidR="00452C49">
              <w:rPr>
                <w:noProof/>
                <w:webHidden/>
              </w:rPr>
              <w:t>13</w:t>
            </w:r>
            <w:r w:rsidRPr="00DB6570">
              <w:rPr>
                <w:noProof/>
                <w:webHidden/>
              </w:rPr>
              <w:fldChar w:fldCharType="end"/>
            </w:r>
          </w:hyperlink>
        </w:p>
        <w:p w14:paraId="5CD10E70" w14:textId="226EDD12" w:rsidR="00FA45D2" w:rsidRPr="00DB6570" w:rsidRDefault="00FA45D2">
          <w:pPr>
            <w:pStyle w:val="TOC3"/>
            <w:tabs>
              <w:tab w:val="right" w:leader="dot" w:pos="9856"/>
            </w:tabs>
            <w:rPr>
              <w:rFonts w:asciiTheme="minorHAnsi" w:hAnsiTheme="minorHAnsi"/>
              <w:noProof/>
              <w:kern w:val="2"/>
              <w:sz w:val="24"/>
              <w:szCs w:val="24"/>
              <w14:ligatures w14:val="standardContextual"/>
            </w:rPr>
          </w:pPr>
          <w:hyperlink w:anchor="_Toc237525218" w:history="1">
            <w:r w:rsidRPr="00DB6570">
              <w:rPr>
                <w:rStyle w:val="Hyperlink"/>
                <w:rFonts w:ascii="Times New Roman" w:hAnsi="Times New Roman" w:cs="Times New Roman"/>
                <w:noProof/>
              </w:rPr>
              <w:t>4.1.1 ACE/Emerging Center Baseline Data</w:t>
            </w:r>
            <w:r w:rsidRPr="00DB6570">
              <w:rPr>
                <w:noProof/>
                <w:webHidden/>
              </w:rPr>
              <w:tab/>
            </w:r>
            <w:r w:rsidRPr="00DB6570">
              <w:rPr>
                <w:noProof/>
                <w:webHidden/>
              </w:rPr>
              <w:fldChar w:fldCharType="begin"/>
            </w:r>
            <w:r w:rsidRPr="00DB6570">
              <w:rPr>
                <w:noProof/>
                <w:webHidden/>
              </w:rPr>
              <w:instrText xml:space="preserve"> PAGEREF _Toc237525218 \h </w:instrText>
            </w:r>
            <w:r w:rsidRPr="00DB6570">
              <w:rPr>
                <w:noProof/>
                <w:webHidden/>
              </w:rPr>
            </w:r>
            <w:r w:rsidRPr="00DB6570">
              <w:rPr>
                <w:noProof/>
                <w:webHidden/>
              </w:rPr>
              <w:fldChar w:fldCharType="separate"/>
            </w:r>
            <w:r w:rsidR="00452C49">
              <w:rPr>
                <w:noProof/>
                <w:webHidden/>
              </w:rPr>
              <w:t>13</w:t>
            </w:r>
            <w:r w:rsidRPr="00DB6570">
              <w:rPr>
                <w:noProof/>
                <w:webHidden/>
              </w:rPr>
              <w:fldChar w:fldCharType="end"/>
            </w:r>
          </w:hyperlink>
        </w:p>
        <w:p w14:paraId="5B23CB7B" w14:textId="01CC724A"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19" w:history="1">
            <w:r w:rsidRPr="00DB6570">
              <w:rPr>
                <w:rStyle w:val="Hyperlink"/>
                <w:rFonts w:ascii="Times New Roman" w:hAnsi="Times New Roman" w:cs="Times New Roman"/>
                <w:noProof/>
              </w:rPr>
              <w:t>4.2 Advanced Education, Teaching and Learning Strategy</w:t>
            </w:r>
            <w:r w:rsidRPr="00DB6570">
              <w:rPr>
                <w:noProof/>
                <w:webHidden/>
              </w:rPr>
              <w:tab/>
            </w:r>
            <w:r w:rsidRPr="00DB6570">
              <w:rPr>
                <w:noProof/>
                <w:webHidden/>
              </w:rPr>
              <w:fldChar w:fldCharType="begin"/>
            </w:r>
            <w:r w:rsidRPr="00DB6570">
              <w:rPr>
                <w:noProof/>
                <w:webHidden/>
              </w:rPr>
              <w:instrText xml:space="preserve"> PAGEREF _Toc237525219 \h </w:instrText>
            </w:r>
            <w:r w:rsidRPr="00DB6570">
              <w:rPr>
                <w:noProof/>
                <w:webHidden/>
              </w:rPr>
            </w:r>
            <w:r w:rsidRPr="00DB6570">
              <w:rPr>
                <w:noProof/>
                <w:webHidden/>
              </w:rPr>
              <w:fldChar w:fldCharType="separate"/>
            </w:r>
            <w:r w:rsidR="00452C49">
              <w:rPr>
                <w:noProof/>
                <w:webHidden/>
              </w:rPr>
              <w:t>15</w:t>
            </w:r>
            <w:r w:rsidRPr="00DB6570">
              <w:rPr>
                <w:noProof/>
                <w:webHidden/>
              </w:rPr>
              <w:fldChar w:fldCharType="end"/>
            </w:r>
          </w:hyperlink>
        </w:p>
        <w:p w14:paraId="07422400" w14:textId="5FF4FB6B" w:rsidR="00FA45D2" w:rsidRPr="00DB6570" w:rsidRDefault="00FA45D2">
          <w:pPr>
            <w:pStyle w:val="TOC3"/>
            <w:tabs>
              <w:tab w:val="right" w:leader="dot" w:pos="9856"/>
            </w:tabs>
            <w:rPr>
              <w:rFonts w:asciiTheme="minorHAnsi" w:hAnsiTheme="minorHAnsi"/>
              <w:noProof/>
              <w:kern w:val="2"/>
              <w:sz w:val="24"/>
              <w:szCs w:val="24"/>
              <w14:ligatures w14:val="standardContextual"/>
            </w:rPr>
          </w:pPr>
          <w:hyperlink w:anchor="_Toc237525220" w:history="1">
            <w:r w:rsidRPr="00DB6570">
              <w:rPr>
                <w:rStyle w:val="Hyperlink"/>
                <w:rFonts w:ascii="Times New Roman" w:hAnsi="Times New Roman" w:cs="Times New Roman"/>
                <w:noProof/>
              </w:rPr>
              <w:t>4.2.1 Detailed Academic and Professional Program Plan</w:t>
            </w:r>
            <w:r w:rsidRPr="00DB6570">
              <w:rPr>
                <w:noProof/>
                <w:webHidden/>
              </w:rPr>
              <w:tab/>
            </w:r>
            <w:r w:rsidRPr="00DB6570">
              <w:rPr>
                <w:noProof/>
                <w:webHidden/>
              </w:rPr>
              <w:fldChar w:fldCharType="begin"/>
            </w:r>
            <w:r w:rsidRPr="00DB6570">
              <w:rPr>
                <w:noProof/>
                <w:webHidden/>
              </w:rPr>
              <w:instrText xml:space="preserve"> PAGEREF _Toc237525220 \h </w:instrText>
            </w:r>
            <w:r w:rsidRPr="00DB6570">
              <w:rPr>
                <w:noProof/>
                <w:webHidden/>
              </w:rPr>
            </w:r>
            <w:r w:rsidRPr="00DB6570">
              <w:rPr>
                <w:noProof/>
                <w:webHidden/>
              </w:rPr>
              <w:fldChar w:fldCharType="separate"/>
            </w:r>
            <w:r w:rsidR="00452C49">
              <w:rPr>
                <w:noProof/>
                <w:webHidden/>
              </w:rPr>
              <w:t>16</w:t>
            </w:r>
            <w:r w:rsidRPr="00DB6570">
              <w:rPr>
                <w:noProof/>
                <w:webHidden/>
              </w:rPr>
              <w:fldChar w:fldCharType="end"/>
            </w:r>
          </w:hyperlink>
        </w:p>
        <w:p w14:paraId="0F6BC036" w14:textId="3880FD4A"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21" w:history="1">
            <w:r w:rsidRPr="00DB6570">
              <w:rPr>
                <w:rStyle w:val="Hyperlink"/>
                <w:rFonts w:ascii="Times New Roman" w:hAnsi="Times New Roman" w:cs="Times New Roman"/>
                <w:noProof/>
              </w:rPr>
              <w:t>4.3 Student Recruitment, Retention, Completion and Career Outcomes</w:t>
            </w:r>
            <w:r w:rsidRPr="00DB6570">
              <w:rPr>
                <w:noProof/>
                <w:webHidden/>
              </w:rPr>
              <w:tab/>
            </w:r>
            <w:r w:rsidRPr="00DB6570">
              <w:rPr>
                <w:noProof/>
                <w:webHidden/>
              </w:rPr>
              <w:fldChar w:fldCharType="begin"/>
            </w:r>
            <w:r w:rsidRPr="00DB6570">
              <w:rPr>
                <w:noProof/>
                <w:webHidden/>
              </w:rPr>
              <w:instrText xml:space="preserve"> PAGEREF _Toc237525221 \h </w:instrText>
            </w:r>
            <w:r w:rsidRPr="00DB6570">
              <w:rPr>
                <w:noProof/>
                <w:webHidden/>
              </w:rPr>
            </w:r>
            <w:r w:rsidRPr="00DB6570">
              <w:rPr>
                <w:noProof/>
                <w:webHidden/>
              </w:rPr>
              <w:fldChar w:fldCharType="separate"/>
            </w:r>
            <w:r w:rsidR="00452C49">
              <w:rPr>
                <w:noProof/>
                <w:webHidden/>
              </w:rPr>
              <w:t>17</w:t>
            </w:r>
            <w:r w:rsidRPr="00DB6570">
              <w:rPr>
                <w:noProof/>
                <w:webHidden/>
              </w:rPr>
              <w:fldChar w:fldCharType="end"/>
            </w:r>
          </w:hyperlink>
        </w:p>
        <w:p w14:paraId="33B9918A" w14:textId="5A25EFEA" w:rsidR="00FA45D2" w:rsidRPr="00DB6570" w:rsidRDefault="00FA45D2">
          <w:pPr>
            <w:pStyle w:val="TOC3"/>
            <w:tabs>
              <w:tab w:val="right" w:leader="dot" w:pos="9856"/>
            </w:tabs>
            <w:rPr>
              <w:rFonts w:asciiTheme="minorHAnsi" w:hAnsiTheme="minorHAnsi"/>
              <w:noProof/>
              <w:kern w:val="2"/>
              <w:sz w:val="24"/>
              <w:szCs w:val="24"/>
              <w14:ligatures w14:val="standardContextual"/>
            </w:rPr>
          </w:pPr>
          <w:hyperlink w:anchor="_Toc237525222" w:history="1">
            <w:r w:rsidRPr="00DB6570">
              <w:rPr>
                <w:rStyle w:val="Hyperlink"/>
                <w:rFonts w:ascii="Times New Roman" w:hAnsi="Times New Roman" w:cs="Times New Roman"/>
                <w:noProof/>
              </w:rPr>
              <w:t>4.3.1 Industry Placement</w:t>
            </w:r>
            <w:r w:rsidRPr="00DB6570">
              <w:rPr>
                <w:noProof/>
                <w:webHidden/>
              </w:rPr>
              <w:tab/>
            </w:r>
            <w:r w:rsidRPr="00DB6570">
              <w:rPr>
                <w:noProof/>
                <w:webHidden/>
              </w:rPr>
              <w:fldChar w:fldCharType="begin"/>
            </w:r>
            <w:r w:rsidRPr="00DB6570">
              <w:rPr>
                <w:noProof/>
                <w:webHidden/>
              </w:rPr>
              <w:instrText xml:space="preserve"> PAGEREF _Toc237525222 \h </w:instrText>
            </w:r>
            <w:r w:rsidRPr="00DB6570">
              <w:rPr>
                <w:noProof/>
                <w:webHidden/>
              </w:rPr>
            </w:r>
            <w:r w:rsidRPr="00DB6570">
              <w:rPr>
                <w:noProof/>
                <w:webHidden/>
              </w:rPr>
              <w:fldChar w:fldCharType="separate"/>
            </w:r>
            <w:r w:rsidR="00452C49">
              <w:rPr>
                <w:noProof/>
                <w:webHidden/>
              </w:rPr>
              <w:t>17</w:t>
            </w:r>
            <w:r w:rsidRPr="00DB6570">
              <w:rPr>
                <w:noProof/>
                <w:webHidden/>
              </w:rPr>
              <w:fldChar w:fldCharType="end"/>
            </w:r>
          </w:hyperlink>
        </w:p>
        <w:p w14:paraId="71111E44" w14:textId="34532B12"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23" w:history="1">
            <w:r w:rsidRPr="00DB6570">
              <w:rPr>
                <w:rStyle w:val="Hyperlink"/>
                <w:rFonts w:ascii="Times New Roman" w:hAnsi="Times New Roman" w:cs="Times New Roman"/>
                <w:noProof/>
              </w:rPr>
              <w:t>4.4 Research Agenda</w:t>
            </w:r>
            <w:r w:rsidRPr="00DB6570">
              <w:rPr>
                <w:noProof/>
                <w:webHidden/>
              </w:rPr>
              <w:tab/>
            </w:r>
            <w:r w:rsidRPr="00DB6570">
              <w:rPr>
                <w:noProof/>
                <w:webHidden/>
              </w:rPr>
              <w:fldChar w:fldCharType="begin"/>
            </w:r>
            <w:r w:rsidRPr="00DB6570">
              <w:rPr>
                <w:noProof/>
                <w:webHidden/>
              </w:rPr>
              <w:instrText xml:space="preserve"> PAGEREF _Toc237525223 \h </w:instrText>
            </w:r>
            <w:r w:rsidRPr="00DB6570">
              <w:rPr>
                <w:noProof/>
                <w:webHidden/>
              </w:rPr>
            </w:r>
            <w:r w:rsidRPr="00DB6570">
              <w:rPr>
                <w:noProof/>
                <w:webHidden/>
              </w:rPr>
              <w:fldChar w:fldCharType="separate"/>
            </w:r>
            <w:r w:rsidR="00452C49">
              <w:rPr>
                <w:noProof/>
                <w:webHidden/>
              </w:rPr>
              <w:t>17</w:t>
            </w:r>
            <w:r w:rsidRPr="00DB6570">
              <w:rPr>
                <w:noProof/>
                <w:webHidden/>
              </w:rPr>
              <w:fldChar w:fldCharType="end"/>
            </w:r>
          </w:hyperlink>
        </w:p>
        <w:p w14:paraId="38C30D51" w14:textId="4FABF8E0" w:rsidR="00FA45D2" w:rsidRPr="00DB6570" w:rsidRDefault="00FA45D2">
          <w:pPr>
            <w:pStyle w:val="TOC3"/>
            <w:tabs>
              <w:tab w:val="right" w:leader="dot" w:pos="9856"/>
            </w:tabs>
            <w:rPr>
              <w:rFonts w:asciiTheme="minorHAnsi" w:hAnsiTheme="minorHAnsi"/>
              <w:noProof/>
              <w:kern w:val="2"/>
              <w:sz w:val="24"/>
              <w:szCs w:val="24"/>
              <w14:ligatures w14:val="standardContextual"/>
            </w:rPr>
          </w:pPr>
          <w:hyperlink w:anchor="_Toc237525224" w:history="1">
            <w:r w:rsidRPr="00DB6570">
              <w:rPr>
                <w:rStyle w:val="Hyperlink"/>
                <w:rFonts w:ascii="Times New Roman" w:hAnsi="Times New Roman" w:cs="Times New Roman"/>
                <w:noProof/>
              </w:rPr>
              <w:t>4.4.1 Research Portfolio</w:t>
            </w:r>
            <w:r w:rsidRPr="00DB6570">
              <w:rPr>
                <w:noProof/>
                <w:webHidden/>
              </w:rPr>
              <w:tab/>
            </w:r>
            <w:r w:rsidRPr="00DB6570">
              <w:rPr>
                <w:noProof/>
                <w:webHidden/>
              </w:rPr>
              <w:fldChar w:fldCharType="begin"/>
            </w:r>
            <w:r w:rsidRPr="00DB6570">
              <w:rPr>
                <w:noProof/>
                <w:webHidden/>
              </w:rPr>
              <w:instrText xml:space="preserve"> PAGEREF _Toc237525224 \h </w:instrText>
            </w:r>
            <w:r w:rsidRPr="00DB6570">
              <w:rPr>
                <w:noProof/>
                <w:webHidden/>
              </w:rPr>
            </w:r>
            <w:r w:rsidRPr="00DB6570">
              <w:rPr>
                <w:noProof/>
                <w:webHidden/>
              </w:rPr>
              <w:fldChar w:fldCharType="separate"/>
            </w:r>
            <w:r w:rsidR="00452C49">
              <w:rPr>
                <w:noProof/>
                <w:webHidden/>
              </w:rPr>
              <w:t>19</w:t>
            </w:r>
            <w:r w:rsidRPr="00DB6570">
              <w:rPr>
                <w:noProof/>
                <w:webHidden/>
              </w:rPr>
              <w:fldChar w:fldCharType="end"/>
            </w:r>
          </w:hyperlink>
        </w:p>
        <w:p w14:paraId="2DE2A495" w14:textId="6BB51DDB"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25" w:history="1">
            <w:r w:rsidRPr="00DB6570">
              <w:rPr>
                <w:rStyle w:val="Hyperlink"/>
                <w:rFonts w:ascii="Times New Roman" w:hAnsi="Times New Roman" w:cs="Times New Roman"/>
                <w:noProof/>
              </w:rPr>
              <w:t>4.5 Innovation, Technology Transfer and Commercialization</w:t>
            </w:r>
            <w:r w:rsidRPr="00DB6570">
              <w:rPr>
                <w:noProof/>
                <w:webHidden/>
              </w:rPr>
              <w:tab/>
            </w:r>
            <w:r w:rsidRPr="00DB6570">
              <w:rPr>
                <w:noProof/>
                <w:webHidden/>
              </w:rPr>
              <w:fldChar w:fldCharType="begin"/>
            </w:r>
            <w:r w:rsidRPr="00DB6570">
              <w:rPr>
                <w:noProof/>
                <w:webHidden/>
              </w:rPr>
              <w:instrText xml:space="preserve"> PAGEREF _Toc237525225 \h </w:instrText>
            </w:r>
            <w:r w:rsidRPr="00DB6570">
              <w:rPr>
                <w:noProof/>
                <w:webHidden/>
              </w:rPr>
            </w:r>
            <w:r w:rsidRPr="00DB6570">
              <w:rPr>
                <w:noProof/>
                <w:webHidden/>
              </w:rPr>
              <w:fldChar w:fldCharType="separate"/>
            </w:r>
            <w:r w:rsidR="00452C49">
              <w:rPr>
                <w:noProof/>
                <w:webHidden/>
              </w:rPr>
              <w:t>19</w:t>
            </w:r>
            <w:r w:rsidRPr="00DB6570">
              <w:rPr>
                <w:noProof/>
                <w:webHidden/>
              </w:rPr>
              <w:fldChar w:fldCharType="end"/>
            </w:r>
          </w:hyperlink>
        </w:p>
        <w:p w14:paraId="6AD0BEE5" w14:textId="30A0118A" w:rsidR="00FA45D2" w:rsidRPr="00DB6570" w:rsidRDefault="00FA45D2">
          <w:pPr>
            <w:pStyle w:val="TOC3"/>
            <w:tabs>
              <w:tab w:val="right" w:leader="dot" w:pos="9856"/>
            </w:tabs>
            <w:rPr>
              <w:rFonts w:asciiTheme="minorHAnsi" w:hAnsiTheme="minorHAnsi"/>
              <w:noProof/>
              <w:kern w:val="2"/>
              <w:sz w:val="24"/>
              <w:szCs w:val="24"/>
              <w14:ligatures w14:val="standardContextual"/>
            </w:rPr>
          </w:pPr>
          <w:hyperlink w:anchor="_Toc237525226" w:history="1">
            <w:r w:rsidRPr="00DB6570">
              <w:rPr>
                <w:rStyle w:val="Hyperlink"/>
                <w:rFonts w:ascii="Times New Roman" w:hAnsi="Times New Roman" w:cs="Times New Roman"/>
                <w:noProof/>
              </w:rPr>
              <w:t>4.5.1 Innovation and Commercialization Pipeline</w:t>
            </w:r>
            <w:r w:rsidRPr="00DB6570">
              <w:rPr>
                <w:noProof/>
                <w:webHidden/>
              </w:rPr>
              <w:tab/>
            </w:r>
            <w:r w:rsidRPr="00DB6570">
              <w:rPr>
                <w:noProof/>
                <w:webHidden/>
              </w:rPr>
              <w:fldChar w:fldCharType="begin"/>
            </w:r>
            <w:r w:rsidRPr="00DB6570">
              <w:rPr>
                <w:noProof/>
                <w:webHidden/>
              </w:rPr>
              <w:instrText xml:space="preserve"> PAGEREF _Toc237525226 \h </w:instrText>
            </w:r>
            <w:r w:rsidRPr="00DB6570">
              <w:rPr>
                <w:noProof/>
                <w:webHidden/>
              </w:rPr>
            </w:r>
            <w:r w:rsidRPr="00DB6570">
              <w:rPr>
                <w:noProof/>
                <w:webHidden/>
              </w:rPr>
              <w:fldChar w:fldCharType="separate"/>
            </w:r>
            <w:r w:rsidR="00452C49">
              <w:rPr>
                <w:noProof/>
                <w:webHidden/>
              </w:rPr>
              <w:t>20</w:t>
            </w:r>
            <w:r w:rsidRPr="00DB6570">
              <w:rPr>
                <w:noProof/>
                <w:webHidden/>
              </w:rPr>
              <w:fldChar w:fldCharType="end"/>
            </w:r>
          </w:hyperlink>
        </w:p>
        <w:p w14:paraId="65383E11" w14:textId="772F0273"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27" w:history="1">
            <w:r w:rsidRPr="00DB6570">
              <w:rPr>
                <w:rStyle w:val="Hyperlink"/>
                <w:rFonts w:ascii="Times New Roman" w:hAnsi="Times New Roman" w:cs="Times New Roman"/>
                <w:noProof/>
              </w:rPr>
              <w:t>4.6 Artificial Intelligence</w:t>
            </w:r>
            <w:r w:rsidRPr="00DB6570">
              <w:rPr>
                <w:noProof/>
                <w:webHidden/>
              </w:rPr>
              <w:tab/>
            </w:r>
            <w:r w:rsidRPr="00DB6570">
              <w:rPr>
                <w:noProof/>
                <w:webHidden/>
              </w:rPr>
              <w:fldChar w:fldCharType="begin"/>
            </w:r>
            <w:r w:rsidRPr="00DB6570">
              <w:rPr>
                <w:noProof/>
                <w:webHidden/>
              </w:rPr>
              <w:instrText xml:space="preserve"> PAGEREF _Toc237525227 \h </w:instrText>
            </w:r>
            <w:r w:rsidRPr="00DB6570">
              <w:rPr>
                <w:noProof/>
                <w:webHidden/>
              </w:rPr>
            </w:r>
            <w:r w:rsidRPr="00DB6570">
              <w:rPr>
                <w:noProof/>
                <w:webHidden/>
              </w:rPr>
              <w:fldChar w:fldCharType="separate"/>
            </w:r>
            <w:r w:rsidR="00452C49">
              <w:rPr>
                <w:noProof/>
                <w:webHidden/>
              </w:rPr>
              <w:t>21</w:t>
            </w:r>
            <w:r w:rsidRPr="00DB6570">
              <w:rPr>
                <w:noProof/>
                <w:webHidden/>
              </w:rPr>
              <w:fldChar w:fldCharType="end"/>
            </w:r>
          </w:hyperlink>
        </w:p>
        <w:p w14:paraId="39B1FB27" w14:textId="3586B035"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28" w:history="1">
            <w:r w:rsidRPr="00DB6570">
              <w:rPr>
                <w:rStyle w:val="Hyperlink"/>
                <w:rFonts w:ascii="Times New Roman" w:hAnsi="Times New Roman" w:cs="Times New Roman"/>
                <w:noProof/>
              </w:rPr>
              <w:t>4.7 Industry and Employer Partnerships</w:t>
            </w:r>
            <w:r w:rsidRPr="00DB6570">
              <w:rPr>
                <w:noProof/>
                <w:webHidden/>
              </w:rPr>
              <w:tab/>
            </w:r>
            <w:r w:rsidRPr="00DB6570">
              <w:rPr>
                <w:noProof/>
                <w:webHidden/>
              </w:rPr>
              <w:fldChar w:fldCharType="begin"/>
            </w:r>
            <w:r w:rsidRPr="00DB6570">
              <w:rPr>
                <w:noProof/>
                <w:webHidden/>
              </w:rPr>
              <w:instrText xml:space="preserve"> PAGEREF _Toc237525228 \h </w:instrText>
            </w:r>
            <w:r w:rsidRPr="00DB6570">
              <w:rPr>
                <w:noProof/>
                <w:webHidden/>
              </w:rPr>
            </w:r>
            <w:r w:rsidRPr="00DB6570">
              <w:rPr>
                <w:noProof/>
                <w:webHidden/>
              </w:rPr>
              <w:fldChar w:fldCharType="separate"/>
            </w:r>
            <w:r w:rsidR="00452C49">
              <w:rPr>
                <w:noProof/>
                <w:webHidden/>
              </w:rPr>
              <w:t>21</w:t>
            </w:r>
            <w:r w:rsidRPr="00DB6570">
              <w:rPr>
                <w:noProof/>
                <w:webHidden/>
              </w:rPr>
              <w:fldChar w:fldCharType="end"/>
            </w:r>
          </w:hyperlink>
        </w:p>
        <w:p w14:paraId="7BFCCCFF" w14:textId="4F02F2CB" w:rsidR="00FA45D2" w:rsidRPr="00DB6570" w:rsidRDefault="00FA45D2">
          <w:pPr>
            <w:pStyle w:val="TOC3"/>
            <w:tabs>
              <w:tab w:val="right" w:leader="dot" w:pos="9856"/>
            </w:tabs>
            <w:rPr>
              <w:rFonts w:asciiTheme="minorHAnsi" w:hAnsiTheme="minorHAnsi"/>
              <w:noProof/>
              <w:kern w:val="2"/>
              <w:sz w:val="24"/>
              <w:szCs w:val="24"/>
              <w14:ligatures w14:val="standardContextual"/>
            </w:rPr>
          </w:pPr>
          <w:hyperlink w:anchor="_Toc237525229" w:history="1">
            <w:r w:rsidRPr="00DB6570">
              <w:rPr>
                <w:rStyle w:val="Hyperlink"/>
                <w:rFonts w:ascii="Times New Roman" w:hAnsi="Times New Roman" w:cs="Times New Roman"/>
                <w:noProof/>
              </w:rPr>
              <w:t>4.7.1 Partner Commitment Register</w:t>
            </w:r>
            <w:r w:rsidRPr="00DB6570">
              <w:rPr>
                <w:noProof/>
                <w:webHidden/>
              </w:rPr>
              <w:tab/>
            </w:r>
            <w:r w:rsidRPr="00DB6570">
              <w:rPr>
                <w:noProof/>
                <w:webHidden/>
              </w:rPr>
              <w:fldChar w:fldCharType="begin"/>
            </w:r>
            <w:r w:rsidRPr="00DB6570">
              <w:rPr>
                <w:noProof/>
                <w:webHidden/>
              </w:rPr>
              <w:instrText xml:space="preserve"> PAGEREF _Toc237525229 \h </w:instrText>
            </w:r>
            <w:r w:rsidRPr="00DB6570">
              <w:rPr>
                <w:noProof/>
                <w:webHidden/>
              </w:rPr>
            </w:r>
            <w:r w:rsidRPr="00DB6570">
              <w:rPr>
                <w:noProof/>
                <w:webHidden/>
              </w:rPr>
              <w:fldChar w:fldCharType="separate"/>
            </w:r>
            <w:r w:rsidR="00452C49">
              <w:rPr>
                <w:noProof/>
                <w:webHidden/>
              </w:rPr>
              <w:t>21</w:t>
            </w:r>
            <w:r w:rsidRPr="00DB6570">
              <w:rPr>
                <w:noProof/>
                <w:webHidden/>
              </w:rPr>
              <w:fldChar w:fldCharType="end"/>
            </w:r>
          </w:hyperlink>
        </w:p>
        <w:p w14:paraId="2C515DEE" w14:textId="2D019D69" w:rsidR="00FA45D2" w:rsidRPr="00DB6570" w:rsidRDefault="00FA45D2">
          <w:pPr>
            <w:pStyle w:val="TOC3"/>
            <w:tabs>
              <w:tab w:val="right" w:leader="dot" w:pos="9856"/>
            </w:tabs>
            <w:rPr>
              <w:rFonts w:asciiTheme="minorHAnsi" w:hAnsiTheme="minorHAnsi"/>
              <w:noProof/>
              <w:kern w:val="2"/>
              <w:sz w:val="24"/>
              <w:szCs w:val="24"/>
              <w14:ligatures w14:val="standardContextual"/>
            </w:rPr>
          </w:pPr>
          <w:hyperlink w:anchor="_Toc237525230" w:history="1">
            <w:r w:rsidRPr="00DB6570">
              <w:rPr>
                <w:rStyle w:val="Hyperlink"/>
                <w:rFonts w:ascii="Times New Roman" w:hAnsi="Times New Roman" w:cs="Times New Roman"/>
                <w:noProof/>
              </w:rPr>
              <w:t>4.7.2 Academic Partnerships</w:t>
            </w:r>
            <w:r w:rsidRPr="00DB6570">
              <w:rPr>
                <w:noProof/>
                <w:webHidden/>
              </w:rPr>
              <w:tab/>
            </w:r>
            <w:r w:rsidRPr="00DB6570">
              <w:rPr>
                <w:noProof/>
                <w:webHidden/>
              </w:rPr>
              <w:fldChar w:fldCharType="begin"/>
            </w:r>
            <w:r w:rsidRPr="00DB6570">
              <w:rPr>
                <w:noProof/>
                <w:webHidden/>
              </w:rPr>
              <w:instrText xml:space="preserve"> PAGEREF _Toc237525230 \h </w:instrText>
            </w:r>
            <w:r w:rsidRPr="00DB6570">
              <w:rPr>
                <w:noProof/>
                <w:webHidden/>
              </w:rPr>
            </w:r>
            <w:r w:rsidRPr="00DB6570">
              <w:rPr>
                <w:noProof/>
                <w:webHidden/>
              </w:rPr>
              <w:fldChar w:fldCharType="separate"/>
            </w:r>
            <w:r w:rsidR="00452C49">
              <w:rPr>
                <w:noProof/>
                <w:webHidden/>
              </w:rPr>
              <w:t>22</w:t>
            </w:r>
            <w:r w:rsidRPr="00DB6570">
              <w:rPr>
                <w:noProof/>
                <w:webHidden/>
              </w:rPr>
              <w:fldChar w:fldCharType="end"/>
            </w:r>
          </w:hyperlink>
        </w:p>
        <w:p w14:paraId="488D40B6" w14:textId="5C981E73" w:rsidR="00FA45D2" w:rsidRPr="00DB6570" w:rsidRDefault="00FA45D2">
          <w:pPr>
            <w:pStyle w:val="TOC3"/>
            <w:tabs>
              <w:tab w:val="right" w:leader="dot" w:pos="9856"/>
            </w:tabs>
            <w:rPr>
              <w:rFonts w:asciiTheme="minorHAnsi" w:hAnsiTheme="minorHAnsi"/>
              <w:noProof/>
              <w:kern w:val="2"/>
              <w:sz w:val="24"/>
              <w:szCs w:val="24"/>
              <w14:ligatures w14:val="standardContextual"/>
            </w:rPr>
          </w:pPr>
          <w:hyperlink w:anchor="_Toc237525231" w:history="1">
            <w:r w:rsidRPr="00DB6570">
              <w:rPr>
                <w:rStyle w:val="Hyperlink"/>
                <w:rFonts w:ascii="Times New Roman" w:hAnsi="Times New Roman" w:cs="Times New Roman"/>
                <w:noProof/>
              </w:rPr>
              <w:t>4.7.3 Partner Commitment Register</w:t>
            </w:r>
            <w:r w:rsidRPr="00DB6570">
              <w:rPr>
                <w:noProof/>
                <w:webHidden/>
              </w:rPr>
              <w:tab/>
            </w:r>
            <w:r w:rsidRPr="00DB6570">
              <w:rPr>
                <w:noProof/>
                <w:webHidden/>
              </w:rPr>
              <w:fldChar w:fldCharType="begin"/>
            </w:r>
            <w:r w:rsidRPr="00DB6570">
              <w:rPr>
                <w:noProof/>
                <w:webHidden/>
              </w:rPr>
              <w:instrText xml:space="preserve"> PAGEREF _Toc237525231 \h </w:instrText>
            </w:r>
            <w:r w:rsidRPr="00DB6570">
              <w:rPr>
                <w:noProof/>
                <w:webHidden/>
              </w:rPr>
            </w:r>
            <w:r w:rsidRPr="00DB6570">
              <w:rPr>
                <w:noProof/>
                <w:webHidden/>
              </w:rPr>
              <w:fldChar w:fldCharType="separate"/>
            </w:r>
            <w:r w:rsidR="00452C49">
              <w:rPr>
                <w:noProof/>
                <w:webHidden/>
              </w:rPr>
              <w:t>22</w:t>
            </w:r>
            <w:r w:rsidRPr="00DB6570">
              <w:rPr>
                <w:noProof/>
                <w:webHidden/>
              </w:rPr>
              <w:fldChar w:fldCharType="end"/>
            </w:r>
          </w:hyperlink>
        </w:p>
        <w:p w14:paraId="6DF86A5E" w14:textId="53A56174"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32" w:history="1">
            <w:r w:rsidRPr="00DB6570">
              <w:rPr>
                <w:rStyle w:val="Hyperlink"/>
                <w:rFonts w:ascii="Times New Roman" w:hAnsi="Times New Roman" w:cs="Times New Roman"/>
                <w:noProof/>
              </w:rPr>
              <w:t>4.8 Regional Role and Collaboration</w:t>
            </w:r>
            <w:r w:rsidRPr="00DB6570">
              <w:rPr>
                <w:noProof/>
                <w:webHidden/>
              </w:rPr>
              <w:tab/>
            </w:r>
            <w:r w:rsidRPr="00DB6570">
              <w:rPr>
                <w:noProof/>
                <w:webHidden/>
              </w:rPr>
              <w:fldChar w:fldCharType="begin"/>
            </w:r>
            <w:r w:rsidRPr="00DB6570">
              <w:rPr>
                <w:noProof/>
                <w:webHidden/>
              </w:rPr>
              <w:instrText xml:space="preserve"> PAGEREF _Toc237525232 \h </w:instrText>
            </w:r>
            <w:r w:rsidRPr="00DB6570">
              <w:rPr>
                <w:noProof/>
                <w:webHidden/>
              </w:rPr>
            </w:r>
            <w:r w:rsidRPr="00DB6570">
              <w:rPr>
                <w:noProof/>
                <w:webHidden/>
              </w:rPr>
              <w:fldChar w:fldCharType="separate"/>
            </w:r>
            <w:r w:rsidR="00452C49">
              <w:rPr>
                <w:noProof/>
                <w:webHidden/>
              </w:rPr>
              <w:t>23</w:t>
            </w:r>
            <w:r w:rsidRPr="00DB6570">
              <w:rPr>
                <w:noProof/>
                <w:webHidden/>
              </w:rPr>
              <w:fldChar w:fldCharType="end"/>
            </w:r>
          </w:hyperlink>
        </w:p>
        <w:p w14:paraId="6E1599B2" w14:textId="15FBABA5"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33" w:history="1">
            <w:r w:rsidRPr="00DB6570">
              <w:rPr>
                <w:rStyle w:val="Hyperlink"/>
                <w:rFonts w:ascii="Times New Roman" w:hAnsi="Times New Roman" w:cs="Times New Roman"/>
                <w:noProof/>
              </w:rPr>
              <w:t>4.9 Cross-Cutting Theme: Gender</w:t>
            </w:r>
            <w:r w:rsidRPr="00DB6570">
              <w:rPr>
                <w:noProof/>
                <w:webHidden/>
              </w:rPr>
              <w:tab/>
            </w:r>
            <w:r w:rsidRPr="00DB6570">
              <w:rPr>
                <w:noProof/>
                <w:webHidden/>
              </w:rPr>
              <w:fldChar w:fldCharType="begin"/>
            </w:r>
            <w:r w:rsidRPr="00DB6570">
              <w:rPr>
                <w:noProof/>
                <w:webHidden/>
              </w:rPr>
              <w:instrText xml:space="preserve"> PAGEREF _Toc237525233 \h </w:instrText>
            </w:r>
            <w:r w:rsidRPr="00DB6570">
              <w:rPr>
                <w:noProof/>
                <w:webHidden/>
              </w:rPr>
            </w:r>
            <w:r w:rsidRPr="00DB6570">
              <w:rPr>
                <w:noProof/>
                <w:webHidden/>
              </w:rPr>
              <w:fldChar w:fldCharType="separate"/>
            </w:r>
            <w:r w:rsidR="00452C49">
              <w:rPr>
                <w:noProof/>
                <w:webHidden/>
              </w:rPr>
              <w:t>23</w:t>
            </w:r>
            <w:r w:rsidRPr="00DB6570">
              <w:rPr>
                <w:noProof/>
                <w:webHidden/>
              </w:rPr>
              <w:fldChar w:fldCharType="end"/>
            </w:r>
          </w:hyperlink>
        </w:p>
        <w:p w14:paraId="4DB6441D" w14:textId="2A851900"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34" w:history="1">
            <w:r w:rsidRPr="00DB6570">
              <w:rPr>
                <w:rStyle w:val="Hyperlink"/>
                <w:rFonts w:ascii="Times New Roman" w:hAnsi="Times New Roman" w:cs="Times New Roman"/>
                <w:noProof/>
              </w:rPr>
              <w:t>4.10 Management, Governance, Staffing and Center Operations</w:t>
            </w:r>
            <w:r w:rsidRPr="00DB6570">
              <w:rPr>
                <w:noProof/>
                <w:webHidden/>
              </w:rPr>
              <w:tab/>
            </w:r>
            <w:r w:rsidRPr="00DB6570">
              <w:rPr>
                <w:noProof/>
                <w:webHidden/>
              </w:rPr>
              <w:fldChar w:fldCharType="begin"/>
            </w:r>
            <w:r w:rsidRPr="00DB6570">
              <w:rPr>
                <w:noProof/>
                <w:webHidden/>
              </w:rPr>
              <w:instrText xml:space="preserve"> PAGEREF _Toc237525234 \h </w:instrText>
            </w:r>
            <w:r w:rsidRPr="00DB6570">
              <w:rPr>
                <w:noProof/>
                <w:webHidden/>
              </w:rPr>
            </w:r>
            <w:r w:rsidRPr="00DB6570">
              <w:rPr>
                <w:noProof/>
                <w:webHidden/>
              </w:rPr>
              <w:fldChar w:fldCharType="separate"/>
            </w:r>
            <w:r w:rsidR="00452C49">
              <w:rPr>
                <w:noProof/>
                <w:webHidden/>
              </w:rPr>
              <w:t>24</w:t>
            </w:r>
            <w:r w:rsidRPr="00DB6570">
              <w:rPr>
                <w:noProof/>
                <w:webHidden/>
              </w:rPr>
              <w:fldChar w:fldCharType="end"/>
            </w:r>
          </w:hyperlink>
        </w:p>
        <w:p w14:paraId="645FEF83" w14:textId="24317DB6" w:rsidR="00FA45D2" w:rsidRPr="00DB6570" w:rsidRDefault="00FA45D2">
          <w:pPr>
            <w:pStyle w:val="TOC3"/>
            <w:tabs>
              <w:tab w:val="right" w:leader="dot" w:pos="9856"/>
            </w:tabs>
            <w:rPr>
              <w:rFonts w:asciiTheme="minorHAnsi" w:hAnsiTheme="minorHAnsi"/>
              <w:noProof/>
              <w:kern w:val="2"/>
              <w:sz w:val="24"/>
              <w:szCs w:val="24"/>
              <w14:ligatures w14:val="standardContextual"/>
            </w:rPr>
          </w:pPr>
          <w:hyperlink w:anchor="_Toc237525235" w:history="1">
            <w:r w:rsidRPr="00DB6570">
              <w:rPr>
                <w:rStyle w:val="Hyperlink"/>
                <w:rFonts w:ascii="Times New Roman" w:hAnsi="Times New Roman" w:cs="Times New Roman"/>
                <w:noProof/>
              </w:rPr>
              <w:t>4.10.1 ACE Staffing Plan</w:t>
            </w:r>
            <w:r w:rsidRPr="00DB6570">
              <w:rPr>
                <w:noProof/>
                <w:webHidden/>
              </w:rPr>
              <w:tab/>
            </w:r>
            <w:r w:rsidRPr="00DB6570">
              <w:rPr>
                <w:noProof/>
                <w:webHidden/>
              </w:rPr>
              <w:fldChar w:fldCharType="begin"/>
            </w:r>
            <w:r w:rsidRPr="00DB6570">
              <w:rPr>
                <w:noProof/>
                <w:webHidden/>
              </w:rPr>
              <w:instrText xml:space="preserve"> PAGEREF _Toc237525235 \h </w:instrText>
            </w:r>
            <w:r w:rsidRPr="00DB6570">
              <w:rPr>
                <w:noProof/>
                <w:webHidden/>
              </w:rPr>
            </w:r>
            <w:r w:rsidRPr="00DB6570">
              <w:rPr>
                <w:noProof/>
                <w:webHidden/>
              </w:rPr>
              <w:fldChar w:fldCharType="separate"/>
            </w:r>
            <w:r w:rsidR="00452C49">
              <w:rPr>
                <w:noProof/>
                <w:webHidden/>
              </w:rPr>
              <w:t>24</w:t>
            </w:r>
            <w:r w:rsidRPr="00DB6570">
              <w:rPr>
                <w:noProof/>
                <w:webHidden/>
              </w:rPr>
              <w:fldChar w:fldCharType="end"/>
            </w:r>
          </w:hyperlink>
        </w:p>
        <w:p w14:paraId="4F7472C5" w14:textId="204FE10C"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36" w:history="1">
            <w:r w:rsidRPr="00DB6570">
              <w:rPr>
                <w:rStyle w:val="Hyperlink"/>
                <w:rFonts w:ascii="Times New Roman" w:hAnsi="Times New Roman" w:cs="Times New Roman"/>
                <w:noProof/>
              </w:rPr>
              <w:t>4.11 Staff and Faculty Development</w:t>
            </w:r>
            <w:r w:rsidRPr="00DB6570">
              <w:rPr>
                <w:noProof/>
                <w:webHidden/>
              </w:rPr>
              <w:tab/>
            </w:r>
            <w:r w:rsidRPr="00DB6570">
              <w:rPr>
                <w:noProof/>
                <w:webHidden/>
              </w:rPr>
              <w:fldChar w:fldCharType="begin"/>
            </w:r>
            <w:r w:rsidRPr="00DB6570">
              <w:rPr>
                <w:noProof/>
                <w:webHidden/>
              </w:rPr>
              <w:instrText xml:space="preserve"> PAGEREF _Toc237525236 \h </w:instrText>
            </w:r>
            <w:r w:rsidRPr="00DB6570">
              <w:rPr>
                <w:noProof/>
                <w:webHidden/>
              </w:rPr>
            </w:r>
            <w:r w:rsidRPr="00DB6570">
              <w:rPr>
                <w:noProof/>
                <w:webHidden/>
              </w:rPr>
              <w:fldChar w:fldCharType="separate"/>
            </w:r>
            <w:r w:rsidR="00452C49">
              <w:rPr>
                <w:noProof/>
                <w:webHidden/>
              </w:rPr>
              <w:t>25</w:t>
            </w:r>
            <w:r w:rsidRPr="00DB6570">
              <w:rPr>
                <w:noProof/>
                <w:webHidden/>
              </w:rPr>
              <w:fldChar w:fldCharType="end"/>
            </w:r>
          </w:hyperlink>
        </w:p>
        <w:p w14:paraId="4163C4E9" w14:textId="4E11248D" w:rsidR="00FA45D2" w:rsidRPr="00DB6570" w:rsidRDefault="00FA45D2">
          <w:pPr>
            <w:pStyle w:val="TOC3"/>
            <w:tabs>
              <w:tab w:val="right" w:leader="dot" w:pos="9856"/>
            </w:tabs>
            <w:rPr>
              <w:rFonts w:asciiTheme="minorHAnsi" w:hAnsiTheme="minorHAnsi"/>
              <w:noProof/>
              <w:kern w:val="2"/>
              <w:sz w:val="24"/>
              <w:szCs w:val="24"/>
              <w14:ligatures w14:val="standardContextual"/>
            </w:rPr>
          </w:pPr>
          <w:hyperlink w:anchor="_Toc237525237" w:history="1">
            <w:r w:rsidRPr="00DB6570">
              <w:rPr>
                <w:rStyle w:val="Hyperlink"/>
                <w:rFonts w:ascii="Times New Roman" w:hAnsi="Times New Roman" w:cs="Times New Roman"/>
                <w:noProof/>
              </w:rPr>
              <w:t>4.11.1 Staff Development Plan</w:t>
            </w:r>
            <w:r w:rsidRPr="00DB6570">
              <w:rPr>
                <w:noProof/>
                <w:webHidden/>
              </w:rPr>
              <w:tab/>
            </w:r>
            <w:r w:rsidRPr="00DB6570">
              <w:rPr>
                <w:noProof/>
                <w:webHidden/>
              </w:rPr>
              <w:fldChar w:fldCharType="begin"/>
            </w:r>
            <w:r w:rsidRPr="00DB6570">
              <w:rPr>
                <w:noProof/>
                <w:webHidden/>
              </w:rPr>
              <w:instrText xml:space="preserve"> PAGEREF _Toc237525237 \h </w:instrText>
            </w:r>
            <w:r w:rsidRPr="00DB6570">
              <w:rPr>
                <w:noProof/>
                <w:webHidden/>
              </w:rPr>
            </w:r>
            <w:r w:rsidRPr="00DB6570">
              <w:rPr>
                <w:noProof/>
                <w:webHidden/>
              </w:rPr>
              <w:fldChar w:fldCharType="separate"/>
            </w:r>
            <w:r w:rsidR="00452C49">
              <w:rPr>
                <w:noProof/>
                <w:webHidden/>
              </w:rPr>
              <w:t>25</w:t>
            </w:r>
            <w:r w:rsidRPr="00DB6570">
              <w:rPr>
                <w:noProof/>
                <w:webHidden/>
              </w:rPr>
              <w:fldChar w:fldCharType="end"/>
            </w:r>
          </w:hyperlink>
        </w:p>
        <w:p w14:paraId="2B85F437" w14:textId="507EECD0"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38" w:history="1">
            <w:r w:rsidRPr="00DB6570">
              <w:rPr>
                <w:rStyle w:val="Hyperlink"/>
                <w:rFonts w:ascii="Times New Roman" w:hAnsi="Times New Roman" w:cs="Times New Roman"/>
                <w:noProof/>
              </w:rPr>
              <w:t>4.12 Institutional Strengthening Investment Plan</w:t>
            </w:r>
            <w:r w:rsidRPr="00DB6570">
              <w:rPr>
                <w:noProof/>
                <w:webHidden/>
              </w:rPr>
              <w:tab/>
            </w:r>
            <w:r w:rsidRPr="00DB6570">
              <w:rPr>
                <w:noProof/>
                <w:webHidden/>
              </w:rPr>
              <w:fldChar w:fldCharType="begin"/>
            </w:r>
            <w:r w:rsidRPr="00DB6570">
              <w:rPr>
                <w:noProof/>
                <w:webHidden/>
              </w:rPr>
              <w:instrText xml:space="preserve"> PAGEREF _Toc237525238 \h </w:instrText>
            </w:r>
            <w:r w:rsidRPr="00DB6570">
              <w:rPr>
                <w:noProof/>
                <w:webHidden/>
              </w:rPr>
            </w:r>
            <w:r w:rsidRPr="00DB6570">
              <w:rPr>
                <w:noProof/>
                <w:webHidden/>
              </w:rPr>
              <w:fldChar w:fldCharType="separate"/>
            </w:r>
            <w:r w:rsidR="00452C49">
              <w:rPr>
                <w:noProof/>
                <w:webHidden/>
              </w:rPr>
              <w:t>25</w:t>
            </w:r>
            <w:r w:rsidRPr="00DB6570">
              <w:rPr>
                <w:noProof/>
                <w:webHidden/>
              </w:rPr>
              <w:fldChar w:fldCharType="end"/>
            </w:r>
          </w:hyperlink>
        </w:p>
        <w:p w14:paraId="4CF6A617" w14:textId="7E487A43"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39" w:history="1">
            <w:r w:rsidRPr="00DB6570">
              <w:rPr>
                <w:rStyle w:val="Hyperlink"/>
                <w:rFonts w:ascii="Times New Roman" w:hAnsi="Times New Roman" w:cs="Times New Roman"/>
                <w:noProof/>
              </w:rPr>
              <w:t>4.13 Physical Resources, Equipment and Civil Works</w:t>
            </w:r>
            <w:r w:rsidRPr="00DB6570">
              <w:rPr>
                <w:noProof/>
                <w:webHidden/>
              </w:rPr>
              <w:tab/>
            </w:r>
            <w:r w:rsidRPr="00DB6570">
              <w:rPr>
                <w:noProof/>
                <w:webHidden/>
              </w:rPr>
              <w:fldChar w:fldCharType="begin"/>
            </w:r>
            <w:r w:rsidRPr="00DB6570">
              <w:rPr>
                <w:noProof/>
                <w:webHidden/>
              </w:rPr>
              <w:instrText xml:space="preserve"> PAGEREF _Toc237525239 \h </w:instrText>
            </w:r>
            <w:r w:rsidRPr="00DB6570">
              <w:rPr>
                <w:noProof/>
                <w:webHidden/>
              </w:rPr>
            </w:r>
            <w:r w:rsidRPr="00DB6570">
              <w:rPr>
                <w:noProof/>
                <w:webHidden/>
              </w:rPr>
              <w:fldChar w:fldCharType="separate"/>
            </w:r>
            <w:r w:rsidR="00452C49">
              <w:rPr>
                <w:noProof/>
                <w:webHidden/>
              </w:rPr>
              <w:t>26</w:t>
            </w:r>
            <w:r w:rsidRPr="00DB6570">
              <w:rPr>
                <w:noProof/>
                <w:webHidden/>
              </w:rPr>
              <w:fldChar w:fldCharType="end"/>
            </w:r>
          </w:hyperlink>
        </w:p>
        <w:p w14:paraId="2D4E9E78" w14:textId="0D3DEEF0" w:rsidR="00FA45D2" w:rsidRPr="00DB6570" w:rsidRDefault="00FA45D2">
          <w:pPr>
            <w:pStyle w:val="TOC3"/>
            <w:tabs>
              <w:tab w:val="right" w:leader="dot" w:pos="9856"/>
            </w:tabs>
            <w:rPr>
              <w:rFonts w:asciiTheme="minorHAnsi" w:hAnsiTheme="minorHAnsi"/>
              <w:noProof/>
              <w:kern w:val="2"/>
              <w:sz w:val="24"/>
              <w:szCs w:val="24"/>
              <w14:ligatures w14:val="standardContextual"/>
            </w:rPr>
          </w:pPr>
          <w:hyperlink w:anchor="_Toc237525240" w:history="1">
            <w:r w:rsidRPr="00DB6570">
              <w:rPr>
                <w:rStyle w:val="Hyperlink"/>
                <w:rFonts w:ascii="Times New Roman" w:hAnsi="Times New Roman" w:cs="Times New Roman"/>
                <w:noProof/>
              </w:rPr>
              <w:t>4.13.1 Civil Works and Construction Plan</w:t>
            </w:r>
            <w:r w:rsidRPr="00DB6570">
              <w:rPr>
                <w:noProof/>
                <w:webHidden/>
              </w:rPr>
              <w:tab/>
            </w:r>
            <w:r w:rsidRPr="00DB6570">
              <w:rPr>
                <w:noProof/>
                <w:webHidden/>
              </w:rPr>
              <w:fldChar w:fldCharType="begin"/>
            </w:r>
            <w:r w:rsidRPr="00DB6570">
              <w:rPr>
                <w:noProof/>
                <w:webHidden/>
              </w:rPr>
              <w:instrText xml:space="preserve"> PAGEREF _Toc237525240 \h </w:instrText>
            </w:r>
            <w:r w:rsidRPr="00DB6570">
              <w:rPr>
                <w:noProof/>
                <w:webHidden/>
              </w:rPr>
            </w:r>
            <w:r w:rsidRPr="00DB6570">
              <w:rPr>
                <w:noProof/>
                <w:webHidden/>
              </w:rPr>
              <w:fldChar w:fldCharType="separate"/>
            </w:r>
            <w:r w:rsidR="00452C49">
              <w:rPr>
                <w:noProof/>
                <w:webHidden/>
              </w:rPr>
              <w:t>26</w:t>
            </w:r>
            <w:r w:rsidRPr="00DB6570">
              <w:rPr>
                <w:noProof/>
                <w:webHidden/>
              </w:rPr>
              <w:fldChar w:fldCharType="end"/>
            </w:r>
          </w:hyperlink>
        </w:p>
        <w:p w14:paraId="3C221A77" w14:textId="67237762"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41" w:history="1">
            <w:r w:rsidRPr="00DB6570">
              <w:rPr>
                <w:rStyle w:val="Hyperlink"/>
                <w:rFonts w:ascii="Times New Roman" w:hAnsi="Times New Roman" w:cs="Times New Roman"/>
                <w:noProof/>
              </w:rPr>
              <w:t>4.14 Institutional Capacity and Host University Support</w:t>
            </w:r>
            <w:r w:rsidRPr="00DB6570">
              <w:rPr>
                <w:noProof/>
                <w:webHidden/>
              </w:rPr>
              <w:tab/>
            </w:r>
            <w:r w:rsidRPr="00DB6570">
              <w:rPr>
                <w:noProof/>
                <w:webHidden/>
              </w:rPr>
              <w:fldChar w:fldCharType="begin"/>
            </w:r>
            <w:r w:rsidRPr="00DB6570">
              <w:rPr>
                <w:noProof/>
                <w:webHidden/>
              </w:rPr>
              <w:instrText xml:space="preserve"> PAGEREF _Toc237525241 \h </w:instrText>
            </w:r>
            <w:r w:rsidRPr="00DB6570">
              <w:rPr>
                <w:noProof/>
                <w:webHidden/>
              </w:rPr>
            </w:r>
            <w:r w:rsidRPr="00DB6570">
              <w:rPr>
                <w:noProof/>
                <w:webHidden/>
              </w:rPr>
              <w:fldChar w:fldCharType="separate"/>
            </w:r>
            <w:r w:rsidR="00452C49">
              <w:rPr>
                <w:noProof/>
                <w:webHidden/>
              </w:rPr>
              <w:t>26</w:t>
            </w:r>
            <w:r w:rsidRPr="00DB6570">
              <w:rPr>
                <w:noProof/>
                <w:webHidden/>
              </w:rPr>
              <w:fldChar w:fldCharType="end"/>
            </w:r>
          </w:hyperlink>
        </w:p>
        <w:p w14:paraId="035E1BE7" w14:textId="7F193E59"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42" w:history="1">
            <w:r w:rsidRPr="00DB6570">
              <w:rPr>
                <w:rStyle w:val="Hyperlink"/>
                <w:rFonts w:ascii="Times New Roman" w:hAnsi="Times New Roman" w:cs="Times New Roman"/>
                <w:noProof/>
              </w:rPr>
              <w:t>4.15 Financial Position and Sustainability</w:t>
            </w:r>
            <w:r w:rsidRPr="00DB6570">
              <w:rPr>
                <w:noProof/>
                <w:webHidden/>
              </w:rPr>
              <w:tab/>
            </w:r>
            <w:r w:rsidRPr="00DB6570">
              <w:rPr>
                <w:noProof/>
                <w:webHidden/>
              </w:rPr>
              <w:fldChar w:fldCharType="begin"/>
            </w:r>
            <w:r w:rsidRPr="00DB6570">
              <w:rPr>
                <w:noProof/>
                <w:webHidden/>
              </w:rPr>
              <w:instrText xml:space="preserve"> PAGEREF _Toc237525242 \h </w:instrText>
            </w:r>
            <w:r w:rsidRPr="00DB6570">
              <w:rPr>
                <w:noProof/>
                <w:webHidden/>
              </w:rPr>
            </w:r>
            <w:r w:rsidRPr="00DB6570">
              <w:rPr>
                <w:noProof/>
                <w:webHidden/>
              </w:rPr>
              <w:fldChar w:fldCharType="separate"/>
            </w:r>
            <w:r w:rsidR="00452C49">
              <w:rPr>
                <w:noProof/>
                <w:webHidden/>
              </w:rPr>
              <w:t>27</w:t>
            </w:r>
            <w:r w:rsidRPr="00DB6570">
              <w:rPr>
                <w:noProof/>
                <w:webHidden/>
              </w:rPr>
              <w:fldChar w:fldCharType="end"/>
            </w:r>
          </w:hyperlink>
        </w:p>
        <w:p w14:paraId="4C612A22" w14:textId="08A18D0A" w:rsidR="00FA45D2" w:rsidRPr="00DB6570" w:rsidRDefault="00FA45D2">
          <w:pPr>
            <w:pStyle w:val="TOC3"/>
            <w:tabs>
              <w:tab w:val="right" w:leader="dot" w:pos="9856"/>
            </w:tabs>
            <w:rPr>
              <w:rFonts w:asciiTheme="minorHAnsi" w:hAnsiTheme="minorHAnsi"/>
              <w:noProof/>
              <w:kern w:val="2"/>
              <w:sz w:val="24"/>
              <w:szCs w:val="24"/>
              <w14:ligatures w14:val="standardContextual"/>
            </w:rPr>
          </w:pPr>
          <w:hyperlink w:anchor="_Toc237525243" w:history="1">
            <w:r w:rsidRPr="00DB6570">
              <w:rPr>
                <w:rStyle w:val="Hyperlink"/>
                <w:rFonts w:ascii="Times New Roman" w:hAnsi="Times New Roman" w:cs="Times New Roman"/>
                <w:noProof/>
              </w:rPr>
              <w:t>4.15.1 ACE Revenue and Sustainability Projection</w:t>
            </w:r>
            <w:r w:rsidRPr="00DB6570">
              <w:rPr>
                <w:noProof/>
                <w:webHidden/>
              </w:rPr>
              <w:tab/>
            </w:r>
            <w:r w:rsidRPr="00DB6570">
              <w:rPr>
                <w:noProof/>
                <w:webHidden/>
              </w:rPr>
              <w:fldChar w:fldCharType="begin"/>
            </w:r>
            <w:r w:rsidRPr="00DB6570">
              <w:rPr>
                <w:noProof/>
                <w:webHidden/>
              </w:rPr>
              <w:instrText xml:space="preserve"> PAGEREF _Toc237525243 \h </w:instrText>
            </w:r>
            <w:r w:rsidRPr="00DB6570">
              <w:rPr>
                <w:noProof/>
                <w:webHidden/>
              </w:rPr>
            </w:r>
            <w:r w:rsidRPr="00DB6570">
              <w:rPr>
                <w:noProof/>
                <w:webHidden/>
              </w:rPr>
              <w:fldChar w:fldCharType="separate"/>
            </w:r>
            <w:r w:rsidR="00452C49">
              <w:rPr>
                <w:noProof/>
                <w:webHidden/>
              </w:rPr>
              <w:t>27</w:t>
            </w:r>
            <w:r w:rsidRPr="00DB6570">
              <w:rPr>
                <w:noProof/>
                <w:webHidden/>
              </w:rPr>
              <w:fldChar w:fldCharType="end"/>
            </w:r>
          </w:hyperlink>
        </w:p>
        <w:p w14:paraId="469A438D" w14:textId="4A65D837"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44" w:history="1">
            <w:r w:rsidRPr="00DB6570">
              <w:rPr>
                <w:rStyle w:val="Hyperlink"/>
                <w:rFonts w:ascii="Times New Roman" w:hAnsi="Times New Roman" w:cs="Times New Roman"/>
                <w:noProof/>
              </w:rPr>
              <w:t>4.16 ACE-Specific Risks and Mitigation</w:t>
            </w:r>
            <w:r w:rsidRPr="00DB6570">
              <w:rPr>
                <w:noProof/>
                <w:webHidden/>
              </w:rPr>
              <w:tab/>
            </w:r>
            <w:r w:rsidRPr="00DB6570">
              <w:rPr>
                <w:noProof/>
                <w:webHidden/>
              </w:rPr>
              <w:fldChar w:fldCharType="begin"/>
            </w:r>
            <w:r w:rsidRPr="00DB6570">
              <w:rPr>
                <w:noProof/>
                <w:webHidden/>
              </w:rPr>
              <w:instrText xml:space="preserve"> PAGEREF _Toc237525244 \h </w:instrText>
            </w:r>
            <w:r w:rsidRPr="00DB6570">
              <w:rPr>
                <w:noProof/>
                <w:webHidden/>
              </w:rPr>
            </w:r>
            <w:r w:rsidRPr="00DB6570">
              <w:rPr>
                <w:noProof/>
                <w:webHidden/>
              </w:rPr>
              <w:fldChar w:fldCharType="separate"/>
            </w:r>
            <w:r w:rsidR="00452C49">
              <w:rPr>
                <w:noProof/>
                <w:webHidden/>
              </w:rPr>
              <w:t>27</w:t>
            </w:r>
            <w:r w:rsidRPr="00DB6570">
              <w:rPr>
                <w:noProof/>
                <w:webHidden/>
              </w:rPr>
              <w:fldChar w:fldCharType="end"/>
            </w:r>
          </w:hyperlink>
        </w:p>
        <w:p w14:paraId="271E52F6" w14:textId="53ABB41C"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45" w:history="1">
            <w:r w:rsidRPr="00DB6570">
              <w:rPr>
                <w:rStyle w:val="Hyperlink"/>
                <w:rFonts w:ascii="Times New Roman" w:hAnsi="Times New Roman" w:cs="Times New Roman"/>
                <w:noProof/>
              </w:rPr>
              <w:t>4.17 Critical Readiness Gaps and First-Year Launch Plan</w:t>
            </w:r>
            <w:r w:rsidRPr="00DB6570">
              <w:rPr>
                <w:noProof/>
                <w:webHidden/>
              </w:rPr>
              <w:tab/>
            </w:r>
            <w:r w:rsidRPr="00DB6570">
              <w:rPr>
                <w:noProof/>
                <w:webHidden/>
              </w:rPr>
              <w:fldChar w:fldCharType="begin"/>
            </w:r>
            <w:r w:rsidRPr="00DB6570">
              <w:rPr>
                <w:noProof/>
                <w:webHidden/>
              </w:rPr>
              <w:instrText xml:space="preserve"> PAGEREF _Toc237525245 \h </w:instrText>
            </w:r>
            <w:r w:rsidRPr="00DB6570">
              <w:rPr>
                <w:noProof/>
                <w:webHidden/>
              </w:rPr>
            </w:r>
            <w:r w:rsidRPr="00DB6570">
              <w:rPr>
                <w:noProof/>
                <w:webHidden/>
              </w:rPr>
              <w:fldChar w:fldCharType="separate"/>
            </w:r>
            <w:r w:rsidR="00452C49">
              <w:rPr>
                <w:noProof/>
                <w:webHidden/>
              </w:rPr>
              <w:t>28</w:t>
            </w:r>
            <w:r w:rsidRPr="00DB6570">
              <w:rPr>
                <w:noProof/>
                <w:webHidden/>
              </w:rPr>
              <w:fldChar w:fldCharType="end"/>
            </w:r>
          </w:hyperlink>
        </w:p>
        <w:p w14:paraId="51617FEF" w14:textId="3AFA0668" w:rsidR="00FA45D2" w:rsidRPr="00DB6570" w:rsidRDefault="00FA45D2">
          <w:pPr>
            <w:pStyle w:val="TOC3"/>
            <w:tabs>
              <w:tab w:val="right" w:leader="dot" w:pos="9856"/>
            </w:tabs>
            <w:rPr>
              <w:rFonts w:asciiTheme="minorHAnsi" w:hAnsiTheme="minorHAnsi"/>
              <w:noProof/>
              <w:kern w:val="2"/>
              <w:sz w:val="24"/>
              <w:szCs w:val="24"/>
              <w14:ligatures w14:val="standardContextual"/>
            </w:rPr>
          </w:pPr>
          <w:hyperlink w:anchor="_Toc237525246" w:history="1">
            <w:r w:rsidRPr="00DB6570">
              <w:rPr>
                <w:rStyle w:val="Hyperlink"/>
                <w:rFonts w:ascii="Times New Roman" w:hAnsi="Times New Roman" w:cs="Times New Roman"/>
                <w:noProof/>
              </w:rPr>
              <w:t>4.17.1 Launch Readiness Actions</w:t>
            </w:r>
            <w:r w:rsidRPr="00DB6570">
              <w:rPr>
                <w:noProof/>
                <w:webHidden/>
              </w:rPr>
              <w:tab/>
            </w:r>
            <w:r w:rsidRPr="00DB6570">
              <w:rPr>
                <w:noProof/>
                <w:webHidden/>
              </w:rPr>
              <w:fldChar w:fldCharType="begin"/>
            </w:r>
            <w:r w:rsidRPr="00DB6570">
              <w:rPr>
                <w:noProof/>
                <w:webHidden/>
              </w:rPr>
              <w:instrText xml:space="preserve"> PAGEREF _Toc237525246 \h </w:instrText>
            </w:r>
            <w:r w:rsidRPr="00DB6570">
              <w:rPr>
                <w:noProof/>
                <w:webHidden/>
              </w:rPr>
            </w:r>
            <w:r w:rsidRPr="00DB6570">
              <w:rPr>
                <w:noProof/>
                <w:webHidden/>
              </w:rPr>
              <w:fldChar w:fldCharType="separate"/>
            </w:r>
            <w:r w:rsidR="00452C49">
              <w:rPr>
                <w:noProof/>
                <w:webHidden/>
              </w:rPr>
              <w:t>28</w:t>
            </w:r>
            <w:r w:rsidRPr="00DB6570">
              <w:rPr>
                <w:noProof/>
                <w:webHidden/>
              </w:rPr>
              <w:fldChar w:fldCharType="end"/>
            </w:r>
          </w:hyperlink>
        </w:p>
        <w:p w14:paraId="2475C220" w14:textId="0C116A0A"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47" w:history="1">
            <w:r w:rsidRPr="00DB6570">
              <w:rPr>
                <w:rStyle w:val="Hyperlink"/>
                <w:rFonts w:ascii="Times New Roman" w:hAnsi="Times New Roman" w:cs="Times New Roman"/>
                <w:noProof/>
              </w:rPr>
              <w:t>4.18 IMPLEMENTATION PLAN OUTLINE (2027-2031)</w:t>
            </w:r>
            <w:r w:rsidRPr="00DB6570">
              <w:rPr>
                <w:noProof/>
                <w:webHidden/>
              </w:rPr>
              <w:tab/>
            </w:r>
            <w:r w:rsidRPr="00DB6570">
              <w:rPr>
                <w:noProof/>
                <w:webHidden/>
              </w:rPr>
              <w:fldChar w:fldCharType="begin"/>
            </w:r>
            <w:r w:rsidRPr="00DB6570">
              <w:rPr>
                <w:noProof/>
                <w:webHidden/>
              </w:rPr>
              <w:instrText xml:space="preserve"> PAGEREF _Toc237525247 \h </w:instrText>
            </w:r>
            <w:r w:rsidRPr="00DB6570">
              <w:rPr>
                <w:noProof/>
                <w:webHidden/>
              </w:rPr>
            </w:r>
            <w:r w:rsidRPr="00DB6570">
              <w:rPr>
                <w:noProof/>
                <w:webHidden/>
              </w:rPr>
              <w:fldChar w:fldCharType="separate"/>
            </w:r>
            <w:r w:rsidR="00452C49">
              <w:rPr>
                <w:noProof/>
                <w:webHidden/>
              </w:rPr>
              <w:t>29</w:t>
            </w:r>
            <w:r w:rsidRPr="00DB6570">
              <w:rPr>
                <w:noProof/>
                <w:webHidden/>
              </w:rPr>
              <w:fldChar w:fldCharType="end"/>
            </w:r>
          </w:hyperlink>
        </w:p>
        <w:p w14:paraId="54A51858" w14:textId="77A82E99"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48" w:history="1">
            <w:r w:rsidRPr="00DB6570">
              <w:rPr>
                <w:rStyle w:val="Hyperlink"/>
                <w:rFonts w:ascii="Times New Roman" w:hAnsi="Times New Roman" w:cs="Times New Roman"/>
                <w:noProof/>
              </w:rPr>
              <w:t>4.19 Results Framework</w:t>
            </w:r>
            <w:r w:rsidRPr="00DB6570">
              <w:rPr>
                <w:noProof/>
                <w:webHidden/>
              </w:rPr>
              <w:tab/>
            </w:r>
            <w:r w:rsidRPr="00DB6570">
              <w:rPr>
                <w:noProof/>
                <w:webHidden/>
              </w:rPr>
              <w:fldChar w:fldCharType="begin"/>
            </w:r>
            <w:r w:rsidRPr="00DB6570">
              <w:rPr>
                <w:noProof/>
                <w:webHidden/>
              </w:rPr>
              <w:instrText xml:space="preserve"> PAGEREF _Toc237525248 \h </w:instrText>
            </w:r>
            <w:r w:rsidRPr="00DB6570">
              <w:rPr>
                <w:noProof/>
                <w:webHidden/>
              </w:rPr>
            </w:r>
            <w:r w:rsidRPr="00DB6570">
              <w:rPr>
                <w:noProof/>
                <w:webHidden/>
              </w:rPr>
              <w:fldChar w:fldCharType="separate"/>
            </w:r>
            <w:r w:rsidR="00452C49">
              <w:rPr>
                <w:noProof/>
                <w:webHidden/>
              </w:rPr>
              <w:t>32</w:t>
            </w:r>
            <w:r w:rsidRPr="00DB6570">
              <w:rPr>
                <w:noProof/>
                <w:webHidden/>
              </w:rPr>
              <w:fldChar w:fldCharType="end"/>
            </w:r>
          </w:hyperlink>
        </w:p>
        <w:p w14:paraId="5CA3D630" w14:textId="38998819"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49" w:history="1">
            <w:r w:rsidRPr="00DB6570">
              <w:rPr>
                <w:rStyle w:val="Hyperlink"/>
                <w:rFonts w:ascii="Times New Roman" w:hAnsi="Times New Roman" w:cs="Times New Roman"/>
                <w:noProof/>
              </w:rPr>
              <w:t>4.20 First 18-Months Procurement Plan</w:t>
            </w:r>
            <w:r w:rsidRPr="00DB6570">
              <w:rPr>
                <w:noProof/>
                <w:webHidden/>
              </w:rPr>
              <w:tab/>
            </w:r>
            <w:r w:rsidRPr="00DB6570">
              <w:rPr>
                <w:noProof/>
                <w:webHidden/>
              </w:rPr>
              <w:fldChar w:fldCharType="begin"/>
            </w:r>
            <w:r w:rsidRPr="00DB6570">
              <w:rPr>
                <w:noProof/>
                <w:webHidden/>
              </w:rPr>
              <w:instrText xml:space="preserve"> PAGEREF _Toc237525249 \h </w:instrText>
            </w:r>
            <w:r w:rsidRPr="00DB6570">
              <w:rPr>
                <w:noProof/>
                <w:webHidden/>
              </w:rPr>
            </w:r>
            <w:r w:rsidRPr="00DB6570">
              <w:rPr>
                <w:noProof/>
                <w:webHidden/>
              </w:rPr>
              <w:fldChar w:fldCharType="separate"/>
            </w:r>
            <w:r w:rsidR="00452C49">
              <w:rPr>
                <w:noProof/>
                <w:webHidden/>
              </w:rPr>
              <w:t>36</w:t>
            </w:r>
            <w:r w:rsidRPr="00DB6570">
              <w:rPr>
                <w:noProof/>
                <w:webHidden/>
              </w:rPr>
              <w:fldChar w:fldCharType="end"/>
            </w:r>
          </w:hyperlink>
        </w:p>
        <w:p w14:paraId="145CD0B3" w14:textId="28E08DBA"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50" w:history="1">
            <w:r w:rsidRPr="00DB6570">
              <w:rPr>
                <w:rStyle w:val="Hyperlink"/>
                <w:rFonts w:ascii="Times New Roman" w:hAnsi="Times New Roman" w:cs="Times New Roman"/>
                <w:noProof/>
              </w:rPr>
              <w:t>4.21 Detailed Budget and Financing Plan</w:t>
            </w:r>
            <w:r w:rsidRPr="00DB6570">
              <w:rPr>
                <w:noProof/>
                <w:webHidden/>
              </w:rPr>
              <w:tab/>
            </w:r>
            <w:r w:rsidRPr="00DB6570">
              <w:rPr>
                <w:noProof/>
                <w:webHidden/>
              </w:rPr>
              <w:fldChar w:fldCharType="begin"/>
            </w:r>
            <w:r w:rsidRPr="00DB6570">
              <w:rPr>
                <w:noProof/>
                <w:webHidden/>
              </w:rPr>
              <w:instrText xml:space="preserve"> PAGEREF _Toc237525250 \h </w:instrText>
            </w:r>
            <w:r w:rsidRPr="00DB6570">
              <w:rPr>
                <w:noProof/>
                <w:webHidden/>
              </w:rPr>
            </w:r>
            <w:r w:rsidRPr="00DB6570">
              <w:rPr>
                <w:noProof/>
                <w:webHidden/>
              </w:rPr>
              <w:fldChar w:fldCharType="separate"/>
            </w:r>
            <w:r w:rsidR="00452C49">
              <w:rPr>
                <w:noProof/>
                <w:webHidden/>
              </w:rPr>
              <w:t>37</w:t>
            </w:r>
            <w:r w:rsidRPr="00DB6570">
              <w:rPr>
                <w:noProof/>
                <w:webHidden/>
              </w:rPr>
              <w:fldChar w:fldCharType="end"/>
            </w:r>
          </w:hyperlink>
        </w:p>
        <w:p w14:paraId="47BF0DA9" w14:textId="156F92B8" w:rsidR="00FA45D2" w:rsidRPr="00DB6570" w:rsidRDefault="00FA45D2">
          <w:pPr>
            <w:pStyle w:val="TOC3"/>
            <w:tabs>
              <w:tab w:val="right" w:leader="dot" w:pos="9856"/>
            </w:tabs>
            <w:rPr>
              <w:rFonts w:asciiTheme="minorHAnsi" w:hAnsiTheme="minorHAnsi"/>
              <w:noProof/>
              <w:kern w:val="2"/>
              <w:sz w:val="24"/>
              <w:szCs w:val="24"/>
              <w14:ligatures w14:val="standardContextual"/>
            </w:rPr>
          </w:pPr>
          <w:hyperlink w:anchor="_Toc237525251" w:history="1">
            <w:r w:rsidRPr="00DB6570">
              <w:rPr>
                <w:rStyle w:val="Hyperlink"/>
                <w:rFonts w:ascii="Times New Roman" w:hAnsi="Times New Roman" w:cs="Times New Roman"/>
                <w:noProof/>
              </w:rPr>
              <w:t>4.21.1 ACE/Emerging Center Budget Summary</w:t>
            </w:r>
            <w:r w:rsidRPr="00DB6570">
              <w:rPr>
                <w:noProof/>
                <w:webHidden/>
              </w:rPr>
              <w:tab/>
            </w:r>
            <w:r w:rsidRPr="00DB6570">
              <w:rPr>
                <w:noProof/>
                <w:webHidden/>
              </w:rPr>
              <w:fldChar w:fldCharType="begin"/>
            </w:r>
            <w:r w:rsidRPr="00DB6570">
              <w:rPr>
                <w:noProof/>
                <w:webHidden/>
              </w:rPr>
              <w:instrText xml:space="preserve"> PAGEREF _Toc237525251 \h </w:instrText>
            </w:r>
            <w:r w:rsidRPr="00DB6570">
              <w:rPr>
                <w:noProof/>
                <w:webHidden/>
              </w:rPr>
            </w:r>
            <w:r w:rsidRPr="00DB6570">
              <w:rPr>
                <w:noProof/>
                <w:webHidden/>
              </w:rPr>
              <w:fldChar w:fldCharType="separate"/>
            </w:r>
            <w:r w:rsidR="00452C49">
              <w:rPr>
                <w:noProof/>
                <w:webHidden/>
              </w:rPr>
              <w:t>37</w:t>
            </w:r>
            <w:r w:rsidRPr="00DB6570">
              <w:rPr>
                <w:noProof/>
                <w:webHidden/>
              </w:rPr>
              <w:fldChar w:fldCharType="end"/>
            </w:r>
          </w:hyperlink>
        </w:p>
        <w:p w14:paraId="077BF3CD" w14:textId="166AD57A" w:rsidR="00FA45D2" w:rsidRPr="00DB6570" w:rsidRDefault="00FA45D2">
          <w:pPr>
            <w:pStyle w:val="TOC1"/>
            <w:tabs>
              <w:tab w:val="right" w:leader="dot" w:pos="9856"/>
            </w:tabs>
            <w:rPr>
              <w:rFonts w:asciiTheme="minorHAnsi" w:hAnsiTheme="minorHAnsi"/>
              <w:noProof/>
              <w:kern w:val="2"/>
              <w:sz w:val="24"/>
              <w:szCs w:val="24"/>
              <w14:ligatures w14:val="standardContextual"/>
            </w:rPr>
          </w:pPr>
          <w:hyperlink w:anchor="_Toc237525252" w:history="1">
            <w:r w:rsidRPr="00DB6570">
              <w:rPr>
                <w:rStyle w:val="Hyperlink"/>
                <w:rFonts w:ascii="Times New Roman" w:hAnsi="Times New Roman" w:cs="Times New Roman"/>
                <w:noProof/>
              </w:rPr>
              <w:t>PART V - RFTI DETAILED FULL PROPOSAL</w:t>
            </w:r>
            <w:r w:rsidRPr="00DB6570">
              <w:rPr>
                <w:noProof/>
                <w:webHidden/>
              </w:rPr>
              <w:tab/>
            </w:r>
            <w:r w:rsidRPr="00DB6570">
              <w:rPr>
                <w:noProof/>
                <w:webHidden/>
              </w:rPr>
              <w:fldChar w:fldCharType="begin"/>
            </w:r>
            <w:r w:rsidRPr="00DB6570">
              <w:rPr>
                <w:noProof/>
                <w:webHidden/>
              </w:rPr>
              <w:instrText xml:space="preserve"> PAGEREF _Toc237525252 \h </w:instrText>
            </w:r>
            <w:r w:rsidRPr="00DB6570">
              <w:rPr>
                <w:noProof/>
                <w:webHidden/>
              </w:rPr>
            </w:r>
            <w:r w:rsidRPr="00DB6570">
              <w:rPr>
                <w:noProof/>
                <w:webHidden/>
              </w:rPr>
              <w:fldChar w:fldCharType="separate"/>
            </w:r>
            <w:r w:rsidR="00452C49">
              <w:rPr>
                <w:noProof/>
                <w:webHidden/>
              </w:rPr>
              <w:t>38</w:t>
            </w:r>
            <w:r w:rsidRPr="00DB6570">
              <w:rPr>
                <w:noProof/>
                <w:webHidden/>
              </w:rPr>
              <w:fldChar w:fldCharType="end"/>
            </w:r>
          </w:hyperlink>
        </w:p>
        <w:p w14:paraId="3944A610" w14:textId="76FE1FAB"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53" w:history="1">
            <w:r w:rsidRPr="00DB6570">
              <w:rPr>
                <w:rStyle w:val="Hyperlink"/>
                <w:rFonts w:ascii="Times New Roman" w:hAnsi="Times New Roman" w:cs="Times New Roman"/>
                <w:noProof/>
              </w:rPr>
              <w:t>5.1 Institutional Profile, Sector-Aligned Scope and Readiness</w:t>
            </w:r>
            <w:r w:rsidRPr="00DB6570">
              <w:rPr>
                <w:noProof/>
                <w:webHidden/>
              </w:rPr>
              <w:tab/>
            </w:r>
            <w:r w:rsidRPr="00DB6570">
              <w:rPr>
                <w:noProof/>
                <w:webHidden/>
              </w:rPr>
              <w:fldChar w:fldCharType="begin"/>
            </w:r>
            <w:r w:rsidRPr="00DB6570">
              <w:rPr>
                <w:noProof/>
                <w:webHidden/>
              </w:rPr>
              <w:instrText xml:space="preserve"> PAGEREF _Toc237525253 \h </w:instrText>
            </w:r>
            <w:r w:rsidRPr="00DB6570">
              <w:rPr>
                <w:noProof/>
                <w:webHidden/>
              </w:rPr>
            </w:r>
            <w:r w:rsidRPr="00DB6570">
              <w:rPr>
                <w:noProof/>
                <w:webHidden/>
              </w:rPr>
              <w:fldChar w:fldCharType="separate"/>
            </w:r>
            <w:r w:rsidR="00452C49">
              <w:rPr>
                <w:noProof/>
                <w:webHidden/>
              </w:rPr>
              <w:t>38</w:t>
            </w:r>
            <w:r w:rsidRPr="00DB6570">
              <w:rPr>
                <w:noProof/>
                <w:webHidden/>
              </w:rPr>
              <w:fldChar w:fldCharType="end"/>
            </w:r>
          </w:hyperlink>
        </w:p>
        <w:p w14:paraId="19A37C32" w14:textId="5F72F716" w:rsidR="00FA45D2" w:rsidRPr="00DB6570" w:rsidRDefault="00FA45D2">
          <w:pPr>
            <w:pStyle w:val="TOC3"/>
            <w:tabs>
              <w:tab w:val="right" w:leader="dot" w:pos="9856"/>
            </w:tabs>
            <w:rPr>
              <w:rFonts w:asciiTheme="minorHAnsi" w:hAnsiTheme="minorHAnsi"/>
              <w:noProof/>
              <w:kern w:val="2"/>
              <w:sz w:val="24"/>
              <w:szCs w:val="24"/>
              <w14:ligatures w14:val="standardContextual"/>
            </w:rPr>
          </w:pPr>
          <w:hyperlink w:anchor="_Toc237525254" w:history="1">
            <w:r w:rsidRPr="00DB6570">
              <w:rPr>
                <w:rStyle w:val="Hyperlink"/>
                <w:rFonts w:ascii="Times New Roman" w:hAnsi="Times New Roman" w:cs="Times New Roman"/>
                <w:noProof/>
              </w:rPr>
              <w:t>5.1.1 RFTI Baseline Data</w:t>
            </w:r>
            <w:r w:rsidRPr="00DB6570">
              <w:rPr>
                <w:noProof/>
                <w:webHidden/>
              </w:rPr>
              <w:tab/>
            </w:r>
            <w:r w:rsidRPr="00DB6570">
              <w:rPr>
                <w:noProof/>
                <w:webHidden/>
              </w:rPr>
              <w:fldChar w:fldCharType="begin"/>
            </w:r>
            <w:r w:rsidRPr="00DB6570">
              <w:rPr>
                <w:noProof/>
                <w:webHidden/>
              </w:rPr>
              <w:instrText xml:space="preserve"> PAGEREF _Toc237525254 \h </w:instrText>
            </w:r>
            <w:r w:rsidRPr="00DB6570">
              <w:rPr>
                <w:noProof/>
                <w:webHidden/>
              </w:rPr>
            </w:r>
            <w:r w:rsidRPr="00DB6570">
              <w:rPr>
                <w:noProof/>
                <w:webHidden/>
              </w:rPr>
              <w:fldChar w:fldCharType="separate"/>
            </w:r>
            <w:r w:rsidR="00452C49">
              <w:rPr>
                <w:noProof/>
                <w:webHidden/>
              </w:rPr>
              <w:t>38</w:t>
            </w:r>
            <w:r w:rsidRPr="00DB6570">
              <w:rPr>
                <w:noProof/>
                <w:webHidden/>
              </w:rPr>
              <w:fldChar w:fldCharType="end"/>
            </w:r>
          </w:hyperlink>
        </w:p>
        <w:p w14:paraId="2FE04F79" w14:textId="73FB50F3"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55" w:history="1">
            <w:r w:rsidRPr="00DB6570">
              <w:rPr>
                <w:rStyle w:val="Hyperlink"/>
                <w:rFonts w:ascii="Times New Roman" w:hAnsi="Times New Roman" w:cs="Times New Roman"/>
                <w:noProof/>
              </w:rPr>
              <w:t>5.2 Training Programs, Qualifications and Curriculum Design</w:t>
            </w:r>
            <w:r w:rsidRPr="00DB6570">
              <w:rPr>
                <w:noProof/>
                <w:webHidden/>
              </w:rPr>
              <w:tab/>
            </w:r>
            <w:r w:rsidRPr="00DB6570">
              <w:rPr>
                <w:noProof/>
                <w:webHidden/>
              </w:rPr>
              <w:fldChar w:fldCharType="begin"/>
            </w:r>
            <w:r w:rsidRPr="00DB6570">
              <w:rPr>
                <w:noProof/>
                <w:webHidden/>
              </w:rPr>
              <w:instrText xml:space="preserve"> PAGEREF _Toc237525255 \h </w:instrText>
            </w:r>
            <w:r w:rsidRPr="00DB6570">
              <w:rPr>
                <w:noProof/>
                <w:webHidden/>
              </w:rPr>
            </w:r>
            <w:r w:rsidRPr="00DB6570">
              <w:rPr>
                <w:noProof/>
                <w:webHidden/>
              </w:rPr>
              <w:fldChar w:fldCharType="separate"/>
            </w:r>
            <w:r w:rsidR="00452C49">
              <w:rPr>
                <w:noProof/>
                <w:webHidden/>
              </w:rPr>
              <w:t>40</w:t>
            </w:r>
            <w:r w:rsidRPr="00DB6570">
              <w:rPr>
                <w:noProof/>
                <w:webHidden/>
              </w:rPr>
              <w:fldChar w:fldCharType="end"/>
            </w:r>
          </w:hyperlink>
        </w:p>
        <w:p w14:paraId="4B55AF78" w14:textId="187EDD0E" w:rsidR="00FA45D2" w:rsidRPr="00DB6570" w:rsidRDefault="00FA45D2">
          <w:pPr>
            <w:pStyle w:val="TOC3"/>
            <w:tabs>
              <w:tab w:val="right" w:leader="dot" w:pos="9856"/>
            </w:tabs>
            <w:rPr>
              <w:rFonts w:asciiTheme="minorHAnsi" w:hAnsiTheme="minorHAnsi"/>
              <w:noProof/>
              <w:kern w:val="2"/>
              <w:sz w:val="24"/>
              <w:szCs w:val="24"/>
              <w14:ligatures w14:val="standardContextual"/>
            </w:rPr>
          </w:pPr>
          <w:hyperlink w:anchor="_Toc237525256" w:history="1">
            <w:r w:rsidRPr="00DB6570">
              <w:rPr>
                <w:rStyle w:val="Hyperlink"/>
                <w:rFonts w:ascii="Times New Roman" w:hAnsi="Times New Roman" w:cs="Times New Roman"/>
                <w:noProof/>
              </w:rPr>
              <w:t>5.2.1 Five-Year RFTI Graduate and Inclusion Targets</w:t>
            </w:r>
            <w:r w:rsidRPr="00DB6570">
              <w:rPr>
                <w:noProof/>
                <w:webHidden/>
              </w:rPr>
              <w:tab/>
            </w:r>
            <w:r w:rsidRPr="00DB6570">
              <w:rPr>
                <w:noProof/>
                <w:webHidden/>
              </w:rPr>
              <w:fldChar w:fldCharType="begin"/>
            </w:r>
            <w:r w:rsidRPr="00DB6570">
              <w:rPr>
                <w:noProof/>
                <w:webHidden/>
              </w:rPr>
              <w:instrText xml:space="preserve"> PAGEREF _Toc237525256 \h </w:instrText>
            </w:r>
            <w:r w:rsidRPr="00DB6570">
              <w:rPr>
                <w:noProof/>
                <w:webHidden/>
              </w:rPr>
            </w:r>
            <w:r w:rsidRPr="00DB6570">
              <w:rPr>
                <w:noProof/>
                <w:webHidden/>
              </w:rPr>
              <w:fldChar w:fldCharType="separate"/>
            </w:r>
            <w:r w:rsidR="00452C49">
              <w:rPr>
                <w:noProof/>
                <w:webHidden/>
              </w:rPr>
              <w:t>41</w:t>
            </w:r>
            <w:r w:rsidRPr="00DB6570">
              <w:rPr>
                <w:noProof/>
                <w:webHidden/>
              </w:rPr>
              <w:fldChar w:fldCharType="end"/>
            </w:r>
          </w:hyperlink>
        </w:p>
        <w:p w14:paraId="3139789E" w14:textId="6D8B7912"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57" w:history="1">
            <w:r w:rsidRPr="00DB6570">
              <w:rPr>
                <w:rStyle w:val="Hyperlink"/>
                <w:rFonts w:ascii="Times New Roman" w:hAnsi="Times New Roman" w:cs="Times New Roman"/>
                <w:noProof/>
              </w:rPr>
              <w:t>5.3 Work-Based Learning, Apprenticeships and Industry Placements</w:t>
            </w:r>
            <w:r w:rsidRPr="00DB6570">
              <w:rPr>
                <w:noProof/>
                <w:webHidden/>
              </w:rPr>
              <w:tab/>
            </w:r>
            <w:r w:rsidRPr="00DB6570">
              <w:rPr>
                <w:noProof/>
                <w:webHidden/>
              </w:rPr>
              <w:fldChar w:fldCharType="begin"/>
            </w:r>
            <w:r w:rsidRPr="00DB6570">
              <w:rPr>
                <w:noProof/>
                <w:webHidden/>
              </w:rPr>
              <w:instrText xml:space="preserve"> PAGEREF _Toc237525257 \h </w:instrText>
            </w:r>
            <w:r w:rsidRPr="00DB6570">
              <w:rPr>
                <w:noProof/>
                <w:webHidden/>
              </w:rPr>
            </w:r>
            <w:r w:rsidRPr="00DB6570">
              <w:rPr>
                <w:noProof/>
                <w:webHidden/>
              </w:rPr>
              <w:fldChar w:fldCharType="separate"/>
            </w:r>
            <w:r w:rsidR="00452C49">
              <w:rPr>
                <w:noProof/>
                <w:webHidden/>
              </w:rPr>
              <w:t>41</w:t>
            </w:r>
            <w:r w:rsidRPr="00DB6570">
              <w:rPr>
                <w:noProof/>
                <w:webHidden/>
              </w:rPr>
              <w:fldChar w:fldCharType="end"/>
            </w:r>
          </w:hyperlink>
        </w:p>
        <w:p w14:paraId="04D52011" w14:textId="05485F66" w:rsidR="00FA45D2" w:rsidRPr="00DB6570" w:rsidRDefault="00FA45D2">
          <w:pPr>
            <w:pStyle w:val="TOC3"/>
            <w:tabs>
              <w:tab w:val="right" w:leader="dot" w:pos="9856"/>
            </w:tabs>
            <w:rPr>
              <w:rFonts w:asciiTheme="minorHAnsi" w:hAnsiTheme="minorHAnsi"/>
              <w:noProof/>
              <w:kern w:val="2"/>
              <w:sz w:val="24"/>
              <w:szCs w:val="24"/>
              <w14:ligatures w14:val="standardContextual"/>
            </w:rPr>
          </w:pPr>
          <w:hyperlink w:anchor="_Toc237525258" w:history="1">
            <w:r w:rsidRPr="00DB6570">
              <w:rPr>
                <w:rStyle w:val="Hyperlink"/>
                <w:rFonts w:ascii="Times New Roman" w:hAnsi="Times New Roman" w:cs="Times New Roman"/>
                <w:noProof/>
              </w:rPr>
              <w:t>5.3.1 Industry Placement</w:t>
            </w:r>
            <w:r w:rsidRPr="00DB6570">
              <w:rPr>
                <w:noProof/>
                <w:webHidden/>
              </w:rPr>
              <w:tab/>
            </w:r>
            <w:r w:rsidRPr="00DB6570">
              <w:rPr>
                <w:noProof/>
                <w:webHidden/>
              </w:rPr>
              <w:fldChar w:fldCharType="begin"/>
            </w:r>
            <w:r w:rsidRPr="00DB6570">
              <w:rPr>
                <w:noProof/>
                <w:webHidden/>
              </w:rPr>
              <w:instrText xml:space="preserve"> PAGEREF _Toc237525258 \h </w:instrText>
            </w:r>
            <w:r w:rsidRPr="00DB6570">
              <w:rPr>
                <w:noProof/>
                <w:webHidden/>
              </w:rPr>
            </w:r>
            <w:r w:rsidRPr="00DB6570">
              <w:rPr>
                <w:noProof/>
                <w:webHidden/>
              </w:rPr>
              <w:fldChar w:fldCharType="separate"/>
            </w:r>
            <w:r w:rsidR="00452C49">
              <w:rPr>
                <w:noProof/>
                <w:webHidden/>
              </w:rPr>
              <w:t>42</w:t>
            </w:r>
            <w:r w:rsidRPr="00DB6570">
              <w:rPr>
                <w:noProof/>
                <w:webHidden/>
              </w:rPr>
              <w:fldChar w:fldCharType="end"/>
            </w:r>
          </w:hyperlink>
        </w:p>
        <w:p w14:paraId="7F3BD768" w14:textId="10EB731B"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59" w:history="1">
            <w:r w:rsidRPr="00DB6570">
              <w:rPr>
                <w:rStyle w:val="Hyperlink"/>
                <w:rFonts w:ascii="Times New Roman" w:hAnsi="Times New Roman" w:cs="Times New Roman"/>
                <w:noProof/>
              </w:rPr>
              <w:t>5.4 Employer Engagement and Industry Services</w:t>
            </w:r>
            <w:r w:rsidRPr="00DB6570">
              <w:rPr>
                <w:noProof/>
                <w:webHidden/>
              </w:rPr>
              <w:tab/>
            </w:r>
            <w:r w:rsidRPr="00DB6570">
              <w:rPr>
                <w:noProof/>
                <w:webHidden/>
              </w:rPr>
              <w:fldChar w:fldCharType="begin"/>
            </w:r>
            <w:r w:rsidRPr="00DB6570">
              <w:rPr>
                <w:noProof/>
                <w:webHidden/>
              </w:rPr>
              <w:instrText xml:space="preserve"> PAGEREF _Toc237525259 \h </w:instrText>
            </w:r>
            <w:r w:rsidRPr="00DB6570">
              <w:rPr>
                <w:noProof/>
                <w:webHidden/>
              </w:rPr>
            </w:r>
            <w:r w:rsidRPr="00DB6570">
              <w:rPr>
                <w:noProof/>
                <w:webHidden/>
              </w:rPr>
              <w:fldChar w:fldCharType="separate"/>
            </w:r>
            <w:r w:rsidR="00452C49">
              <w:rPr>
                <w:noProof/>
                <w:webHidden/>
              </w:rPr>
              <w:t>42</w:t>
            </w:r>
            <w:r w:rsidRPr="00DB6570">
              <w:rPr>
                <w:noProof/>
                <w:webHidden/>
              </w:rPr>
              <w:fldChar w:fldCharType="end"/>
            </w:r>
          </w:hyperlink>
        </w:p>
        <w:p w14:paraId="35C3A991" w14:textId="59452DEB" w:rsidR="00FA45D2" w:rsidRPr="00DB6570" w:rsidRDefault="00FA45D2">
          <w:pPr>
            <w:pStyle w:val="TOC3"/>
            <w:tabs>
              <w:tab w:val="right" w:leader="dot" w:pos="9856"/>
            </w:tabs>
            <w:rPr>
              <w:rFonts w:asciiTheme="minorHAnsi" w:hAnsiTheme="minorHAnsi"/>
              <w:noProof/>
              <w:kern w:val="2"/>
              <w:sz w:val="24"/>
              <w:szCs w:val="24"/>
              <w14:ligatures w14:val="standardContextual"/>
            </w:rPr>
          </w:pPr>
          <w:hyperlink w:anchor="_Toc237525260" w:history="1">
            <w:r w:rsidRPr="00DB6570">
              <w:rPr>
                <w:rStyle w:val="Hyperlink"/>
                <w:rFonts w:ascii="Times New Roman" w:hAnsi="Times New Roman" w:cs="Times New Roman"/>
                <w:noProof/>
              </w:rPr>
              <w:t>5.4.1 Employer Commitment Register</w:t>
            </w:r>
            <w:r w:rsidRPr="00DB6570">
              <w:rPr>
                <w:noProof/>
                <w:webHidden/>
              </w:rPr>
              <w:tab/>
            </w:r>
            <w:r w:rsidRPr="00DB6570">
              <w:rPr>
                <w:noProof/>
                <w:webHidden/>
              </w:rPr>
              <w:fldChar w:fldCharType="begin"/>
            </w:r>
            <w:r w:rsidRPr="00DB6570">
              <w:rPr>
                <w:noProof/>
                <w:webHidden/>
              </w:rPr>
              <w:instrText xml:space="preserve"> PAGEREF _Toc237525260 \h </w:instrText>
            </w:r>
            <w:r w:rsidRPr="00DB6570">
              <w:rPr>
                <w:noProof/>
                <w:webHidden/>
              </w:rPr>
            </w:r>
            <w:r w:rsidRPr="00DB6570">
              <w:rPr>
                <w:noProof/>
                <w:webHidden/>
              </w:rPr>
              <w:fldChar w:fldCharType="separate"/>
            </w:r>
            <w:r w:rsidR="00452C49">
              <w:rPr>
                <w:noProof/>
                <w:webHidden/>
              </w:rPr>
              <w:t>43</w:t>
            </w:r>
            <w:r w:rsidRPr="00DB6570">
              <w:rPr>
                <w:noProof/>
                <w:webHidden/>
              </w:rPr>
              <w:fldChar w:fldCharType="end"/>
            </w:r>
          </w:hyperlink>
        </w:p>
        <w:p w14:paraId="2E4CF206" w14:textId="5D99E8C2"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61" w:history="1">
            <w:r w:rsidRPr="00DB6570">
              <w:rPr>
                <w:rStyle w:val="Hyperlink"/>
                <w:rFonts w:ascii="Times New Roman" w:hAnsi="Times New Roman" w:cs="Times New Roman"/>
                <w:noProof/>
              </w:rPr>
              <w:t>5.5 Academic Partnerships</w:t>
            </w:r>
            <w:r w:rsidRPr="00DB6570">
              <w:rPr>
                <w:noProof/>
                <w:webHidden/>
              </w:rPr>
              <w:tab/>
            </w:r>
            <w:r w:rsidRPr="00DB6570">
              <w:rPr>
                <w:noProof/>
                <w:webHidden/>
              </w:rPr>
              <w:fldChar w:fldCharType="begin"/>
            </w:r>
            <w:r w:rsidRPr="00DB6570">
              <w:rPr>
                <w:noProof/>
                <w:webHidden/>
              </w:rPr>
              <w:instrText xml:space="preserve"> PAGEREF _Toc237525261 \h </w:instrText>
            </w:r>
            <w:r w:rsidRPr="00DB6570">
              <w:rPr>
                <w:noProof/>
                <w:webHidden/>
              </w:rPr>
            </w:r>
            <w:r w:rsidRPr="00DB6570">
              <w:rPr>
                <w:noProof/>
                <w:webHidden/>
              </w:rPr>
              <w:fldChar w:fldCharType="separate"/>
            </w:r>
            <w:r w:rsidR="00452C49">
              <w:rPr>
                <w:noProof/>
                <w:webHidden/>
              </w:rPr>
              <w:t>43</w:t>
            </w:r>
            <w:r w:rsidRPr="00DB6570">
              <w:rPr>
                <w:noProof/>
                <w:webHidden/>
              </w:rPr>
              <w:fldChar w:fldCharType="end"/>
            </w:r>
          </w:hyperlink>
        </w:p>
        <w:p w14:paraId="58ED9B8E" w14:textId="6A3E24CB" w:rsidR="00FA45D2" w:rsidRPr="00DB6570" w:rsidRDefault="00FA45D2">
          <w:pPr>
            <w:pStyle w:val="TOC3"/>
            <w:tabs>
              <w:tab w:val="right" w:leader="dot" w:pos="9856"/>
            </w:tabs>
            <w:rPr>
              <w:rFonts w:asciiTheme="minorHAnsi" w:hAnsiTheme="minorHAnsi"/>
              <w:noProof/>
              <w:kern w:val="2"/>
              <w:sz w:val="24"/>
              <w:szCs w:val="24"/>
              <w14:ligatures w14:val="standardContextual"/>
            </w:rPr>
          </w:pPr>
          <w:hyperlink w:anchor="_Toc237525262" w:history="1">
            <w:r w:rsidRPr="00DB6570">
              <w:rPr>
                <w:rStyle w:val="Hyperlink"/>
                <w:rFonts w:ascii="Times New Roman" w:hAnsi="Times New Roman" w:cs="Times New Roman"/>
                <w:noProof/>
              </w:rPr>
              <w:t>5.5.1 Partner Commitment Register</w:t>
            </w:r>
            <w:r w:rsidRPr="00DB6570">
              <w:rPr>
                <w:noProof/>
                <w:webHidden/>
              </w:rPr>
              <w:tab/>
            </w:r>
            <w:r w:rsidRPr="00DB6570">
              <w:rPr>
                <w:noProof/>
                <w:webHidden/>
              </w:rPr>
              <w:fldChar w:fldCharType="begin"/>
            </w:r>
            <w:r w:rsidRPr="00DB6570">
              <w:rPr>
                <w:noProof/>
                <w:webHidden/>
              </w:rPr>
              <w:instrText xml:space="preserve"> PAGEREF _Toc237525262 \h </w:instrText>
            </w:r>
            <w:r w:rsidRPr="00DB6570">
              <w:rPr>
                <w:noProof/>
                <w:webHidden/>
              </w:rPr>
            </w:r>
            <w:r w:rsidRPr="00DB6570">
              <w:rPr>
                <w:noProof/>
                <w:webHidden/>
              </w:rPr>
              <w:fldChar w:fldCharType="separate"/>
            </w:r>
            <w:r w:rsidR="00452C49">
              <w:rPr>
                <w:noProof/>
                <w:webHidden/>
              </w:rPr>
              <w:t>44</w:t>
            </w:r>
            <w:r w:rsidRPr="00DB6570">
              <w:rPr>
                <w:noProof/>
                <w:webHidden/>
              </w:rPr>
              <w:fldChar w:fldCharType="end"/>
            </w:r>
          </w:hyperlink>
        </w:p>
        <w:p w14:paraId="2E758C73" w14:textId="0E2F98E4"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63" w:history="1">
            <w:r w:rsidRPr="00DB6570">
              <w:rPr>
                <w:rStyle w:val="Hyperlink"/>
                <w:rFonts w:ascii="Times New Roman" w:hAnsi="Times New Roman" w:cs="Times New Roman"/>
                <w:noProof/>
              </w:rPr>
              <w:t>5.6 Regional Role and Collaboration</w:t>
            </w:r>
            <w:r w:rsidRPr="00DB6570">
              <w:rPr>
                <w:noProof/>
                <w:webHidden/>
              </w:rPr>
              <w:tab/>
            </w:r>
            <w:r w:rsidRPr="00DB6570">
              <w:rPr>
                <w:noProof/>
                <w:webHidden/>
              </w:rPr>
              <w:fldChar w:fldCharType="begin"/>
            </w:r>
            <w:r w:rsidRPr="00DB6570">
              <w:rPr>
                <w:noProof/>
                <w:webHidden/>
              </w:rPr>
              <w:instrText xml:space="preserve"> PAGEREF _Toc237525263 \h </w:instrText>
            </w:r>
            <w:r w:rsidRPr="00DB6570">
              <w:rPr>
                <w:noProof/>
                <w:webHidden/>
              </w:rPr>
            </w:r>
            <w:r w:rsidRPr="00DB6570">
              <w:rPr>
                <w:noProof/>
                <w:webHidden/>
              </w:rPr>
              <w:fldChar w:fldCharType="separate"/>
            </w:r>
            <w:r w:rsidR="00452C49">
              <w:rPr>
                <w:noProof/>
                <w:webHidden/>
              </w:rPr>
              <w:t>44</w:t>
            </w:r>
            <w:r w:rsidRPr="00DB6570">
              <w:rPr>
                <w:noProof/>
                <w:webHidden/>
              </w:rPr>
              <w:fldChar w:fldCharType="end"/>
            </w:r>
          </w:hyperlink>
        </w:p>
        <w:p w14:paraId="6E99E6E6" w14:textId="1F55F840"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64" w:history="1">
            <w:r w:rsidRPr="00DB6570">
              <w:rPr>
                <w:rStyle w:val="Hyperlink"/>
                <w:rFonts w:ascii="Times New Roman" w:hAnsi="Times New Roman" w:cs="Times New Roman"/>
                <w:noProof/>
              </w:rPr>
              <w:t>5.7 Cross-Cutting Themes: Gender</w:t>
            </w:r>
            <w:r w:rsidRPr="00DB6570">
              <w:rPr>
                <w:noProof/>
                <w:webHidden/>
              </w:rPr>
              <w:tab/>
            </w:r>
            <w:r w:rsidRPr="00DB6570">
              <w:rPr>
                <w:noProof/>
                <w:webHidden/>
              </w:rPr>
              <w:fldChar w:fldCharType="begin"/>
            </w:r>
            <w:r w:rsidRPr="00DB6570">
              <w:rPr>
                <w:noProof/>
                <w:webHidden/>
              </w:rPr>
              <w:instrText xml:space="preserve"> PAGEREF _Toc237525264 \h </w:instrText>
            </w:r>
            <w:r w:rsidRPr="00DB6570">
              <w:rPr>
                <w:noProof/>
                <w:webHidden/>
              </w:rPr>
            </w:r>
            <w:r w:rsidRPr="00DB6570">
              <w:rPr>
                <w:noProof/>
                <w:webHidden/>
              </w:rPr>
              <w:fldChar w:fldCharType="separate"/>
            </w:r>
            <w:r w:rsidR="00452C49">
              <w:rPr>
                <w:noProof/>
                <w:webHidden/>
              </w:rPr>
              <w:t>44</w:t>
            </w:r>
            <w:r w:rsidRPr="00DB6570">
              <w:rPr>
                <w:noProof/>
                <w:webHidden/>
              </w:rPr>
              <w:fldChar w:fldCharType="end"/>
            </w:r>
          </w:hyperlink>
        </w:p>
        <w:p w14:paraId="213BFE91" w14:textId="5EF4674A"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65" w:history="1">
            <w:r w:rsidRPr="00DB6570">
              <w:rPr>
                <w:rStyle w:val="Hyperlink"/>
                <w:rFonts w:ascii="Times New Roman" w:hAnsi="Times New Roman" w:cs="Times New Roman"/>
                <w:noProof/>
              </w:rPr>
              <w:t>5.8 Instructor Quality, Recruitment and Professional Development</w:t>
            </w:r>
            <w:r w:rsidRPr="00DB6570">
              <w:rPr>
                <w:noProof/>
                <w:webHidden/>
              </w:rPr>
              <w:tab/>
            </w:r>
            <w:r w:rsidRPr="00DB6570">
              <w:rPr>
                <w:noProof/>
                <w:webHidden/>
              </w:rPr>
              <w:fldChar w:fldCharType="begin"/>
            </w:r>
            <w:r w:rsidRPr="00DB6570">
              <w:rPr>
                <w:noProof/>
                <w:webHidden/>
              </w:rPr>
              <w:instrText xml:space="preserve"> PAGEREF _Toc237525265 \h </w:instrText>
            </w:r>
            <w:r w:rsidRPr="00DB6570">
              <w:rPr>
                <w:noProof/>
                <w:webHidden/>
              </w:rPr>
            </w:r>
            <w:r w:rsidRPr="00DB6570">
              <w:rPr>
                <w:noProof/>
                <w:webHidden/>
              </w:rPr>
              <w:fldChar w:fldCharType="separate"/>
            </w:r>
            <w:r w:rsidR="00452C49">
              <w:rPr>
                <w:noProof/>
                <w:webHidden/>
              </w:rPr>
              <w:t>45</w:t>
            </w:r>
            <w:r w:rsidRPr="00DB6570">
              <w:rPr>
                <w:noProof/>
                <w:webHidden/>
              </w:rPr>
              <w:fldChar w:fldCharType="end"/>
            </w:r>
          </w:hyperlink>
        </w:p>
        <w:p w14:paraId="15A1C1A4" w14:textId="5822919A" w:rsidR="00FA45D2" w:rsidRPr="00DB6570" w:rsidRDefault="00FA45D2">
          <w:pPr>
            <w:pStyle w:val="TOC3"/>
            <w:tabs>
              <w:tab w:val="right" w:leader="dot" w:pos="9856"/>
            </w:tabs>
            <w:rPr>
              <w:rFonts w:asciiTheme="minorHAnsi" w:hAnsiTheme="minorHAnsi"/>
              <w:noProof/>
              <w:kern w:val="2"/>
              <w:sz w:val="24"/>
              <w:szCs w:val="24"/>
              <w14:ligatures w14:val="standardContextual"/>
            </w:rPr>
          </w:pPr>
          <w:hyperlink w:anchor="_Toc237525266" w:history="1">
            <w:r w:rsidRPr="00DB6570">
              <w:rPr>
                <w:rStyle w:val="Hyperlink"/>
                <w:rFonts w:ascii="Times New Roman" w:hAnsi="Times New Roman" w:cs="Times New Roman"/>
                <w:noProof/>
              </w:rPr>
              <w:t>5.8.1 Instructor Development Plan</w:t>
            </w:r>
            <w:r w:rsidRPr="00DB6570">
              <w:rPr>
                <w:noProof/>
                <w:webHidden/>
              </w:rPr>
              <w:tab/>
            </w:r>
            <w:r w:rsidRPr="00DB6570">
              <w:rPr>
                <w:noProof/>
                <w:webHidden/>
              </w:rPr>
              <w:fldChar w:fldCharType="begin"/>
            </w:r>
            <w:r w:rsidRPr="00DB6570">
              <w:rPr>
                <w:noProof/>
                <w:webHidden/>
              </w:rPr>
              <w:instrText xml:space="preserve"> PAGEREF _Toc237525266 \h </w:instrText>
            </w:r>
            <w:r w:rsidRPr="00DB6570">
              <w:rPr>
                <w:noProof/>
                <w:webHidden/>
              </w:rPr>
            </w:r>
            <w:r w:rsidRPr="00DB6570">
              <w:rPr>
                <w:noProof/>
                <w:webHidden/>
              </w:rPr>
              <w:fldChar w:fldCharType="separate"/>
            </w:r>
            <w:r w:rsidR="00452C49">
              <w:rPr>
                <w:noProof/>
                <w:webHidden/>
              </w:rPr>
              <w:t>45</w:t>
            </w:r>
            <w:r w:rsidRPr="00DB6570">
              <w:rPr>
                <w:noProof/>
                <w:webHidden/>
              </w:rPr>
              <w:fldChar w:fldCharType="end"/>
            </w:r>
          </w:hyperlink>
        </w:p>
        <w:p w14:paraId="798E768F" w14:textId="343D9B31"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67" w:history="1">
            <w:r w:rsidRPr="00DB6570">
              <w:rPr>
                <w:rStyle w:val="Hyperlink"/>
                <w:rFonts w:ascii="Times New Roman" w:hAnsi="Times New Roman" w:cs="Times New Roman"/>
                <w:noProof/>
              </w:rPr>
              <w:t>5.9 Student Recruitment, Retention, Support and Employment</w:t>
            </w:r>
            <w:r w:rsidRPr="00DB6570">
              <w:rPr>
                <w:noProof/>
                <w:webHidden/>
              </w:rPr>
              <w:tab/>
            </w:r>
            <w:r w:rsidRPr="00DB6570">
              <w:rPr>
                <w:noProof/>
                <w:webHidden/>
              </w:rPr>
              <w:fldChar w:fldCharType="begin"/>
            </w:r>
            <w:r w:rsidRPr="00DB6570">
              <w:rPr>
                <w:noProof/>
                <w:webHidden/>
              </w:rPr>
              <w:instrText xml:space="preserve"> PAGEREF _Toc237525267 \h </w:instrText>
            </w:r>
            <w:r w:rsidRPr="00DB6570">
              <w:rPr>
                <w:noProof/>
                <w:webHidden/>
              </w:rPr>
            </w:r>
            <w:r w:rsidRPr="00DB6570">
              <w:rPr>
                <w:noProof/>
                <w:webHidden/>
              </w:rPr>
              <w:fldChar w:fldCharType="separate"/>
            </w:r>
            <w:r w:rsidR="00452C49">
              <w:rPr>
                <w:noProof/>
                <w:webHidden/>
              </w:rPr>
              <w:t>46</w:t>
            </w:r>
            <w:r w:rsidRPr="00DB6570">
              <w:rPr>
                <w:noProof/>
                <w:webHidden/>
              </w:rPr>
              <w:fldChar w:fldCharType="end"/>
            </w:r>
          </w:hyperlink>
        </w:p>
        <w:p w14:paraId="69673ED0" w14:textId="142A754A"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68" w:history="1">
            <w:r w:rsidRPr="00DB6570">
              <w:rPr>
                <w:rStyle w:val="Hyperlink"/>
                <w:rFonts w:ascii="Times New Roman" w:hAnsi="Times New Roman" w:cs="Times New Roman"/>
                <w:noProof/>
              </w:rPr>
              <w:t>5.10 Innovation</w:t>
            </w:r>
            <w:r w:rsidRPr="00DB6570">
              <w:rPr>
                <w:noProof/>
                <w:webHidden/>
              </w:rPr>
              <w:tab/>
            </w:r>
            <w:r w:rsidRPr="00DB6570">
              <w:rPr>
                <w:noProof/>
                <w:webHidden/>
              </w:rPr>
              <w:fldChar w:fldCharType="begin"/>
            </w:r>
            <w:r w:rsidRPr="00DB6570">
              <w:rPr>
                <w:noProof/>
                <w:webHidden/>
              </w:rPr>
              <w:instrText xml:space="preserve"> PAGEREF _Toc237525268 \h </w:instrText>
            </w:r>
            <w:r w:rsidRPr="00DB6570">
              <w:rPr>
                <w:noProof/>
                <w:webHidden/>
              </w:rPr>
            </w:r>
            <w:r w:rsidRPr="00DB6570">
              <w:rPr>
                <w:noProof/>
                <w:webHidden/>
              </w:rPr>
              <w:fldChar w:fldCharType="separate"/>
            </w:r>
            <w:r w:rsidR="00452C49">
              <w:rPr>
                <w:noProof/>
                <w:webHidden/>
              </w:rPr>
              <w:t>46</w:t>
            </w:r>
            <w:r w:rsidRPr="00DB6570">
              <w:rPr>
                <w:noProof/>
                <w:webHidden/>
              </w:rPr>
              <w:fldChar w:fldCharType="end"/>
            </w:r>
          </w:hyperlink>
        </w:p>
        <w:p w14:paraId="38E19CEF" w14:textId="753805A8"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69" w:history="1">
            <w:r w:rsidRPr="00DB6570">
              <w:rPr>
                <w:rStyle w:val="Hyperlink"/>
                <w:rFonts w:ascii="Times New Roman" w:hAnsi="Times New Roman" w:cs="Times New Roman"/>
                <w:noProof/>
              </w:rPr>
              <w:t>5.11 Artificial Intelligence</w:t>
            </w:r>
            <w:r w:rsidRPr="00DB6570">
              <w:rPr>
                <w:noProof/>
                <w:webHidden/>
              </w:rPr>
              <w:tab/>
            </w:r>
            <w:r w:rsidRPr="00DB6570">
              <w:rPr>
                <w:noProof/>
                <w:webHidden/>
              </w:rPr>
              <w:fldChar w:fldCharType="begin"/>
            </w:r>
            <w:r w:rsidRPr="00DB6570">
              <w:rPr>
                <w:noProof/>
                <w:webHidden/>
              </w:rPr>
              <w:instrText xml:space="preserve"> PAGEREF _Toc237525269 \h </w:instrText>
            </w:r>
            <w:r w:rsidRPr="00DB6570">
              <w:rPr>
                <w:noProof/>
                <w:webHidden/>
              </w:rPr>
            </w:r>
            <w:r w:rsidRPr="00DB6570">
              <w:rPr>
                <w:noProof/>
                <w:webHidden/>
              </w:rPr>
              <w:fldChar w:fldCharType="separate"/>
            </w:r>
            <w:r w:rsidR="00452C49">
              <w:rPr>
                <w:noProof/>
                <w:webHidden/>
              </w:rPr>
              <w:t>47</w:t>
            </w:r>
            <w:r w:rsidRPr="00DB6570">
              <w:rPr>
                <w:noProof/>
                <w:webHidden/>
              </w:rPr>
              <w:fldChar w:fldCharType="end"/>
            </w:r>
          </w:hyperlink>
        </w:p>
        <w:p w14:paraId="424E61D4" w14:textId="42661482"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70" w:history="1">
            <w:r w:rsidRPr="00DB6570">
              <w:rPr>
                <w:rStyle w:val="Hyperlink"/>
                <w:rFonts w:ascii="Times New Roman" w:hAnsi="Times New Roman" w:cs="Times New Roman"/>
                <w:noProof/>
              </w:rPr>
              <w:t>5.12 Management, Governance, Staffing and Operations</w:t>
            </w:r>
            <w:r w:rsidRPr="00DB6570">
              <w:rPr>
                <w:noProof/>
                <w:webHidden/>
              </w:rPr>
              <w:tab/>
            </w:r>
            <w:r w:rsidRPr="00DB6570">
              <w:rPr>
                <w:noProof/>
                <w:webHidden/>
              </w:rPr>
              <w:fldChar w:fldCharType="begin"/>
            </w:r>
            <w:r w:rsidRPr="00DB6570">
              <w:rPr>
                <w:noProof/>
                <w:webHidden/>
              </w:rPr>
              <w:instrText xml:space="preserve"> PAGEREF _Toc237525270 \h </w:instrText>
            </w:r>
            <w:r w:rsidRPr="00DB6570">
              <w:rPr>
                <w:noProof/>
                <w:webHidden/>
              </w:rPr>
            </w:r>
            <w:r w:rsidRPr="00DB6570">
              <w:rPr>
                <w:noProof/>
                <w:webHidden/>
              </w:rPr>
              <w:fldChar w:fldCharType="separate"/>
            </w:r>
            <w:r w:rsidR="00452C49">
              <w:rPr>
                <w:noProof/>
                <w:webHidden/>
              </w:rPr>
              <w:t>48</w:t>
            </w:r>
            <w:r w:rsidRPr="00DB6570">
              <w:rPr>
                <w:noProof/>
                <w:webHidden/>
              </w:rPr>
              <w:fldChar w:fldCharType="end"/>
            </w:r>
          </w:hyperlink>
        </w:p>
        <w:p w14:paraId="540BD629" w14:textId="2F1F09C0" w:rsidR="00FA45D2" w:rsidRPr="00DB6570" w:rsidRDefault="00FA45D2">
          <w:pPr>
            <w:pStyle w:val="TOC3"/>
            <w:tabs>
              <w:tab w:val="right" w:leader="dot" w:pos="9856"/>
            </w:tabs>
            <w:rPr>
              <w:rFonts w:asciiTheme="minorHAnsi" w:hAnsiTheme="minorHAnsi"/>
              <w:noProof/>
              <w:kern w:val="2"/>
              <w:sz w:val="24"/>
              <w:szCs w:val="24"/>
              <w14:ligatures w14:val="standardContextual"/>
            </w:rPr>
          </w:pPr>
          <w:hyperlink w:anchor="_Toc237525271" w:history="1">
            <w:r w:rsidRPr="00DB6570">
              <w:rPr>
                <w:rStyle w:val="Hyperlink"/>
                <w:rFonts w:ascii="Times New Roman" w:hAnsi="Times New Roman" w:cs="Times New Roman"/>
                <w:noProof/>
              </w:rPr>
              <w:t>5.12.1 RFTI Staffing Plan</w:t>
            </w:r>
            <w:r w:rsidRPr="00DB6570">
              <w:rPr>
                <w:noProof/>
                <w:webHidden/>
              </w:rPr>
              <w:tab/>
            </w:r>
            <w:r w:rsidRPr="00DB6570">
              <w:rPr>
                <w:noProof/>
                <w:webHidden/>
              </w:rPr>
              <w:fldChar w:fldCharType="begin"/>
            </w:r>
            <w:r w:rsidRPr="00DB6570">
              <w:rPr>
                <w:noProof/>
                <w:webHidden/>
              </w:rPr>
              <w:instrText xml:space="preserve"> PAGEREF _Toc237525271 \h </w:instrText>
            </w:r>
            <w:r w:rsidRPr="00DB6570">
              <w:rPr>
                <w:noProof/>
                <w:webHidden/>
              </w:rPr>
            </w:r>
            <w:r w:rsidRPr="00DB6570">
              <w:rPr>
                <w:noProof/>
                <w:webHidden/>
              </w:rPr>
              <w:fldChar w:fldCharType="separate"/>
            </w:r>
            <w:r w:rsidR="00452C49">
              <w:rPr>
                <w:noProof/>
                <w:webHidden/>
              </w:rPr>
              <w:t>48</w:t>
            </w:r>
            <w:r w:rsidRPr="00DB6570">
              <w:rPr>
                <w:noProof/>
                <w:webHidden/>
              </w:rPr>
              <w:fldChar w:fldCharType="end"/>
            </w:r>
          </w:hyperlink>
        </w:p>
        <w:p w14:paraId="6523BC0F" w14:textId="45249A72"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72" w:history="1">
            <w:r w:rsidRPr="00DB6570">
              <w:rPr>
                <w:rStyle w:val="Hyperlink"/>
                <w:rFonts w:ascii="Times New Roman" w:hAnsi="Times New Roman" w:cs="Times New Roman"/>
                <w:noProof/>
              </w:rPr>
              <w:t>5.13 Institutional Strengthening Investment Plan</w:t>
            </w:r>
            <w:r w:rsidRPr="00DB6570">
              <w:rPr>
                <w:noProof/>
                <w:webHidden/>
              </w:rPr>
              <w:tab/>
            </w:r>
            <w:r w:rsidRPr="00DB6570">
              <w:rPr>
                <w:noProof/>
                <w:webHidden/>
              </w:rPr>
              <w:fldChar w:fldCharType="begin"/>
            </w:r>
            <w:r w:rsidRPr="00DB6570">
              <w:rPr>
                <w:noProof/>
                <w:webHidden/>
              </w:rPr>
              <w:instrText xml:space="preserve"> PAGEREF _Toc237525272 \h </w:instrText>
            </w:r>
            <w:r w:rsidRPr="00DB6570">
              <w:rPr>
                <w:noProof/>
                <w:webHidden/>
              </w:rPr>
            </w:r>
            <w:r w:rsidRPr="00DB6570">
              <w:rPr>
                <w:noProof/>
                <w:webHidden/>
              </w:rPr>
              <w:fldChar w:fldCharType="separate"/>
            </w:r>
            <w:r w:rsidR="00452C49">
              <w:rPr>
                <w:noProof/>
                <w:webHidden/>
              </w:rPr>
              <w:t>48</w:t>
            </w:r>
            <w:r w:rsidRPr="00DB6570">
              <w:rPr>
                <w:noProof/>
                <w:webHidden/>
              </w:rPr>
              <w:fldChar w:fldCharType="end"/>
            </w:r>
          </w:hyperlink>
        </w:p>
        <w:p w14:paraId="26F26B22" w14:textId="192D6B53"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73" w:history="1">
            <w:r w:rsidRPr="00DB6570">
              <w:rPr>
                <w:rStyle w:val="Hyperlink"/>
                <w:rFonts w:ascii="Times New Roman" w:hAnsi="Times New Roman" w:cs="Times New Roman"/>
                <w:noProof/>
              </w:rPr>
              <w:t>5.14 Workshops, Laboratories, Equipment and Civil Works</w:t>
            </w:r>
            <w:r w:rsidRPr="00DB6570">
              <w:rPr>
                <w:noProof/>
                <w:webHidden/>
              </w:rPr>
              <w:tab/>
            </w:r>
            <w:r w:rsidRPr="00DB6570">
              <w:rPr>
                <w:noProof/>
                <w:webHidden/>
              </w:rPr>
              <w:fldChar w:fldCharType="begin"/>
            </w:r>
            <w:r w:rsidRPr="00DB6570">
              <w:rPr>
                <w:noProof/>
                <w:webHidden/>
              </w:rPr>
              <w:instrText xml:space="preserve"> PAGEREF _Toc237525273 \h </w:instrText>
            </w:r>
            <w:r w:rsidRPr="00DB6570">
              <w:rPr>
                <w:noProof/>
                <w:webHidden/>
              </w:rPr>
            </w:r>
            <w:r w:rsidRPr="00DB6570">
              <w:rPr>
                <w:noProof/>
                <w:webHidden/>
              </w:rPr>
              <w:fldChar w:fldCharType="separate"/>
            </w:r>
            <w:r w:rsidR="00452C49">
              <w:rPr>
                <w:noProof/>
                <w:webHidden/>
              </w:rPr>
              <w:t>49</w:t>
            </w:r>
            <w:r w:rsidRPr="00DB6570">
              <w:rPr>
                <w:noProof/>
                <w:webHidden/>
              </w:rPr>
              <w:fldChar w:fldCharType="end"/>
            </w:r>
          </w:hyperlink>
        </w:p>
        <w:p w14:paraId="3D04CF78" w14:textId="548D3934" w:rsidR="00FA45D2" w:rsidRPr="00DB6570" w:rsidRDefault="00FA45D2">
          <w:pPr>
            <w:pStyle w:val="TOC3"/>
            <w:tabs>
              <w:tab w:val="right" w:leader="dot" w:pos="9856"/>
            </w:tabs>
            <w:rPr>
              <w:rFonts w:asciiTheme="minorHAnsi" w:hAnsiTheme="minorHAnsi"/>
              <w:noProof/>
              <w:kern w:val="2"/>
              <w:sz w:val="24"/>
              <w:szCs w:val="24"/>
              <w14:ligatures w14:val="standardContextual"/>
            </w:rPr>
          </w:pPr>
          <w:hyperlink w:anchor="_Toc237525274" w:history="1">
            <w:r w:rsidRPr="00DB6570">
              <w:rPr>
                <w:rStyle w:val="Hyperlink"/>
                <w:rFonts w:ascii="Times New Roman" w:hAnsi="Times New Roman" w:cs="Times New Roman"/>
                <w:noProof/>
              </w:rPr>
              <w:t>5.14.1 Civil Works and Construction Plan</w:t>
            </w:r>
            <w:r w:rsidRPr="00DB6570">
              <w:rPr>
                <w:noProof/>
                <w:webHidden/>
              </w:rPr>
              <w:tab/>
            </w:r>
            <w:r w:rsidRPr="00DB6570">
              <w:rPr>
                <w:noProof/>
                <w:webHidden/>
              </w:rPr>
              <w:fldChar w:fldCharType="begin"/>
            </w:r>
            <w:r w:rsidRPr="00DB6570">
              <w:rPr>
                <w:noProof/>
                <w:webHidden/>
              </w:rPr>
              <w:instrText xml:space="preserve"> PAGEREF _Toc237525274 \h </w:instrText>
            </w:r>
            <w:r w:rsidRPr="00DB6570">
              <w:rPr>
                <w:noProof/>
                <w:webHidden/>
              </w:rPr>
            </w:r>
            <w:r w:rsidRPr="00DB6570">
              <w:rPr>
                <w:noProof/>
                <w:webHidden/>
              </w:rPr>
              <w:fldChar w:fldCharType="separate"/>
            </w:r>
            <w:r w:rsidR="00452C49">
              <w:rPr>
                <w:noProof/>
                <w:webHidden/>
              </w:rPr>
              <w:t>49</w:t>
            </w:r>
            <w:r w:rsidRPr="00DB6570">
              <w:rPr>
                <w:noProof/>
                <w:webHidden/>
              </w:rPr>
              <w:fldChar w:fldCharType="end"/>
            </w:r>
          </w:hyperlink>
        </w:p>
        <w:p w14:paraId="7C97F972" w14:textId="32C880A3"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75" w:history="1">
            <w:r w:rsidRPr="00DB6570">
              <w:rPr>
                <w:rStyle w:val="Hyperlink"/>
                <w:rFonts w:ascii="Times New Roman" w:hAnsi="Times New Roman" w:cs="Times New Roman"/>
                <w:noProof/>
              </w:rPr>
              <w:t>5.15 Host Institution and Government Support</w:t>
            </w:r>
            <w:r w:rsidRPr="00DB6570">
              <w:rPr>
                <w:noProof/>
                <w:webHidden/>
              </w:rPr>
              <w:tab/>
            </w:r>
            <w:r w:rsidRPr="00DB6570">
              <w:rPr>
                <w:noProof/>
                <w:webHidden/>
              </w:rPr>
              <w:fldChar w:fldCharType="begin"/>
            </w:r>
            <w:r w:rsidRPr="00DB6570">
              <w:rPr>
                <w:noProof/>
                <w:webHidden/>
              </w:rPr>
              <w:instrText xml:space="preserve"> PAGEREF _Toc237525275 \h </w:instrText>
            </w:r>
            <w:r w:rsidRPr="00DB6570">
              <w:rPr>
                <w:noProof/>
                <w:webHidden/>
              </w:rPr>
            </w:r>
            <w:r w:rsidRPr="00DB6570">
              <w:rPr>
                <w:noProof/>
                <w:webHidden/>
              </w:rPr>
              <w:fldChar w:fldCharType="separate"/>
            </w:r>
            <w:r w:rsidR="00452C49">
              <w:rPr>
                <w:noProof/>
                <w:webHidden/>
              </w:rPr>
              <w:t>49</w:t>
            </w:r>
            <w:r w:rsidRPr="00DB6570">
              <w:rPr>
                <w:noProof/>
                <w:webHidden/>
              </w:rPr>
              <w:fldChar w:fldCharType="end"/>
            </w:r>
          </w:hyperlink>
        </w:p>
        <w:p w14:paraId="6D4975DC" w14:textId="62FC9931"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76" w:history="1">
            <w:r w:rsidRPr="00DB6570">
              <w:rPr>
                <w:rStyle w:val="Hyperlink"/>
                <w:rFonts w:ascii="Times New Roman" w:hAnsi="Times New Roman" w:cs="Times New Roman"/>
                <w:noProof/>
              </w:rPr>
              <w:t>V.16 Financial Position and Sustainability</w:t>
            </w:r>
            <w:r w:rsidRPr="00DB6570">
              <w:rPr>
                <w:noProof/>
                <w:webHidden/>
              </w:rPr>
              <w:tab/>
            </w:r>
            <w:r w:rsidRPr="00DB6570">
              <w:rPr>
                <w:noProof/>
                <w:webHidden/>
              </w:rPr>
              <w:fldChar w:fldCharType="begin"/>
            </w:r>
            <w:r w:rsidRPr="00DB6570">
              <w:rPr>
                <w:noProof/>
                <w:webHidden/>
              </w:rPr>
              <w:instrText xml:space="preserve"> PAGEREF _Toc237525276 \h </w:instrText>
            </w:r>
            <w:r w:rsidRPr="00DB6570">
              <w:rPr>
                <w:noProof/>
                <w:webHidden/>
              </w:rPr>
            </w:r>
            <w:r w:rsidRPr="00DB6570">
              <w:rPr>
                <w:noProof/>
                <w:webHidden/>
              </w:rPr>
              <w:fldChar w:fldCharType="separate"/>
            </w:r>
            <w:r w:rsidR="00452C49">
              <w:rPr>
                <w:noProof/>
                <w:webHidden/>
              </w:rPr>
              <w:t>50</w:t>
            </w:r>
            <w:r w:rsidRPr="00DB6570">
              <w:rPr>
                <w:noProof/>
                <w:webHidden/>
              </w:rPr>
              <w:fldChar w:fldCharType="end"/>
            </w:r>
          </w:hyperlink>
        </w:p>
        <w:p w14:paraId="363B650B" w14:textId="4F773751" w:rsidR="00FA45D2" w:rsidRPr="00DB6570" w:rsidRDefault="00FA45D2">
          <w:pPr>
            <w:pStyle w:val="TOC3"/>
            <w:tabs>
              <w:tab w:val="right" w:leader="dot" w:pos="9856"/>
            </w:tabs>
            <w:rPr>
              <w:rFonts w:asciiTheme="minorHAnsi" w:hAnsiTheme="minorHAnsi"/>
              <w:noProof/>
              <w:kern w:val="2"/>
              <w:sz w:val="24"/>
              <w:szCs w:val="24"/>
              <w14:ligatures w14:val="standardContextual"/>
            </w:rPr>
          </w:pPr>
          <w:hyperlink w:anchor="_Toc237525277" w:history="1">
            <w:r w:rsidRPr="00DB6570">
              <w:rPr>
                <w:rStyle w:val="Hyperlink"/>
                <w:rFonts w:ascii="Times New Roman" w:hAnsi="Times New Roman" w:cs="Times New Roman"/>
                <w:noProof/>
              </w:rPr>
              <w:t>5.16.1 RFTI Revenue and Sustainability Projection</w:t>
            </w:r>
            <w:r w:rsidRPr="00DB6570">
              <w:rPr>
                <w:noProof/>
                <w:webHidden/>
              </w:rPr>
              <w:tab/>
            </w:r>
            <w:r w:rsidRPr="00DB6570">
              <w:rPr>
                <w:noProof/>
                <w:webHidden/>
              </w:rPr>
              <w:fldChar w:fldCharType="begin"/>
            </w:r>
            <w:r w:rsidRPr="00DB6570">
              <w:rPr>
                <w:noProof/>
                <w:webHidden/>
              </w:rPr>
              <w:instrText xml:space="preserve"> PAGEREF _Toc237525277 \h </w:instrText>
            </w:r>
            <w:r w:rsidRPr="00DB6570">
              <w:rPr>
                <w:noProof/>
                <w:webHidden/>
              </w:rPr>
            </w:r>
            <w:r w:rsidRPr="00DB6570">
              <w:rPr>
                <w:noProof/>
                <w:webHidden/>
              </w:rPr>
              <w:fldChar w:fldCharType="separate"/>
            </w:r>
            <w:r w:rsidR="00452C49">
              <w:rPr>
                <w:noProof/>
                <w:webHidden/>
              </w:rPr>
              <w:t>50</w:t>
            </w:r>
            <w:r w:rsidRPr="00DB6570">
              <w:rPr>
                <w:noProof/>
                <w:webHidden/>
              </w:rPr>
              <w:fldChar w:fldCharType="end"/>
            </w:r>
          </w:hyperlink>
        </w:p>
        <w:p w14:paraId="1FA03509" w14:textId="18B1E89B"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78" w:history="1">
            <w:r w:rsidRPr="00DB6570">
              <w:rPr>
                <w:rStyle w:val="Hyperlink"/>
                <w:rFonts w:ascii="Times New Roman" w:hAnsi="Times New Roman" w:cs="Times New Roman"/>
                <w:noProof/>
              </w:rPr>
              <w:t>5.17 RFTI-Specific Risks and Mitigation</w:t>
            </w:r>
            <w:r w:rsidRPr="00DB6570">
              <w:rPr>
                <w:noProof/>
                <w:webHidden/>
              </w:rPr>
              <w:tab/>
            </w:r>
            <w:r w:rsidRPr="00DB6570">
              <w:rPr>
                <w:noProof/>
                <w:webHidden/>
              </w:rPr>
              <w:fldChar w:fldCharType="begin"/>
            </w:r>
            <w:r w:rsidRPr="00DB6570">
              <w:rPr>
                <w:noProof/>
                <w:webHidden/>
              </w:rPr>
              <w:instrText xml:space="preserve"> PAGEREF _Toc237525278 \h </w:instrText>
            </w:r>
            <w:r w:rsidRPr="00DB6570">
              <w:rPr>
                <w:noProof/>
                <w:webHidden/>
              </w:rPr>
            </w:r>
            <w:r w:rsidRPr="00DB6570">
              <w:rPr>
                <w:noProof/>
                <w:webHidden/>
              </w:rPr>
              <w:fldChar w:fldCharType="separate"/>
            </w:r>
            <w:r w:rsidR="00452C49">
              <w:rPr>
                <w:noProof/>
                <w:webHidden/>
              </w:rPr>
              <w:t>50</w:t>
            </w:r>
            <w:r w:rsidRPr="00DB6570">
              <w:rPr>
                <w:noProof/>
                <w:webHidden/>
              </w:rPr>
              <w:fldChar w:fldCharType="end"/>
            </w:r>
          </w:hyperlink>
        </w:p>
        <w:p w14:paraId="601F4C2C" w14:textId="1F3DBEA0"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79" w:history="1">
            <w:r w:rsidRPr="00DB6570">
              <w:rPr>
                <w:rStyle w:val="Hyperlink"/>
                <w:rFonts w:ascii="Times New Roman" w:hAnsi="Times New Roman" w:cs="Times New Roman"/>
                <w:noProof/>
              </w:rPr>
              <w:t>5.18 Critical Readiness Gaps and First-Year Launch Plan</w:t>
            </w:r>
            <w:r w:rsidRPr="00DB6570">
              <w:rPr>
                <w:noProof/>
                <w:webHidden/>
              </w:rPr>
              <w:tab/>
            </w:r>
            <w:r w:rsidRPr="00DB6570">
              <w:rPr>
                <w:noProof/>
                <w:webHidden/>
              </w:rPr>
              <w:fldChar w:fldCharType="begin"/>
            </w:r>
            <w:r w:rsidRPr="00DB6570">
              <w:rPr>
                <w:noProof/>
                <w:webHidden/>
              </w:rPr>
              <w:instrText xml:space="preserve"> PAGEREF _Toc237525279 \h </w:instrText>
            </w:r>
            <w:r w:rsidRPr="00DB6570">
              <w:rPr>
                <w:noProof/>
                <w:webHidden/>
              </w:rPr>
            </w:r>
            <w:r w:rsidRPr="00DB6570">
              <w:rPr>
                <w:noProof/>
                <w:webHidden/>
              </w:rPr>
              <w:fldChar w:fldCharType="separate"/>
            </w:r>
            <w:r w:rsidR="00452C49">
              <w:rPr>
                <w:noProof/>
                <w:webHidden/>
              </w:rPr>
              <w:t>51</w:t>
            </w:r>
            <w:r w:rsidRPr="00DB6570">
              <w:rPr>
                <w:noProof/>
                <w:webHidden/>
              </w:rPr>
              <w:fldChar w:fldCharType="end"/>
            </w:r>
          </w:hyperlink>
        </w:p>
        <w:p w14:paraId="2BBA0CC7" w14:textId="4C1DBBFD" w:rsidR="00FA45D2" w:rsidRPr="00DB6570" w:rsidRDefault="00FA45D2">
          <w:pPr>
            <w:pStyle w:val="TOC3"/>
            <w:tabs>
              <w:tab w:val="right" w:leader="dot" w:pos="9856"/>
            </w:tabs>
            <w:rPr>
              <w:rFonts w:asciiTheme="minorHAnsi" w:hAnsiTheme="minorHAnsi"/>
              <w:noProof/>
              <w:kern w:val="2"/>
              <w:sz w:val="24"/>
              <w:szCs w:val="24"/>
              <w14:ligatures w14:val="standardContextual"/>
            </w:rPr>
          </w:pPr>
          <w:hyperlink w:anchor="_Toc237525280" w:history="1">
            <w:r w:rsidRPr="00DB6570">
              <w:rPr>
                <w:rStyle w:val="Hyperlink"/>
                <w:rFonts w:ascii="Times New Roman" w:hAnsi="Times New Roman" w:cs="Times New Roman"/>
                <w:noProof/>
              </w:rPr>
              <w:t>5.18.1 Launch Readiness Actions</w:t>
            </w:r>
            <w:r w:rsidRPr="00DB6570">
              <w:rPr>
                <w:noProof/>
                <w:webHidden/>
              </w:rPr>
              <w:tab/>
            </w:r>
            <w:r w:rsidRPr="00DB6570">
              <w:rPr>
                <w:noProof/>
                <w:webHidden/>
              </w:rPr>
              <w:fldChar w:fldCharType="begin"/>
            </w:r>
            <w:r w:rsidRPr="00DB6570">
              <w:rPr>
                <w:noProof/>
                <w:webHidden/>
              </w:rPr>
              <w:instrText xml:space="preserve"> PAGEREF _Toc237525280 \h </w:instrText>
            </w:r>
            <w:r w:rsidRPr="00DB6570">
              <w:rPr>
                <w:noProof/>
                <w:webHidden/>
              </w:rPr>
            </w:r>
            <w:r w:rsidRPr="00DB6570">
              <w:rPr>
                <w:noProof/>
                <w:webHidden/>
              </w:rPr>
              <w:fldChar w:fldCharType="separate"/>
            </w:r>
            <w:r w:rsidR="00452C49">
              <w:rPr>
                <w:noProof/>
                <w:webHidden/>
              </w:rPr>
              <w:t>51</w:t>
            </w:r>
            <w:r w:rsidRPr="00DB6570">
              <w:rPr>
                <w:noProof/>
                <w:webHidden/>
              </w:rPr>
              <w:fldChar w:fldCharType="end"/>
            </w:r>
          </w:hyperlink>
        </w:p>
        <w:p w14:paraId="1B88EB23" w14:textId="4462D9D9"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81" w:history="1">
            <w:r w:rsidRPr="00DB6570">
              <w:rPr>
                <w:rStyle w:val="Hyperlink"/>
                <w:rFonts w:ascii="Times New Roman" w:hAnsi="Times New Roman" w:cs="Times New Roman"/>
                <w:noProof/>
              </w:rPr>
              <w:t>5.19 IMPLEMENTATION PLAN OUTLINE (2027-2031)</w:t>
            </w:r>
            <w:r w:rsidRPr="00DB6570">
              <w:rPr>
                <w:noProof/>
                <w:webHidden/>
              </w:rPr>
              <w:tab/>
            </w:r>
            <w:r w:rsidRPr="00DB6570">
              <w:rPr>
                <w:noProof/>
                <w:webHidden/>
              </w:rPr>
              <w:fldChar w:fldCharType="begin"/>
            </w:r>
            <w:r w:rsidRPr="00DB6570">
              <w:rPr>
                <w:noProof/>
                <w:webHidden/>
              </w:rPr>
              <w:instrText xml:space="preserve"> PAGEREF _Toc237525281 \h </w:instrText>
            </w:r>
            <w:r w:rsidRPr="00DB6570">
              <w:rPr>
                <w:noProof/>
                <w:webHidden/>
              </w:rPr>
            </w:r>
            <w:r w:rsidRPr="00DB6570">
              <w:rPr>
                <w:noProof/>
                <w:webHidden/>
              </w:rPr>
              <w:fldChar w:fldCharType="separate"/>
            </w:r>
            <w:r w:rsidR="00452C49">
              <w:rPr>
                <w:noProof/>
                <w:webHidden/>
              </w:rPr>
              <w:t>52</w:t>
            </w:r>
            <w:r w:rsidRPr="00DB6570">
              <w:rPr>
                <w:noProof/>
                <w:webHidden/>
              </w:rPr>
              <w:fldChar w:fldCharType="end"/>
            </w:r>
          </w:hyperlink>
        </w:p>
        <w:p w14:paraId="6EB16412" w14:textId="4A139765"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82" w:history="1">
            <w:r w:rsidRPr="00DB6570">
              <w:rPr>
                <w:rStyle w:val="Hyperlink"/>
                <w:rFonts w:ascii="Times New Roman" w:hAnsi="Times New Roman" w:cs="Times New Roman"/>
                <w:noProof/>
              </w:rPr>
              <w:t>5.20 Results Framework</w:t>
            </w:r>
            <w:r w:rsidRPr="00DB6570">
              <w:rPr>
                <w:noProof/>
                <w:webHidden/>
              </w:rPr>
              <w:tab/>
            </w:r>
            <w:r w:rsidRPr="00DB6570">
              <w:rPr>
                <w:noProof/>
                <w:webHidden/>
              </w:rPr>
              <w:fldChar w:fldCharType="begin"/>
            </w:r>
            <w:r w:rsidRPr="00DB6570">
              <w:rPr>
                <w:noProof/>
                <w:webHidden/>
              </w:rPr>
              <w:instrText xml:space="preserve"> PAGEREF _Toc237525282 \h </w:instrText>
            </w:r>
            <w:r w:rsidRPr="00DB6570">
              <w:rPr>
                <w:noProof/>
                <w:webHidden/>
              </w:rPr>
            </w:r>
            <w:r w:rsidRPr="00DB6570">
              <w:rPr>
                <w:noProof/>
                <w:webHidden/>
              </w:rPr>
              <w:fldChar w:fldCharType="separate"/>
            </w:r>
            <w:r w:rsidR="00452C49">
              <w:rPr>
                <w:noProof/>
                <w:webHidden/>
              </w:rPr>
              <w:t>55</w:t>
            </w:r>
            <w:r w:rsidRPr="00DB6570">
              <w:rPr>
                <w:noProof/>
                <w:webHidden/>
              </w:rPr>
              <w:fldChar w:fldCharType="end"/>
            </w:r>
          </w:hyperlink>
        </w:p>
        <w:p w14:paraId="2658F5E2" w14:textId="67AF6A20"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83" w:history="1">
            <w:r w:rsidRPr="00DB6570">
              <w:rPr>
                <w:rStyle w:val="Hyperlink"/>
                <w:rFonts w:ascii="Times New Roman" w:hAnsi="Times New Roman" w:cs="Times New Roman"/>
                <w:noProof/>
              </w:rPr>
              <w:t>5.21 First 18-Months Procurement Plan</w:t>
            </w:r>
            <w:r w:rsidRPr="00DB6570">
              <w:rPr>
                <w:noProof/>
                <w:webHidden/>
              </w:rPr>
              <w:tab/>
            </w:r>
            <w:r w:rsidRPr="00DB6570">
              <w:rPr>
                <w:noProof/>
                <w:webHidden/>
              </w:rPr>
              <w:fldChar w:fldCharType="begin"/>
            </w:r>
            <w:r w:rsidRPr="00DB6570">
              <w:rPr>
                <w:noProof/>
                <w:webHidden/>
              </w:rPr>
              <w:instrText xml:space="preserve"> PAGEREF _Toc237525283 \h </w:instrText>
            </w:r>
            <w:r w:rsidRPr="00DB6570">
              <w:rPr>
                <w:noProof/>
                <w:webHidden/>
              </w:rPr>
            </w:r>
            <w:r w:rsidRPr="00DB6570">
              <w:rPr>
                <w:noProof/>
                <w:webHidden/>
              </w:rPr>
              <w:fldChar w:fldCharType="separate"/>
            </w:r>
            <w:r w:rsidR="00452C49">
              <w:rPr>
                <w:noProof/>
                <w:webHidden/>
              </w:rPr>
              <w:t>59</w:t>
            </w:r>
            <w:r w:rsidRPr="00DB6570">
              <w:rPr>
                <w:noProof/>
                <w:webHidden/>
              </w:rPr>
              <w:fldChar w:fldCharType="end"/>
            </w:r>
          </w:hyperlink>
        </w:p>
        <w:p w14:paraId="3DDDB5F2" w14:textId="0FB9C9A1"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84" w:history="1">
            <w:r w:rsidRPr="00DB6570">
              <w:rPr>
                <w:rStyle w:val="Hyperlink"/>
                <w:rFonts w:ascii="Times New Roman" w:hAnsi="Times New Roman" w:cs="Times New Roman"/>
                <w:noProof/>
              </w:rPr>
              <w:t>5.22 Detailed Budget and Financing Plan</w:t>
            </w:r>
            <w:r w:rsidRPr="00DB6570">
              <w:rPr>
                <w:noProof/>
                <w:webHidden/>
              </w:rPr>
              <w:tab/>
            </w:r>
            <w:r w:rsidRPr="00DB6570">
              <w:rPr>
                <w:noProof/>
                <w:webHidden/>
              </w:rPr>
              <w:fldChar w:fldCharType="begin"/>
            </w:r>
            <w:r w:rsidRPr="00DB6570">
              <w:rPr>
                <w:noProof/>
                <w:webHidden/>
              </w:rPr>
              <w:instrText xml:space="preserve"> PAGEREF _Toc237525284 \h </w:instrText>
            </w:r>
            <w:r w:rsidRPr="00DB6570">
              <w:rPr>
                <w:noProof/>
                <w:webHidden/>
              </w:rPr>
            </w:r>
            <w:r w:rsidRPr="00DB6570">
              <w:rPr>
                <w:noProof/>
                <w:webHidden/>
              </w:rPr>
              <w:fldChar w:fldCharType="separate"/>
            </w:r>
            <w:r w:rsidR="00452C49">
              <w:rPr>
                <w:noProof/>
                <w:webHidden/>
              </w:rPr>
              <w:t>60</w:t>
            </w:r>
            <w:r w:rsidRPr="00DB6570">
              <w:rPr>
                <w:noProof/>
                <w:webHidden/>
              </w:rPr>
              <w:fldChar w:fldCharType="end"/>
            </w:r>
          </w:hyperlink>
        </w:p>
        <w:p w14:paraId="7D99CC64" w14:textId="68CF05E6" w:rsidR="00FA45D2" w:rsidRPr="00DB6570" w:rsidRDefault="00FA45D2">
          <w:pPr>
            <w:pStyle w:val="TOC3"/>
            <w:tabs>
              <w:tab w:val="right" w:leader="dot" w:pos="9856"/>
            </w:tabs>
            <w:rPr>
              <w:rFonts w:asciiTheme="minorHAnsi" w:hAnsiTheme="minorHAnsi"/>
              <w:noProof/>
              <w:kern w:val="2"/>
              <w:sz w:val="24"/>
              <w:szCs w:val="24"/>
              <w14:ligatures w14:val="standardContextual"/>
            </w:rPr>
          </w:pPr>
          <w:hyperlink w:anchor="_Toc237525285" w:history="1">
            <w:r w:rsidRPr="00DB6570">
              <w:rPr>
                <w:rStyle w:val="Hyperlink"/>
                <w:rFonts w:ascii="Times New Roman" w:hAnsi="Times New Roman" w:cs="Times New Roman"/>
                <w:noProof/>
              </w:rPr>
              <w:t>5.22.1 Institutional Budget Summary</w:t>
            </w:r>
            <w:r w:rsidRPr="00DB6570">
              <w:rPr>
                <w:noProof/>
                <w:webHidden/>
              </w:rPr>
              <w:tab/>
            </w:r>
            <w:r w:rsidRPr="00DB6570">
              <w:rPr>
                <w:noProof/>
                <w:webHidden/>
              </w:rPr>
              <w:fldChar w:fldCharType="begin"/>
            </w:r>
            <w:r w:rsidRPr="00DB6570">
              <w:rPr>
                <w:noProof/>
                <w:webHidden/>
              </w:rPr>
              <w:instrText xml:space="preserve"> PAGEREF _Toc237525285 \h </w:instrText>
            </w:r>
            <w:r w:rsidRPr="00DB6570">
              <w:rPr>
                <w:noProof/>
                <w:webHidden/>
              </w:rPr>
            </w:r>
            <w:r w:rsidRPr="00DB6570">
              <w:rPr>
                <w:noProof/>
                <w:webHidden/>
              </w:rPr>
              <w:fldChar w:fldCharType="separate"/>
            </w:r>
            <w:r w:rsidR="00452C49">
              <w:rPr>
                <w:noProof/>
                <w:webHidden/>
              </w:rPr>
              <w:t>61</w:t>
            </w:r>
            <w:r w:rsidRPr="00DB6570">
              <w:rPr>
                <w:noProof/>
                <w:webHidden/>
              </w:rPr>
              <w:fldChar w:fldCharType="end"/>
            </w:r>
          </w:hyperlink>
        </w:p>
        <w:p w14:paraId="10432379" w14:textId="61E99C2F" w:rsidR="00FA45D2" w:rsidRPr="00DB6570" w:rsidRDefault="00FA45D2">
          <w:pPr>
            <w:pStyle w:val="TOC1"/>
            <w:tabs>
              <w:tab w:val="right" w:leader="dot" w:pos="9856"/>
            </w:tabs>
            <w:rPr>
              <w:rFonts w:asciiTheme="minorHAnsi" w:hAnsiTheme="minorHAnsi"/>
              <w:noProof/>
              <w:kern w:val="2"/>
              <w:sz w:val="24"/>
              <w:szCs w:val="24"/>
              <w14:ligatures w14:val="standardContextual"/>
            </w:rPr>
          </w:pPr>
          <w:hyperlink w:anchor="_Toc237525286" w:history="1">
            <w:r w:rsidRPr="00DB6570">
              <w:rPr>
                <w:rStyle w:val="Hyperlink"/>
                <w:rFonts w:ascii="Times New Roman" w:hAnsi="Times New Roman" w:cs="Times New Roman"/>
                <w:noProof/>
              </w:rPr>
              <w:t>PART VII - ENDORSEMENT AND ANNEXES</w:t>
            </w:r>
            <w:r w:rsidRPr="00DB6570">
              <w:rPr>
                <w:noProof/>
                <w:webHidden/>
              </w:rPr>
              <w:tab/>
            </w:r>
            <w:r w:rsidRPr="00DB6570">
              <w:rPr>
                <w:noProof/>
                <w:webHidden/>
              </w:rPr>
              <w:fldChar w:fldCharType="begin"/>
            </w:r>
            <w:r w:rsidRPr="00DB6570">
              <w:rPr>
                <w:noProof/>
                <w:webHidden/>
              </w:rPr>
              <w:instrText xml:space="preserve"> PAGEREF _Toc237525286 \h </w:instrText>
            </w:r>
            <w:r w:rsidRPr="00DB6570">
              <w:rPr>
                <w:noProof/>
                <w:webHidden/>
              </w:rPr>
            </w:r>
            <w:r w:rsidRPr="00DB6570">
              <w:rPr>
                <w:noProof/>
                <w:webHidden/>
              </w:rPr>
              <w:fldChar w:fldCharType="separate"/>
            </w:r>
            <w:r w:rsidR="00452C49">
              <w:rPr>
                <w:noProof/>
                <w:webHidden/>
              </w:rPr>
              <w:t>62</w:t>
            </w:r>
            <w:r w:rsidRPr="00DB6570">
              <w:rPr>
                <w:noProof/>
                <w:webHidden/>
              </w:rPr>
              <w:fldChar w:fldCharType="end"/>
            </w:r>
          </w:hyperlink>
        </w:p>
        <w:p w14:paraId="7AB49845" w14:textId="239F5E40"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87" w:history="1">
            <w:r w:rsidRPr="00DB6570">
              <w:rPr>
                <w:rStyle w:val="Hyperlink"/>
                <w:rFonts w:ascii="Times New Roman" w:hAnsi="Times New Roman" w:cs="Times New Roman"/>
                <w:noProof/>
              </w:rPr>
              <w:t>6.1 Formal Endorsement and Declaration</w:t>
            </w:r>
            <w:r w:rsidRPr="00DB6570">
              <w:rPr>
                <w:noProof/>
                <w:webHidden/>
              </w:rPr>
              <w:tab/>
            </w:r>
            <w:r w:rsidRPr="00DB6570">
              <w:rPr>
                <w:noProof/>
                <w:webHidden/>
              </w:rPr>
              <w:fldChar w:fldCharType="begin"/>
            </w:r>
            <w:r w:rsidRPr="00DB6570">
              <w:rPr>
                <w:noProof/>
                <w:webHidden/>
              </w:rPr>
              <w:instrText xml:space="preserve"> PAGEREF _Toc237525287 \h </w:instrText>
            </w:r>
            <w:r w:rsidRPr="00DB6570">
              <w:rPr>
                <w:noProof/>
                <w:webHidden/>
              </w:rPr>
            </w:r>
            <w:r w:rsidRPr="00DB6570">
              <w:rPr>
                <w:noProof/>
                <w:webHidden/>
              </w:rPr>
              <w:fldChar w:fldCharType="separate"/>
            </w:r>
            <w:r w:rsidR="00452C49">
              <w:rPr>
                <w:noProof/>
                <w:webHidden/>
              </w:rPr>
              <w:t>62</w:t>
            </w:r>
            <w:r w:rsidRPr="00DB6570">
              <w:rPr>
                <w:noProof/>
                <w:webHidden/>
              </w:rPr>
              <w:fldChar w:fldCharType="end"/>
            </w:r>
          </w:hyperlink>
        </w:p>
        <w:p w14:paraId="7D427B8F" w14:textId="03DB6036"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88" w:history="1">
            <w:r w:rsidRPr="00DB6570">
              <w:rPr>
                <w:rStyle w:val="Hyperlink"/>
                <w:rFonts w:ascii="Times New Roman" w:hAnsi="Times New Roman" w:cs="Times New Roman"/>
                <w:noProof/>
              </w:rPr>
              <w:t>6.2 RESPONSE TO EOI EVALUATION</w:t>
            </w:r>
            <w:r w:rsidRPr="00DB6570">
              <w:rPr>
                <w:noProof/>
                <w:webHidden/>
              </w:rPr>
              <w:tab/>
            </w:r>
            <w:r w:rsidRPr="00DB6570">
              <w:rPr>
                <w:noProof/>
                <w:webHidden/>
              </w:rPr>
              <w:fldChar w:fldCharType="begin"/>
            </w:r>
            <w:r w:rsidRPr="00DB6570">
              <w:rPr>
                <w:noProof/>
                <w:webHidden/>
              </w:rPr>
              <w:instrText xml:space="preserve"> PAGEREF _Toc237525288 \h </w:instrText>
            </w:r>
            <w:r w:rsidRPr="00DB6570">
              <w:rPr>
                <w:noProof/>
                <w:webHidden/>
              </w:rPr>
            </w:r>
            <w:r w:rsidRPr="00DB6570">
              <w:rPr>
                <w:noProof/>
                <w:webHidden/>
              </w:rPr>
              <w:fldChar w:fldCharType="separate"/>
            </w:r>
            <w:r w:rsidR="00452C49">
              <w:rPr>
                <w:noProof/>
                <w:webHidden/>
              </w:rPr>
              <w:t>62</w:t>
            </w:r>
            <w:r w:rsidRPr="00DB6570">
              <w:rPr>
                <w:noProof/>
                <w:webHidden/>
              </w:rPr>
              <w:fldChar w:fldCharType="end"/>
            </w:r>
          </w:hyperlink>
        </w:p>
        <w:p w14:paraId="7A8B1DBF" w14:textId="259C40DB" w:rsidR="00FA45D2" w:rsidRPr="00DB6570" w:rsidRDefault="00FA45D2">
          <w:pPr>
            <w:pStyle w:val="TOC2"/>
            <w:tabs>
              <w:tab w:val="right" w:leader="dot" w:pos="9856"/>
            </w:tabs>
            <w:rPr>
              <w:rFonts w:asciiTheme="minorHAnsi" w:hAnsiTheme="minorHAnsi"/>
              <w:noProof/>
              <w:kern w:val="2"/>
              <w:sz w:val="24"/>
              <w:szCs w:val="24"/>
              <w14:ligatures w14:val="standardContextual"/>
            </w:rPr>
          </w:pPr>
          <w:hyperlink w:anchor="_Toc237525289" w:history="1">
            <w:r w:rsidRPr="00DB6570">
              <w:rPr>
                <w:rStyle w:val="Hyperlink"/>
                <w:rFonts w:ascii="Times New Roman" w:hAnsi="Times New Roman" w:cs="Times New Roman"/>
                <w:noProof/>
              </w:rPr>
              <w:t>Response to Stage 1 EoI Evaluation Feedback</w:t>
            </w:r>
            <w:r w:rsidRPr="00DB6570">
              <w:rPr>
                <w:noProof/>
                <w:webHidden/>
              </w:rPr>
              <w:tab/>
            </w:r>
            <w:r w:rsidRPr="00DB6570">
              <w:rPr>
                <w:noProof/>
                <w:webHidden/>
              </w:rPr>
              <w:fldChar w:fldCharType="begin"/>
            </w:r>
            <w:r w:rsidRPr="00DB6570">
              <w:rPr>
                <w:noProof/>
                <w:webHidden/>
              </w:rPr>
              <w:instrText xml:space="preserve"> PAGEREF _Toc237525289 \h </w:instrText>
            </w:r>
            <w:r w:rsidRPr="00DB6570">
              <w:rPr>
                <w:noProof/>
                <w:webHidden/>
              </w:rPr>
            </w:r>
            <w:r w:rsidRPr="00DB6570">
              <w:rPr>
                <w:noProof/>
                <w:webHidden/>
              </w:rPr>
              <w:fldChar w:fldCharType="separate"/>
            </w:r>
            <w:r w:rsidR="00452C49">
              <w:rPr>
                <w:noProof/>
                <w:webHidden/>
              </w:rPr>
              <w:t>62</w:t>
            </w:r>
            <w:r w:rsidRPr="00DB6570">
              <w:rPr>
                <w:noProof/>
                <w:webHidden/>
              </w:rPr>
              <w:fldChar w:fldCharType="end"/>
            </w:r>
          </w:hyperlink>
        </w:p>
        <w:p w14:paraId="6CD58F05" w14:textId="460131E1" w:rsidR="00F24DE6" w:rsidRPr="00DB6570" w:rsidRDefault="00F24DE6">
          <w:pPr>
            <w:rPr>
              <w:rFonts w:ascii="Times New Roman" w:hAnsi="Times New Roman" w:cs="Times New Roman"/>
              <w:sz w:val="22"/>
            </w:rPr>
          </w:pPr>
          <w:r w:rsidRPr="00DB6570">
            <w:rPr>
              <w:rFonts w:ascii="Times New Roman" w:hAnsi="Times New Roman" w:cs="Times New Roman"/>
              <w:b/>
              <w:bCs/>
              <w:noProof/>
              <w:sz w:val="22"/>
            </w:rPr>
            <w:fldChar w:fldCharType="end"/>
          </w:r>
        </w:p>
      </w:sdtContent>
    </w:sdt>
    <w:p w14:paraId="24BF358C" w14:textId="0908F245" w:rsidR="0061162A" w:rsidRPr="00DB6570" w:rsidRDefault="0061162A" w:rsidP="005E44DD">
      <w:pPr>
        <w:pStyle w:val="ListNumber"/>
        <w:numPr>
          <w:ilvl w:val="0"/>
          <w:numId w:val="0"/>
        </w:numPr>
        <w:ind w:left="360" w:hanging="360"/>
        <w:rPr>
          <w:rFonts w:ascii="Times New Roman" w:hAnsi="Times New Roman" w:cs="Times New Roman"/>
          <w:sz w:val="22"/>
        </w:rPr>
      </w:pPr>
    </w:p>
    <w:tbl>
      <w:tblPr>
        <w:tblStyle w:val="TableGrid"/>
        <w:tblW w:w="9000" w:type="dxa"/>
        <w:jc w:val="center"/>
        <w:tblLook w:val="04A0" w:firstRow="1" w:lastRow="0" w:firstColumn="1" w:lastColumn="0" w:noHBand="0" w:noVBand="1"/>
      </w:tblPr>
      <w:tblGrid>
        <w:gridCol w:w="9000"/>
      </w:tblGrid>
      <w:tr w:rsidR="0061162A" w:rsidRPr="00DB6570" w14:paraId="2E65CB78" w14:textId="77777777" w:rsidTr="0021427D">
        <w:trPr>
          <w:jc w:val="center"/>
        </w:trPr>
        <w:tc>
          <w:tcPr>
            <w:tcW w:w="9866" w:type="dxa"/>
            <w:tcMar>
              <w:top w:w="100" w:type="dxa"/>
              <w:left w:w="140" w:type="dxa"/>
              <w:bottom w:w="100" w:type="dxa"/>
              <w:right w:w="140" w:type="dxa"/>
            </w:tcMar>
          </w:tcPr>
          <w:p w14:paraId="5675FB9F" w14:textId="14387E51" w:rsidR="0061162A" w:rsidRPr="00DB6570" w:rsidRDefault="00BE6111">
            <w:pPr>
              <w:rPr>
                <w:rFonts w:ascii="Times New Roman" w:hAnsi="Times New Roman" w:cs="Times New Roman"/>
                <w:sz w:val="22"/>
              </w:rPr>
            </w:pPr>
            <w:r w:rsidRPr="00DB6570">
              <w:rPr>
                <w:rFonts w:ascii="Times New Roman" w:hAnsi="Times New Roman" w:cs="Times New Roman"/>
                <w:b/>
                <w:sz w:val="22"/>
              </w:rPr>
              <w:t>How to use th</w:t>
            </w:r>
            <w:r w:rsidR="00296D8D" w:rsidRPr="00DB6570">
              <w:rPr>
                <w:rFonts w:ascii="Times New Roman" w:hAnsi="Times New Roman" w:cs="Times New Roman"/>
                <w:b/>
                <w:sz w:val="22"/>
              </w:rPr>
              <w:t>is</w:t>
            </w:r>
            <w:r w:rsidRPr="00DB6570">
              <w:rPr>
                <w:rFonts w:ascii="Times New Roman" w:hAnsi="Times New Roman" w:cs="Times New Roman"/>
                <w:b/>
                <w:sz w:val="22"/>
              </w:rPr>
              <w:t xml:space="preserve"> form</w:t>
            </w:r>
          </w:p>
          <w:p w14:paraId="0742F2B5" w14:textId="77777777" w:rsidR="0061162A" w:rsidRPr="00DB6570" w:rsidRDefault="00BE6111">
            <w:pPr>
              <w:rPr>
                <w:rFonts w:ascii="Times New Roman" w:hAnsi="Times New Roman" w:cs="Times New Roman"/>
                <w:sz w:val="22"/>
              </w:rPr>
            </w:pPr>
            <w:r w:rsidRPr="00DB6570">
              <w:rPr>
                <w:rFonts w:ascii="Times New Roman" w:hAnsi="Times New Roman" w:cs="Times New Roman"/>
                <w:sz w:val="22"/>
              </w:rPr>
              <w:t>Replace all bracketed placeholders and response prompts. Add rows where needed. Do not delete prescribed tables or headings. Cross-reference annexes clearly and ensure all figures in the narrative, results framework, work plan, procurement plan and budget are internally consistent.</w:t>
            </w:r>
          </w:p>
        </w:tc>
      </w:tr>
    </w:tbl>
    <w:p w14:paraId="123B7989" w14:textId="77777777" w:rsidR="0061162A" w:rsidRPr="00DB6570" w:rsidRDefault="0061162A">
      <w:pPr>
        <w:spacing w:after="0"/>
        <w:rPr>
          <w:rFonts w:ascii="Times New Roman" w:hAnsi="Times New Roman" w:cs="Times New Roman"/>
          <w:sz w:val="22"/>
        </w:rPr>
      </w:pPr>
    </w:p>
    <w:p w14:paraId="0EB2466D" w14:textId="77777777" w:rsidR="0061162A" w:rsidRPr="00DB6570" w:rsidRDefault="00BE6111">
      <w:pPr>
        <w:rPr>
          <w:rFonts w:ascii="Times New Roman" w:hAnsi="Times New Roman" w:cs="Times New Roman"/>
          <w:sz w:val="22"/>
        </w:rPr>
      </w:pPr>
      <w:r w:rsidRPr="00DB6570">
        <w:rPr>
          <w:rFonts w:ascii="Times New Roman" w:hAnsi="Times New Roman" w:cs="Times New Roman"/>
          <w:sz w:val="22"/>
        </w:rPr>
        <w:br w:type="page"/>
      </w:r>
    </w:p>
    <w:p w14:paraId="68720734" w14:textId="1CFD1D92" w:rsidR="0061162A" w:rsidRPr="00DB6570" w:rsidRDefault="00BE6111" w:rsidP="005E44DD">
      <w:pPr>
        <w:pStyle w:val="Heading1"/>
        <w:rPr>
          <w:rFonts w:ascii="Times New Roman" w:hAnsi="Times New Roman" w:cs="Times New Roman"/>
          <w:color w:val="auto"/>
          <w:sz w:val="22"/>
          <w:szCs w:val="22"/>
        </w:rPr>
      </w:pPr>
      <w:bookmarkStart w:id="3" w:name="_Toc237525197"/>
      <w:r w:rsidRPr="00DB6570">
        <w:rPr>
          <w:rFonts w:ascii="Times New Roman" w:hAnsi="Times New Roman" w:cs="Times New Roman"/>
          <w:color w:val="auto"/>
          <w:sz w:val="22"/>
          <w:szCs w:val="22"/>
        </w:rPr>
        <w:t xml:space="preserve">PART I </w:t>
      </w:r>
      <w:r w:rsidR="00F733ED" w:rsidRPr="00DB6570">
        <w:rPr>
          <w:rFonts w:ascii="Times New Roman" w:hAnsi="Times New Roman" w:cs="Times New Roman"/>
          <w:color w:val="auto"/>
          <w:sz w:val="22"/>
          <w:szCs w:val="22"/>
        </w:rPr>
        <w:t>–</w:t>
      </w:r>
      <w:r w:rsidRPr="00DB6570">
        <w:rPr>
          <w:rFonts w:ascii="Times New Roman" w:hAnsi="Times New Roman" w:cs="Times New Roman"/>
          <w:color w:val="auto"/>
          <w:sz w:val="22"/>
          <w:szCs w:val="22"/>
        </w:rPr>
        <w:t xml:space="preserve"> </w:t>
      </w:r>
      <w:r w:rsidR="00F733ED" w:rsidRPr="00DB6570">
        <w:rPr>
          <w:rFonts w:ascii="Times New Roman" w:hAnsi="Times New Roman" w:cs="Times New Roman"/>
          <w:color w:val="auto"/>
          <w:sz w:val="22"/>
          <w:szCs w:val="22"/>
        </w:rPr>
        <w:t xml:space="preserve">JOINT </w:t>
      </w:r>
      <w:r w:rsidRPr="00DB6570">
        <w:rPr>
          <w:rFonts w:ascii="Times New Roman" w:hAnsi="Times New Roman" w:cs="Times New Roman"/>
          <w:color w:val="auto"/>
          <w:sz w:val="22"/>
          <w:szCs w:val="22"/>
        </w:rPr>
        <w:t>EXECUTIVE SUMMARY</w:t>
      </w:r>
      <w:bookmarkEnd w:id="3"/>
      <w:r w:rsidRPr="00DB6570">
        <w:rPr>
          <w:rFonts w:ascii="Times New Roman" w:hAnsi="Times New Roman" w:cs="Times New Roman"/>
          <w:color w:val="auto"/>
          <w:sz w:val="22"/>
          <w:szCs w:val="22"/>
        </w:rPr>
        <w:t xml:space="preserve"> </w:t>
      </w:r>
    </w:p>
    <w:p w14:paraId="798B39B1" w14:textId="35642169" w:rsidR="0061162A" w:rsidRPr="00DB6570" w:rsidRDefault="00BE6111" w:rsidP="00F06C88">
      <w:pPr>
        <w:pStyle w:val="Heading2"/>
        <w:rPr>
          <w:rFonts w:ascii="Times New Roman" w:hAnsi="Times New Roman" w:cs="Times New Roman"/>
          <w:color w:val="auto"/>
          <w:sz w:val="22"/>
          <w:szCs w:val="22"/>
        </w:rPr>
      </w:pPr>
      <w:bookmarkStart w:id="4" w:name="_Toc237525198"/>
      <w:r w:rsidRPr="00DB6570">
        <w:rPr>
          <w:rFonts w:ascii="Times New Roman" w:hAnsi="Times New Roman" w:cs="Times New Roman"/>
          <w:color w:val="auto"/>
          <w:sz w:val="22"/>
          <w:szCs w:val="22"/>
        </w:rPr>
        <w:t>1.</w:t>
      </w:r>
      <w:r w:rsidR="008247B3" w:rsidRPr="00DB6570">
        <w:rPr>
          <w:rFonts w:ascii="Times New Roman" w:hAnsi="Times New Roman" w:cs="Times New Roman"/>
          <w:color w:val="auto"/>
          <w:sz w:val="22"/>
          <w:szCs w:val="22"/>
        </w:rPr>
        <w:t>1</w:t>
      </w:r>
      <w:r w:rsidRPr="00DB6570">
        <w:rPr>
          <w:rFonts w:ascii="Times New Roman" w:hAnsi="Times New Roman" w:cs="Times New Roman"/>
          <w:color w:val="auto"/>
          <w:sz w:val="22"/>
          <w:szCs w:val="22"/>
        </w:rPr>
        <w:t xml:space="preserve"> Executive Summary</w:t>
      </w:r>
      <w:bookmarkEnd w:id="4"/>
    </w:p>
    <w:p w14:paraId="6D313967" w14:textId="2B03AFD5" w:rsidR="0061162A" w:rsidRPr="00DB6570" w:rsidRDefault="00BE6111">
      <w:pPr>
        <w:pStyle w:val="GuidanceText"/>
        <w:keepNext/>
        <w:rPr>
          <w:rFonts w:ascii="Times New Roman" w:hAnsi="Times New Roman" w:cs="Times New Roman"/>
          <w:b/>
          <w:bCs/>
          <w:color w:val="auto"/>
          <w:sz w:val="22"/>
        </w:rPr>
      </w:pPr>
      <w:r w:rsidRPr="00DB6570">
        <w:rPr>
          <w:rFonts w:ascii="Times New Roman" w:hAnsi="Times New Roman" w:cs="Times New Roman"/>
          <w:color w:val="auto"/>
          <w:sz w:val="22"/>
        </w:rPr>
        <w:t>Provide a self-contained summary of the full proposal. Explain the development and labor-market challenge</w:t>
      </w:r>
      <w:r w:rsidR="00152957" w:rsidRPr="00DB6570">
        <w:rPr>
          <w:rFonts w:ascii="Times New Roman" w:hAnsi="Times New Roman" w:cs="Times New Roman"/>
          <w:color w:val="auto"/>
          <w:sz w:val="22"/>
        </w:rPr>
        <w:t xml:space="preserve"> identified in the selected</w:t>
      </w:r>
      <w:r w:rsidRPr="00DB6570">
        <w:rPr>
          <w:rFonts w:ascii="Times New Roman" w:hAnsi="Times New Roman" w:cs="Times New Roman"/>
          <w:color w:val="auto"/>
          <w:sz w:val="22"/>
        </w:rPr>
        <w:t xml:space="preserve"> sector and </w:t>
      </w:r>
      <w:r w:rsidR="00152957" w:rsidRPr="00DB6570">
        <w:rPr>
          <w:rFonts w:ascii="Times New Roman" w:hAnsi="Times New Roman" w:cs="Times New Roman"/>
          <w:color w:val="auto"/>
          <w:sz w:val="22"/>
        </w:rPr>
        <w:t>value-chain</w:t>
      </w:r>
      <w:r w:rsidRPr="00DB6570">
        <w:rPr>
          <w:rFonts w:ascii="Times New Roman" w:hAnsi="Times New Roman" w:cs="Times New Roman"/>
          <w:color w:val="auto"/>
          <w:sz w:val="22"/>
        </w:rPr>
        <w:t xml:space="preserve">, proposed five-year response, the distinctive contribution of each institution, expected results and jobs outcomes, regional value, financing requested, implementation readiness and sustainability. </w:t>
      </w:r>
      <w:r w:rsidRPr="00DB6570">
        <w:rPr>
          <w:rFonts w:ascii="Times New Roman" w:hAnsi="Times New Roman" w:cs="Times New Roman"/>
          <w:b/>
          <w:bCs/>
          <w:color w:val="auto"/>
          <w:sz w:val="22"/>
        </w:rPr>
        <w:t>For a joint proposal, make the integrated partnership case rather than presenting two separate institutional summaries.</w:t>
      </w:r>
    </w:p>
    <w:tbl>
      <w:tblPr>
        <w:tblStyle w:val="TableGrid"/>
        <w:tblW w:w="9000" w:type="dxa"/>
        <w:jc w:val="center"/>
        <w:tblLook w:val="04A0" w:firstRow="1" w:lastRow="0" w:firstColumn="1" w:lastColumn="0" w:noHBand="0" w:noVBand="1"/>
      </w:tblPr>
      <w:tblGrid>
        <w:gridCol w:w="9000"/>
      </w:tblGrid>
      <w:tr w:rsidR="0061162A" w:rsidRPr="00DB6570" w14:paraId="08709A1E" w14:textId="77777777">
        <w:trPr>
          <w:jc w:val="center"/>
        </w:trPr>
        <w:tc>
          <w:tcPr>
            <w:tcW w:w="9866" w:type="dxa"/>
            <w:shd w:val="clear" w:color="auto" w:fill="FAFAFA"/>
            <w:tcMar>
              <w:top w:w="110" w:type="dxa"/>
              <w:left w:w="120" w:type="dxa"/>
              <w:bottom w:w="110" w:type="dxa"/>
              <w:right w:w="120" w:type="dxa"/>
            </w:tcMar>
          </w:tcPr>
          <w:p w14:paraId="1474193C" w14:textId="4F9B7AAA" w:rsidR="0061162A" w:rsidRPr="00DB6570" w:rsidRDefault="00BE6111">
            <w:pPr>
              <w:pStyle w:val="ResponsePlaceholder"/>
              <w:rPr>
                <w:rFonts w:ascii="Times New Roman" w:hAnsi="Times New Roman" w:cs="Times New Roman"/>
                <w:color w:val="auto"/>
                <w:sz w:val="22"/>
              </w:rPr>
            </w:pPr>
            <w:r w:rsidRPr="00DB6570">
              <w:rPr>
                <w:rFonts w:ascii="Times New Roman" w:hAnsi="Times New Roman" w:cs="Times New Roman"/>
                <w:color w:val="auto"/>
                <w:sz w:val="22"/>
              </w:rPr>
              <w:t>[Applicant response</w:t>
            </w:r>
            <w:r w:rsidR="00F11022" w:rsidRPr="00DB6570">
              <w:rPr>
                <w:rFonts w:ascii="Times New Roman" w:hAnsi="Times New Roman" w:cs="Times New Roman"/>
                <w:color w:val="auto"/>
                <w:sz w:val="22"/>
              </w:rPr>
              <w:t xml:space="preserve"> must not exceed </w:t>
            </w:r>
            <w:r w:rsidR="000F6733" w:rsidRPr="000F6733">
              <w:rPr>
                <w:rFonts w:ascii="Times New Roman" w:hAnsi="Times New Roman" w:cs="Times New Roman"/>
                <w:b/>
                <w:bCs/>
                <w:color w:val="auto"/>
                <w:sz w:val="22"/>
              </w:rPr>
              <w:t>800</w:t>
            </w:r>
            <w:r w:rsidR="00F11022" w:rsidRPr="00DB6570">
              <w:rPr>
                <w:rFonts w:ascii="Times New Roman" w:hAnsi="Times New Roman" w:cs="Times New Roman"/>
                <w:color w:val="auto"/>
                <w:sz w:val="22"/>
              </w:rPr>
              <w:t xml:space="preserve"> words</w:t>
            </w:r>
            <w:r w:rsidR="000F6733">
              <w:rPr>
                <w:rFonts w:ascii="Times New Roman" w:hAnsi="Times New Roman" w:cs="Times New Roman"/>
                <w:color w:val="auto"/>
                <w:sz w:val="22"/>
              </w:rPr>
              <w:t>]</w:t>
            </w:r>
          </w:p>
          <w:p w14:paraId="44F8CD2B" w14:textId="77777777" w:rsidR="0061162A" w:rsidRPr="00DB6570" w:rsidRDefault="0061162A">
            <w:pPr>
              <w:rPr>
                <w:rFonts w:ascii="Times New Roman" w:hAnsi="Times New Roman" w:cs="Times New Roman"/>
                <w:sz w:val="22"/>
              </w:rPr>
            </w:pPr>
          </w:p>
          <w:p w14:paraId="17E3B135" w14:textId="77777777" w:rsidR="0061162A" w:rsidRPr="00DB6570" w:rsidRDefault="0061162A">
            <w:pPr>
              <w:rPr>
                <w:rFonts w:ascii="Times New Roman" w:hAnsi="Times New Roman" w:cs="Times New Roman"/>
                <w:sz w:val="22"/>
              </w:rPr>
            </w:pPr>
          </w:p>
          <w:p w14:paraId="1511F5C7" w14:textId="77777777" w:rsidR="0061162A" w:rsidRPr="00DB6570" w:rsidRDefault="0061162A">
            <w:pPr>
              <w:rPr>
                <w:rFonts w:ascii="Times New Roman" w:hAnsi="Times New Roman" w:cs="Times New Roman"/>
                <w:sz w:val="22"/>
              </w:rPr>
            </w:pPr>
          </w:p>
          <w:p w14:paraId="6D0E9D9F" w14:textId="77777777" w:rsidR="0061162A" w:rsidRPr="00DB6570" w:rsidRDefault="0061162A">
            <w:pPr>
              <w:rPr>
                <w:rFonts w:ascii="Times New Roman" w:hAnsi="Times New Roman" w:cs="Times New Roman"/>
                <w:sz w:val="22"/>
              </w:rPr>
            </w:pPr>
          </w:p>
          <w:p w14:paraId="64C1BDCB" w14:textId="77777777" w:rsidR="0061162A" w:rsidRPr="00DB6570" w:rsidRDefault="0061162A">
            <w:pPr>
              <w:rPr>
                <w:rFonts w:ascii="Times New Roman" w:hAnsi="Times New Roman" w:cs="Times New Roman"/>
                <w:sz w:val="22"/>
              </w:rPr>
            </w:pPr>
          </w:p>
          <w:p w14:paraId="779AF746" w14:textId="77777777" w:rsidR="0061162A" w:rsidRPr="00DB6570" w:rsidRDefault="0061162A">
            <w:pPr>
              <w:rPr>
                <w:rFonts w:ascii="Times New Roman" w:hAnsi="Times New Roman" w:cs="Times New Roman"/>
                <w:sz w:val="22"/>
              </w:rPr>
            </w:pPr>
          </w:p>
          <w:p w14:paraId="0F0D332A" w14:textId="77777777" w:rsidR="0061162A" w:rsidRPr="00DB6570" w:rsidRDefault="0061162A">
            <w:pPr>
              <w:rPr>
                <w:rFonts w:ascii="Times New Roman" w:hAnsi="Times New Roman" w:cs="Times New Roman"/>
                <w:sz w:val="22"/>
              </w:rPr>
            </w:pPr>
          </w:p>
        </w:tc>
      </w:tr>
    </w:tbl>
    <w:p w14:paraId="62D52BCA" w14:textId="77777777" w:rsidR="0061162A" w:rsidRPr="00DB6570" w:rsidRDefault="0061162A">
      <w:pPr>
        <w:spacing w:after="0"/>
        <w:rPr>
          <w:rFonts w:ascii="Times New Roman" w:hAnsi="Times New Roman" w:cs="Times New Roman"/>
          <w:sz w:val="22"/>
        </w:rPr>
      </w:pPr>
    </w:p>
    <w:p w14:paraId="26FDDBBF" w14:textId="477D39B9" w:rsidR="0061162A" w:rsidRPr="00DB6570" w:rsidRDefault="00BE6111">
      <w:pPr>
        <w:pStyle w:val="Heading2"/>
        <w:rPr>
          <w:rFonts w:ascii="Times New Roman" w:hAnsi="Times New Roman" w:cs="Times New Roman"/>
          <w:color w:val="auto"/>
          <w:sz w:val="22"/>
          <w:szCs w:val="22"/>
        </w:rPr>
      </w:pPr>
      <w:bookmarkStart w:id="5" w:name="_Toc237525199"/>
      <w:r w:rsidRPr="00DB6570">
        <w:rPr>
          <w:rFonts w:ascii="Times New Roman" w:hAnsi="Times New Roman" w:cs="Times New Roman"/>
          <w:color w:val="auto"/>
          <w:sz w:val="22"/>
          <w:szCs w:val="22"/>
        </w:rPr>
        <w:t>1.</w:t>
      </w:r>
      <w:r w:rsidR="00F06C88" w:rsidRPr="00DB6570">
        <w:rPr>
          <w:rFonts w:ascii="Times New Roman" w:hAnsi="Times New Roman" w:cs="Times New Roman"/>
          <w:color w:val="auto"/>
          <w:sz w:val="22"/>
          <w:szCs w:val="22"/>
        </w:rPr>
        <w:t>2</w:t>
      </w:r>
      <w:r w:rsidRPr="00DB6570">
        <w:rPr>
          <w:rFonts w:ascii="Times New Roman" w:hAnsi="Times New Roman" w:cs="Times New Roman"/>
          <w:color w:val="auto"/>
          <w:sz w:val="22"/>
          <w:szCs w:val="22"/>
        </w:rPr>
        <w:t xml:space="preserve"> Joint Five-Year Proposition and Headline Results</w:t>
      </w:r>
      <w:bookmarkEnd w:id="5"/>
    </w:p>
    <w:p w14:paraId="73E3EF6C" w14:textId="6BBD8268" w:rsidR="0061162A" w:rsidRPr="00DB6570" w:rsidRDefault="00E25434">
      <w:pPr>
        <w:pStyle w:val="GuidanceText"/>
        <w:keepNext/>
        <w:rPr>
          <w:rFonts w:ascii="Times New Roman" w:hAnsi="Times New Roman" w:cs="Times New Roman"/>
          <w:color w:val="auto"/>
          <w:sz w:val="22"/>
        </w:rPr>
      </w:pPr>
      <w:r w:rsidRPr="00E25434">
        <w:rPr>
          <w:rFonts w:ascii="Times New Roman" w:hAnsi="Times New Roman" w:cs="Times New Roman"/>
          <w:color w:val="auto"/>
          <w:sz w:val="22"/>
        </w:rPr>
        <w:t>Briefly summarize the distinctive five-year proposition of the joint ACE-RFTI partnership, the approach to address the core problem identified and the key assumptions underpinning the targets in the table below. Please note that the narrative should complement and not repeat the figures in the table. Complete the table below with five-year headline results, summed across all project years</w:t>
      </w:r>
    </w:p>
    <w:tbl>
      <w:tblPr>
        <w:tblStyle w:val="TableGrid"/>
        <w:tblW w:w="9000" w:type="dxa"/>
        <w:jc w:val="center"/>
        <w:tblLook w:val="04A0" w:firstRow="1" w:lastRow="0" w:firstColumn="1" w:lastColumn="0" w:noHBand="0" w:noVBand="1"/>
      </w:tblPr>
      <w:tblGrid>
        <w:gridCol w:w="9000"/>
      </w:tblGrid>
      <w:tr w:rsidR="0061162A" w:rsidRPr="00DB6570" w14:paraId="5601F8F2" w14:textId="77777777">
        <w:trPr>
          <w:jc w:val="center"/>
        </w:trPr>
        <w:tc>
          <w:tcPr>
            <w:tcW w:w="9866" w:type="dxa"/>
            <w:shd w:val="clear" w:color="auto" w:fill="FAFAFA"/>
            <w:tcMar>
              <w:top w:w="110" w:type="dxa"/>
              <w:left w:w="120" w:type="dxa"/>
              <w:bottom w:w="110" w:type="dxa"/>
              <w:right w:w="120" w:type="dxa"/>
            </w:tcMar>
          </w:tcPr>
          <w:p w14:paraId="5E2CEAAD" w14:textId="425FC9E1" w:rsidR="0061162A" w:rsidRPr="00DB6570" w:rsidRDefault="00E25434">
            <w:pPr>
              <w:rPr>
                <w:rFonts w:ascii="Times New Roman" w:hAnsi="Times New Roman" w:cs="Times New Roman"/>
                <w:sz w:val="22"/>
              </w:rPr>
            </w:pPr>
            <w:r w:rsidRPr="00E25434">
              <w:rPr>
                <w:rFonts w:ascii="Times New Roman" w:hAnsi="Times New Roman" w:cs="Times New Roman"/>
                <w:i/>
                <w:sz w:val="22"/>
              </w:rPr>
              <w:t>[Applicant response must not exceed 300 words]</w:t>
            </w:r>
          </w:p>
          <w:p w14:paraId="7C33E17C" w14:textId="77777777" w:rsidR="0061162A" w:rsidRPr="00DB6570" w:rsidRDefault="0061162A">
            <w:pPr>
              <w:rPr>
                <w:rFonts w:ascii="Times New Roman" w:hAnsi="Times New Roman" w:cs="Times New Roman"/>
                <w:sz w:val="22"/>
              </w:rPr>
            </w:pPr>
          </w:p>
          <w:p w14:paraId="6D5E4ECD" w14:textId="77777777" w:rsidR="0061162A" w:rsidRPr="00DB6570" w:rsidRDefault="0061162A">
            <w:pPr>
              <w:rPr>
                <w:rFonts w:ascii="Times New Roman" w:hAnsi="Times New Roman" w:cs="Times New Roman"/>
                <w:sz w:val="22"/>
              </w:rPr>
            </w:pPr>
          </w:p>
        </w:tc>
      </w:tr>
    </w:tbl>
    <w:p w14:paraId="4A99B749" w14:textId="4060322B" w:rsidR="0061162A" w:rsidRPr="00DB6570" w:rsidRDefault="0061162A" w:rsidP="005E44DD">
      <w:pPr>
        <w:rPr>
          <w:rFonts w:ascii="Times New Roman" w:hAnsi="Times New Roman" w:cs="Times New Roman"/>
          <w:sz w:val="22"/>
        </w:rPr>
      </w:pPr>
    </w:p>
    <w:p w14:paraId="563222A1" w14:textId="77777777" w:rsidR="00F369EB" w:rsidRPr="00DB6570" w:rsidRDefault="00F369EB">
      <w:pPr>
        <w:spacing w:after="0"/>
        <w:rPr>
          <w:rFonts w:ascii="Times New Roman" w:hAnsi="Times New Roman" w:cs="Times New Roman"/>
          <w:sz w:val="22"/>
        </w:rPr>
        <w:sectPr w:rsidR="00F369EB" w:rsidRPr="00DB6570">
          <w:headerReference w:type="default" r:id="rId8"/>
          <w:footerReference w:type="even" r:id="rId9"/>
          <w:footerReference w:type="default" r:id="rId10"/>
          <w:footerReference w:type="first" r:id="rId11"/>
          <w:pgSz w:w="11906" w:h="16838"/>
          <w:pgMar w:top="964" w:right="1020" w:bottom="907" w:left="1020" w:header="454" w:footer="454" w:gutter="0"/>
          <w:cols w:space="720"/>
          <w:docGrid w:linePitch="360"/>
        </w:sectPr>
      </w:pPr>
    </w:p>
    <w:p w14:paraId="5ABED6D6" w14:textId="77777777" w:rsidR="0061162A" w:rsidRPr="00DB6570" w:rsidRDefault="0061162A">
      <w:pPr>
        <w:spacing w:after="0"/>
        <w:rPr>
          <w:rFonts w:ascii="Times New Roman" w:hAnsi="Times New Roman" w:cs="Times New Roman"/>
          <w:sz w:val="22"/>
        </w:rPr>
      </w:pPr>
    </w:p>
    <w:tbl>
      <w:tblPr>
        <w:tblW w:w="14242" w:type="dxa"/>
        <w:tblInd w:w="-5" w:type="dxa"/>
        <w:tblLook w:val="04A0" w:firstRow="1" w:lastRow="0" w:firstColumn="1" w:lastColumn="0" w:noHBand="0" w:noVBand="1"/>
      </w:tblPr>
      <w:tblGrid>
        <w:gridCol w:w="9244"/>
        <w:gridCol w:w="2051"/>
        <w:gridCol w:w="2947"/>
      </w:tblGrid>
      <w:tr w:rsidR="00C46C11" w:rsidRPr="00DB6570" w14:paraId="447EFADF" w14:textId="77777777">
        <w:trPr>
          <w:trHeight w:val="242"/>
        </w:trPr>
        <w:tc>
          <w:tcPr>
            <w:tcW w:w="9244" w:type="dxa"/>
            <w:tcBorders>
              <w:top w:val="single" w:sz="4" w:space="0" w:color="auto"/>
              <w:left w:val="single" w:sz="4" w:space="0" w:color="auto"/>
              <w:bottom w:val="single" w:sz="4" w:space="0" w:color="auto"/>
              <w:right w:val="single" w:sz="4" w:space="0" w:color="auto"/>
            </w:tcBorders>
            <w:noWrap/>
            <w:vAlign w:val="bottom"/>
            <w:hideMark/>
          </w:tcPr>
          <w:p w14:paraId="3BEEE472" w14:textId="5B115F26" w:rsidR="00C46C11" w:rsidRPr="00DB6570" w:rsidRDefault="00C46C11" w:rsidP="00D270E1">
            <w:pPr>
              <w:spacing w:after="0" w:line="240" w:lineRule="auto"/>
              <w:jc w:val="center"/>
              <w:rPr>
                <w:rFonts w:ascii="Times New Roman" w:eastAsia="Times New Roman" w:hAnsi="Times New Roman" w:cs="Times New Roman"/>
                <w:b/>
                <w:bCs/>
                <w:sz w:val="22"/>
              </w:rPr>
            </w:pPr>
            <w:r w:rsidRPr="00DB6570">
              <w:rPr>
                <w:rFonts w:ascii="Times New Roman" w:eastAsia="Times New Roman" w:hAnsi="Times New Roman" w:cs="Times New Roman"/>
                <w:b/>
                <w:bCs/>
                <w:sz w:val="22"/>
              </w:rPr>
              <w:t>Joint Five-Year Proposition and Headline Results</w:t>
            </w:r>
          </w:p>
        </w:tc>
        <w:tc>
          <w:tcPr>
            <w:tcW w:w="2051" w:type="dxa"/>
            <w:vMerge w:val="restart"/>
            <w:tcBorders>
              <w:top w:val="single" w:sz="4" w:space="0" w:color="auto"/>
              <w:left w:val="single" w:sz="4" w:space="0" w:color="auto"/>
              <w:bottom w:val="single" w:sz="4" w:space="0" w:color="auto"/>
              <w:right w:val="single" w:sz="4" w:space="0" w:color="auto"/>
            </w:tcBorders>
            <w:shd w:val="clear" w:color="000000" w:fill="D0D0D0"/>
            <w:noWrap/>
            <w:vAlign w:val="center"/>
            <w:hideMark/>
          </w:tcPr>
          <w:p w14:paraId="56BEB384" w14:textId="77777777" w:rsidR="00C46C11" w:rsidRPr="00DB6570" w:rsidRDefault="00C46C11" w:rsidP="00D270E1">
            <w:pPr>
              <w:spacing w:after="0" w:line="240" w:lineRule="auto"/>
              <w:jc w:val="center"/>
              <w:rPr>
                <w:rFonts w:ascii="Times New Roman" w:eastAsia="Times New Roman" w:hAnsi="Times New Roman" w:cs="Times New Roman"/>
                <w:b/>
                <w:bCs/>
                <w:sz w:val="22"/>
              </w:rPr>
            </w:pPr>
            <w:r w:rsidRPr="00DB6570">
              <w:rPr>
                <w:rFonts w:ascii="Times New Roman" w:eastAsia="Times New Roman" w:hAnsi="Times New Roman" w:cs="Times New Roman"/>
                <w:b/>
                <w:bCs/>
                <w:sz w:val="22"/>
              </w:rPr>
              <w:t>TOTAL (Sum all years)</w:t>
            </w:r>
          </w:p>
        </w:tc>
        <w:tc>
          <w:tcPr>
            <w:tcW w:w="2947" w:type="dxa"/>
            <w:vMerge w:val="restart"/>
            <w:tcBorders>
              <w:top w:val="single" w:sz="4" w:space="0" w:color="auto"/>
              <w:left w:val="single" w:sz="4" w:space="0" w:color="auto"/>
              <w:bottom w:val="single" w:sz="4" w:space="0" w:color="auto"/>
              <w:right w:val="single" w:sz="4" w:space="0" w:color="auto"/>
            </w:tcBorders>
            <w:shd w:val="clear" w:color="000000" w:fill="D0D0D0"/>
            <w:vAlign w:val="center"/>
            <w:hideMark/>
          </w:tcPr>
          <w:p w14:paraId="6CF9C171" w14:textId="77777777" w:rsidR="00C46C11" w:rsidRPr="00DB6570" w:rsidRDefault="00C46C11" w:rsidP="00D270E1">
            <w:pPr>
              <w:spacing w:after="0" w:line="240" w:lineRule="auto"/>
              <w:jc w:val="center"/>
              <w:rPr>
                <w:rFonts w:ascii="Times New Roman" w:eastAsia="Times New Roman" w:hAnsi="Times New Roman" w:cs="Times New Roman"/>
                <w:b/>
                <w:bCs/>
                <w:sz w:val="22"/>
              </w:rPr>
            </w:pPr>
            <w:r w:rsidRPr="00DB6570">
              <w:rPr>
                <w:rFonts w:ascii="Times New Roman" w:eastAsia="Times New Roman" w:hAnsi="Times New Roman" w:cs="Times New Roman"/>
                <w:b/>
                <w:bCs/>
                <w:sz w:val="22"/>
              </w:rPr>
              <w:t>Key assumptions (incl. contribution % from ACE &amp; RFTIs)</w:t>
            </w:r>
          </w:p>
        </w:tc>
      </w:tr>
      <w:tr w:rsidR="00C46C11" w:rsidRPr="00DB6570" w14:paraId="6C24995C" w14:textId="77777777">
        <w:trPr>
          <w:trHeight w:val="242"/>
        </w:trPr>
        <w:tc>
          <w:tcPr>
            <w:tcW w:w="9244" w:type="dxa"/>
            <w:tcBorders>
              <w:top w:val="nil"/>
              <w:left w:val="single" w:sz="4" w:space="0" w:color="auto"/>
              <w:bottom w:val="single" w:sz="4" w:space="0" w:color="auto"/>
              <w:right w:val="single" w:sz="4" w:space="0" w:color="auto"/>
            </w:tcBorders>
            <w:shd w:val="clear" w:color="000000" w:fill="D0D0D0"/>
            <w:noWrap/>
            <w:vAlign w:val="center"/>
            <w:hideMark/>
          </w:tcPr>
          <w:p w14:paraId="566B095D" w14:textId="77777777" w:rsidR="00C46C11" w:rsidRPr="00DB6570" w:rsidRDefault="00C46C11" w:rsidP="00D270E1">
            <w:pPr>
              <w:spacing w:after="0" w:line="240" w:lineRule="auto"/>
              <w:jc w:val="center"/>
              <w:rPr>
                <w:rFonts w:ascii="Times New Roman" w:eastAsia="Times New Roman" w:hAnsi="Times New Roman" w:cs="Times New Roman"/>
                <w:b/>
                <w:bCs/>
                <w:sz w:val="22"/>
              </w:rPr>
            </w:pPr>
            <w:r w:rsidRPr="00DB6570">
              <w:rPr>
                <w:rFonts w:ascii="Times New Roman" w:eastAsia="Times New Roman" w:hAnsi="Times New Roman" w:cs="Times New Roman"/>
                <w:b/>
                <w:bCs/>
                <w:sz w:val="22"/>
              </w:rPr>
              <w:t>Proposal</w:t>
            </w:r>
          </w:p>
        </w:tc>
        <w:tc>
          <w:tcPr>
            <w:tcW w:w="2051" w:type="dxa"/>
            <w:vMerge/>
            <w:tcBorders>
              <w:top w:val="single" w:sz="4" w:space="0" w:color="auto"/>
              <w:left w:val="single" w:sz="4" w:space="0" w:color="auto"/>
              <w:bottom w:val="single" w:sz="4" w:space="0" w:color="auto"/>
              <w:right w:val="single" w:sz="4" w:space="0" w:color="auto"/>
            </w:tcBorders>
            <w:vAlign w:val="center"/>
            <w:hideMark/>
          </w:tcPr>
          <w:p w14:paraId="63531225" w14:textId="77777777" w:rsidR="00C46C11" w:rsidRPr="00DB6570" w:rsidRDefault="00C46C11" w:rsidP="00D270E1">
            <w:pPr>
              <w:spacing w:after="0" w:line="240" w:lineRule="auto"/>
              <w:jc w:val="center"/>
              <w:rPr>
                <w:rFonts w:ascii="Times New Roman" w:eastAsia="Times New Roman" w:hAnsi="Times New Roman" w:cs="Times New Roman"/>
                <w:b/>
                <w:bCs/>
                <w:sz w:val="22"/>
              </w:rPr>
            </w:pPr>
          </w:p>
        </w:tc>
        <w:tc>
          <w:tcPr>
            <w:tcW w:w="2947" w:type="dxa"/>
            <w:vMerge/>
            <w:tcBorders>
              <w:top w:val="single" w:sz="4" w:space="0" w:color="auto"/>
              <w:left w:val="single" w:sz="4" w:space="0" w:color="auto"/>
              <w:bottom w:val="single" w:sz="4" w:space="0" w:color="auto"/>
              <w:right w:val="single" w:sz="4" w:space="0" w:color="auto"/>
            </w:tcBorders>
            <w:vAlign w:val="center"/>
            <w:hideMark/>
          </w:tcPr>
          <w:p w14:paraId="04EBFBB9" w14:textId="77777777" w:rsidR="00C46C11" w:rsidRPr="00DB6570" w:rsidRDefault="00C46C11" w:rsidP="00D270E1">
            <w:pPr>
              <w:spacing w:after="0" w:line="240" w:lineRule="auto"/>
              <w:jc w:val="center"/>
              <w:rPr>
                <w:rFonts w:ascii="Times New Roman" w:eastAsia="Times New Roman" w:hAnsi="Times New Roman" w:cs="Times New Roman"/>
                <w:b/>
                <w:bCs/>
                <w:sz w:val="22"/>
              </w:rPr>
            </w:pPr>
          </w:p>
        </w:tc>
      </w:tr>
      <w:tr w:rsidR="00C46C11" w:rsidRPr="00DB6570" w14:paraId="7B07272B" w14:textId="77777777">
        <w:trPr>
          <w:trHeight w:val="308"/>
        </w:trPr>
        <w:tc>
          <w:tcPr>
            <w:tcW w:w="9244" w:type="dxa"/>
            <w:tcBorders>
              <w:top w:val="nil"/>
              <w:left w:val="single" w:sz="4" w:space="0" w:color="auto"/>
              <w:bottom w:val="single" w:sz="4" w:space="0" w:color="auto"/>
              <w:right w:val="single" w:sz="4" w:space="0" w:color="auto"/>
            </w:tcBorders>
            <w:shd w:val="clear" w:color="000000" w:fill="DAF2D0"/>
            <w:noWrap/>
            <w:vAlign w:val="center"/>
            <w:hideMark/>
          </w:tcPr>
          <w:p w14:paraId="531C3E41" w14:textId="77777777" w:rsidR="00C46C11" w:rsidRPr="00DB6570" w:rsidRDefault="00C46C11" w:rsidP="00D270E1">
            <w:pPr>
              <w:spacing w:after="0" w:line="240" w:lineRule="auto"/>
              <w:jc w:val="center"/>
              <w:rPr>
                <w:rFonts w:ascii="Times New Roman" w:eastAsia="Times New Roman" w:hAnsi="Times New Roman" w:cs="Times New Roman"/>
                <w:b/>
                <w:bCs/>
                <w:sz w:val="22"/>
              </w:rPr>
            </w:pPr>
            <w:r w:rsidRPr="00DB6570">
              <w:rPr>
                <w:rFonts w:ascii="Times New Roman" w:eastAsia="Times New Roman" w:hAnsi="Times New Roman" w:cs="Times New Roman"/>
                <w:b/>
                <w:bCs/>
                <w:sz w:val="22"/>
              </w:rPr>
              <w:t>Total student enrollment in ACE/Emerging Center Host institution</w:t>
            </w:r>
          </w:p>
        </w:tc>
        <w:tc>
          <w:tcPr>
            <w:tcW w:w="2051" w:type="dxa"/>
            <w:tcBorders>
              <w:top w:val="nil"/>
              <w:left w:val="nil"/>
              <w:bottom w:val="single" w:sz="4" w:space="0" w:color="auto"/>
              <w:right w:val="single" w:sz="4" w:space="0" w:color="auto"/>
            </w:tcBorders>
            <w:shd w:val="clear" w:color="000000" w:fill="DAF2D0"/>
            <w:noWrap/>
            <w:vAlign w:val="center"/>
            <w:hideMark/>
          </w:tcPr>
          <w:p w14:paraId="7D8D29BD" w14:textId="77777777" w:rsidR="00C46C11" w:rsidRPr="00DB6570" w:rsidRDefault="00C46C11" w:rsidP="00D270E1">
            <w:pPr>
              <w:spacing w:after="0" w:line="240" w:lineRule="auto"/>
              <w:jc w:val="center"/>
              <w:rPr>
                <w:rFonts w:ascii="Times New Roman" w:eastAsia="Times New Roman" w:hAnsi="Times New Roman" w:cs="Times New Roman"/>
                <w:b/>
                <w:bCs/>
                <w:sz w:val="22"/>
              </w:rPr>
            </w:pPr>
          </w:p>
        </w:tc>
        <w:tc>
          <w:tcPr>
            <w:tcW w:w="2947" w:type="dxa"/>
            <w:tcBorders>
              <w:top w:val="nil"/>
              <w:left w:val="nil"/>
              <w:bottom w:val="single" w:sz="4" w:space="0" w:color="auto"/>
              <w:right w:val="single" w:sz="4" w:space="0" w:color="auto"/>
            </w:tcBorders>
            <w:shd w:val="clear" w:color="000000" w:fill="DAF2D0"/>
            <w:noWrap/>
            <w:vAlign w:val="center"/>
            <w:hideMark/>
          </w:tcPr>
          <w:p w14:paraId="2B87279B" w14:textId="77777777" w:rsidR="00C46C11" w:rsidRPr="00DB6570" w:rsidRDefault="00C46C11" w:rsidP="00D270E1">
            <w:pPr>
              <w:spacing w:after="0" w:line="240" w:lineRule="auto"/>
              <w:jc w:val="center"/>
              <w:rPr>
                <w:rFonts w:ascii="Times New Roman" w:eastAsia="Times New Roman" w:hAnsi="Times New Roman" w:cs="Times New Roman"/>
                <w:b/>
                <w:bCs/>
                <w:sz w:val="22"/>
              </w:rPr>
            </w:pPr>
            <w:r w:rsidRPr="00DB6570">
              <w:rPr>
                <w:rFonts w:ascii="Times New Roman" w:eastAsia="Times New Roman" w:hAnsi="Times New Roman" w:cs="Times New Roman"/>
                <w:b/>
                <w:bCs/>
                <w:sz w:val="22"/>
              </w:rPr>
              <w:t>Indicate % of female</w:t>
            </w:r>
          </w:p>
        </w:tc>
      </w:tr>
      <w:tr w:rsidR="00C46C11" w:rsidRPr="00DB6570" w14:paraId="16E6C46D" w14:textId="77777777">
        <w:trPr>
          <w:trHeight w:val="266"/>
        </w:trPr>
        <w:tc>
          <w:tcPr>
            <w:tcW w:w="9244" w:type="dxa"/>
            <w:tcBorders>
              <w:top w:val="nil"/>
              <w:left w:val="single" w:sz="4" w:space="0" w:color="auto"/>
              <w:bottom w:val="single" w:sz="4" w:space="0" w:color="auto"/>
              <w:right w:val="single" w:sz="4" w:space="0" w:color="auto"/>
            </w:tcBorders>
            <w:shd w:val="clear" w:color="000000" w:fill="DAF2D0"/>
            <w:noWrap/>
            <w:vAlign w:val="center"/>
            <w:hideMark/>
          </w:tcPr>
          <w:p w14:paraId="5C768FDC" w14:textId="77777777" w:rsidR="00C46C11" w:rsidRPr="00DB6570" w:rsidRDefault="00C46C11" w:rsidP="00D270E1">
            <w:pPr>
              <w:spacing w:after="0" w:line="240" w:lineRule="auto"/>
              <w:jc w:val="center"/>
              <w:rPr>
                <w:rFonts w:ascii="Times New Roman" w:eastAsia="Times New Roman" w:hAnsi="Times New Roman" w:cs="Times New Roman"/>
                <w:b/>
                <w:bCs/>
                <w:sz w:val="22"/>
              </w:rPr>
            </w:pPr>
            <w:r w:rsidRPr="00DB6570">
              <w:rPr>
                <w:rFonts w:ascii="Times New Roman" w:eastAsia="Times New Roman" w:hAnsi="Times New Roman" w:cs="Times New Roman"/>
                <w:b/>
                <w:bCs/>
                <w:sz w:val="22"/>
              </w:rPr>
              <w:t>Total student enrollment in RFTIs Host institution</w:t>
            </w:r>
          </w:p>
        </w:tc>
        <w:tc>
          <w:tcPr>
            <w:tcW w:w="2051" w:type="dxa"/>
            <w:tcBorders>
              <w:top w:val="nil"/>
              <w:left w:val="nil"/>
              <w:bottom w:val="single" w:sz="4" w:space="0" w:color="auto"/>
              <w:right w:val="single" w:sz="4" w:space="0" w:color="auto"/>
            </w:tcBorders>
            <w:shd w:val="clear" w:color="000000" w:fill="DAF2D0"/>
            <w:noWrap/>
            <w:vAlign w:val="center"/>
            <w:hideMark/>
          </w:tcPr>
          <w:p w14:paraId="4B79D2D9" w14:textId="77777777" w:rsidR="00C46C11" w:rsidRPr="00DB6570" w:rsidRDefault="00C46C11" w:rsidP="00D270E1">
            <w:pPr>
              <w:spacing w:after="0" w:line="240" w:lineRule="auto"/>
              <w:jc w:val="center"/>
              <w:rPr>
                <w:rFonts w:ascii="Times New Roman" w:eastAsia="Times New Roman" w:hAnsi="Times New Roman" w:cs="Times New Roman"/>
                <w:b/>
                <w:bCs/>
                <w:sz w:val="22"/>
              </w:rPr>
            </w:pPr>
          </w:p>
        </w:tc>
        <w:tc>
          <w:tcPr>
            <w:tcW w:w="2947" w:type="dxa"/>
            <w:tcBorders>
              <w:top w:val="nil"/>
              <w:left w:val="nil"/>
              <w:bottom w:val="single" w:sz="4" w:space="0" w:color="auto"/>
              <w:right w:val="single" w:sz="4" w:space="0" w:color="auto"/>
            </w:tcBorders>
            <w:shd w:val="clear" w:color="000000" w:fill="DAF2D0"/>
            <w:noWrap/>
            <w:vAlign w:val="center"/>
            <w:hideMark/>
          </w:tcPr>
          <w:p w14:paraId="1B9AA633" w14:textId="77777777" w:rsidR="00C46C11" w:rsidRPr="00DB6570" w:rsidRDefault="00C46C11" w:rsidP="00D270E1">
            <w:pPr>
              <w:spacing w:after="0" w:line="240" w:lineRule="auto"/>
              <w:jc w:val="center"/>
              <w:rPr>
                <w:rFonts w:ascii="Times New Roman" w:eastAsia="Times New Roman" w:hAnsi="Times New Roman" w:cs="Times New Roman"/>
                <w:b/>
                <w:bCs/>
                <w:sz w:val="22"/>
              </w:rPr>
            </w:pPr>
            <w:r w:rsidRPr="00DB6570">
              <w:rPr>
                <w:rFonts w:ascii="Times New Roman" w:eastAsia="Times New Roman" w:hAnsi="Times New Roman" w:cs="Times New Roman"/>
                <w:b/>
                <w:bCs/>
                <w:sz w:val="22"/>
              </w:rPr>
              <w:t>Indicate % of female</w:t>
            </w:r>
          </w:p>
        </w:tc>
      </w:tr>
      <w:tr w:rsidR="00C46C11" w:rsidRPr="00DB6570" w14:paraId="7B21CC53" w14:textId="77777777">
        <w:trPr>
          <w:trHeight w:val="322"/>
        </w:trPr>
        <w:tc>
          <w:tcPr>
            <w:tcW w:w="9244" w:type="dxa"/>
            <w:tcBorders>
              <w:top w:val="nil"/>
              <w:left w:val="single" w:sz="4" w:space="0" w:color="auto"/>
              <w:bottom w:val="single" w:sz="4" w:space="0" w:color="auto"/>
              <w:right w:val="single" w:sz="4" w:space="0" w:color="auto"/>
            </w:tcBorders>
            <w:shd w:val="clear" w:color="000000" w:fill="DAF2D0"/>
            <w:noWrap/>
            <w:vAlign w:val="center"/>
            <w:hideMark/>
          </w:tcPr>
          <w:p w14:paraId="2E0A5188" w14:textId="3145ED19" w:rsidR="00C46C11" w:rsidRPr="00DB6570" w:rsidRDefault="00C46C11" w:rsidP="00D270E1">
            <w:pPr>
              <w:spacing w:after="0" w:line="240" w:lineRule="auto"/>
              <w:jc w:val="center"/>
              <w:rPr>
                <w:rFonts w:ascii="Times New Roman" w:eastAsia="Times New Roman" w:hAnsi="Times New Roman" w:cs="Times New Roman"/>
                <w:b/>
                <w:bCs/>
                <w:sz w:val="22"/>
              </w:rPr>
            </w:pPr>
            <w:r w:rsidRPr="00DB6570">
              <w:rPr>
                <w:rFonts w:ascii="Times New Roman" w:eastAsia="Times New Roman" w:hAnsi="Times New Roman" w:cs="Times New Roman"/>
                <w:b/>
                <w:bCs/>
                <w:sz w:val="22"/>
              </w:rPr>
              <w:t>N</w:t>
            </w:r>
            <w:r w:rsidR="00BA0F89" w:rsidRPr="00DB6570">
              <w:rPr>
                <w:rFonts w:ascii="Times New Roman" w:eastAsia="Times New Roman" w:hAnsi="Times New Roman" w:cs="Times New Roman"/>
                <w:b/>
                <w:bCs/>
                <w:sz w:val="22"/>
              </w:rPr>
              <w:t>umber of n</w:t>
            </w:r>
            <w:r w:rsidRPr="00DB6570">
              <w:rPr>
                <w:rFonts w:ascii="Times New Roman" w:eastAsia="Times New Roman" w:hAnsi="Times New Roman" w:cs="Times New Roman"/>
                <w:b/>
                <w:bCs/>
                <w:sz w:val="22"/>
              </w:rPr>
              <w:t>ewly enrolled students (national and regional) in approved programs/ courses in supported centers</w:t>
            </w:r>
          </w:p>
        </w:tc>
        <w:tc>
          <w:tcPr>
            <w:tcW w:w="2051" w:type="dxa"/>
            <w:tcBorders>
              <w:top w:val="nil"/>
              <w:left w:val="nil"/>
              <w:bottom w:val="single" w:sz="4" w:space="0" w:color="auto"/>
              <w:right w:val="single" w:sz="4" w:space="0" w:color="auto"/>
            </w:tcBorders>
            <w:shd w:val="clear" w:color="000000" w:fill="DAF2D0"/>
            <w:noWrap/>
            <w:vAlign w:val="center"/>
            <w:hideMark/>
          </w:tcPr>
          <w:p w14:paraId="5CE69044" w14:textId="77777777" w:rsidR="00C46C11" w:rsidRPr="00DB6570" w:rsidRDefault="00C46C11" w:rsidP="00D270E1">
            <w:pPr>
              <w:spacing w:after="0" w:line="240" w:lineRule="auto"/>
              <w:jc w:val="center"/>
              <w:rPr>
                <w:rFonts w:ascii="Times New Roman" w:eastAsia="Times New Roman" w:hAnsi="Times New Roman" w:cs="Times New Roman"/>
                <w:b/>
                <w:bCs/>
                <w:sz w:val="22"/>
              </w:rPr>
            </w:pPr>
          </w:p>
        </w:tc>
        <w:tc>
          <w:tcPr>
            <w:tcW w:w="2947" w:type="dxa"/>
            <w:tcBorders>
              <w:top w:val="nil"/>
              <w:left w:val="nil"/>
              <w:bottom w:val="single" w:sz="4" w:space="0" w:color="auto"/>
              <w:right w:val="single" w:sz="4" w:space="0" w:color="auto"/>
            </w:tcBorders>
            <w:shd w:val="clear" w:color="000000" w:fill="DAF2D0"/>
            <w:noWrap/>
            <w:vAlign w:val="center"/>
            <w:hideMark/>
          </w:tcPr>
          <w:p w14:paraId="143973F2" w14:textId="77777777" w:rsidR="00C46C11" w:rsidRPr="00DB6570" w:rsidRDefault="00C46C11" w:rsidP="00D270E1">
            <w:pPr>
              <w:spacing w:after="0" w:line="240" w:lineRule="auto"/>
              <w:jc w:val="center"/>
              <w:rPr>
                <w:rFonts w:ascii="Times New Roman" w:eastAsia="Times New Roman" w:hAnsi="Times New Roman" w:cs="Times New Roman"/>
                <w:b/>
                <w:bCs/>
                <w:sz w:val="22"/>
              </w:rPr>
            </w:pPr>
            <w:r w:rsidRPr="00DB6570">
              <w:rPr>
                <w:rFonts w:ascii="Times New Roman" w:eastAsia="Times New Roman" w:hAnsi="Times New Roman" w:cs="Times New Roman"/>
                <w:b/>
                <w:bCs/>
                <w:sz w:val="22"/>
              </w:rPr>
              <w:t>Indicate % of female &amp; Regional</w:t>
            </w:r>
          </w:p>
        </w:tc>
      </w:tr>
      <w:tr w:rsidR="00C46C11" w:rsidRPr="00DB6570" w14:paraId="69D774F8" w14:textId="77777777">
        <w:trPr>
          <w:trHeight w:val="242"/>
        </w:trPr>
        <w:tc>
          <w:tcPr>
            <w:tcW w:w="9244" w:type="dxa"/>
            <w:tcBorders>
              <w:top w:val="nil"/>
              <w:left w:val="single" w:sz="4" w:space="0" w:color="auto"/>
              <w:bottom w:val="single" w:sz="4" w:space="0" w:color="auto"/>
              <w:right w:val="single" w:sz="4" w:space="0" w:color="auto"/>
            </w:tcBorders>
            <w:shd w:val="clear" w:color="000000" w:fill="FFFFFF"/>
            <w:noWrap/>
            <w:vAlign w:val="center"/>
            <w:hideMark/>
          </w:tcPr>
          <w:p w14:paraId="5AA87BF2" w14:textId="77777777" w:rsidR="00C46C11" w:rsidRPr="00DB6570" w:rsidRDefault="00C46C11" w:rsidP="00D270E1">
            <w:pPr>
              <w:spacing w:after="0" w:line="240" w:lineRule="auto"/>
              <w:jc w:val="center"/>
              <w:rPr>
                <w:rFonts w:ascii="Times New Roman" w:eastAsia="Times New Roman" w:hAnsi="Times New Roman" w:cs="Times New Roman"/>
                <w:sz w:val="22"/>
              </w:rPr>
            </w:pPr>
            <w:r w:rsidRPr="00DB6570">
              <w:rPr>
                <w:rFonts w:ascii="Times New Roman" w:eastAsia="Times New Roman" w:hAnsi="Times New Roman" w:cs="Times New Roman"/>
                <w:sz w:val="22"/>
              </w:rPr>
              <w:t>PhD</w:t>
            </w:r>
          </w:p>
        </w:tc>
        <w:tc>
          <w:tcPr>
            <w:tcW w:w="2051" w:type="dxa"/>
            <w:tcBorders>
              <w:top w:val="nil"/>
              <w:left w:val="nil"/>
              <w:bottom w:val="single" w:sz="4" w:space="0" w:color="auto"/>
              <w:right w:val="single" w:sz="4" w:space="0" w:color="auto"/>
            </w:tcBorders>
            <w:shd w:val="clear" w:color="000000" w:fill="FFFFFF"/>
            <w:noWrap/>
            <w:vAlign w:val="center"/>
            <w:hideMark/>
          </w:tcPr>
          <w:p w14:paraId="0CA7CD0E" w14:textId="77777777" w:rsidR="00C46C11" w:rsidRPr="00DB6570" w:rsidRDefault="00C46C11" w:rsidP="00D270E1">
            <w:pPr>
              <w:spacing w:after="0" w:line="240" w:lineRule="auto"/>
              <w:jc w:val="center"/>
              <w:rPr>
                <w:rFonts w:ascii="Times New Roman" w:eastAsia="Times New Roman" w:hAnsi="Times New Roman" w:cs="Times New Roman"/>
                <w:sz w:val="22"/>
              </w:rPr>
            </w:pPr>
          </w:p>
        </w:tc>
        <w:tc>
          <w:tcPr>
            <w:tcW w:w="2947" w:type="dxa"/>
            <w:tcBorders>
              <w:top w:val="nil"/>
              <w:left w:val="nil"/>
              <w:bottom w:val="single" w:sz="4" w:space="0" w:color="auto"/>
              <w:right w:val="single" w:sz="4" w:space="0" w:color="auto"/>
            </w:tcBorders>
            <w:shd w:val="clear" w:color="000000" w:fill="FFFFFF"/>
            <w:noWrap/>
            <w:vAlign w:val="center"/>
            <w:hideMark/>
          </w:tcPr>
          <w:p w14:paraId="1C725945" w14:textId="77777777" w:rsidR="00C46C11" w:rsidRPr="00DB6570" w:rsidRDefault="00C46C11" w:rsidP="00D270E1">
            <w:pPr>
              <w:spacing w:after="0" w:line="240" w:lineRule="auto"/>
              <w:jc w:val="center"/>
              <w:rPr>
                <w:rFonts w:ascii="Times New Roman" w:eastAsia="Times New Roman" w:hAnsi="Times New Roman" w:cs="Times New Roman"/>
                <w:sz w:val="22"/>
              </w:rPr>
            </w:pPr>
          </w:p>
        </w:tc>
      </w:tr>
      <w:tr w:rsidR="00C46C11" w:rsidRPr="00DB6570" w14:paraId="572AD7B6" w14:textId="77777777">
        <w:trPr>
          <w:trHeight w:val="242"/>
        </w:trPr>
        <w:tc>
          <w:tcPr>
            <w:tcW w:w="9244" w:type="dxa"/>
            <w:tcBorders>
              <w:top w:val="nil"/>
              <w:left w:val="single" w:sz="4" w:space="0" w:color="auto"/>
              <w:bottom w:val="single" w:sz="4" w:space="0" w:color="auto"/>
              <w:right w:val="single" w:sz="4" w:space="0" w:color="auto"/>
            </w:tcBorders>
            <w:shd w:val="clear" w:color="000000" w:fill="FFFFFF"/>
            <w:noWrap/>
            <w:vAlign w:val="center"/>
            <w:hideMark/>
          </w:tcPr>
          <w:p w14:paraId="09AF442F" w14:textId="77777777" w:rsidR="00C46C11" w:rsidRPr="00DB6570" w:rsidRDefault="00C46C11" w:rsidP="00D270E1">
            <w:pPr>
              <w:spacing w:after="0" w:line="240" w:lineRule="auto"/>
              <w:jc w:val="center"/>
              <w:rPr>
                <w:rFonts w:ascii="Times New Roman" w:eastAsia="Times New Roman" w:hAnsi="Times New Roman" w:cs="Times New Roman"/>
                <w:sz w:val="22"/>
              </w:rPr>
            </w:pPr>
            <w:r w:rsidRPr="00DB6570">
              <w:rPr>
                <w:rFonts w:ascii="Times New Roman" w:eastAsia="Times New Roman" w:hAnsi="Times New Roman" w:cs="Times New Roman"/>
                <w:sz w:val="22"/>
              </w:rPr>
              <w:t>Master’s</w:t>
            </w:r>
          </w:p>
        </w:tc>
        <w:tc>
          <w:tcPr>
            <w:tcW w:w="2051" w:type="dxa"/>
            <w:tcBorders>
              <w:top w:val="nil"/>
              <w:left w:val="nil"/>
              <w:bottom w:val="single" w:sz="4" w:space="0" w:color="auto"/>
              <w:right w:val="single" w:sz="4" w:space="0" w:color="auto"/>
            </w:tcBorders>
            <w:shd w:val="clear" w:color="000000" w:fill="FFFFFF"/>
            <w:noWrap/>
            <w:vAlign w:val="center"/>
            <w:hideMark/>
          </w:tcPr>
          <w:p w14:paraId="23D77CBE" w14:textId="77777777" w:rsidR="00C46C11" w:rsidRPr="00DB6570" w:rsidRDefault="00C46C11" w:rsidP="00D270E1">
            <w:pPr>
              <w:spacing w:after="0" w:line="240" w:lineRule="auto"/>
              <w:jc w:val="center"/>
              <w:rPr>
                <w:rFonts w:ascii="Times New Roman" w:eastAsia="Times New Roman" w:hAnsi="Times New Roman" w:cs="Times New Roman"/>
                <w:sz w:val="22"/>
              </w:rPr>
            </w:pPr>
          </w:p>
        </w:tc>
        <w:tc>
          <w:tcPr>
            <w:tcW w:w="2947" w:type="dxa"/>
            <w:tcBorders>
              <w:top w:val="nil"/>
              <w:left w:val="nil"/>
              <w:bottom w:val="single" w:sz="4" w:space="0" w:color="auto"/>
              <w:right w:val="single" w:sz="4" w:space="0" w:color="auto"/>
            </w:tcBorders>
            <w:shd w:val="clear" w:color="000000" w:fill="FFFFFF"/>
            <w:noWrap/>
            <w:vAlign w:val="center"/>
            <w:hideMark/>
          </w:tcPr>
          <w:p w14:paraId="1CD94B4F" w14:textId="77777777" w:rsidR="00C46C11" w:rsidRPr="00DB6570" w:rsidRDefault="00C46C11" w:rsidP="00D270E1">
            <w:pPr>
              <w:spacing w:after="0" w:line="240" w:lineRule="auto"/>
              <w:jc w:val="center"/>
              <w:rPr>
                <w:rFonts w:ascii="Times New Roman" w:eastAsia="Times New Roman" w:hAnsi="Times New Roman" w:cs="Times New Roman"/>
                <w:sz w:val="22"/>
              </w:rPr>
            </w:pPr>
          </w:p>
        </w:tc>
      </w:tr>
      <w:tr w:rsidR="00C46C11" w:rsidRPr="00DB6570" w14:paraId="7B36DD05" w14:textId="77777777">
        <w:trPr>
          <w:trHeight w:val="242"/>
        </w:trPr>
        <w:tc>
          <w:tcPr>
            <w:tcW w:w="9244" w:type="dxa"/>
            <w:tcBorders>
              <w:top w:val="nil"/>
              <w:left w:val="single" w:sz="4" w:space="0" w:color="auto"/>
              <w:bottom w:val="single" w:sz="4" w:space="0" w:color="auto"/>
              <w:right w:val="single" w:sz="4" w:space="0" w:color="auto"/>
            </w:tcBorders>
            <w:shd w:val="clear" w:color="000000" w:fill="FFFFFF"/>
            <w:noWrap/>
            <w:vAlign w:val="center"/>
            <w:hideMark/>
          </w:tcPr>
          <w:p w14:paraId="21A23BEF" w14:textId="338B1E9F" w:rsidR="00C46C11" w:rsidRPr="00DB6570" w:rsidRDefault="00C46C11" w:rsidP="00D270E1">
            <w:pPr>
              <w:spacing w:after="0" w:line="240" w:lineRule="auto"/>
              <w:jc w:val="center"/>
              <w:rPr>
                <w:rFonts w:ascii="Times New Roman" w:eastAsia="Times New Roman" w:hAnsi="Times New Roman" w:cs="Times New Roman"/>
                <w:sz w:val="22"/>
              </w:rPr>
            </w:pPr>
            <w:r w:rsidRPr="00DB6570">
              <w:rPr>
                <w:rFonts w:ascii="Times New Roman" w:eastAsia="Times New Roman" w:hAnsi="Times New Roman" w:cs="Times New Roman"/>
                <w:sz w:val="22"/>
              </w:rPr>
              <w:t>Bachelor’s</w:t>
            </w:r>
            <w:r w:rsidR="00AA3526" w:rsidRPr="00DB6570">
              <w:rPr>
                <w:rFonts w:ascii="Times New Roman" w:eastAsia="Times New Roman" w:hAnsi="Times New Roman" w:cs="Times New Roman"/>
                <w:sz w:val="22"/>
              </w:rPr>
              <w:t xml:space="preserve"> (if applicable)</w:t>
            </w:r>
          </w:p>
        </w:tc>
        <w:tc>
          <w:tcPr>
            <w:tcW w:w="2051" w:type="dxa"/>
            <w:tcBorders>
              <w:top w:val="nil"/>
              <w:left w:val="nil"/>
              <w:bottom w:val="single" w:sz="4" w:space="0" w:color="auto"/>
              <w:right w:val="single" w:sz="4" w:space="0" w:color="auto"/>
            </w:tcBorders>
            <w:shd w:val="clear" w:color="000000" w:fill="FFFFFF"/>
            <w:noWrap/>
            <w:vAlign w:val="center"/>
            <w:hideMark/>
          </w:tcPr>
          <w:p w14:paraId="67E1F8FE" w14:textId="77777777" w:rsidR="00C46C11" w:rsidRPr="00DB6570" w:rsidRDefault="00C46C11" w:rsidP="00D270E1">
            <w:pPr>
              <w:spacing w:after="0" w:line="240" w:lineRule="auto"/>
              <w:jc w:val="center"/>
              <w:rPr>
                <w:rFonts w:ascii="Times New Roman" w:eastAsia="Times New Roman" w:hAnsi="Times New Roman" w:cs="Times New Roman"/>
                <w:sz w:val="22"/>
              </w:rPr>
            </w:pPr>
          </w:p>
        </w:tc>
        <w:tc>
          <w:tcPr>
            <w:tcW w:w="2947" w:type="dxa"/>
            <w:tcBorders>
              <w:top w:val="nil"/>
              <w:left w:val="nil"/>
              <w:bottom w:val="single" w:sz="4" w:space="0" w:color="auto"/>
              <w:right w:val="single" w:sz="4" w:space="0" w:color="auto"/>
            </w:tcBorders>
            <w:shd w:val="clear" w:color="000000" w:fill="FFFFFF"/>
            <w:noWrap/>
            <w:vAlign w:val="center"/>
            <w:hideMark/>
          </w:tcPr>
          <w:p w14:paraId="631A18D0" w14:textId="77777777" w:rsidR="00C46C11" w:rsidRPr="00DB6570" w:rsidRDefault="00C46C11" w:rsidP="00D270E1">
            <w:pPr>
              <w:spacing w:after="0" w:line="240" w:lineRule="auto"/>
              <w:jc w:val="center"/>
              <w:rPr>
                <w:rFonts w:ascii="Times New Roman" w:eastAsia="Times New Roman" w:hAnsi="Times New Roman" w:cs="Times New Roman"/>
                <w:sz w:val="22"/>
              </w:rPr>
            </w:pPr>
          </w:p>
        </w:tc>
      </w:tr>
      <w:tr w:rsidR="00C46C11" w:rsidRPr="00DB6570" w14:paraId="33BC7D82" w14:textId="77777777">
        <w:trPr>
          <w:trHeight w:val="242"/>
        </w:trPr>
        <w:tc>
          <w:tcPr>
            <w:tcW w:w="9244" w:type="dxa"/>
            <w:tcBorders>
              <w:top w:val="nil"/>
              <w:left w:val="single" w:sz="4" w:space="0" w:color="auto"/>
              <w:bottom w:val="single" w:sz="4" w:space="0" w:color="auto"/>
              <w:right w:val="single" w:sz="4" w:space="0" w:color="auto"/>
            </w:tcBorders>
            <w:shd w:val="clear" w:color="000000" w:fill="FFFFFF"/>
            <w:noWrap/>
            <w:vAlign w:val="center"/>
            <w:hideMark/>
          </w:tcPr>
          <w:p w14:paraId="02C9F385" w14:textId="77777777" w:rsidR="00C46C11" w:rsidRPr="00DB6570" w:rsidRDefault="00C46C11" w:rsidP="00D270E1">
            <w:pPr>
              <w:spacing w:after="0" w:line="240" w:lineRule="auto"/>
              <w:jc w:val="center"/>
              <w:rPr>
                <w:rFonts w:ascii="Times New Roman" w:eastAsia="Times New Roman" w:hAnsi="Times New Roman" w:cs="Times New Roman"/>
                <w:sz w:val="22"/>
              </w:rPr>
            </w:pPr>
            <w:r w:rsidRPr="00DB6570">
              <w:rPr>
                <w:rFonts w:ascii="Times New Roman" w:eastAsia="Times New Roman" w:hAnsi="Times New Roman" w:cs="Times New Roman"/>
                <w:sz w:val="22"/>
              </w:rPr>
              <w:t>Short Professional Courses</w:t>
            </w:r>
          </w:p>
        </w:tc>
        <w:tc>
          <w:tcPr>
            <w:tcW w:w="2051" w:type="dxa"/>
            <w:tcBorders>
              <w:top w:val="nil"/>
              <w:left w:val="nil"/>
              <w:bottom w:val="single" w:sz="4" w:space="0" w:color="auto"/>
              <w:right w:val="single" w:sz="4" w:space="0" w:color="auto"/>
            </w:tcBorders>
            <w:shd w:val="clear" w:color="000000" w:fill="FFFFFF"/>
            <w:noWrap/>
            <w:vAlign w:val="center"/>
            <w:hideMark/>
          </w:tcPr>
          <w:p w14:paraId="188FDB9C" w14:textId="77777777" w:rsidR="00C46C11" w:rsidRPr="00DB6570" w:rsidRDefault="00C46C11" w:rsidP="00D270E1">
            <w:pPr>
              <w:spacing w:after="0" w:line="240" w:lineRule="auto"/>
              <w:jc w:val="center"/>
              <w:rPr>
                <w:rFonts w:ascii="Times New Roman" w:eastAsia="Times New Roman" w:hAnsi="Times New Roman" w:cs="Times New Roman"/>
                <w:sz w:val="22"/>
              </w:rPr>
            </w:pPr>
          </w:p>
        </w:tc>
        <w:tc>
          <w:tcPr>
            <w:tcW w:w="2947" w:type="dxa"/>
            <w:tcBorders>
              <w:top w:val="nil"/>
              <w:left w:val="nil"/>
              <w:bottom w:val="single" w:sz="4" w:space="0" w:color="auto"/>
              <w:right w:val="single" w:sz="4" w:space="0" w:color="auto"/>
            </w:tcBorders>
            <w:shd w:val="clear" w:color="000000" w:fill="FFFFFF"/>
            <w:noWrap/>
            <w:vAlign w:val="center"/>
            <w:hideMark/>
          </w:tcPr>
          <w:p w14:paraId="61E89C2E" w14:textId="77777777" w:rsidR="00C46C11" w:rsidRPr="00DB6570" w:rsidRDefault="00C46C11" w:rsidP="00D270E1">
            <w:pPr>
              <w:spacing w:after="0" w:line="240" w:lineRule="auto"/>
              <w:jc w:val="center"/>
              <w:rPr>
                <w:rFonts w:ascii="Times New Roman" w:eastAsia="Times New Roman" w:hAnsi="Times New Roman" w:cs="Times New Roman"/>
                <w:sz w:val="22"/>
              </w:rPr>
            </w:pPr>
          </w:p>
        </w:tc>
      </w:tr>
      <w:tr w:rsidR="00C46C11" w:rsidRPr="00DB6570" w14:paraId="091ADF2C" w14:textId="77777777">
        <w:trPr>
          <w:trHeight w:val="242"/>
        </w:trPr>
        <w:tc>
          <w:tcPr>
            <w:tcW w:w="9244" w:type="dxa"/>
            <w:tcBorders>
              <w:top w:val="nil"/>
              <w:left w:val="single" w:sz="4" w:space="0" w:color="auto"/>
              <w:bottom w:val="single" w:sz="4" w:space="0" w:color="auto"/>
              <w:right w:val="single" w:sz="4" w:space="0" w:color="auto"/>
            </w:tcBorders>
            <w:shd w:val="clear" w:color="000000" w:fill="DAF2D0"/>
            <w:noWrap/>
            <w:vAlign w:val="center"/>
            <w:hideMark/>
          </w:tcPr>
          <w:p w14:paraId="6127B42C" w14:textId="448A79B9" w:rsidR="00C46C11" w:rsidRPr="00DB6570" w:rsidRDefault="00BA0F89" w:rsidP="00D270E1">
            <w:pPr>
              <w:spacing w:after="0" w:line="240" w:lineRule="auto"/>
              <w:jc w:val="center"/>
              <w:rPr>
                <w:rFonts w:ascii="Times New Roman" w:eastAsia="Times New Roman" w:hAnsi="Times New Roman" w:cs="Times New Roman"/>
                <w:b/>
                <w:bCs/>
                <w:sz w:val="22"/>
              </w:rPr>
            </w:pPr>
            <w:r w:rsidRPr="00DB6570">
              <w:rPr>
                <w:rFonts w:ascii="Times New Roman" w:eastAsia="Times New Roman" w:hAnsi="Times New Roman" w:cs="Times New Roman"/>
                <w:b/>
                <w:bCs/>
                <w:sz w:val="22"/>
              </w:rPr>
              <w:t>Number of n</w:t>
            </w:r>
            <w:r w:rsidR="00C46C11" w:rsidRPr="00DB6570">
              <w:rPr>
                <w:rFonts w:ascii="Times New Roman" w:eastAsia="Times New Roman" w:hAnsi="Times New Roman" w:cs="Times New Roman"/>
                <w:b/>
                <w:bCs/>
                <w:sz w:val="22"/>
              </w:rPr>
              <w:t>ewly enrolled students (national and regional) in approved programs/ courses in supported RFTIs</w:t>
            </w:r>
          </w:p>
        </w:tc>
        <w:tc>
          <w:tcPr>
            <w:tcW w:w="2051" w:type="dxa"/>
            <w:tcBorders>
              <w:top w:val="nil"/>
              <w:left w:val="nil"/>
              <w:bottom w:val="single" w:sz="4" w:space="0" w:color="auto"/>
              <w:right w:val="single" w:sz="4" w:space="0" w:color="auto"/>
            </w:tcBorders>
            <w:shd w:val="clear" w:color="000000" w:fill="DAF2D0"/>
            <w:noWrap/>
            <w:vAlign w:val="center"/>
            <w:hideMark/>
          </w:tcPr>
          <w:p w14:paraId="4B37F4EB" w14:textId="77777777" w:rsidR="00C46C11" w:rsidRPr="00DB6570" w:rsidRDefault="00C46C11" w:rsidP="00D270E1">
            <w:pPr>
              <w:spacing w:after="0" w:line="240" w:lineRule="auto"/>
              <w:jc w:val="center"/>
              <w:rPr>
                <w:rFonts w:ascii="Times New Roman" w:eastAsia="Times New Roman" w:hAnsi="Times New Roman" w:cs="Times New Roman"/>
                <w:b/>
                <w:bCs/>
                <w:sz w:val="22"/>
              </w:rPr>
            </w:pPr>
          </w:p>
        </w:tc>
        <w:tc>
          <w:tcPr>
            <w:tcW w:w="2947" w:type="dxa"/>
            <w:tcBorders>
              <w:top w:val="nil"/>
              <w:left w:val="nil"/>
              <w:bottom w:val="single" w:sz="4" w:space="0" w:color="auto"/>
              <w:right w:val="single" w:sz="4" w:space="0" w:color="auto"/>
            </w:tcBorders>
            <w:shd w:val="clear" w:color="000000" w:fill="DAF2D0"/>
            <w:noWrap/>
            <w:vAlign w:val="center"/>
            <w:hideMark/>
          </w:tcPr>
          <w:p w14:paraId="3CBBBBA8" w14:textId="77777777" w:rsidR="00C46C11" w:rsidRPr="00DB6570" w:rsidRDefault="00C46C11" w:rsidP="00D270E1">
            <w:pPr>
              <w:spacing w:after="0" w:line="240" w:lineRule="auto"/>
              <w:jc w:val="center"/>
              <w:rPr>
                <w:rFonts w:ascii="Times New Roman" w:eastAsia="Times New Roman" w:hAnsi="Times New Roman" w:cs="Times New Roman"/>
                <w:b/>
                <w:bCs/>
                <w:sz w:val="22"/>
              </w:rPr>
            </w:pPr>
            <w:r w:rsidRPr="00DB6570">
              <w:rPr>
                <w:rFonts w:ascii="Times New Roman" w:eastAsia="Times New Roman" w:hAnsi="Times New Roman" w:cs="Times New Roman"/>
                <w:b/>
                <w:bCs/>
                <w:sz w:val="22"/>
              </w:rPr>
              <w:t>Indicate % of female &amp; Regional</w:t>
            </w:r>
          </w:p>
        </w:tc>
      </w:tr>
      <w:tr w:rsidR="00C46C11" w:rsidRPr="00DB6570" w14:paraId="2344D9F4" w14:textId="77777777">
        <w:trPr>
          <w:trHeight w:val="242"/>
        </w:trPr>
        <w:tc>
          <w:tcPr>
            <w:tcW w:w="9244" w:type="dxa"/>
            <w:tcBorders>
              <w:top w:val="nil"/>
              <w:left w:val="single" w:sz="4" w:space="0" w:color="auto"/>
              <w:bottom w:val="single" w:sz="4" w:space="0" w:color="auto"/>
              <w:right w:val="single" w:sz="4" w:space="0" w:color="auto"/>
            </w:tcBorders>
            <w:shd w:val="clear" w:color="000000" w:fill="FFFFFF"/>
            <w:noWrap/>
            <w:vAlign w:val="center"/>
            <w:hideMark/>
          </w:tcPr>
          <w:p w14:paraId="66F044DE" w14:textId="7591FBB4" w:rsidR="00C46C11" w:rsidRPr="00DB6570" w:rsidRDefault="00C46C11" w:rsidP="00D270E1">
            <w:pPr>
              <w:spacing w:after="0" w:line="240" w:lineRule="auto"/>
              <w:jc w:val="center"/>
              <w:rPr>
                <w:rFonts w:ascii="Times New Roman" w:eastAsia="Times New Roman" w:hAnsi="Times New Roman" w:cs="Times New Roman"/>
                <w:sz w:val="22"/>
              </w:rPr>
            </w:pPr>
            <w:r w:rsidRPr="00DB6570">
              <w:rPr>
                <w:rFonts w:ascii="Times New Roman" w:eastAsia="Times New Roman" w:hAnsi="Times New Roman" w:cs="Times New Roman"/>
                <w:sz w:val="22"/>
              </w:rPr>
              <w:t>Bachelor’s</w:t>
            </w:r>
            <w:r w:rsidR="00AA3526" w:rsidRPr="00DB6570">
              <w:rPr>
                <w:rFonts w:ascii="Times New Roman" w:eastAsia="Times New Roman" w:hAnsi="Times New Roman" w:cs="Times New Roman"/>
                <w:sz w:val="22"/>
              </w:rPr>
              <w:t xml:space="preserve"> (if applicable)</w:t>
            </w:r>
          </w:p>
        </w:tc>
        <w:tc>
          <w:tcPr>
            <w:tcW w:w="2051" w:type="dxa"/>
            <w:tcBorders>
              <w:top w:val="nil"/>
              <w:left w:val="nil"/>
              <w:bottom w:val="single" w:sz="4" w:space="0" w:color="auto"/>
              <w:right w:val="single" w:sz="4" w:space="0" w:color="auto"/>
            </w:tcBorders>
            <w:shd w:val="clear" w:color="000000" w:fill="FFFFFF"/>
            <w:noWrap/>
            <w:vAlign w:val="center"/>
            <w:hideMark/>
          </w:tcPr>
          <w:p w14:paraId="2A8EE718" w14:textId="77777777" w:rsidR="00C46C11" w:rsidRPr="00DB6570" w:rsidRDefault="00C46C11" w:rsidP="00D270E1">
            <w:pPr>
              <w:spacing w:after="0" w:line="240" w:lineRule="auto"/>
              <w:jc w:val="center"/>
              <w:rPr>
                <w:rFonts w:ascii="Times New Roman" w:eastAsia="Times New Roman" w:hAnsi="Times New Roman" w:cs="Times New Roman"/>
                <w:sz w:val="22"/>
              </w:rPr>
            </w:pPr>
          </w:p>
        </w:tc>
        <w:tc>
          <w:tcPr>
            <w:tcW w:w="2947" w:type="dxa"/>
            <w:tcBorders>
              <w:top w:val="nil"/>
              <w:left w:val="nil"/>
              <w:bottom w:val="single" w:sz="4" w:space="0" w:color="auto"/>
              <w:right w:val="single" w:sz="4" w:space="0" w:color="auto"/>
            </w:tcBorders>
            <w:shd w:val="clear" w:color="000000" w:fill="FFFFFF"/>
            <w:noWrap/>
            <w:vAlign w:val="center"/>
            <w:hideMark/>
          </w:tcPr>
          <w:p w14:paraId="47445384" w14:textId="77777777" w:rsidR="00C46C11" w:rsidRPr="00DB6570" w:rsidRDefault="00C46C11" w:rsidP="00D270E1">
            <w:pPr>
              <w:spacing w:after="0" w:line="240" w:lineRule="auto"/>
              <w:jc w:val="center"/>
              <w:rPr>
                <w:rFonts w:ascii="Times New Roman" w:eastAsia="Times New Roman" w:hAnsi="Times New Roman" w:cs="Times New Roman"/>
                <w:sz w:val="22"/>
              </w:rPr>
            </w:pPr>
          </w:p>
        </w:tc>
      </w:tr>
      <w:tr w:rsidR="00C46C11" w:rsidRPr="00DB6570" w14:paraId="0D0690EF" w14:textId="77777777">
        <w:trPr>
          <w:trHeight w:val="242"/>
        </w:trPr>
        <w:tc>
          <w:tcPr>
            <w:tcW w:w="9244" w:type="dxa"/>
            <w:tcBorders>
              <w:top w:val="nil"/>
              <w:left w:val="single" w:sz="4" w:space="0" w:color="auto"/>
              <w:bottom w:val="single" w:sz="4" w:space="0" w:color="auto"/>
              <w:right w:val="single" w:sz="4" w:space="0" w:color="auto"/>
            </w:tcBorders>
            <w:shd w:val="clear" w:color="000000" w:fill="FFFFFF"/>
            <w:noWrap/>
            <w:vAlign w:val="center"/>
            <w:hideMark/>
          </w:tcPr>
          <w:p w14:paraId="236A27CE" w14:textId="5B9A9426" w:rsidR="00C46C11" w:rsidRPr="00DB6570" w:rsidRDefault="00C46C11" w:rsidP="00D270E1">
            <w:pPr>
              <w:spacing w:after="0" w:line="240" w:lineRule="auto"/>
              <w:jc w:val="center"/>
              <w:rPr>
                <w:rFonts w:ascii="Times New Roman" w:eastAsia="Times New Roman" w:hAnsi="Times New Roman" w:cs="Times New Roman"/>
                <w:sz w:val="22"/>
              </w:rPr>
            </w:pPr>
            <w:r w:rsidRPr="00DB6570">
              <w:rPr>
                <w:rFonts w:ascii="Times New Roman" w:eastAsia="Times New Roman" w:hAnsi="Times New Roman" w:cs="Times New Roman"/>
                <w:sz w:val="22"/>
              </w:rPr>
              <w:t>Certificate</w:t>
            </w:r>
            <w:r w:rsidR="00715231" w:rsidRPr="00DB6570">
              <w:rPr>
                <w:rFonts w:ascii="Times New Roman" w:eastAsia="Times New Roman" w:hAnsi="Times New Roman" w:cs="Times New Roman"/>
                <w:sz w:val="22"/>
              </w:rPr>
              <w:t xml:space="preserve"> (</w:t>
            </w:r>
            <w:r w:rsidR="00AA3526" w:rsidRPr="00DB6570">
              <w:rPr>
                <w:rFonts w:ascii="Times New Roman" w:eastAsia="Times New Roman" w:hAnsi="Times New Roman" w:cs="Times New Roman"/>
                <w:sz w:val="22"/>
              </w:rPr>
              <w:t xml:space="preserve">applicable </w:t>
            </w:r>
            <w:r w:rsidR="00715231" w:rsidRPr="00DB6570">
              <w:rPr>
                <w:rFonts w:ascii="Times New Roman" w:eastAsia="Times New Roman" w:hAnsi="Times New Roman" w:cs="Times New Roman"/>
                <w:sz w:val="22"/>
              </w:rPr>
              <w:t>only if offered at the postsecondary level)</w:t>
            </w:r>
          </w:p>
        </w:tc>
        <w:tc>
          <w:tcPr>
            <w:tcW w:w="2051" w:type="dxa"/>
            <w:tcBorders>
              <w:top w:val="nil"/>
              <w:left w:val="nil"/>
              <w:bottom w:val="single" w:sz="4" w:space="0" w:color="auto"/>
              <w:right w:val="single" w:sz="4" w:space="0" w:color="auto"/>
            </w:tcBorders>
            <w:shd w:val="clear" w:color="000000" w:fill="FFFFFF"/>
            <w:noWrap/>
            <w:vAlign w:val="center"/>
            <w:hideMark/>
          </w:tcPr>
          <w:p w14:paraId="3A85CC39" w14:textId="77777777" w:rsidR="00C46C11" w:rsidRPr="00DB6570" w:rsidRDefault="00C46C11" w:rsidP="00D270E1">
            <w:pPr>
              <w:spacing w:after="0" w:line="240" w:lineRule="auto"/>
              <w:jc w:val="center"/>
              <w:rPr>
                <w:rFonts w:ascii="Times New Roman" w:eastAsia="Times New Roman" w:hAnsi="Times New Roman" w:cs="Times New Roman"/>
                <w:sz w:val="22"/>
              </w:rPr>
            </w:pPr>
          </w:p>
        </w:tc>
        <w:tc>
          <w:tcPr>
            <w:tcW w:w="2947" w:type="dxa"/>
            <w:tcBorders>
              <w:top w:val="nil"/>
              <w:left w:val="nil"/>
              <w:bottom w:val="single" w:sz="4" w:space="0" w:color="auto"/>
              <w:right w:val="single" w:sz="4" w:space="0" w:color="auto"/>
            </w:tcBorders>
            <w:shd w:val="clear" w:color="000000" w:fill="FFFFFF"/>
            <w:noWrap/>
            <w:vAlign w:val="center"/>
            <w:hideMark/>
          </w:tcPr>
          <w:p w14:paraId="39F87E00" w14:textId="77777777" w:rsidR="00C46C11" w:rsidRPr="00DB6570" w:rsidRDefault="00C46C11" w:rsidP="00D270E1">
            <w:pPr>
              <w:spacing w:after="0" w:line="240" w:lineRule="auto"/>
              <w:jc w:val="center"/>
              <w:rPr>
                <w:rFonts w:ascii="Times New Roman" w:eastAsia="Times New Roman" w:hAnsi="Times New Roman" w:cs="Times New Roman"/>
                <w:sz w:val="22"/>
              </w:rPr>
            </w:pPr>
          </w:p>
        </w:tc>
      </w:tr>
      <w:tr w:rsidR="00C46C11" w:rsidRPr="00DB6570" w14:paraId="5464E3CB" w14:textId="77777777">
        <w:trPr>
          <w:trHeight w:val="242"/>
        </w:trPr>
        <w:tc>
          <w:tcPr>
            <w:tcW w:w="9244" w:type="dxa"/>
            <w:tcBorders>
              <w:top w:val="nil"/>
              <w:left w:val="single" w:sz="4" w:space="0" w:color="auto"/>
              <w:bottom w:val="single" w:sz="4" w:space="0" w:color="auto"/>
              <w:right w:val="single" w:sz="4" w:space="0" w:color="auto"/>
            </w:tcBorders>
            <w:shd w:val="clear" w:color="000000" w:fill="FFFFFF"/>
            <w:noWrap/>
            <w:vAlign w:val="center"/>
            <w:hideMark/>
          </w:tcPr>
          <w:p w14:paraId="4FF2C683" w14:textId="77777777" w:rsidR="00C46C11" w:rsidRPr="00DB6570" w:rsidRDefault="00C46C11" w:rsidP="00D270E1">
            <w:pPr>
              <w:spacing w:after="0" w:line="240" w:lineRule="auto"/>
              <w:jc w:val="center"/>
              <w:rPr>
                <w:rFonts w:ascii="Times New Roman" w:eastAsia="Times New Roman" w:hAnsi="Times New Roman" w:cs="Times New Roman"/>
                <w:sz w:val="22"/>
              </w:rPr>
            </w:pPr>
            <w:r w:rsidRPr="00DB6570">
              <w:rPr>
                <w:rFonts w:ascii="Times New Roman" w:eastAsia="Times New Roman" w:hAnsi="Times New Roman" w:cs="Times New Roman"/>
                <w:sz w:val="22"/>
              </w:rPr>
              <w:t>Diploma</w:t>
            </w:r>
          </w:p>
        </w:tc>
        <w:tc>
          <w:tcPr>
            <w:tcW w:w="2051" w:type="dxa"/>
            <w:tcBorders>
              <w:top w:val="nil"/>
              <w:left w:val="nil"/>
              <w:bottom w:val="single" w:sz="4" w:space="0" w:color="auto"/>
              <w:right w:val="single" w:sz="4" w:space="0" w:color="auto"/>
            </w:tcBorders>
            <w:shd w:val="clear" w:color="000000" w:fill="FFFFFF"/>
            <w:noWrap/>
            <w:vAlign w:val="center"/>
            <w:hideMark/>
          </w:tcPr>
          <w:p w14:paraId="2FB67771" w14:textId="77777777" w:rsidR="00C46C11" w:rsidRPr="00DB6570" w:rsidRDefault="00C46C11" w:rsidP="00D270E1">
            <w:pPr>
              <w:spacing w:after="0" w:line="240" w:lineRule="auto"/>
              <w:jc w:val="center"/>
              <w:rPr>
                <w:rFonts w:ascii="Times New Roman" w:eastAsia="Times New Roman" w:hAnsi="Times New Roman" w:cs="Times New Roman"/>
                <w:sz w:val="22"/>
              </w:rPr>
            </w:pPr>
          </w:p>
        </w:tc>
        <w:tc>
          <w:tcPr>
            <w:tcW w:w="2947" w:type="dxa"/>
            <w:tcBorders>
              <w:top w:val="nil"/>
              <w:left w:val="nil"/>
              <w:bottom w:val="single" w:sz="4" w:space="0" w:color="auto"/>
              <w:right w:val="single" w:sz="4" w:space="0" w:color="auto"/>
            </w:tcBorders>
            <w:shd w:val="clear" w:color="000000" w:fill="FFFFFF"/>
            <w:noWrap/>
            <w:vAlign w:val="center"/>
            <w:hideMark/>
          </w:tcPr>
          <w:p w14:paraId="0610FA74" w14:textId="77777777" w:rsidR="00C46C11" w:rsidRPr="00DB6570" w:rsidRDefault="00C46C11" w:rsidP="00D270E1">
            <w:pPr>
              <w:spacing w:after="0" w:line="240" w:lineRule="auto"/>
              <w:jc w:val="center"/>
              <w:rPr>
                <w:rFonts w:ascii="Times New Roman" w:eastAsia="Times New Roman" w:hAnsi="Times New Roman" w:cs="Times New Roman"/>
                <w:sz w:val="22"/>
              </w:rPr>
            </w:pPr>
          </w:p>
        </w:tc>
      </w:tr>
      <w:tr w:rsidR="00C46C11" w:rsidRPr="00DB6570" w14:paraId="609B10DF" w14:textId="77777777">
        <w:trPr>
          <w:trHeight w:val="242"/>
        </w:trPr>
        <w:tc>
          <w:tcPr>
            <w:tcW w:w="9244" w:type="dxa"/>
            <w:tcBorders>
              <w:top w:val="nil"/>
              <w:left w:val="single" w:sz="4" w:space="0" w:color="auto"/>
              <w:bottom w:val="single" w:sz="4" w:space="0" w:color="auto"/>
              <w:right w:val="single" w:sz="4" w:space="0" w:color="auto"/>
            </w:tcBorders>
            <w:shd w:val="clear" w:color="000000" w:fill="FFFFFF"/>
            <w:noWrap/>
            <w:vAlign w:val="center"/>
            <w:hideMark/>
          </w:tcPr>
          <w:p w14:paraId="3D83D0AB" w14:textId="77777777" w:rsidR="00C46C11" w:rsidRPr="00DB6570" w:rsidRDefault="00C46C11" w:rsidP="00D270E1">
            <w:pPr>
              <w:spacing w:after="0" w:line="240" w:lineRule="auto"/>
              <w:jc w:val="center"/>
              <w:rPr>
                <w:rFonts w:ascii="Times New Roman" w:eastAsia="Times New Roman" w:hAnsi="Times New Roman" w:cs="Times New Roman"/>
                <w:sz w:val="22"/>
              </w:rPr>
            </w:pPr>
            <w:r w:rsidRPr="00DB6570">
              <w:rPr>
                <w:rFonts w:ascii="Times New Roman" w:eastAsia="Times New Roman" w:hAnsi="Times New Roman" w:cs="Times New Roman"/>
                <w:sz w:val="22"/>
              </w:rPr>
              <w:t>Short Professional Courses</w:t>
            </w:r>
          </w:p>
        </w:tc>
        <w:tc>
          <w:tcPr>
            <w:tcW w:w="2051" w:type="dxa"/>
            <w:tcBorders>
              <w:top w:val="nil"/>
              <w:left w:val="nil"/>
              <w:bottom w:val="single" w:sz="4" w:space="0" w:color="auto"/>
              <w:right w:val="single" w:sz="4" w:space="0" w:color="auto"/>
            </w:tcBorders>
            <w:shd w:val="clear" w:color="000000" w:fill="FFFFFF"/>
            <w:noWrap/>
            <w:vAlign w:val="center"/>
            <w:hideMark/>
          </w:tcPr>
          <w:p w14:paraId="04E8F582" w14:textId="77777777" w:rsidR="00C46C11" w:rsidRPr="00DB6570" w:rsidRDefault="00C46C11" w:rsidP="00D270E1">
            <w:pPr>
              <w:spacing w:after="0" w:line="240" w:lineRule="auto"/>
              <w:jc w:val="center"/>
              <w:rPr>
                <w:rFonts w:ascii="Times New Roman" w:eastAsia="Times New Roman" w:hAnsi="Times New Roman" w:cs="Times New Roman"/>
                <w:sz w:val="22"/>
              </w:rPr>
            </w:pPr>
          </w:p>
        </w:tc>
        <w:tc>
          <w:tcPr>
            <w:tcW w:w="2947" w:type="dxa"/>
            <w:tcBorders>
              <w:top w:val="nil"/>
              <w:left w:val="nil"/>
              <w:bottom w:val="single" w:sz="4" w:space="0" w:color="auto"/>
              <w:right w:val="single" w:sz="4" w:space="0" w:color="auto"/>
            </w:tcBorders>
            <w:shd w:val="clear" w:color="000000" w:fill="FFFFFF"/>
            <w:noWrap/>
            <w:vAlign w:val="center"/>
            <w:hideMark/>
          </w:tcPr>
          <w:p w14:paraId="781F3758" w14:textId="77777777" w:rsidR="00C46C11" w:rsidRPr="00DB6570" w:rsidRDefault="00C46C11" w:rsidP="00D270E1">
            <w:pPr>
              <w:spacing w:after="0" w:line="240" w:lineRule="auto"/>
              <w:jc w:val="center"/>
              <w:rPr>
                <w:rFonts w:ascii="Times New Roman" w:eastAsia="Times New Roman" w:hAnsi="Times New Roman" w:cs="Times New Roman"/>
                <w:sz w:val="22"/>
              </w:rPr>
            </w:pPr>
          </w:p>
        </w:tc>
      </w:tr>
      <w:tr w:rsidR="00C46C11" w:rsidRPr="00DB6570" w14:paraId="7259F719" w14:textId="77777777">
        <w:trPr>
          <w:trHeight w:val="242"/>
        </w:trPr>
        <w:tc>
          <w:tcPr>
            <w:tcW w:w="9244" w:type="dxa"/>
            <w:tcBorders>
              <w:top w:val="nil"/>
              <w:left w:val="single" w:sz="4" w:space="0" w:color="auto"/>
              <w:bottom w:val="single" w:sz="4" w:space="0" w:color="auto"/>
              <w:right w:val="single" w:sz="4" w:space="0" w:color="auto"/>
            </w:tcBorders>
            <w:shd w:val="clear" w:color="000000" w:fill="DAF2D0"/>
            <w:noWrap/>
            <w:vAlign w:val="center"/>
            <w:hideMark/>
          </w:tcPr>
          <w:p w14:paraId="37E3160D" w14:textId="1E277273" w:rsidR="00C46C11" w:rsidRPr="00DB6570" w:rsidRDefault="00B75C21" w:rsidP="00D270E1">
            <w:pPr>
              <w:spacing w:after="0" w:line="240" w:lineRule="auto"/>
              <w:jc w:val="center"/>
              <w:rPr>
                <w:rFonts w:ascii="Times New Roman" w:eastAsia="Times New Roman" w:hAnsi="Times New Roman" w:cs="Times New Roman"/>
                <w:b/>
                <w:bCs/>
                <w:sz w:val="22"/>
              </w:rPr>
            </w:pPr>
            <w:r w:rsidRPr="00DB6570">
              <w:rPr>
                <w:rFonts w:ascii="Times New Roman" w:eastAsia="Times New Roman" w:hAnsi="Times New Roman" w:cs="Times New Roman"/>
                <w:b/>
                <w:bCs/>
                <w:sz w:val="22"/>
              </w:rPr>
              <w:t>Patents, IP registrations; product prototypes, technologies licensed; start-ups; technology transfer agreements</w:t>
            </w:r>
            <w:r w:rsidR="00150CB0" w:rsidRPr="00DB6570">
              <w:rPr>
                <w:rFonts w:ascii="Times New Roman" w:eastAsia="Times New Roman" w:hAnsi="Times New Roman" w:cs="Times New Roman"/>
                <w:b/>
                <w:bCs/>
                <w:sz w:val="22"/>
              </w:rPr>
              <w:t>;</w:t>
            </w:r>
            <w:r w:rsidR="00B0128A" w:rsidRPr="00DB6570">
              <w:rPr>
                <w:rFonts w:ascii="Times New Roman" w:eastAsia="Times New Roman" w:hAnsi="Times New Roman" w:cs="Times New Roman"/>
                <w:b/>
                <w:bCs/>
                <w:sz w:val="22"/>
              </w:rPr>
              <w:t xml:space="preserve"> new or improved protocols, services or practices</w:t>
            </w:r>
            <w:r w:rsidRPr="00DB6570">
              <w:rPr>
                <w:rFonts w:ascii="Times New Roman" w:eastAsia="Times New Roman" w:hAnsi="Times New Roman" w:cs="Times New Roman"/>
                <w:b/>
                <w:bCs/>
                <w:sz w:val="22"/>
              </w:rPr>
              <w:t xml:space="preserve"> </w:t>
            </w:r>
            <w:r w:rsidR="00E50376" w:rsidRPr="00DB6570">
              <w:rPr>
                <w:rFonts w:ascii="Times New Roman" w:eastAsia="Times New Roman" w:hAnsi="Times New Roman" w:cs="Times New Roman"/>
                <w:b/>
                <w:bCs/>
                <w:sz w:val="22"/>
              </w:rPr>
              <w:t>by supported centers and RFTIs</w:t>
            </w:r>
          </w:p>
        </w:tc>
        <w:tc>
          <w:tcPr>
            <w:tcW w:w="2051" w:type="dxa"/>
            <w:tcBorders>
              <w:top w:val="nil"/>
              <w:left w:val="nil"/>
              <w:bottom w:val="single" w:sz="4" w:space="0" w:color="auto"/>
              <w:right w:val="single" w:sz="4" w:space="0" w:color="auto"/>
            </w:tcBorders>
            <w:shd w:val="clear" w:color="000000" w:fill="DAF2D0"/>
            <w:noWrap/>
            <w:vAlign w:val="center"/>
            <w:hideMark/>
          </w:tcPr>
          <w:p w14:paraId="1DD1BECD" w14:textId="77777777" w:rsidR="00C46C11" w:rsidRPr="00DB6570" w:rsidRDefault="00C46C11" w:rsidP="00D270E1">
            <w:pPr>
              <w:spacing w:after="0" w:line="240" w:lineRule="auto"/>
              <w:jc w:val="center"/>
              <w:rPr>
                <w:rFonts w:ascii="Times New Roman" w:eastAsia="Times New Roman" w:hAnsi="Times New Roman" w:cs="Times New Roman"/>
                <w:b/>
                <w:bCs/>
                <w:sz w:val="22"/>
              </w:rPr>
            </w:pPr>
          </w:p>
        </w:tc>
        <w:tc>
          <w:tcPr>
            <w:tcW w:w="2947" w:type="dxa"/>
            <w:tcBorders>
              <w:top w:val="nil"/>
              <w:left w:val="nil"/>
              <w:bottom w:val="single" w:sz="4" w:space="0" w:color="auto"/>
              <w:right w:val="single" w:sz="4" w:space="0" w:color="auto"/>
            </w:tcBorders>
            <w:shd w:val="clear" w:color="000000" w:fill="DAF2D0"/>
            <w:noWrap/>
            <w:vAlign w:val="center"/>
            <w:hideMark/>
          </w:tcPr>
          <w:p w14:paraId="12917C4B" w14:textId="77777777" w:rsidR="00C46C11" w:rsidRPr="00DB6570" w:rsidRDefault="00C46C11" w:rsidP="00D270E1">
            <w:pPr>
              <w:spacing w:after="0" w:line="240" w:lineRule="auto"/>
              <w:jc w:val="center"/>
              <w:rPr>
                <w:rFonts w:ascii="Times New Roman" w:eastAsia="Times New Roman" w:hAnsi="Times New Roman" w:cs="Times New Roman"/>
                <w:b/>
                <w:bCs/>
                <w:sz w:val="22"/>
              </w:rPr>
            </w:pPr>
          </w:p>
        </w:tc>
      </w:tr>
      <w:tr w:rsidR="00C46C11" w:rsidRPr="00DB6570" w14:paraId="79417055" w14:textId="77777777">
        <w:trPr>
          <w:trHeight w:val="242"/>
        </w:trPr>
        <w:tc>
          <w:tcPr>
            <w:tcW w:w="9244" w:type="dxa"/>
            <w:tcBorders>
              <w:top w:val="nil"/>
              <w:left w:val="single" w:sz="4" w:space="0" w:color="auto"/>
              <w:bottom w:val="single" w:sz="4" w:space="0" w:color="auto"/>
              <w:right w:val="single" w:sz="4" w:space="0" w:color="auto"/>
            </w:tcBorders>
            <w:shd w:val="clear" w:color="000000" w:fill="DAF2D0"/>
            <w:noWrap/>
            <w:vAlign w:val="center"/>
            <w:hideMark/>
          </w:tcPr>
          <w:p w14:paraId="00698095" w14:textId="64AE3153" w:rsidR="00C46C11" w:rsidRPr="00DB6570" w:rsidRDefault="009D5601" w:rsidP="00D270E1">
            <w:pPr>
              <w:spacing w:after="0" w:line="240" w:lineRule="auto"/>
              <w:jc w:val="center"/>
              <w:rPr>
                <w:rFonts w:ascii="Times New Roman" w:eastAsia="Times New Roman" w:hAnsi="Times New Roman" w:cs="Times New Roman"/>
                <w:b/>
                <w:bCs/>
                <w:sz w:val="22"/>
              </w:rPr>
            </w:pPr>
            <w:r w:rsidRPr="00DB6570">
              <w:rPr>
                <w:rFonts w:ascii="Times New Roman" w:eastAsia="Times New Roman" w:hAnsi="Times New Roman" w:cs="Times New Roman"/>
                <w:b/>
                <w:bCs/>
                <w:sz w:val="22"/>
              </w:rPr>
              <w:t>Number of s</w:t>
            </w:r>
            <w:r w:rsidR="00C46C11" w:rsidRPr="00DB6570">
              <w:rPr>
                <w:rFonts w:ascii="Times New Roman" w:eastAsia="Times New Roman" w:hAnsi="Times New Roman" w:cs="Times New Roman"/>
                <w:b/>
                <w:bCs/>
                <w:sz w:val="22"/>
              </w:rPr>
              <w:t>tudents completing approved programs/courses in supported centers and RFTIs</w:t>
            </w:r>
          </w:p>
        </w:tc>
        <w:tc>
          <w:tcPr>
            <w:tcW w:w="2051" w:type="dxa"/>
            <w:tcBorders>
              <w:top w:val="nil"/>
              <w:left w:val="nil"/>
              <w:bottom w:val="single" w:sz="4" w:space="0" w:color="auto"/>
              <w:right w:val="single" w:sz="4" w:space="0" w:color="auto"/>
            </w:tcBorders>
            <w:shd w:val="clear" w:color="000000" w:fill="DAF2D0"/>
            <w:noWrap/>
            <w:vAlign w:val="center"/>
            <w:hideMark/>
          </w:tcPr>
          <w:p w14:paraId="6A768967" w14:textId="77777777" w:rsidR="00C46C11" w:rsidRPr="00DB6570" w:rsidRDefault="00C46C11" w:rsidP="00D270E1">
            <w:pPr>
              <w:spacing w:after="0" w:line="240" w:lineRule="auto"/>
              <w:jc w:val="center"/>
              <w:rPr>
                <w:rFonts w:ascii="Times New Roman" w:eastAsia="Times New Roman" w:hAnsi="Times New Roman" w:cs="Times New Roman"/>
                <w:b/>
                <w:bCs/>
                <w:sz w:val="22"/>
              </w:rPr>
            </w:pPr>
          </w:p>
        </w:tc>
        <w:tc>
          <w:tcPr>
            <w:tcW w:w="2947" w:type="dxa"/>
            <w:tcBorders>
              <w:top w:val="nil"/>
              <w:left w:val="nil"/>
              <w:bottom w:val="single" w:sz="4" w:space="0" w:color="auto"/>
              <w:right w:val="single" w:sz="4" w:space="0" w:color="auto"/>
            </w:tcBorders>
            <w:shd w:val="clear" w:color="000000" w:fill="DAF2D0"/>
            <w:noWrap/>
            <w:vAlign w:val="center"/>
            <w:hideMark/>
          </w:tcPr>
          <w:p w14:paraId="608213E0" w14:textId="77777777" w:rsidR="00C46C11" w:rsidRPr="00DB6570" w:rsidRDefault="00C46C11" w:rsidP="00D270E1">
            <w:pPr>
              <w:spacing w:after="0" w:line="240" w:lineRule="auto"/>
              <w:jc w:val="center"/>
              <w:rPr>
                <w:rFonts w:ascii="Times New Roman" w:eastAsia="Times New Roman" w:hAnsi="Times New Roman" w:cs="Times New Roman"/>
                <w:b/>
                <w:bCs/>
                <w:sz w:val="22"/>
              </w:rPr>
            </w:pPr>
            <w:r w:rsidRPr="00DB6570">
              <w:rPr>
                <w:rFonts w:ascii="Times New Roman" w:eastAsia="Times New Roman" w:hAnsi="Times New Roman" w:cs="Times New Roman"/>
                <w:b/>
                <w:bCs/>
                <w:sz w:val="22"/>
              </w:rPr>
              <w:t>Indicate % of female</w:t>
            </w:r>
          </w:p>
        </w:tc>
      </w:tr>
      <w:tr w:rsidR="00C46C11" w:rsidRPr="00DB6570" w14:paraId="59AEC0EF" w14:textId="77777777">
        <w:trPr>
          <w:trHeight w:val="242"/>
        </w:trPr>
        <w:tc>
          <w:tcPr>
            <w:tcW w:w="9244" w:type="dxa"/>
            <w:tcBorders>
              <w:top w:val="nil"/>
              <w:left w:val="single" w:sz="4" w:space="0" w:color="auto"/>
              <w:bottom w:val="single" w:sz="4" w:space="0" w:color="auto"/>
              <w:right w:val="single" w:sz="4" w:space="0" w:color="auto"/>
            </w:tcBorders>
            <w:shd w:val="clear" w:color="000000" w:fill="DAF2D0"/>
            <w:noWrap/>
            <w:vAlign w:val="center"/>
            <w:hideMark/>
          </w:tcPr>
          <w:p w14:paraId="5E7F65A9" w14:textId="639FFC5F" w:rsidR="00C46C11" w:rsidRPr="00DB6570" w:rsidRDefault="009D5601" w:rsidP="00D270E1">
            <w:pPr>
              <w:spacing w:after="0" w:line="240" w:lineRule="auto"/>
              <w:jc w:val="center"/>
              <w:rPr>
                <w:rFonts w:ascii="Times New Roman" w:eastAsia="Times New Roman" w:hAnsi="Times New Roman" w:cs="Times New Roman"/>
                <w:b/>
                <w:bCs/>
                <w:sz w:val="22"/>
              </w:rPr>
            </w:pPr>
            <w:r w:rsidRPr="00DB6570">
              <w:rPr>
                <w:rFonts w:ascii="Times New Roman" w:eastAsia="Times New Roman" w:hAnsi="Times New Roman" w:cs="Times New Roman"/>
                <w:b/>
                <w:bCs/>
                <w:sz w:val="22"/>
              </w:rPr>
              <w:t>Number of s</w:t>
            </w:r>
            <w:r w:rsidR="00C46C11" w:rsidRPr="00DB6570">
              <w:rPr>
                <w:rFonts w:ascii="Times New Roman" w:eastAsia="Times New Roman" w:hAnsi="Times New Roman" w:cs="Times New Roman"/>
                <w:b/>
                <w:bCs/>
                <w:sz w:val="22"/>
              </w:rPr>
              <w:t>tudents in supported centers and RFTIs participating in internships in relevant institutions</w:t>
            </w:r>
          </w:p>
        </w:tc>
        <w:tc>
          <w:tcPr>
            <w:tcW w:w="2051" w:type="dxa"/>
            <w:tcBorders>
              <w:top w:val="nil"/>
              <w:left w:val="nil"/>
              <w:bottom w:val="single" w:sz="4" w:space="0" w:color="auto"/>
              <w:right w:val="single" w:sz="4" w:space="0" w:color="auto"/>
            </w:tcBorders>
            <w:shd w:val="clear" w:color="000000" w:fill="DAF2D0"/>
            <w:noWrap/>
            <w:vAlign w:val="center"/>
            <w:hideMark/>
          </w:tcPr>
          <w:p w14:paraId="586BFD1A" w14:textId="77777777" w:rsidR="00C46C11" w:rsidRPr="00DB6570" w:rsidRDefault="00C46C11" w:rsidP="00D270E1">
            <w:pPr>
              <w:spacing w:after="0" w:line="240" w:lineRule="auto"/>
              <w:jc w:val="center"/>
              <w:rPr>
                <w:rFonts w:ascii="Times New Roman" w:eastAsia="Times New Roman" w:hAnsi="Times New Roman" w:cs="Times New Roman"/>
                <w:b/>
                <w:bCs/>
                <w:sz w:val="22"/>
              </w:rPr>
            </w:pPr>
          </w:p>
        </w:tc>
        <w:tc>
          <w:tcPr>
            <w:tcW w:w="2947" w:type="dxa"/>
            <w:tcBorders>
              <w:top w:val="nil"/>
              <w:left w:val="nil"/>
              <w:bottom w:val="single" w:sz="4" w:space="0" w:color="auto"/>
              <w:right w:val="single" w:sz="4" w:space="0" w:color="auto"/>
            </w:tcBorders>
            <w:shd w:val="clear" w:color="000000" w:fill="DAF2D0"/>
            <w:noWrap/>
            <w:vAlign w:val="center"/>
            <w:hideMark/>
          </w:tcPr>
          <w:p w14:paraId="41D9C030" w14:textId="77777777" w:rsidR="00C46C11" w:rsidRPr="00DB6570" w:rsidRDefault="00C46C11" w:rsidP="00D270E1">
            <w:pPr>
              <w:spacing w:after="0" w:line="240" w:lineRule="auto"/>
              <w:jc w:val="center"/>
              <w:rPr>
                <w:rFonts w:ascii="Times New Roman" w:eastAsia="Times New Roman" w:hAnsi="Times New Roman" w:cs="Times New Roman"/>
                <w:b/>
                <w:bCs/>
                <w:sz w:val="22"/>
              </w:rPr>
            </w:pPr>
          </w:p>
        </w:tc>
      </w:tr>
      <w:tr w:rsidR="00C46C11" w:rsidRPr="00DB6570" w14:paraId="4D7DBBBE" w14:textId="77777777">
        <w:trPr>
          <w:trHeight w:val="242"/>
        </w:trPr>
        <w:tc>
          <w:tcPr>
            <w:tcW w:w="9244" w:type="dxa"/>
            <w:tcBorders>
              <w:top w:val="nil"/>
              <w:left w:val="single" w:sz="4" w:space="0" w:color="auto"/>
              <w:bottom w:val="single" w:sz="4" w:space="0" w:color="auto"/>
              <w:right w:val="single" w:sz="4" w:space="0" w:color="auto"/>
            </w:tcBorders>
            <w:shd w:val="clear" w:color="000000" w:fill="DAF2D0"/>
            <w:noWrap/>
            <w:vAlign w:val="center"/>
            <w:hideMark/>
          </w:tcPr>
          <w:p w14:paraId="202C8650" w14:textId="2A4996A0" w:rsidR="00C46C11" w:rsidRPr="00DB6570" w:rsidRDefault="009D5601" w:rsidP="00D270E1">
            <w:pPr>
              <w:spacing w:after="0" w:line="240" w:lineRule="auto"/>
              <w:jc w:val="center"/>
              <w:rPr>
                <w:rFonts w:ascii="Times New Roman" w:eastAsia="Times New Roman" w:hAnsi="Times New Roman" w:cs="Times New Roman"/>
                <w:b/>
                <w:bCs/>
                <w:sz w:val="22"/>
              </w:rPr>
            </w:pPr>
            <w:r w:rsidRPr="00DB6570">
              <w:rPr>
                <w:rFonts w:ascii="Times New Roman" w:eastAsia="Times New Roman" w:hAnsi="Times New Roman" w:cs="Times New Roman"/>
                <w:b/>
                <w:bCs/>
                <w:sz w:val="22"/>
              </w:rPr>
              <w:t>Number of r</w:t>
            </w:r>
            <w:r w:rsidR="00C46C11" w:rsidRPr="00DB6570">
              <w:rPr>
                <w:rFonts w:ascii="Times New Roman" w:eastAsia="Times New Roman" w:hAnsi="Times New Roman" w:cs="Times New Roman"/>
                <w:b/>
                <w:bCs/>
                <w:sz w:val="22"/>
              </w:rPr>
              <w:t>esearch publications in internationa</w:t>
            </w:r>
            <w:r w:rsidRPr="00DB6570">
              <w:rPr>
                <w:rFonts w:ascii="Times New Roman" w:eastAsia="Times New Roman" w:hAnsi="Times New Roman" w:cs="Times New Roman"/>
                <w:b/>
                <w:bCs/>
                <w:sz w:val="22"/>
              </w:rPr>
              <w:t>l</w:t>
            </w:r>
            <w:r w:rsidR="00C46C11" w:rsidRPr="00DB6570">
              <w:rPr>
                <w:rFonts w:ascii="Times New Roman" w:eastAsia="Times New Roman" w:hAnsi="Times New Roman" w:cs="Times New Roman"/>
                <w:b/>
                <w:bCs/>
                <w:sz w:val="22"/>
              </w:rPr>
              <w:t>l</w:t>
            </w:r>
            <w:r w:rsidRPr="00DB6570">
              <w:rPr>
                <w:rFonts w:ascii="Times New Roman" w:eastAsia="Times New Roman" w:hAnsi="Times New Roman" w:cs="Times New Roman"/>
                <w:b/>
                <w:bCs/>
                <w:sz w:val="22"/>
              </w:rPr>
              <w:t>y-</w:t>
            </w:r>
            <w:r w:rsidR="00C46C11" w:rsidRPr="00DB6570">
              <w:rPr>
                <w:rFonts w:ascii="Times New Roman" w:eastAsia="Times New Roman" w:hAnsi="Times New Roman" w:cs="Times New Roman"/>
                <w:b/>
                <w:bCs/>
                <w:sz w:val="22"/>
              </w:rPr>
              <w:t>recognized peer reviewed journals</w:t>
            </w:r>
          </w:p>
        </w:tc>
        <w:tc>
          <w:tcPr>
            <w:tcW w:w="2051" w:type="dxa"/>
            <w:tcBorders>
              <w:top w:val="nil"/>
              <w:left w:val="nil"/>
              <w:bottom w:val="single" w:sz="4" w:space="0" w:color="auto"/>
              <w:right w:val="single" w:sz="4" w:space="0" w:color="auto"/>
            </w:tcBorders>
            <w:shd w:val="clear" w:color="000000" w:fill="DAF2D0"/>
            <w:noWrap/>
            <w:vAlign w:val="center"/>
            <w:hideMark/>
          </w:tcPr>
          <w:p w14:paraId="67297DB5" w14:textId="77777777" w:rsidR="00C46C11" w:rsidRPr="00DB6570" w:rsidRDefault="00C46C11" w:rsidP="00D270E1">
            <w:pPr>
              <w:spacing w:after="0" w:line="240" w:lineRule="auto"/>
              <w:jc w:val="center"/>
              <w:rPr>
                <w:rFonts w:ascii="Times New Roman" w:eastAsia="Times New Roman" w:hAnsi="Times New Roman" w:cs="Times New Roman"/>
                <w:b/>
                <w:bCs/>
                <w:sz w:val="22"/>
              </w:rPr>
            </w:pPr>
          </w:p>
        </w:tc>
        <w:tc>
          <w:tcPr>
            <w:tcW w:w="2947" w:type="dxa"/>
            <w:tcBorders>
              <w:top w:val="nil"/>
              <w:left w:val="nil"/>
              <w:bottom w:val="single" w:sz="4" w:space="0" w:color="auto"/>
              <w:right w:val="single" w:sz="4" w:space="0" w:color="auto"/>
            </w:tcBorders>
            <w:shd w:val="clear" w:color="000000" w:fill="DAF2D0"/>
            <w:noWrap/>
            <w:vAlign w:val="center"/>
            <w:hideMark/>
          </w:tcPr>
          <w:p w14:paraId="3DC87001" w14:textId="77777777" w:rsidR="00C46C11" w:rsidRPr="00DB6570" w:rsidRDefault="00C46C11" w:rsidP="00D270E1">
            <w:pPr>
              <w:spacing w:after="0" w:line="240" w:lineRule="auto"/>
              <w:jc w:val="center"/>
              <w:rPr>
                <w:rFonts w:ascii="Times New Roman" w:eastAsia="Times New Roman" w:hAnsi="Times New Roman" w:cs="Times New Roman"/>
                <w:b/>
                <w:bCs/>
                <w:sz w:val="22"/>
              </w:rPr>
            </w:pPr>
          </w:p>
        </w:tc>
      </w:tr>
      <w:tr w:rsidR="00C46C11" w:rsidRPr="00DB6570" w14:paraId="731A83D8" w14:textId="77777777">
        <w:trPr>
          <w:trHeight w:val="242"/>
        </w:trPr>
        <w:tc>
          <w:tcPr>
            <w:tcW w:w="9244" w:type="dxa"/>
            <w:tcBorders>
              <w:top w:val="nil"/>
              <w:left w:val="single" w:sz="4" w:space="0" w:color="auto"/>
              <w:bottom w:val="single" w:sz="4" w:space="0" w:color="auto"/>
              <w:right w:val="single" w:sz="4" w:space="0" w:color="auto"/>
            </w:tcBorders>
            <w:shd w:val="clear" w:color="000000" w:fill="DAF2D0"/>
            <w:noWrap/>
            <w:vAlign w:val="center"/>
            <w:hideMark/>
          </w:tcPr>
          <w:p w14:paraId="6B9838A5" w14:textId="77777777" w:rsidR="00C46C11" w:rsidRPr="00DB6570" w:rsidRDefault="00C46C11" w:rsidP="00D270E1">
            <w:pPr>
              <w:spacing w:after="0" w:line="240" w:lineRule="auto"/>
              <w:jc w:val="center"/>
              <w:rPr>
                <w:rFonts w:ascii="Times New Roman" w:eastAsia="Times New Roman" w:hAnsi="Times New Roman" w:cs="Times New Roman"/>
                <w:b/>
                <w:bCs/>
                <w:sz w:val="22"/>
              </w:rPr>
            </w:pPr>
            <w:r w:rsidRPr="00DB6570">
              <w:rPr>
                <w:rFonts w:ascii="Times New Roman" w:eastAsia="Times New Roman" w:hAnsi="Times New Roman" w:cs="Times New Roman"/>
                <w:b/>
                <w:bCs/>
                <w:sz w:val="22"/>
              </w:rPr>
              <w:t>Number of approved programs receiving international accreditation</w:t>
            </w:r>
          </w:p>
        </w:tc>
        <w:tc>
          <w:tcPr>
            <w:tcW w:w="2051" w:type="dxa"/>
            <w:tcBorders>
              <w:top w:val="nil"/>
              <w:left w:val="nil"/>
              <w:bottom w:val="single" w:sz="4" w:space="0" w:color="auto"/>
              <w:right w:val="single" w:sz="4" w:space="0" w:color="auto"/>
            </w:tcBorders>
            <w:shd w:val="clear" w:color="000000" w:fill="DAF2D0"/>
            <w:vAlign w:val="center"/>
            <w:hideMark/>
          </w:tcPr>
          <w:p w14:paraId="49C1FCDD" w14:textId="77777777" w:rsidR="00C46C11" w:rsidRPr="00DB6570" w:rsidRDefault="00C46C11" w:rsidP="00D270E1">
            <w:pPr>
              <w:spacing w:after="0" w:line="240" w:lineRule="auto"/>
              <w:jc w:val="center"/>
              <w:rPr>
                <w:rFonts w:ascii="Times New Roman" w:eastAsia="Times New Roman" w:hAnsi="Times New Roman" w:cs="Times New Roman"/>
                <w:b/>
                <w:bCs/>
                <w:sz w:val="22"/>
              </w:rPr>
            </w:pPr>
          </w:p>
        </w:tc>
        <w:tc>
          <w:tcPr>
            <w:tcW w:w="2947" w:type="dxa"/>
            <w:tcBorders>
              <w:top w:val="nil"/>
              <w:left w:val="nil"/>
              <w:bottom w:val="single" w:sz="4" w:space="0" w:color="auto"/>
              <w:right w:val="single" w:sz="4" w:space="0" w:color="auto"/>
            </w:tcBorders>
            <w:shd w:val="clear" w:color="000000" w:fill="DAF2D0"/>
            <w:vAlign w:val="center"/>
            <w:hideMark/>
          </w:tcPr>
          <w:p w14:paraId="320E8BEB" w14:textId="77777777" w:rsidR="00C46C11" w:rsidRPr="00DB6570" w:rsidRDefault="00C46C11" w:rsidP="00D270E1">
            <w:pPr>
              <w:spacing w:after="0" w:line="240" w:lineRule="auto"/>
              <w:jc w:val="center"/>
              <w:rPr>
                <w:rFonts w:ascii="Times New Roman" w:eastAsia="Times New Roman" w:hAnsi="Times New Roman" w:cs="Times New Roman"/>
                <w:b/>
                <w:bCs/>
                <w:sz w:val="22"/>
              </w:rPr>
            </w:pPr>
          </w:p>
        </w:tc>
      </w:tr>
      <w:tr w:rsidR="00C46C11" w:rsidRPr="00DB6570" w14:paraId="23655ECB" w14:textId="77777777">
        <w:trPr>
          <w:trHeight w:val="242"/>
        </w:trPr>
        <w:tc>
          <w:tcPr>
            <w:tcW w:w="9244" w:type="dxa"/>
            <w:tcBorders>
              <w:top w:val="nil"/>
              <w:left w:val="single" w:sz="4" w:space="0" w:color="auto"/>
              <w:bottom w:val="single" w:sz="4" w:space="0" w:color="auto"/>
              <w:right w:val="single" w:sz="4" w:space="0" w:color="auto"/>
            </w:tcBorders>
            <w:shd w:val="clear" w:color="000000" w:fill="DAF2D0"/>
            <w:noWrap/>
            <w:vAlign w:val="center"/>
            <w:hideMark/>
          </w:tcPr>
          <w:p w14:paraId="5B40EEA0" w14:textId="7215DCF5" w:rsidR="00C46C11" w:rsidRPr="00DB6570" w:rsidRDefault="009D5601" w:rsidP="00D270E1">
            <w:pPr>
              <w:spacing w:after="0" w:line="240" w:lineRule="auto"/>
              <w:jc w:val="center"/>
              <w:rPr>
                <w:rFonts w:ascii="Times New Roman" w:eastAsia="Times New Roman" w:hAnsi="Times New Roman" w:cs="Times New Roman"/>
                <w:b/>
                <w:bCs/>
                <w:sz w:val="22"/>
              </w:rPr>
            </w:pPr>
            <w:r w:rsidRPr="00DB6570">
              <w:rPr>
                <w:rFonts w:ascii="Times New Roman" w:eastAsia="Times New Roman" w:hAnsi="Times New Roman" w:cs="Times New Roman"/>
                <w:b/>
                <w:bCs/>
                <w:sz w:val="22"/>
              </w:rPr>
              <w:t>Percent</w:t>
            </w:r>
            <w:r w:rsidR="00C46C11" w:rsidRPr="00DB6570">
              <w:rPr>
                <w:rFonts w:ascii="Times New Roman" w:eastAsia="Times New Roman" w:hAnsi="Times New Roman" w:cs="Times New Roman"/>
                <w:b/>
                <w:bCs/>
                <w:sz w:val="22"/>
              </w:rPr>
              <w:t xml:space="preserve"> of graduates in productive employment within priority sectors, within </w:t>
            </w:r>
            <w:r w:rsidR="003C6B8F" w:rsidRPr="00DB6570">
              <w:rPr>
                <w:rFonts w:ascii="Times New Roman" w:eastAsia="Times New Roman" w:hAnsi="Times New Roman" w:cs="Times New Roman"/>
                <w:b/>
                <w:bCs/>
                <w:sz w:val="22"/>
              </w:rPr>
              <w:t>12</w:t>
            </w:r>
            <w:r w:rsidR="00C46C11" w:rsidRPr="00DB6570">
              <w:rPr>
                <w:rFonts w:ascii="Times New Roman" w:eastAsia="Times New Roman" w:hAnsi="Times New Roman" w:cs="Times New Roman"/>
                <w:b/>
                <w:bCs/>
                <w:sz w:val="22"/>
              </w:rPr>
              <w:t xml:space="preserve"> months of graduation</w:t>
            </w:r>
          </w:p>
        </w:tc>
        <w:tc>
          <w:tcPr>
            <w:tcW w:w="2051" w:type="dxa"/>
            <w:tcBorders>
              <w:top w:val="nil"/>
              <w:left w:val="nil"/>
              <w:bottom w:val="single" w:sz="4" w:space="0" w:color="auto"/>
              <w:right w:val="single" w:sz="4" w:space="0" w:color="auto"/>
            </w:tcBorders>
            <w:shd w:val="clear" w:color="000000" w:fill="DAF2D0"/>
            <w:noWrap/>
            <w:vAlign w:val="center"/>
            <w:hideMark/>
          </w:tcPr>
          <w:p w14:paraId="650F6563" w14:textId="77777777" w:rsidR="00C46C11" w:rsidRPr="00DB6570" w:rsidRDefault="00C46C11" w:rsidP="00D270E1">
            <w:pPr>
              <w:spacing w:after="0" w:line="240" w:lineRule="auto"/>
              <w:jc w:val="center"/>
              <w:rPr>
                <w:rFonts w:ascii="Times New Roman" w:eastAsia="Times New Roman" w:hAnsi="Times New Roman" w:cs="Times New Roman"/>
                <w:b/>
                <w:bCs/>
                <w:sz w:val="22"/>
              </w:rPr>
            </w:pPr>
          </w:p>
        </w:tc>
        <w:tc>
          <w:tcPr>
            <w:tcW w:w="2947" w:type="dxa"/>
            <w:tcBorders>
              <w:top w:val="nil"/>
              <w:left w:val="nil"/>
              <w:bottom w:val="single" w:sz="4" w:space="0" w:color="auto"/>
              <w:right w:val="single" w:sz="4" w:space="0" w:color="auto"/>
            </w:tcBorders>
            <w:shd w:val="clear" w:color="000000" w:fill="DAF2D0"/>
            <w:noWrap/>
            <w:vAlign w:val="center"/>
            <w:hideMark/>
          </w:tcPr>
          <w:p w14:paraId="1AB16B12" w14:textId="77777777" w:rsidR="00C46C11" w:rsidRPr="00DB6570" w:rsidRDefault="00C46C11" w:rsidP="00D270E1">
            <w:pPr>
              <w:spacing w:after="0" w:line="240" w:lineRule="auto"/>
              <w:jc w:val="center"/>
              <w:rPr>
                <w:rFonts w:ascii="Times New Roman" w:eastAsia="Times New Roman" w:hAnsi="Times New Roman" w:cs="Times New Roman"/>
                <w:b/>
                <w:bCs/>
                <w:sz w:val="22"/>
              </w:rPr>
            </w:pPr>
            <w:r w:rsidRPr="00DB6570">
              <w:rPr>
                <w:rFonts w:ascii="Times New Roman" w:eastAsia="Times New Roman" w:hAnsi="Times New Roman" w:cs="Times New Roman"/>
                <w:b/>
                <w:bCs/>
                <w:sz w:val="22"/>
              </w:rPr>
              <w:t>Indicate % of female</w:t>
            </w:r>
          </w:p>
        </w:tc>
      </w:tr>
      <w:tr w:rsidR="00C46C11" w:rsidRPr="00DB6570" w14:paraId="2F67C0E7" w14:textId="77777777">
        <w:trPr>
          <w:trHeight w:val="242"/>
        </w:trPr>
        <w:tc>
          <w:tcPr>
            <w:tcW w:w="9244" w:type="dxa"/>
            <w:tcBorders>
              <w:top w:val="nil"/>
              <w:left w:val="single" w:sz="4" w:space="0" w:color="auto"/>
              <w:bottom w:val="single" w:sz="4" w:space="0" w:color="auto"/>
              <w:right w:val="single" w:sz="4" w:space="0" w:color="auto"/>
            </w:tcBorders>
            <w:shd w:val="clear" w:color="000000" w:fill="DAF2D0"/>
            <w:noWrap/>
            <w:vAlign w:val="center"/>
            <w:hideMark/>
          </w:tcPr>
          <w:p w14:paraId="02F24FA4" w14:textId="3638282F" w:rsidR="00C46C11" w:rsidRPr="00DB6570" w:rsidRDefault="003C6B8F" w:rsidP="00D270E1">
            <w:pPr>
              <w:spacing w:after="0" w:line="240" w:lineRule="auto"/>
              <w:jc w:val="center"/>
              <w:rPr>
                <w:rFonts w:ascii="Times New Roman" w:eastAsia="Times New Roman" w:hAnsi="Times New Roman" w:cs="Times New Roman"/>
                <w:b/>
                <w:bCs/>
                <w:sz w:val="22"/>
              </w:rPr>
            </w:pPr>
            <w:r w:rsidRPr="00DB6570">
              <w:rPr>
                <w:rFonts w:ascii="Times New Roman" w:eastAsia="Times New Roman" w:hAnsi="Times New Roman" w:cs="Times New Roman"/>
                <w:b/>
                <w:bCs/>
                <w:sz w:val="22"/>
              </w:rPr>
              <w:t>Number of t</w:t>
            </w:r>
            <w:r w:rsidR="00C46C11" w:rsidRPr="00DB6570">
              <w:rPr>
                <w:rFonts w:ascii="Times New Roman" w:eastAsia="Times New Roman" w:hAnsi="Times New Roman" w:cs="Times New Roman"/>
                <w:b/>
                <w:bCs/>
                <w:sz w:val="22"/>
              </w:rPr>
              <w:t>raining programs established in priority value chains, co-</w:t>
            </w:r>
            <w:r w:rsidRPr="00DB6570">
              <w:rPr>
                <w:rFonts w:ascii="Times New Roman" w:eastAsia="Times New Roman" w:hAnsi="Times New Roman" w:cs="Times New Roman"/>
                <w:b/>
                <w:bCs/>
                <w:sz w:val="22"/>
              </w:rPr>
              <w:t>created</w:t>
            </w:r>
            <w:r w:rsidR="00C46C11" w:rsidRPr="00DB6570">
              <w:rPr>
                <w:rFonts w:ascii="Times New Roman" w:eastAsia="Times New Roman" w:hAnsi="Times New Roman" w:cs="Times New Roman"/>
                <w:b/>
                <w:bCs/>
                <w:sz w:val="22"/>
              </w:rPr>
              <w:t xml:space="preserve"> or co-financed with employers</w:t>
            </w:r>
          </w:p>
        </w:tc>
        <w:tc>
          <w:tcPr>
            <w:tcW w:w="2051" w:type="dxa"/>
            <w:tcBorders>
              <w:top w:val="nil"/>
              <w:left w:val="nil"/>
              <w:bottom w:val="single" w:sz="4" w:space="0" w:color="auto"/>
              <w:right w:val="single" w:sz="4" w:space="0" w:color="auto"/>
            </w:tcBorders>
            <w:shd w:val="clear" w:color="000000" w:fill="DAF2D0"/>
            <w:noWrap/>
            <w:vAlign w:val="center"/>
            <w:hideMark/>
          </w:tcPr>
          <w:p w14:paraId="24E5FB68" w14:textId="77777777" w:rsidR="00C46C11" w:rsidRPr="00DB6570" w:rsidRDefault="00C46C11" w:rsidP="00D270E1">
            <w:pPr>
              <w:spacing w:after="0" w:line="240" w:lineRule="auto"/>
              <w:jc w:val="center"/>
              <w:rPr>
                <w:rFonts w:ascii="Times New Roman" w:eastAsia="Times New Roman" w:hAnsi="Times New Roman" w:cs="Times New Roman"/>
                <w:sz w:val="22"/>
              </w:rPr>
            </w:pPr>
          </w:p>
        </w:tc>
        <w:tc>
          <w:tcPr>
            <w:tcW w:w="2947" w:type="dxa"/>
            <w:tcBorders>
              <w:top w:val="nil"/>
              <w:left w:val="nil"/>
              <w:bottom w:val="single" w:sz="4" w:space="0" w:color="auto"/>
              <w:right w:val="single" w:sz="4" w:space="0" w:color="auto"/>
            </w:tcBorders>
            <w:shd w:val="clear" w:color="000000" w:fill="DAF2D0"/>
            <w:noWrap/>
            <w:vAlign w:val="center"/>
            <w:hideMark/>
          </w:tcPr>
          <w:p w14:paraId="25EA7A6F" w14:textId="77777777" w:rsidR="00C46C11" w:rsidRPr="00DB6570" w:rsidRDefault="00C46C11" w:rsidP="00D270E1">
            <w:pPr>
              <w:spacing w:after="0" w:line="240" w:lineRule="auto"/>
              <w:jc w:val="center"/>
              <w:rPr>
                <w:rFonts w:ascii="Times New Roman" w:eastAsia="Times New Roman" w:hAnsi="Times New Roman" w:cs="Times New Roman"/>
                <w:sz w:val="22"/>
              </w:rPr>
            </w:pPr>
          </w:p>
        </w:tc>
      </w:tr>
      <w:tr w:rsidR="00C46C11" w:rsidRPr="00DB6570" w14:paraId="4D119CAD" w14:textId="77777777">
        <w:trPr>
          <w:trHeight w:val="242"/>
        </w:trPr>
        <w:tc>
          <w:tcPr>
            <w:tcW w:w="9244" w:type="dxa"/>
            <w:tcBorders>
              <w:top w:val="nil"/>
              <w:left w:val="single" w:sz="4" w:space="0" w:color="auto"/>
              <w:bottom w:val="single" w:sz="4" w:space="0" w:color="auto"/>
              <w:right w:val="single" w:sz="4" w:space="0" w:color="auto"/>
            </w:tcBorders>
            <w:shd w:val="clear" w:color="000000" w:fill="DAF2D0"/>
            <w:noWrap/>
            <w:vAlign w:val="center"/>
            <w:hideMark/>
          </w:tcPr>
          <w:p w14:paraId="3A6029D2" w14:textId="36ECD495" w:rsidR="00C46C11" w:rsidRPr="00DB6570" w:rsidRDefault="00C46C11" w:rsidP="00D270E1">
            <w:pPr>
              <w:spacing w:after="0" w:line="240" w:lineRule="auto"/>
              <w:jc w:val="center"/>
              <w:rPr>
                <w:rFonts w:ascii="Times New Roman" w:eastAsia="Times New Roman" w:hAnsi="Times New Roman" w:cs="Times New Roman"/>
                <w:b/>
                <w:bCs/>
                <w:sz w:val="22"/>
              </w:rPr>
            </w:pPr>
            <w:r w:rsidRPr="00DB6570">
              <w:rPr>
                <w:rFonts w:ascii="Times New Roman" w:eastAsia="Times New Roman" w:hAnsi="Times New Roman" w:cs="Times New Roman"/>
                <w:b/>
                <w:bCs/>
                <w:sz w:val="22"/>
              </w:rPr>
              <w:t xml:space="preserve">Total </w:t>
            </w:r>
            <w:r w:rsidR="00676B33" w:rsidRPr="00DB6570">
              <w:rPr>
                <w:rFonts w:ascii="Times New Roman" w:eastAsia="Times New Roman" w:hAnsi="Times New Roman" w:cs="Times New Roman"/>
                <w:b/>
                <w:bCs/>
                <w:sz w:val="22"/>
              </w:rPr>
              <w:t>number of f</w:t>
            </w:r>
            <w:r w:rsidRPr="00DB6570">
              <w:rPr>
                <w:rFonts w:ascii="Times New Roman" w:eastAsia="Times New Roman" w:hAnsi="Times New Roman" w:cs="Times New Roman"/>
                <w:b/>
                <w:bCs/>
                <w:sz w:val="22"/>
              </w:rPr>
              <w:t>aculty supported by ACE-RFTIs partnerships</w:t>
            </w:r>
          </w:p>
        </w:tc>
        <w:tc>
          <w:tcPr>
            <w:tcW w:w="2051" w:type="dxa"/>
            <w:tcBorders>
              <w:top w:val="nil"/>
              <w:left w:val="nil"/>
              <w:bottom w:val="single" w:sz="4" w:space="0" w:color="auto"/>
              <w:right w:val="single" w:sz="4" w:space="0" w:color="auto"/>
            </w:tcBorders>
            <w:shd w:val="clear" w:color="000000" w:fill="DAF2D0"/>
            <w:noWrap/>
            <w:vAlign w:val="center"/>
            <w:hideMark/>
          </w:tcPr>
          <w:p w14:paraId="16313735" w14:textId="77777777" w:rsidR="00C46C11" w:rsidRPr="00DB6570" w:rsidRDefault="00C46C11" w:rsidP="00D270E1">
            <w:pPr>
              <w:spacing w:after="0" w:line="240" w:lineRule="auto"/>
              <w:jc w:val="center"/>
              <w:rPr>
                <w:rFonts w:ascii="Times New Roman" w:eastAsia="Times New Roman" w:hAnsi="Times New Roman" w:cs="Times New Roman"/>
                <w:sz w:val="22"/>
              </w:rPr>
            </w:pPr>
          </w:p>
        </w:tc>
        <w:tc>
          <w:tcPr>
            <w:tcW w:w="2947" w:type="dxa"/>
            <w:tcBorders>
              <w:top w:val="nil"/>
              <w:left w:val="nil"/>
              <w:bottom w:val="single" w:sz="4" w:space="0" w:color="auto"/>
              <w:right w:val="single" w:sz="4" w:space="0" w:color="auto"/>
            </w:tcBorders>
            <w:shd w:val="clear" w:color="000000" w:fill="DAF2D0"/>
            <w:noWrap/>
            <w:vAlign w:val="center"/>
            <w:hideMark/>
          </w:tcPr>
          <w:p w14:paraId="791F9E87" w14:textId="77777777" w:rsidR="00C46C11" w:rsidRPr="00DB6570" w:rsidRDefault="00C46C11" w:rsidP="00D270E1">
            <w:pPr>
              <w:spacing w:after="0" w:line="240" w:lineRule="auto"/>
              <w:jc w:val="center"/>
              <w:rPr>
                <w:rFonts w:ascii="Times New Roman" w:eastAsia="Times New Roman" w:hAnsi="Times New Roman" w:cs="Times New Roman"/>
                <w:sz w:val="22"/>
              </w:rPr>
            </w:pPr>
          </w:p>
        </w:tc>
      </w:tr>
    </w:tbl>
    <w:p w14:paraId="44427A76" w14:textId="77777777" w:rsidR="00F369EB" w:rsidRPr="00DB6570" w:rsidRDefault="00F369EB">
      <w:pPr>
        <w:rPr>
          <w:rFonts w:ascii="Times New Roman" w:hAnsi="Times New Roman" w:cs="Times New Roman"/>
          <w:sz w:val="22"/>
        </w:rPr>
        <w:sectPr w:rsidR="00F369EB" w:rsidRPr="00DB6570" w:rsidSect="005E44DD">
          <w:pgSz w:w="16838" w:h="11906" w:orient="landscape"/>
          <w:pgMar w:top="1020" w:right="964" w:bottom="1020" w:left="907" w:header="454" w:footer="454" w:gutter="0"/>
          <w:cols w:space="720"/>
          <w:docGrid w:linePitch="360"/>
        </w:sectPr>
      </w:pPr>
    </w:p>
    <w:p w14:paraId="6644A349" w14:textId="708AA8B0" w:rsidR="0061162A" w:rsidRPr="00DB6570" w:rsidRDefault="0061162A">
      <w:pPr>
        <w:rPr>
          <w:rFonts w:ascii="Times New Roman" w:hAnsi="Times New Roman" w:cs="Times New Roman"/>
          <w:sz w:val="22"/>
        </w:rPr>
      </w:pPr>
    </w:p>
    <w:p w14:paraId="723915A9" w14:textId="77777777" w:rsidR="0061162A" w:rsidRPr="00DB6570" w:rsidRDefault="00BE6111">
      <w:pPr>
        <w:pStyle w:val="Heading1"/>
        <w:rPr>
          <w:rFonts w:ascii="Times New Roman" w:hAnsi="Times New Roman" w:cs="Times New Roman"/>
          <w:color w:val="auto"/>
          <w:sz w:val="22"/>
          <w:szCs w:val="22"/>
        </w:rPr>
      </w:pPr>
      <w:bookmarkStart w:id="6" w:name="_Toc237525200"/>
      <w:r w:rsidRPr="00DB6570">
        <w:rPr>
          <w:rFonts w:ascii="Times New Roman" w:hAnsi="Times New Roman" w:cs="Times New Roman"/>
          <w:color w:val="auto"/>
          <w:sz w:val="22"/>
          <w:szCs w:val="22"/>
        </w:rPr>
        <w:t>PART II - SECTOR, VALUE CHAIN AND STRATEGIC FRAMEWORK</w:t>
      </w:r>
      <w:bookmarkEnd w:id="6"/>
    </w:p>
    <w:tbl>
      <w:tblPr>
        <w:tblStyle w:val="TableGrid"/>
        <w:tblW w:w="9000" w:type="dxa"/>
        <w:jc w:val="center"/>
        <w:tblLook w:val="04A0" w:firstRow="1" w:lastRow="0" w:firstColumn="1" w:lastColumn="0" w:noHBand="0" w:noVBand="1"/>
      </w:tblPr>
      <w:tblGrid>
        <w:gridCol w:w="9000"/>
      </w:tblGrid>
      <w:tr w:rsidR="0061162A" w:rsidRPr="00DB6570" w14:paraId="06F9E939" w14:textId="77777777" w:rsidTr="0021427D">
        <w:trPr>
          <w:jc w:val="center"/>
        </w:trPr>
        <w:tc>
          <w:tcPr>
            <w:tcW w:w="9866" w:type="dxa"/>
            <w:tcMar>
              <w:top w:w="100" w:type="dxa"/>
              <w:left w:w="140" w:type="dxa"/>
              <w:bottom w:w="100" w:type="dxa"/>
              <w:right w:w="140" w:type="dxa"/>
            </w:tcMar>
          </w:tcPr>
          <w:p w14:paraId="1300F50D"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Purpose of this Part</w:t>
            </w:r>
          </w:p>
          <w:p w14:paraId="26C5A28E" w14:textId="18AA8183" w:rsidR="0061162A" w:rsidRPr="00DB6570" w:rsidRDefault="00BE6111">
            <w:pPr>
              <w:rPr>
                <w:rFonts w:ascii="Times New Roman" w:hAnsi="Times New Roman" w:cs="Times New Roman"/>
                <w:sz w:val="22"/>
              </w:rPr>
            </w:pPr>
            <w:r w:rsidRPr="00DB6570">
              <w:rPr>
                <w:rFonts w:ascii="Times New Roman" w:hAnsi="Times New Roman" w:cs="Times New Roman"/>
                <w:sz w:val="22"/>
              </w:rPr>
              <w:t xml:space="preserve">This Part </w:t>
            </w:r>
            <w:r w:rsidR="0053210A" w:rsidRPr="00DB6570">
              <w:rPr>
                <w:rFonts w:ascii="Times New Roman" w:hAnsi="Times New Roman" w:cs="Times New Roman"/>
                <w:sz w:val="22"/>
              </w:rPr>
              <w:t xml:space="preserve">should </w:t>
            </w:r>
            <w:r w:rsidRPr="00DB6570">
              <w:rPr>
                <w:rFonts w:ascii="Times New Roman" w:hAnsi="Times New Roman" w:cs="Times New Roman"/>
                <w:sz w:val="22"/>
              </w:rPr>
              <w:t xml:space="preserve">establish the demand-side and policy foundation for the </w:t>
            </w:r>
            <w:r w:rsidR="00757C41" w:rsidRPr="00DB6570">
              <w:rPr>
                <w:rFonts w:ascii="Times New Roman" w:hAnsi="Times New Roman" w:cs="Times New Roman"/>
                <w:sz w:val="22"/>
              </w:rPr>
              <w:t xml:space="preserve">ACE/Emerging Center and RFTI </w:t>
            </w:r>
            <w:r w:rsidRPr="00DB6570">
              <w:rPr>
                <w:rFonts w:ascii="Times New Roman" w:hAnsi="Times New Roman" w:cs="Times New Roman"/>
                <w:sz w:val="22"/>
              </w:rPr>
              <w:t>partnership.</w:t>
            </w:r>
          </w:p>
        </w:tc>
      </w:tr>
    </w:tbl>
    <w:p w14:paraId="3C74D5B2" w14:textId="77777777" w:rsidR="0061162A" w:rsidRPr="00DB6570" w:rsidRDefault="0061162A">
      <w:pPr>
        <w:spacing w:after="0"/>
        <w:rPr>
          <w:rFonts w:ascii="Times New Roman" w:hAnsi="Times New Roman" w:cs="Times New Roman"/>
          <w:sz w:val="22"/>
        </w:rPr>
      </w:pPr>
    </w:p>
    <w:p w14:paraId="6936EB06" w14:textId="642137D7" w:rsidR="0061162A" w:rsidRPr="00DB6570" w:rsidRDefault="00BE6111">
      <w:pPr>
        <w:pStyle w:val="Heading2"/>
        <w:rPr>
          <w:rFonts w:ascii="Times New Roman" w:hAnsi="Times New Roman" w:cs="Times New Roman"/>
          <w:color w:val="auto"/>
          <w:sz w:val="22"/>
          <w:szCs w:val="22"/>
        </w:rPr>
      </w:pPr>
      <w:bookmarkStart w:id="7" w:name="_Toc237525201"/>
      <w:r w:rsidRPr="00DB6570">
        <w:rPr>
          <w:rFonts w:ascii="Times New Roman" w:hAnsi="Times New Roman" w:cs="Times New Roman"/>
          <w:color w:val="auto"/>
          <w:sz w:val="22"/>
          <w:szCs w:val="22"/>
        </w:rPr>
        <w:t>2.1 Priority Sector</w:t>
      </w:r>
      <w:r w:rsidR="004257B4" w:rsidRPr="00DB6570">
        <w:rPr>
          <w:rFonts w:ascii="Times New Roman" w:hAnsi="Times New Roman" w:cs="Times New Roman"/>
          <w:color w:val="auto"/>
          <w:sz w:val="22"/>
          <w:szCs w:val="22"/>
        </w:rPr>
        <w:t xml:space="preserve"> and</w:t>
      </w:r>
      <w:r w:rsidRPr="00DB6570">
        <w:rPr>
          <w:rFonts w:ascii="Times New Roman" w:hAnsi="Times New Roman" w:cs="Times New Roman"/>
          <w:color w:val="auto"/>
          <w:sz w:val="22"/>
          <w:szCs w:val="22"/>
        </w:rPr>
        <w:t xml:space="preserve"> Value Chain</w:t>
      </w:r>
      <w:bookmarkEnd w:id="7"/>
      <w:r w:rsidRPr="00DB6570">
        <w:rPr>
          <w:rFonts w:ascii="Times New Roman" w:hAnsi="Times New Roman" w:cs="Times New Roman"/>
          <w:color w:val="auto"/>
          <w:sz w:val="22"/>
          <w:szCs w:val="22"/>
        </w:rPr>
        <w:t xml:space="preserve"> </w:t>
      </w:r>
    </w:p>
    <w:p w14:paraId="7AE32B74" w14:textId="369F8E38" w:rsidR="0061162A" w:rsidRPr="00DB6570" w:rsidRDefault="00BE6111">
      <w:pPr>
        <w:pStyle w:val="GuidanceText"/>
        <w:keepNext/>
        <w:rPr>
          <w:rFonts w:ascii="Times New Roman" w:hAnsi="Times New Roman" w:cs="Times New Roman"/>
          <w:color w:val="auto"/>
          <w:sz w:val="22"/>
        </w:rPr>
      </w:pPr>
      <w:r w:rsidRPr="00DB6570">
        <w:rPr>
          <w:rFonts w:ascii="Times New Roman" w:hAnsi="Times New Roman" w:cs="Times New Roman"/>
          <w:color w:val="auto"/>
          <w:sz w:val="22"/>
        </w:rPr>
        <w:t>Define the priority sector</w:t>
      </w:r>
      <w:r w:rsidR="004257B4" w:rsidRPr="00DB6570">
        <w:rPr>
          <w:rFonts w:ascii="Times New Roman" w:hAnsi="Times New Roman" w:cs="Times New Roman"/>
          <w:color w:val="auto"/>
          <w:sz w:val="22"/>
        </w:rPr>
        <w:t xml:space="preserve"> and</w:t>
      </w:r>
      <w:r w:rsidRPr="00DB6570">
        <w:rPr>
          <w:rFonts w:ascii="Times New Roman" w:hAnsi="Times New Roman" w:cs="Times New Roman"/>
          <w:color w:val="auto"/>
          <w:sz w:val="22"/>
        </w:rPr>
        <w:t xml:space="preserve"> </w:t>
      </w:r>
      <w:r w:rsidR="004257B4" w:rsidRPr="00DB6570">
        <w:rPr>
          <w:rFonts w:ascii="Times New Roman" w:hAnsi="Times New Roman" w:cs="Times New Roman"/>
          <w:color w:val="auto"/>
          <w:sz w:val="22"/>
        </w:rPr>
        <w:t xml:space="preserve">selected </w:t>
      </w:r>
      <w:r w:rsidRPr="00DB6570">
        <w:rPr>
          <w:rFonts w:ascii="Times New Roman" w:hAnsi="Times New Roman" w:cs="Times New Roman"/>
          <w:color w:val="auto"/>
          <w:sz w:val="22"/>
        </w:rPr>
        <w:t>value-chain segments. Explain the boundaries of the proposal and why these areas offer the strongest route to skills development, productivity, innovation and job creation.</w:t>
      </w:r>
    </w:p>
    <w:tbl>
      <w:tblPr>
        <w:tblStyle w:val="TableGrid"/>
        <w:tblW w:w="9000" w:type="dxa"/>
        <w:jc w:val="center"/>
        <w:tblLook w:val="04A0" w:firstRow="1" w:lastRow="0" w:firstColumn="1" w:lastColumn="0" w:noHBand="0" w:noVBand="1"/>
      </w:tblPr>
      <w:tblGrid>
        <w:gridCol w:w="9000"/>
      </w:tblGrid>
      <w:tr w:rsidR="0061162A" w:rsidRPr="00DB6570" w14:paraId="276324FF" w14:textId="77777777">
        <w:trPr>
          <w:jc w:val="center"/>
        </w:trPr>
        <w:tc>
          <w:tcPr>
            <w:tcW w:w="9866" w:type="dxa"/>
            <w:shd w:val="clear" w:color="auto" w:fill="FAFAFA"/>
            <w:tcMar>
              <w:top w:w="110" w:type="dxa"/>
              <w:left w:w="120" w:type="dxa"/>
              <w:bottom w:w="110" w:type="dxa"/>
              <w:right w:w="120" w:type="dxa"/>
            </w:tcMar>
          </w:tcPr>
          <w:p w14:paraId="3F7242A6" w14:textId="69FAB7AE" w:rsidR="0061162A" w:rsidRPr="00DB6570" w:rsidRDefault="007D26B6">
            <w:pPr>
              <w:rPr>
                <w:rFonts w:ascii="Times New Roman" w:hAnsi="Times New Roman" w:cs="Times New Roman"/>
                <w:sz w:val="22"/>
              </w:rPr>
            </w:pPr>
            <w:r w:rsidRPr="007D26B6">
              <w:rPr>
                <w:rFonts w:ascii="Times New Roman" w:hAnsi="Times New Roman" w:cs="Times New Roman"/>
                <w:i/>
                <w:sz w:val="22"/>
              </w:rPr>
              <w:t>[Applicant response must not exceed 600 words]</w:t>
            </w:r>
          </w:p>
          <w:p w14:paraId="1D73C06F" w14:textId="77777777" w:rsidR="0061162A" w:rsidRPr="00DB6570" w:rsidRDefault="0061162A">
            <w:pPr>
              <w:rPr>
                <w:rFonts w:ascii="Times New Roman" w:hAnsi="Times New Roman" w:cs="Times New Roman"/>
                <w:sz w:val="22"/>
              </w:rPr>
            </w:pPr>
          </w:p>
          <w:p w14:paraId="7CAA2BE7" w14:textId="77777777" w:rsidR="0061162A" w:rsidRPr="00DB6570" w:rsidRDefault="0061162A">
            <w:pPr>
              <w:rPr>
                <w:rFonts w:ascii="Times New Roman" w:hAnsi="Times New Roman" w:cs="Times New Roman"/>
                <w:sz w:val="22"/>
              </w:rPr>
            </w:pPr>
          </w:p>
        </w:tc>
      </w:tr>
    </w:tbl>
    <w:p w14:paraId="218F09A7" w14:textId="77777777" w:rsidR="0061162A" w:rsidRPr="00DB6570" w:rsidRDefault="0061162A">
      <w:pPr>
        <w:spacing w:after="0"/>
        <w:rPr>
          <w:rFonts w:ascii="Times New Roman" w:hAnsi="Times New Roman" w:cs="Times New Roman"/>
          <w:sz w:val="22"/>
        </w:rPr>
      </w:pPr>
    </w:p>
    <w:p w14:paraId="07721C4B" w14:textId="77777777" w:rsidR="0061162A" w:rsidRPr="00DB6570" w:rsidRDefault="00BE6111">
      <w:pPr>
        <w:pStyle w:val="Heading2"/>
        <w:rPr>
          <w:rFonts w:ascii="Times New Roman" w:hAnsi="Times New Roman" w:cs="Times New Roman"/>
          <w:color w:val="auto"/>
          <w:sz w:val="22"/>
          <w:szCs w:val="22"/>
        </w:rPr>
      </w:pPr>
      <w:bookmarkStart w:id="8" w:name="_Toc237525202"/>
      <w:r w:rsidRPr="00DB6570">
        <w:rPr>
          <w:rFonts w:ascii="Times New Roman" w:hAnsi="Times New Roman" w:cs="Times New Roman"/>
          <w:color w:val="auto"/>
          <w:sz w:val="22"/>
          <w:szCs w:val="22"/>
        </w:rPr>
        <w:t>2.2 Development Challenge and Demand-Side Evidence</w:t>
      </w:r>
      <w:bookmarkEnd w:id="8"/>
    </w:p>
    <w:p w14:paraId="3FB42DCE" w14:textId="142DC272" w:rsidR="0061162A" w:rsidRPr="00DB6570" w:rsidRDefault="00BE6111">
      <w:pPr>
        <w:pStyle w:val="GuidanceText"/>
        <w:keepNext/>
        <w:rPr>
          <w:rFonts w:ascii="Times New Roman" w:hAnsi="Times New Roman" w:cs="Times New Roman"/>
          <w:color w:val="auto"/>
          <w:sz w:val="22"/>
        </w:rPr>
      </w:pPr>
      <w:r w:rsidRPr="00DB6570">
        <w:rPr>
          <w:rFonts w:ascii="Times New Roman" w:hAnsi="Times New Roman" w:cs="Times New Roman"/>
          <w:color w:val="auto"/>
          <w:sz w:val="22"/>
        </w:rPr>
        <w:t>Present a rigorous diagnosis of the binding</w:t>
      </w:r>
      <w:r w:rsidR="00C2017F" w:rsidRPr="00DB6570">
        <w:rPr>
          <w:rFonts w:ascii="Times New Roman" w:hAnsi="Times New Roman" w:cs="Times New Roman"/>
          <w:color w:val="auto"/>
          <w:sz w:val="22"/>
        </w:rPr>
        <w:t xml:space="preserve"> constraints for</w:t>
      </w:r>
      <w:r w:rsidRPr="00DB6570">
        <w:rPr>
          <w:rFonts w:ascii="Times New Roman" w:hAnsi="Times New Roman" w:cs="Times New Roman"/>
          <w:color w:val="auto"/>
          <w:sz w:val="22"/>
        </w:rPr>
        <w:t xml:space="preserve"> skills</w:t>
      </w:r>
      <w:r w:rsidR="00C2017F" w:rsidRPr="00DB6570">
        <w:rPr>
          <w:rFonts w:ascii="Times New Roman" w:hAnsi="Times New Roman" w:cs="Times New Roman"/>
          <w:color w:val="auto"/>
          <w:sz w:val="22"/>
        </w:rPr>
        <w:t xml:space="preserve"> development</w:t>
      </w:r>
      <w:r w:rsidRPr="00DB6570">
        <w:rPr>
          <w:rFonts w:ascii="Times New Roman" w:hAnsi="Times New Roman" w:cs="Times New Roman"/>
          <w:color w:val="auto"/>
          <w:sz w:val="22"/>
        </w:rPr>
        <w:t>, technology, research, productivity and workforce. Use labor-market information, employer evidence, sector studies and Sector Engagement Panel findings. Distinguish symptoms from underlying causes and quantify the scale of the gap where possible.</w:t>
      </w:r>
      <w:r w:rsidR="001F2E98" w:rsidRPr="00DB6570">
        <w:rPr>
          <w:rFonts w:ascii="Times New Roman" w:hAnsi="Times New Roman" w:cs="Times New Roman"/>
          <w:color w:val="auto"/>
          <w:sz w:val="22"/>
        </w:rPr>
        <w:t xml:space="preserve"> </w:t>
      </w:r>
      <w:r w:rsidR="002A09A6" w:rsidRPr="00DB6570">
        <w:rPr>
          <w:rFonts w:ascii="Times New Roman" w:hAnsi="Times New Roman" w:cs="Times New Roman"/>
          <w:color w:val="auto"/>
          <w:sz w:val="22"/>
        </w:rPr>
        <w:t>The available data may be dated, unpublished or anecdotal (ie. Based on employer per</w:t>
      </w:r>
      <w:r w:rsidR="001F2E98" w:rsidRPr="00DB6570">
        <w:rPr>
          <w:rFonts w:ascii="Times New Roman" w:hAnsi="Times New Roman" w:cs="Times New Roman"/>
          <w:color w:val="auto"/>
          <w:sz w:val="22"/>
        </w:rPr>
        <w:t>s</w:t>
      </w:r>
      <w:r w:rsidR="002A09A6" w:rsidRPr="00DB6570">
        <w:rPr>
          <w:rFonts w:ascii="Times New Roman" w:hAnsi="Times New Roman" w:cs="Times New Roman"/>
          <w:color w:val="auto"/>
          <w:sz w:val="22"/>
        </w:rPr>
        <w:t>pectives)</w:t>
      </w:r>
      <w:r w:rsidR="00BF3B74" w:rsidRPr="00DB6570">
        <w:rPr>
          <w:rFonts w:ascii="Times New Roman" w:hAnsi="Times New Roman" w:cs="Times New Roman"/>
          <w:color w:val="auto"/>
          <w:sz w:val="22"/>
        </w:rPr>
        <w:t xml:space="preserve">. </w:t>
      </w:r>
    </w:p>
    <w:tbl>
      <w:tblPr>
        <w:tblStyle w:val="TableGrid"/>
        <w:tblW w:w="9000" w:type="dxa"/>
        <w:jc w:val="center"/>
        <w:tblLook w:val="04A0" w:firstRow="1" w:lastRow="0" w:firstColumn="1" w:lastColumn="0" w:noHBand="0" w:noVBand="1"/>
      </w:tblPr>
      <w:tblGrid>
        <w:gridCol w:w="9000"/>
      </w:tblGrid>
      <w:tr w:rsidR="0061162A" w:rsidRPr="00DB6570" w14:paraId="06AA796C" w14:textId="77777777">
        <w:trPr>
          <w:jc w:val="center"/>
        </w:trPr>
        <w:tc>
          <w:tcPr>
            <w:tcW w:w="9866" w:type="dxa"/>
            <w:shd w:val="clear" w:color="auto" w:fill="FAFAFA"/>
            <w:tcMar>
              <w:top w:w="110" w:type="dxa"/>
              <w:left w:w="120" w:type="dxa"/>
              <w:bottom w:w="110" w:type="dxa"/>
              <w:right w:w="120" w:type="dxa"/>
            </w:tcMar>
          </w:tcPr>
          <w:p w14:paraId="1530FE34" w14:textId="7F091DD7" w:rsidR="0061162A" w:rsidRPr="00DB6570" w:rsidRDefault="007D26B6">
            <w:pPr>
              <w:rPr>
                <w:rFonts w:ascii="Times New Roman" w:hAnsi="Times New Roman" w:cs="Times New Roman"/>
                <w:sz w:val="22"/>
              </w:rPr>
            </w:pPr>
            <w:r w:rsidRPr="007D26B6">
              <w:rPr>
                <w:rFonts w:ascii="Times New Roman" w:hAnsi="Times New Roman" w:cs="Times New Roman"/>
                <w:i/>
                <w:sz w:val="22"/>
              </w:rPr>
              <w:t>[Applicant response must not exceed 800 words]</w:t>
            </w:r>
          </w:p>
          <w:p w14:paraId="1394C186" w14:textId="77777777" w:rsidR="0061162A" w:rsidRPr="00DB6570" w:rsidRDefault="0061162A">
            <w:pPr>
              <w:rPr>
                <w:rFonts w:ascii="Times New Roman" w:hAnsi="Times New Roman" w:cs="Times New Roman"/>
                <w:sz w:val="22"/>
              </w:rPr>
            </w:pPr>
          </w:p>
          <w:p w14:paraId="4CD0E0BC" w14:textId="77777777" w:rsidR="0061162A" w:rsidRPr="00DB6570" w:rsidRDefault="0061162A">
            <w:pPr>
              <w:rPr>
                <w:rFonts w:ascii="Times New Roman" w:hAnsi="Times New Roman" w:cs="Times New Roman"/>
                <w:sz w:val="22"/>
              </w:rPr>
            </w:pPr>
          </w:p>
          <w:p w14:paraId="044A68D6" w14:textId="77777777" w:rsidR="0061162A" w:rsidRPr="00DB6570" w:rsidRDefault="0061162A">
            <w:pPr>
              <w:rPr>
                <w:rFonts w:ascii="Times New Roman" w:hAnsi="Times New Roman" w:cs="Times New Roman"/>
                <w:sz w:val="22"/>
              </w:rPr>
            </w:pPr>
          </w:p>
          <w:p w14:paraId="35A499BB" w14:textId="77777777" w:rsidR="0061162A" w:rsidRPr="00DB6570" w:rsidRDefault="0061162A">
            <w:pPr>
              <w:rPr>
                <w:rFonts w:ascii="Times New Roman" w:hAnsi="Times New Roman" w:cs="Times New Roman"/>
                <w:sz w:val="22"/>
              </w:rPr>
            </w:pPr>
          </w:p>
        </w:tc>
      </w:tr>
    </w:tbl>
    <w:p w14:paraId="5500D995" w14:textId="77777777" w:rsidR="0061162A" w:rsidRPr="00DB6570" w:rsidRDefault="0061162A">
      <w:pPr>
        <w:spacing w:after="0"/>
        <w:rPr>
          <w:rFonts w:ascii="Times New Roman" w:hAnsi="Times New Roman" w:cs="Times New Roman"/>
          <w:sz w:val="22"/>
        </w:rPr>
      </w:pPr>
    </w:p>
    <w:p w14:paraId="1CA80F8F" w14:textId="6E84D50F" w:rsidR="0061162A" w:rsidRPr="00DB6570" w:rsidRDefault="00915A62">
      <w:pPr>
        <w:pStyle w:val="Heading3"/>
        <w:rPr>
          <w:rFonts w:ascii="Times New Roman" w:hAnsi="Times New Roman" w:cs="Times New Roman"/>
          <w:color w:val="auto"/>
          <w:sz w:val="22"/>
        </w:rPr>
      </w:pPr>
      <w:bookmarkStart w:id="9" w:name="_Toc237525203"/>
      <w:r w:rsidRPr="00DB6570">
        <w:rPr>
          <w:rFonts w:ascii="Times New Roman" w:hAnsi="Times New Roman" w:cs="Times New Roman"/>
          <w:color w:val="auto"/>
          <w:sz w:val="22"/>
        </w:rPr>
        <w:t xml:space="preserve">2.2.1 </w:t>
      </w:r>
      <w:r w:rsidR="00BE6111" w:rsidRPr="00DB6570">
        <w:rPr>
          <w:rFonts w:ascii="Times New Roman" w:hAnsi="Times New Roman" w:cs="Times New Roman"/>
          <w:color w:val="auto"/>
          <w:sz w:val="22"/>
        </w:rPr>
        <w:t>Demand Evidence Summary</w:t>
      </w:r>
      <w:bookmarkEnd w:id="9"/>
    </w:p>
    <w:tbl>
      <w:tblPr>
        <w:tblStyle w:val="TableGrid"/>
        <w:tblW w:w="9000" w:type="dxa"/>
        <w:jc w:val="center"/>
        <w:tblLook w:val="04A0" w:firstRow="1" w:lastRow="0" w:firstColumn="1" w:lastColumn="0" w:noHBand="0" w:noVBand="1"/>
      </w:tblPr>
      <w:tblGrid>
        <w:gridCol w:w="2013"/>
        <w:gridCol w:w="2431"/>
        <w:gridCol w:w="2740"/>
        <w:gridCol w:w="1816"/>
      </w:tblGrid>
      <w:tr w:rsidR="0061162A" w:rsidRPr="00DB6570" w14:paraId="350726C6" w14:textId="77777777" w:rsidTr="0021427D">
        <w:trPr>
          <w:tblHeader/>
          <w:jc w:val="center"/>
        </w:trPr>
        <w:tc>
          <w:tcPr>
            <w:tcW w:w="2013" w:type="dxa"/>
            <w:tcMar>
              <w:top w:w="70" w:type="dxa"/>
              <w:left w:w="70" w:type="dxa"/>
              <w:bottom w:w="70" w:type="dxa"/>
              <w:right w:w="70" w:type="dxa"/>
            </w:tcMar>
          </w:tcPr>
          <w:p w14:paraId="7669A009"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Evidence source / year</w:t>
            </w:r>
          </w:p>
        </w:tc>
        <w:tc>
          <w:tcPr>
            <w:tcW w:w="2431" w:type="dxa"/>
            <w:tcMar>
              <w:top w:w="70" w:type="dxa"/>
              <w:left w:w="70" w:type="dxa"/>
              <w:bottom w:w="70" w:type="dxa"/>
              <w:right w:w="70" w:type="dxa"/>
            </w:tcMar>
          </w:tcPr>
          <w:p w14:paraId="4D2D7739"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Key finding</w:t>
            </w:r>
          </w:p>
        </w:tc>
        <w:tc>
          <w:tcPr>
            <w:tcW w:w="2740" w:type="dxa"/>
            <w:tcMar>
              <w:top w:w="70" w:type="dxa"/>
              <w:left w:w="70" w:type="dxa"/>
              <w:bottom w:w="70" w:type="dxa"/>
              <w:right w:w="70" w:type="dxa"/>
            </w:tcMar>
          </w:tcPr>
          <w:p w14:paraId="6443AC95"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Implication for program design</w:t>
            </w:r>
          </w:p>
        </w:tc>
        <w:tc>
          <w:tcPr>
            <w:tcW w:w="1816" w:type="dxa"/>
            <w:tcMar>
              <w:top w:w="70" w:type="dxa"/>
              <w:left w:w="70" w:type="dxa"/>
              <w:bottom w:w="70" w:type="dxa"/>
              <w:right w:w="70" w:type="dxa"/>
            </w:tcMar>
          </w:tcPr>
          <w:p w14:paraId="1340B908"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Limitation / additional evidence needed</w:t>
            </w:r>
          </w:p>
        </w:tc>
      </w:tr>
      <w:tr w:rsidR="0061162A" w:rsidRPr="00DB6570" w14:paraId="16A66A67" w14:textId="77777777" w:rsidTr="005E44DD">
        <w:trPr>
          <w:cantSplit/>
          <w:jc w:val="center"/>
        </w:trPr>
        <w:tc>
          <w:tcPr>
            <w:tcW w:w="2013" w:type="dxa"/>
            <w:tcMar>
              <w:top w:w="70" w:type="dxa"/>
              <w:left w:w="70" w:type="dxa"/>
              <w:bottom w:w="70" w:type="dxa"/>
              <w:right w:w="70" w:type="dxa"/>
            </w:tcMar>
          </w:tcPr>
          <w:p w14:paraId="6E673C9D" w14:textId="221FC2A7" w:rsidR="0061162A" w:rsidRPr="00DB6570" w:rsidRDefault="0061162A">
            <w:pPr>
              <w:pStyle w:val="ResponsePlaceholder"/>
              <w:rPr>
                <w:rFonts w:ascii="Times New Roman" w:hAnsi="Times New Roman" w:cs="Times New Roman"/>
                <w:color w:val="auto"/>
                <w:sz w:val="22"/>
              </w:rPr>
            </w:pPr>
          </w:p>
        </w:tc>
        <w:tc>
          <w:tcPr>
            <w:tcW w:w="2431" w:type="dxa"/>
            <w:tcMar>
              <w:top w:w="70" w:type="dxa"/>
              <w:left w:w="70" w:type="dxa"/>
              <w:bottom w:w="70" w:type="dxa"/>
              <w:right w:w="70" w:type="dxa"/>
            </w:tcMar>
          </w:tcPr>
          <w:p w14:paraId="098D4634" w14:textId="377B3F02" w:rsidR="0061162A" w:rsidRPr="00DB6570" w:rsidRDefault="0061162A">
            <w:pPr>
              <w:pStyle w:val="ResponsePlaceholder"/>
              <w:rPr>
                <w:rFonts w:ascii="Times New Roman" w:hAnsi="Times New Roman" w:cs="Times New Roman"/>
                <w:color w:val="auto"/>
                <w:sz w:val="22"/>
              </w:rPr>
            </w:pPr>
          </w:p>
        </w:tc>
        <w:tc>
          <w:tcPr>
            <w:tcW w:w="2740" w:type="dxa"/>
            <w:tcMar>
              <w:top w:w="70" w:type="dxa"/>
              <w:left w:w="70" w:type="dxa"/>
              <w:bottom w:w="70" w:type="dxa"/>
              <w:right w:w="70" w:type="dxa"/>
            </w:tcMar>
          </w:tcPr>
          <w:p w14:paraId="0BCAF36A" w14:textId="0E2D0E5D" w:rsidR="0061162A" w:rsidRPr="00DB6570" w:rsidRDefault="0061162A">
            <w:pPr>
              <w:pStyle w:val="ResponsePlaceholder"/>
              <w:rPr>
                <w:rFonts w:ascii="Times New Roman" w:hAnsi="Times New Roman" w:cs="Times New Roman"/>
                <w:color w:val="auto"/>
                <w:sz w:val="22"/>
              </w:rPr>
            </w:pPr>
          </w:p>
        </w:tc>
        <w:tc>
          <w:tcPr>
            <w:tcW w:w="1816" w:type="dxa"/>
            <w:tcMar>
              <w:top w:w="70" w:type="dxa"/>
              <w:left w:w="70" w:type="dxa"/>
              <w:bottom w:w="70" w:type="dxa"/>
              <w:right w:w="70" w:type="dxa"/>
            </w:tcMar>
          </w:tcPr>
          <w:p w14:paraId="03E8D7AB" w14:textId="718CC911" w:rsidR="0061162A" w:rsidRPr="00DB6570" w:rsidRDefault="0061162A">
            <w:pPr>
              <w:pStyle w:val="ResponsePlaceholder"/>
              <w:rPr>
                <w:rFonts w:ascii="Times New Roman" w:hAnsi="Times New Roman" w:cs="Times New Roman"/>
                <w:color w:val="auto"/>
                <w:sz w:val="22"/>
              </w:rPr>
            </w:pPr>
          </w:p>
        </w:tc>
      </w:tr>
      <w:tr w:rsidR="0061162A" w:rsidRPr="00DB6570" w14:paraId="3D4811E4" w14:textId="77777777" w:rsidTr="005E44DD">
        <w:trPr>
          <w:cantSplit/>
          <w:jc w:val="center"/>
        </w:trPr>
        <w:tc>
          <w:tcPr>
            <w:tcW w:w="2013" w:type="dxa"/>
            <w:tcMar>
              <w:top w:w="70" w:type="dxa"/>
              <w:left w:w="70" w:type="dxa"/>
              <w:bottom w:w="70" w:type="dxa"/>
              <w:right w:w="70" w:type="dxa"/>
            </w:tcMar>
          </w:tcPr>
          <w:p w14:paraId="094CBC80" w14:textId="410A95B9" w:rsidR="0061162A" w:rsidRPr="00DB6570" w:rsidRDefault="0061162A">
            <w:pPr>
              <w:pStyle w:val="ResponsePlaceholder"/>
              <w:rPr>
                <w:rFonts w:ascii="Times New Roman" w:hAnsi="Times New Roman" w:cs="Times New Roman"/>
                <w:color w:val="auto"/>
                <w:sz w:val="22"/>
              </w:rPr>
            </w:pPr>
          </w:p>
        </w:tc>
        <w:tc>
          <w:tcPr>
            <w:tcW w:w="2431" w:type="dxa"/>
            <w:tcMar>
              <w:top w:w="70" w:type="dxa"/>
              <w:left w:w="70" w:type="dxa"/>
              <w:bottom w:w="70" w:type="dxa"/>
              <w:right w:w="70" w:type="dxa"/>
            </w:tcMar>
          </w:tcPr>
          <w:p w14:paraId="5FE82E20" w14:textId="4E1EC07C" w:rsidR="0061162A" w:rsidRPr="00DB6570" w:rsidRDefault="0061162A">
            <w:pPr>
              <w:pStyle w:val="ResponsePlaceholder"/>
              <w:rPr>
                <w:rFonts w:ascii="Times New Roman" w:hAnsi="Times New Roman" w:cs="Times New Roman"/>
                <w:color w:val="auto"/>
                <w:sz w:val="22"/>
              </w:rPr>
            </w:pPr>
          </w:p>
        </w:tc>
        <w:tc>
          <w:tcPr>
            <w:tcW w:w="2740" w:type="dxa"/>
            <w:tcMar>
              <w:top w:w="70" w:type="dxa"/>
              <w:left w:w="70" w:type="dxa"/>
              <w:bottom w:w="70" w:type="dxa"/>
              <w:right w:w="70" w:type="dxa"/>
            </w:tcMar>
          </w:tcPr>
          <w:p w14:paraId="693E613B" w14:textId="0CCB2C91" w:rsidR="0061162A" w:rsidRPr="00DB6570" w:rsidRDefault="0061162A">
            <w:pPr>
              <w:pStyle w:val="ResponsePlaceholder"/>
              <w:rPr>
                <w:rFonts w:ascii="Times New Roman" w:hAnsi="Times New Roman" w:cs="Times New Roman"/>
                <w:color w:val="auto"/>
                <w:sz w:val="22"/>
              </w:rPr>
            </w:pPr>
          </w:p>
        </w:tc>
        <w:tc>
          <w:tcPr>
            <w:tcW w:w="1816" w:type="dxa"/>
            <w:tcMar>
              <w:top w:w="70" w:type="dxa"/>
              <w:left w:w="70" w:type="dxa"/>
              <w:bottom w:w="70" w:type="dxa"/>
              <w:right w:w="70" w:type="dxa"/>
            </w:tcMar>
          </w:tcPr>
          <w:p w14:paraId="19250BF2" w14:textId="69797025" w:rsidR="0061162A" w:rsidRPr="00DB6570" w:rsidRDefault="0061162A">
            <w:pPr>
              <w:pStyle w:val="ResponsePlaceholder"/>
              <w:rPr>
                <w:rFonts w:ascii="Times New Roman" w:hAnsi="Times New Roman" w:cs="Times New Roman"/>
                <w:color w:val="auto"/>
                <w:sz w:val="22"/>
              </w:rPr>
            </w:pPr>
          </w:p>
        </w:tc>
      </w:tr>
    </w:tbl>
    <w:p w14:paraId="59CC21FA" w14:textId="77777777" w:rsidR="0061162A" w:rsidRPr="00DB6570" w:rsidRDefault="0061162A">
      <w:pPr>
        <w:spacing w:after="0"/>
        <w:rPr>
          <w:rFonts w:ascii="Times New Roman" w:hAnsi="Times New Roman" w:cs="Times New Roman"/>
          <w:sz w:val="22"/>
        </w:rPr>
      </w:pPr>
    </w:p>
    <w:p w14:paraId="074054B5" w14:textId="77777777" w:rsidR="0061162A" w:rsidRPr="00DB6570" w:rsidRDefault="00BE6111">
      <w:pPr>
        <w:pStyle w:val="Heading2"/>
        <w:rPr>
          <w:rFonts w:ascii="Times New Roman" w:hAnsi="Times New Roman" w:cs="Times New Roman"/>
          <w:color w:val="auto"/>
          <w:sz w:val="22"/>
          <w:szCs w:val="22"/>
        </w:rPr>
      </w:pPr>
      <w:bookmarkStart w:id="10" w:name="_Toc237525204"/>
      <w:r w:rsidRPr="00DB6570">
        <w:rPr>
          <w:rFonts w:ascii="Times New Roman" w:hAnsi="Times New Roman" w:cs="Times New Roman"/>
          <w:color w:val="auto"/>
          <w:sz w:val="22"/>
          <w:szCs w:val="22"/>
        </w:rPr>
        <w:t>2.3 Strategic Alignment and Additionality</w:t>
      </w:r>
      <w:bookmarkEnd w:id="10"/>
    </w:p>
    <w:p w14:paraId="49FE51E9" w14:textId="68F0DA28" w:rsidR="0061162A" w:rsidRPr="00DB6570" w:rsidRDefault="00BE6111">
      <w:pPr>
        <w:pStyle w:val="GuidanceText"/>
        <w:keepNext/>
        <w:rPr>
          <w:rFonts w:ascii="Times New Roman" w:hAnsi="Times New Roman" w:cs="Times New Roman"/>
          <w:color w:val="auto"/>
          <w:sz w:val="22"/>
        </w:rPr>
      </w:pPr>
      <w:r w:rsidRPr="00DB6570">
        <w:rPr>
          <w:rFonts w:ascii="Times New Roman" w:hAnsi="Times New Roman" w:cs="Times New Roman"/>
          <w:color w:val="auto"/>
          <w:sz w:val="22"/>
        </w:rPr>
        <w:t>Explain alignment with national development priorities, sector strategies, government investment plans, World Bank</w:t>
      </w:r>
      <w:r w:rsidR="005D7A9D" w:rsidRPr="00DB6570">
        <w:rPr>
          <w:rFonts w:ascii="Times New Roman" w:hAnsi="Times New Roman" w:cs="Times New Roman"/>
          <w:color w:val="auto"/>
          <w:sz w:val="22"/>
        </w:rPr>
        <w:t xml:space="preserve"> </w:t>
      </w:r>
      <w:r w:rsidR="00012EC8" w:rsidRPr="00DB6570">
        <w:rPr>
          <w:rFonts w:ascii="Times New Roman" w:hAnsi="Times New Roman" w:cs="Times New Roman"/>
          <w:color w:val="auto"/>
          <w:sz w:val="22"/>
        </w:rPr>
        <w:t>or</w:t>
      </w:r>
      <w:r w:rsidR="005D7A9D" w:rsidRPr="00DB6570">
        <w:rPr>
          <w:rFonts w:ascii="Times New Roman" w:hAnsi="Times New Roman" w:cs="Times New Roman"/>
          <w:color w:val="auto"/>
          <w:sz w:val="22"/>
        </w:rPr>
        <w:t xml:space="preserve"> AFD</w:t>
      </w:r>
      <w:r w:rsidRPr="00DB6570">
        <w:rPr>
          <w:rFonts w:ascii="Times New Roman" w:hAnsi="Times New Roman" w:cs="Times New Roman"/>
          <w:color w:val="auto"/>
          <w:sz w:val="22"/>
        </w:rPr>
        <w:t>-financed or pipeline operations, and regional priorities. State precisely what ACE Innovate will add that existing investments do not already provide.</w:t>
      </w:r>
    </w:p>
    <w:tbl>
      <w:tblPr>
        <w:tblStyle w:val="TableGrid"/>
        <w:tblW w:w="9000" w:type="dxa"/>
        <w:jc w:val="center"/>
        <w:tblLook w:val="04A0" w:firstRow="1" w:lastRow="0" w:firstColumn="1" w:lastColumn="0" w:noHBand="0" w:noVBand="1"/>
      </w:tblPr>
      <w:tblGrid>
        <w:gridCol w:w="9000"/>
      </w:tblGrid>
      <w:tr w:rsidR="0061162A" w:rsidRPr="00DB6570" w14:paraId="3F6F320B" w14:textId="77777777" w:rsidTr="443BB8B0">
        <w:trPr>
          <w:jc w:val="center"/>
        </w:trPr>
        <w:tc>
          <w:tcPr>
            <w:tcW w:w="9866" w:type="dxa"/>
            <w:shd w:val="clear" w:color="auto" w:fill="FAFAFA"/>
            <w:tcMar>
              <w:top w:w="110" w:type="dxa"/>
              <w:left w:w="120" w:type="dxa"/>
              <w:bottom w:w="110" w:type="dxa"/>
              <w:right w:w="120" w:type="dxa"/>
            </w:tcMar>
          </w:tcPr>
          <w:p w14:paraId="5B6B3AF6" w14:textId="23975C47" w:rsidR="0061162A" w:rsidRPr="00DB6570" w:rsidRDefault="7E4C1C2E" w:rsidP="443BB8B0">
            <w:pPr>
              <w:rPr>
                <w:rFonts w:ascii="Times New Roman" w:hAnsi="Times New Roman" w:cs="Times New Roman"/>
                <w:sz w:val="22"/>
              </w:rPr>
            </w:pPr>
            <w:r w:rsidRPr="00252BFE">
              <w:rPr>
                <w:rFonts w:ascii="Times New Roman" w:hAnsi="Times New Roman" w:cs="Times New Roman"/>
                <w:i/>
                <w:sz w:val="22"/>
              </w:rPr>
              <w:t xml:space="preserve">[Applicant </w:t>
            </w:r>
            <w:r w:rsidR="64F7FAC8" w:rsidRPr="443BB8B0">
              <w:rPr>
                <w:rFonts w:ascii="Times New Roman" w:hAnsi="Times New Roman" w:cs="Times New Roman"/>
                <w:i/>
                <w:iCs/>
                <w:sz w:val="22"/>
              </w:rPr>
              <w:t>response must</w:t>
            </w:r>
            <w:r w:rsidRPr="00252BFE">
              <w:rPr>
                <w:rFonts w:ascii="Times New Roman" w:hAnsi="Times New Roman" w:cs="Times New Roman"/>
                <w:i/>
                <w:sz w:val="22"/>
              </w:rPr>
              <w:t xml:space="preserve"> not exceed 500 words]</w:t>
            </w:r>
          </w:p>
          <w:p w14:paraId="3BC1C95B" w14:textId="77777777" w:rsidR="0061162A" w:rsidRPr="00DB6570" w:rsidRDefault="0061162A">
            <w:pPr>
              <w:rPr>
                <w:rFonts w:ascii="Times New Roman" w:hAnsi="Times New Roman" w:cs="Times New Roman"/>
                <w:sz w:val="22"/>
              </w:rPr>
            </w:pPr>
          </w:p>
          <w:p w14:paraId="145687AC" w14:textId="77777777" w:rsidR="0061162A" w:rsidRPr="00DB6570" w:rsidRDefault="0061162A">
            <w:pPr>
              <w:rPr>
                <w:rFonts w:ascii="Times New Roman" w:hAnsi="Times New Roman" w:cs="Times New Roman"/>
                <w:sz w:val="22"/>
              </w:rPr>
            </w:pPr>
          </w:p>
          <w:p w14:paraId="569F7C44" w14:textId="77777777" w:rsidR="0061162A" w:rsidRPr="00DB6570" w:rsidRDefault="0061162A">
            <w:pPr>
              <w:rPr>
                <w:rFonts w:ascii="Times New Roman" w:hAnsi="Times New Roman" w:cs="Times New Roman"/>
                <w:sz w:val="22"/>
              </w:rPr>
            </w:pPr>
          </w:p>
        </w:tc>
      </w:tr>
    </w:tbl>
    <w:p w14:paraId="27DF94B5" w14:textId="77777777" w:rsidR="0061162A" w:rsidRPr="00DB6570" w:rsidRDefault="0061162A">
      <w:pPr>
        <w:spacing w:after="0"/>
        <w:rPr>
          <w:rFonts w:ascii="Times New Roman" w:hAnsi="Times New Roman" w:cs="Times New Roman"/>
          <w:sz w:val="22"/>
        </w:rPr>
      </w:pPr>
    </w:p>
    <w:p w14:paraId="4758ACE2" w14:textId="77777777" w:rsidR="0061162A" w:rsidRPr="00DB6570" w:rsidRDefault="00BE6111">
      <w:pPr>
        <w:pStyle w:val="Heading2"/>
        <w:rPr>
          <w:rFonts w:ascii="Times New Roman" w:hAnsi="Times New Roman" w:cs="Times New Roman"/>
          <w:color w:val="auto"/>
          <w:sz w:val="22"/>
          <w:szCs w:val="22"/>
        </w:rPr>
      </w:pPr>
      <w:bookmarkStart w:id="11" w:name="_Toc237525205"/>
      <w:r w:rsidRPr="00DB6570">
        <w:rPr>
          <w:rFonts w:ascii="Times New Roman" w:hAnsi="Times New Roman" w:cs="Times New Roman"/>
          <w:color w:val="auto"/>
          <w:sz w:val="22"/>
          <w:szCs w:val="22"/>
        </w:rPr>
        <w:t>2.4 Target Beneficiaries, Inclusion and Regional Reach</w:t>
      </w:r>
      <w:bookmarkEnd w:id="11"/>
    </w:p>
    <w:p w14:paraId="2FED3EBB" w14:textId="712B9ADE" w:rsidR="0061162A" w:rsidRPr="00DB6570" w:rsidRDefault="00BE6111">
      <w:pPr>
        <w:pStyle w:val="GuidanceText"/>
        <w:keepNext/>
        <w:rPr>
          <w:rFonts w:ascii="Times New Roman" w:hAnsi="Times New Roman" w:cs="Times New Roman"/>
          <w:color w:val="auto"/>
          <w:sz w:val="22"/>
        </w:rPr>
      </w:pPr>
      <w:r w:rsidRPr="00DB6570">
        <w:rPr>
          <w:rFonts w:ascii="Times New Roman" w:hAnsi="Times New Roman" w:cs="Times New Roman"/>
          <w:color w:val="auto"/>
          <w:sz w:val="22"/>
        </w:rPr>
        <w:t>Define beneficiaries</w:t>
      </w:r>
      <w:r w:rsidR="004C5501" w:rsidRPr="00DB6570">
        <w:rPr>
          <w:rFonts w:ascii="Times New Roman" w:hAnsi="Times New Roman" w:cs="Times New Roman"/>
          <w:color w:val="auto"/>
          <w:sz w:val="22"/>
        </w:rPr>
        <w:t xml:space="preserve"> (This may primarily include </w:t>
      </w:r>
      <w:r w:rsidR="00483B9E" w:rsidRPr="00DB6570">
        <w:rPr>
          <w:rFonts w:ascii="Times New Roman" w:hAnsi="Times New Roman" w:cs="Times New Roman"/>
          <w:color w:val="auto"/>
          <w:sz w:val="22"/>
        </w:rPr>
        <w:t>students enrolled into the project</w:t>
      </w:r>
      <w:r w:rsidR="004C5501" w:rsidRPr="00DB6570">
        <w:rPr>
          <w:rFonts w:ascii="Times New Roman" w:hAnsi="Times New Roman" w:cs="Times New Roman"/>
          <w:color w:val="auto"/>
          <w:sz w:val="22"/>
        </w:rPr>
        <w:t>, participants of short trainings</w:t>
      </w:r>
      <w:r w:rsidR="00483B9E" w:rsidRPr="00DB6570">
        <w:rPr>
          <w:rFonts w:ascii="Times New Roman" w:hAnsi="Times New Roman" w:cs="Times New Roman"/>
          <w:color w:val="auto"/>
          <w:sz w:val="22"/>
        </w:rPr>
        <w:t xml:space="preserve"> organized by the center</w:t>
      </w:r>
      <w:r w:rsidR="004C5501" w:rsidRPr="00DB6570">
        <w:rPr>
          <w:rFonts w:ascii="Times New Roman" w:hAnsi="Times New Roman" w:cs="Times New Roman"/>
          <w:color w:val="auto"/>
          <w:sz w:val="22"/>
        </w:rPr>
        <w:t>, faculty</w:t>
      </w:r>
      <w:r w:rsidR="00483B9E" w:rsidRPr="00DB6570">
        <w:rPr>
          <w:rFonts w:ascii="Times New Roman" w:hAnsi="Times New Roman" w:cs="Times New Roman"/>
          <w:color w:val="auto"/>
          <w:sz w:val="22"/>
        </w:rPr>
        <w:t xml:space="preserve"> that are directly </w:t>
      </w:r>
      <w:r w:rsidR="00C66644" w:rsidRPr="00DB6570">
        <w:rPr>
          <w:rFonts w:ascii="Times New Roman" w:hAnsi="Times New Roman" w:cs="Times New Roman"/>
          <w:color w:val="auto"/>
          <w:sz w:val="22"/>
        </w:rPr>
        <w:t xml:space="preserve">involved in the project. You may also include </w:t>
      </w:r>
      <w:r w:rsidR="0060115C" w:rsidRPr="00DB6570">
        <w:rPr>
          <w:rFonts w:ascii="Times New Roman" w:hAnsi="Times New Roman" w:cs="Times New Roman"/>
          <w:color w:val="auto"/>
          <w:sz w:val="22"/>
        </w:rPr>
        <w:t>students and faculty who are not directly working on the project but benefit from the interventions and activities of the project)</w:t>
      </w:r>
      <w:r w:rsidRPr="00DB6570">
        <w:rPr>
          <w:rFonts w:ascii="Times New Roman" w:hAnsi="Times New Roman" w:cs="Times New Roman"/>
          <w:color w:val="auto"/>
          <w:sz w:val="22"/>
        </w:rPr>
        <w:t>. Provide the intended geographic reach, regional/non-national participation, gender targets, disability inclusion and measures to reach underserved groups. Explain how the design responds to barriers affecting participation and completion.</w:t>
      </w:r>
    </w:p>
    <w:tbl>
      <w:tblPr>
        <w:tblStyle w:val="TableGrid"/>
        <w:tblW w:w="9000" w:type="dxa"/>
        <w:jc w:val="center"/>
        <w:tblLook w:val="04A0" w:firstRow="1" w:lastRow="0" w:firstColumn="1" w:lastColumn="0" w:noHBand="0" w:noVBand="1"/>
      </w:tblPr>
      <w:tblGrid>
        <w:gridCol w:w="9000"/>
      </w:tblGrid>
      <w:tr w:rsidR="0061162A" w:rsidRPr="00DB6570" w14:paraId="266DA9A6" w14:textId="77777777">
        <w:trPr>
          <w:jc w:val="center"/>
        </w:trPr>
        <w:tc>
          <w:tcPr>
            <w:tcW w:w="9866" w:type="dxa"/>
            <w:shd w:val="clear" w:color="auto" w:fill="FAFAFA"/>
            <w:tcMar>
              <w:top w:w="110" w:type="dxa"/>
              <w:left w:w="120" w:type="dxa"/>
              <w:bottom w:w="110" w:type="dxa"/>
              <w:right w:w="120" w:type="dxa"/>
            </w:tcMar>
          </w:tcPr>
          <w:p w14:paraId="13D5D25B" w14:textId="6EC75B8B" w:rsidR="0061162A" w:rsidRPr="00DB6570" w:rsidRDefault="00252BFE">
            <w:pPr>
              <w:rPr>
                <w:rFonts w:ascii="Times New Roman" w:hAnsi="Times New Roman" w:cs="Times New Roman"/>
                <w:sz w:val="22"/>
              </w:rPr>
            </w:pPr>
            <w:r w:rsidRPr="00252BFE">
              <w:rPr>
                <w:rFonts w:ascii="Times New Roman" w:hAnsi="Times New Roman" w:cs="Times New Roman"/>
                <w:i/>
                <w:sz w:val="22"/>
              </w:rPr>
              <w:t>[Applicant response must not exceed 500 words]</w:t>
            </w:r>
          </w:p>
          <w:p w14:paraId="0CF3A482" w14:textId="77777777" w:rsidR="0061162A" w:rsidRPr="00DB6570" w:rsidRDefault="0061162A">
            <w:pPr>
              <w:rPr>
                <w:rFonts w:ascii="Times New Roman" w:hAnsi="Times New Roman" w:cs="Times New Roman"/>
                <w:sz w:val="22"/>
              </w:rPr>
            </w:pPr>
          </w:p>
          <w:p w14:paraId="79FAD295" w14:textId="77777777" w:rsidR="0061162A" w:rsidRPr="00DB6570" w:rsidRDefault="0061162A">
            <w:pPr>
              <w:rPr>
                <w:rFonts w:ascii="Times New Roman" w:hAnsi="Times New Roman" w:cs="Times New Roman"/>
                <w:sz w:val="22"/>
              </w:rPr>
            </w:pPr>
          </w:p>
        </w:tc>
      </w:tr>
    </w:tbl>
    <w:p w14:paraId="5812012C" w14:textId="77777777" w:rsidR="0061162A" w:rsidRPr="00DB6570" w:rsidRDefault="0061162A">
      <w:pPr>
        <w:spacing w:after="0"/>
        <w:rPr>
          <w:rFonts w:ascii="Times New Roman" w:hAnsi="Times New Roman" w:cs="Times New Roman"/>
          <w:sz w:val="22"/>
        </w:rPr>
      </w:pPr>
    </w:p>
    <w:p w14:paraId="45C3D3D8" w14:textId="77777777" w:rsidR="0061162A" w:rsidRPr="00DB6570" w:rsidRDefault="00BE6111">
      <w:pPr>
        <w:pStyle w:val="Heading2"/>
        <w:rPr>
          <w:rFonts w:ascii="Times New Roman" w:hAnsi="Times New Roman" w:cs="Times New Roman"/>
          <w:color w:val="auto"/>
          <w:sz w:val="22"/>
          <w:szCs w:val="22"/>
        </w:rPr>
      </w:pPr>
      <w:bookmarkStart w:id="12" w:name="_Toc237525206"/>
      <w:r w:rsidRPr="00DB6570">
        <w:rPr>
          <w:rFonts w:ascii="Times New Roman" w:hAnsi="Times New Roman" w:cs="Times New Roman"/>
          <w:color w:val="auto"/>
          <w:sz w:val="22"/>
          <w:szCs w:val="22"/>
        </w:rPr>
        <w:t>2.5 Sector Engagement Panel Input</w:t>
      </w:r>
      <w:bookmarkEnd w:id="12"/>
    </w:p>
    <w:p w14:paraId="0C271FFC" w14:textId="77777777" w:rsidR="00252BFE" w:rsidRPr="00252BFE" w:rsidRDefault="00252BFE" w:rsidP="00252BFE">
      <w:pPr>
        <w:pStyle w:val="GuidanceText"/>
        <w:keepNext/>
        <w:rPr>
          <w:rFonts w:ascii="Times New Roman" w:hAnsi="Times New Roman" w:cs="Times New Roman"/>
          <w:color w:val="auto"/>
          <w:sz w:val="22"/>
        </w:rPr>
      </w:pPr>
      <w:r w:rsidRPr="00252BFE">
        <w:rPr>
          <w:rFonts w:ascii="Times New Roman" w:hAnsi="Times New Roman" w:cs="Times New Roman"/>
          <w:color w:val="auto"/>
          <w:sz w:val="22"/>
        </w:rPr>
        <w:t xml:space="preserve">In the space below, briefly describe the overall thrust of feedback received from the Sector Engagement Panel (SEP) following the EoI stage, and explain how it has shaped the full proposal. Where the proposal has not incorporated a recommendation, provide a clear rationale. </w:t>
      </w:r>
    </w:p>
    <w:p w14:paraId="5402C976" w14:textId="77777777" w:rsidR="00252BFE" w:rsidRPr="00252BFE" w:rsidRDefault="00252BFE" w:rsidP="00252BFE">
      <w:pPr>
        <w:pStyle w:val="GuidanceText"/>
        <w:keepNext/>
        <w:rPr>
          <w:rFonts w:ascii="Times New Roman" w:hAnsi="Times New Roman" w:cs="Times New Roman"/>
          <w:color w:val="auto"/>
          <w:sz w:val="22"/>
        </w:rPr>
      </w:pPr>
      <w:r w:rsidRPr="00252BFE">
        <w:rPr>
          <w:rFonts w:ascii="Times New Roman" w:hAnsi="Times New Roman" w:cs="Times New Roman"/>
          <w:color w:val="auto"/>
          <w:sz w:val="22"/>
        </w:rPr>
        <w:t xml:space="preserve">Please include SEP composition, affiliations, and dates of consultations in the Annex. </w:t>
      </w:r>
    </w:p>
    <w:p w14:paraId="04A2DDAA" w14:textId="09F78635" w:rsidR="0061162A" w:rsidRPr="00DB6570" w:rsidRDefault="00252BFE" w:rsidP="00252BFE">
      <w:pPr>
        <w:pStyle w:val="GuidanceText"/>
        <w:keepNext/>
        <w:rPr>
          <w:rFonts w:ascii="Times New Roman" w:hAnsi="Times New Roman" w:cs="Times New Roman"/>
          <w:color w:val="auto"/>
          <w:sz w:val="22"/>
        </w:rPr>
      </w:pPr>
      <w:r w:rsidRPr="00252BFE">
        <w:rPr>
          <w:rFonts w:ascii="Times New Roman" w:hAnsi="Times New Roman" w:cs="Times New Roman"/>
          <w:color w:val="auto"/>
          <w:sz w:val="22"/>
        </w:rPr>
        <w:t>Please use the table below to summarize SEP recommendations and responses. Please do not repeat these in the narrative.</w:t>
      </w:r>
    </w:p>
    <w:tbl>
      <w:tblPr>
        <w:tblStyle w:val="TableGrid"/>
        <w:tblW w:w="9000" w:type="dxa"/>
        <w:jc w:val="center"/>
        <w:tblLook w:val="04A0" w:firstRow="1" w:lastRow="0" w:firstColumn="1" w:lastColumn="0" w:noHBand="0" w:noVBand="1"/>
      </w:tblPr>
      <w:tblGrid>
        <w:gridCol w:w="9000"/>
      </w:tblGrid>
      <w:tr w:rsidR="0061162A" w:rsidRPr="00DB6570" w14:paraId="50515F17" w14:textId="77777777">
        <w:trPr>
          <w:jc w:val="center"/>
        </w:trPr>
        <w:tc>
          <w:tcPr>
            <w:tcW w:w="9866" w:type="dxa"/>
            <w:shd w:val="clear" w:color="auto" w:fill="FAFAFA"/>
            <w:tcMar>
              <w:top w:w="110" w:type="dxa"/>
              <w:left w:w="120" w:type="dxa"/>
              <w:bottom w:w="110" w:type="dxa"/>
              <w:right w:w="120" w:type="dxa"/>
            </w:tcMar>
          </w:tcPr>
          <w:p w14:paraId="65771B4E" w14:textId="7DBE59BA" w:rsidR="0061162A" w:rsidRPr="00DB6570" w:rsidRDefault="00252BFE">
            <w:pPr>
              <w:rPr>
                <w:rFonts w:ascii="Times New Roman" w:hAnsi="Times New Roman" w:cs="Times New Roman"/>
                <w:sz w:val="22"/>
              </w:rPr>
            </w:pPr>
            <w:r w:rsidRPr="00252BFE">
              <w:rPr>
                <w:rFonts w:ascii="Times New Roman" w:hAnsi="Times New Roman" w:cs="Times New Roman"/>
                <w:i/>
                <w:sz w:val="22"/>
              </w:rPr>
              <w:t>[Applicant response must not exceed 400 words]</w:t>
            </w:r>
          </w:p>
          <w:p w14:paraId="255F6BC2" w14:textId="77777777" w:rsidR="0061162A" w:rsidRPr="00DB6570" w:rsidRDefault="0061162A">
            <w:pPr>
              <w:rPr>
                <w:rFonts w:ascii="Times New Roman" w:hAnsi="Times New Roman" w:cs="Times New Roman"/>
                <w:sz w:val="22"/>
              </w:rPr>
            </w:pPr>
          </w:p>
          <w:p w14:paraId="58B5C4F2" w14:textId="77777777" w:rsidR="0061162A" w:rsidRPr="00DB6570" w:rsidRDefault="0061162A">
            <w:pPr>
              <w:rPr>
                <w:rFonts w:ascii="Times New Roman" w:hAnsi="Times New Roman" w:cs="Times New Roman"/>
                <w:sz w:val="22"/>
              </w:rPr>
            </w:pPr>
          </w:p>
        </w:tc>
      </w:tr>
    </w:tbl>
    <w:p w14:paraId="5CB9D3C4" w14:textId="77777777" w:rsidR="0061162A" w:rsidRPr="00DB6570" w:rsidRDefault="0061162A">
      <w:pPr>
        <w:spacing w:after="0"/>
        <w:rPr>
          <w:rFonts w:ascii="Times New Roman" w:hAnsi="Times New Roman" w:cs="Times New Roman"/>
          <w:sz w:val="22"/>
        </w:rPr>
      </w:pPr>
    </w:p>
    <w:p w14:paraId="5FFDDAF2" w14:textId="76371471" w:rsidR="0061162A" w:rsidRPr="00DB6570" w:rsidRDefault="00915A62">
      <w:pPr>
        <w:pStyle w:val="Heading3"/>
        <w:rPr>
          <w:rFonts w:ascii="Times New Roman" w:hAnsi="Times New Roman" w:cs="Times New Roman"/>
          <w:color w:val="auto"/>
          <w:sz w:val="22"/>
        </w:rPr>
      </w:pPr>
      <w:bookmarkStart w:id="13" w:name="_Toc237525207"/>
      <w:r w:rsidRPr="00DB6570">
        <w:rPr>
          <w:rFonts w:ascii="Times New Roman" w:hAnsi="Times New Roman" w:cs="Times New Roman"/>
          <w:color w:val="auto"/>
          <w:sz w:val="22"/>
        </w:rPr>
        <w:t xml:space="preserve">2.5.1 </w:t>
      </w:r>
      <w:r w:rsidR="00BE6111" w:rsidRPr="00DB6570">
        <w:rPr>
          <w:rFonts w:ascii="Times New Roman" w:hAnsi="Times New Roman" w:cs="Times New Roman"/>
          <w:color w:val="auto"/>
          <w:sz w:val="22"/>
        </w:rPr>
        <w:t>SEP Recommendation Tracking</w:t>
      </w:r>
      <w:bookmarkEnd w:id="13"/>
    </w:p>
    <w:tbl>
      <w:tblPr>
        <w:tblStyle w:val="TableGrid"/>
        <w:tblW w:w="9000" w:type="dxa"/>
        <w:jc w:val="center"/>
        <w:tblLook w:val="04A0" w:firstRow="1" w:lastRow="0" w:firstColumn="1" w:lastColumn="0" w:noHBand="0" w:noVBand="1"/>
      </w:tblPr>
      <w:tblGrid>
        <w:gridCol w:w="2546"/>
        <w:gridCol w:w="2015"/>
        <w:gridCol w:w="2868"/>
        <w:gridCol w:w="1571"/>
      </w:tblGrid>
      <w:tr w:rsidR="0061162A" w:rsidRPr="00DB6570" w14:paraId="033CAD8E" w14:textId="77777777" w:rsidTr="0021427D">
        <w:trPr>
          <w:tblHeader/>
          <w:jc w:val="center"/>
        </w:trPr>
        <w:tc>
          <w:tcPr>
            <w:tcW w:w="2546" w:type="dxa"/>
            <w:tcMar>
              <w:top w:w="70" w:type="dxa"/>
              <w:left w:w="70" w:type="dxa"/>
              <w:bottom w:w="70" w:type="dxa"/>
              <w:right w:w="70" w:type="dxa"/>
            </w:tcMar>
          </w:tcPr>
          <w:p w14:paraId="28C56077"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SEP recommendation</w:t>
            </w:r>
          </w:p>
        </w:tc>
        <w:tc>
          <w:tcPr>
            <w:tcW w:w="2015" w:type="dxa"/>
            <w:tcMar>
              <w:top w:w="70" w:type="dxa"/>
              <w:left w:w="70" w:type="dxa"/>
              <w:bottom w:w="70" w:type="dxa"/>
              <w:right w:w="70" w:type="dxa"/>
            </w:tcMar>
          </w:tcPr>
          <w:p w14:paraId="371273F2"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Institutional response</w:t>
            </w:r>
          </w:p>
        </w:tc>
        <w:tc>
          <w:tcPr>
            <w:tcW w:w="2868" w:type="dxa"/>
            <w:tcMar>
              <w:top w:w="70" w:type="dxa"/>
              <w:left w:w="70" w:type="dxa"/>
              <w:bottom w:w="70" w:type="dxa"/>
              <w:right w:w="70" w:type="dxa"/>
            </w:tcMar>
          </w:tcPr>
          <w:p w14:paraId="59F6E607"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Change incorporated in Full Proposal</w:t>
            </w:r>
          </w:p>
        </w:tc>
        <w:tc>
          <w:tcPr>
            <w:tcW w:w="1571" w:type="dxa"/>
            <w:tcMar>
              <w:top w:w="70" w:type="dxa"/>
              <w:left w:w="70" w:type="dxa"/>
              <w:bottom w:w="70" w:type="dxa"/>
              <w:right w:w="70" w:type="dxa"/>
            </w:tcMar>
          </w:tcPr>
          <w:p w14:paraId="6FE36F95"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Follow-up mechanism</w:t>
            </w:r>
          </w:p>
        </w:tc>
      </w:tr>
      <w:tr w:rsidR="0061162A" w:rsidRPr="00DB6570" w14:paraId="7D05A719" w14:textId="77777777" w:rsidTr="005E44DD">
        <w:trPr>
          <w:cantSplit/>
          <w:jc w:val="center"/>
        </w:trPr>
        <w:tc>
          <w:tcPr>
            <w:tcW w:w="2546" w:type="dxa"/>
            <w:tcMar>
              <w:top w:w="70" w:type="dxa"/>
              <w:left w:w="70" w:type="dxa"/>
              <w:bottom w:w="70" w:type="dxa"/>
              <w:right w:w="70" w:type="dxa"/>
            </w:tcMar>
          </w:tcPr>
          <w:p w14:paraId="49DACEF7" w14:textId="30E11C54" w:rsidR="0061162A" w:rsidRPr="00DB6570" w:rsidRDefault="0061162A">
            <w:pPr>
              <w:pStyle w:val="ResponsePlaceholder"/>
              <w:rPr>
                <w:rFonts w:ascii="Times New Roman" w:hAnsi="Times New Roman" w:cs="Times New Roman"/>
                <w:color w:val="auto"/>
                <w:sz w:val="22"/>
              </w:rPr>
            </w:pPr>
          </w:p>
        </w:tc>
        <w:tc>
          <w:tcPr>
            <w:tcW w:w="2015" w:type="dxa"/>
            <w:tcMar>
              <w:top w:w="70" w:type="dxa"/>
              <w:left w:w="70" w:type="dxa"/>
              <w:bottom w:w="70" w:type="dxa"/>
              <w:right w:w="70" w:type="dxa"/>
            </w:tcMar>
          </w:tcPr>
          <w:p w14:paraId="6A42C447" w14:textId="470888B9" w:rsidR="0061162A" w:rsidRPr="00DB6570" w:rsidRDefault="0061162A">
            <w:pPr>
              <w:pStyle w:val="ResponsePlaceholder"/>
              <w:rPr>
                <w:rFonts w:ascii="Times New Roman" w:hAnsi="Times New Roman" w:cs="Times New Roman"/>
                <w:color w:val="auto"/>
                <w:sz w:val="22"/>
              </w:rPr>
            </w:pPr>
          </w:p>
        </w:tc>
        <w:tc>
          <w:tcPr>
            <w:tcW w:w="2868" w:type="dxa"/>
            <w:tcMar>
              <w:top w:w="70" w:type="dxa"/>
              <w:left w:w="70" w:type="dxa"/>
              <w:bottom w:w="70" w:type="dxa"/>
              <w:right w:w="70" w:type="dxa"/>
            </w:tcMar>
          </w:tcPr>
          <w:p w14:paraId="1E70D3E0" w14:textId="2D72029E" w:rsidR="0061162A" w:rsidRPr="00DB6570" w:rsidRDefault="0061162A">
            <w:pPr>
              <w:pStyle w:val="ResponsePlaceholder"/>
              <w:rPr>
                <w:rFonts w:ascii="Times New Roman" w:hAnsi="Times New Roman" w:cs="Times New Roman"/>
                <w:color w:val="auto"/>
                <w:sz w:val="22"/>
              </w:rPr>
            </w:pPr>
          </w:p>
        </w:tc>
        <w:tc>
          <w:tcPr>
            <w:tcW w:w="1571" w:type="dxa"/>
            <w:tcMar>
              <w:top w:w="70" w:type="dxa"/>
              <w:left w:w="70" w:type="dxa"/>
              <w:bottom w:w="70" w:type="dxa"/>
              <w:right w:w="70" w:type="dxa"/>
            </w:tcMar>
          </w:tcPr>
          <w:p w14:paraId="697D0A6B" w14:textId="09DB1FF9" w:rsidR="0061162A" w:rsidRPr="00DB6570" w:rsidRDefault="0061162A">
            <w:pPr>
              <w:pStyle w:val="ResponsePlaceholder"/>
              <w:rPr>
                <w:rFonts w:ascii="Times New Roman" w:hAnsi="Times New Roman" w:cs="Times New Roman"/>
                <w:color w:val="auto"/>
                <w:sz w:val="22"/>
              </w:rPr>
            </w:pPr>
          </w:p>
        </w:tc>
      </w:tr>
      <w:tr w:rsidR="0061162A" w:rsidRPr="00DB6570" w14:paraId="6547BFD4" w14:textId="77777777" w:rsidTr="005E44DD">
        <w:trPr>
          <w:cantSplit/>
          <w:jc w:val="center"/>
        </w:trPr>
        <w:tc>
          <w:tcPr>
            <w:tcW w:w="2546" w:type="dxa"/>
            <w:tcMar>
              <w:top w:w="70" w:type="dxa"/>
              <w:left w:w="70" w:type="dxa"/>
              <w:bottom w:w="70" w:type="dxa"/>
              <w:right w:w="70" w:type="dxa"/>
            </w:tcMar>
          </w:tcPr>
          <w:p w14:paraId="5CE8706D" w14:textId="36664C41" w:rsidR="0061162A" w:rsidRPr="00DB6570" w:rsidRDefault="0061162A">
            <w:pPr>
              <w:pStyle w:val="ResponsePlaceholder"/>
              <w:rPr>
                <w:rFonts w:ascii="Times New Roman" w:hAnsi="Times New Roman" w:cs="Times New Roman"/>
                <w:color w:val="auto"/>
                <w:sz w:val="22"/>
              </w:rPr>
            </w:pPr>
          </w:p>
        </w:tc>
        <w:tc>
          <w:tcPr>
            <w:tcW w:w="2015" w:type="dxa"/>
            <w:tcMar>
              <w:top w:w="70" w:type="dxa"/>
              <w:left w:w="70" w:type="dxa"/>
              <w:bottom w:w="70" w:type="dxa"/>
              <w:right w:w="70" w:type="dxa"/>
            </w:tcMar>
          </w:tcPr>
          <w:p w14:paraId="5C2DF9A9" w14:textId="0D882751" w:rsidR="0061162A" w:rsidRPr="00DB6570" w:rsidRDefault="0061162A">
            <w:pPr>
              <w:pStyle w:val="ResponsePlaceholder"/>
              <w:rPr>
                <w:rFonts w:ascii="Times New Roman" w:hAnsi="Times New Roman" w:cs="Times New Roman"/>
                <w:color w:val="auto"/>
                <w:sz w:val="22"/>
              </w:rPr>
            </w:pPr>
          </w:p>
        </w:tc>
        <w:tc>
          <w:tcPr>
            <w:tcW w:w="2868" w:type="dxa"/>
            <w:tcMar>
              <w:top w:w="70" w:type="dxa"/>
              <w:left w:w="70" w:type="dxa"/>
              <w:bottom w:w="70" w:type="dxa"/>
              <w:right w:w="70" w:type="dxa"/>
            </w:tcMar>
          </w:tcPr>
          <w:p w14:paraId="6ACFB018" w14:textId="3B590FC4" w:rsidR="0061162A" w:rsidRPr="00DB6570" w:rsidRDefault="0061162A">
            <w:pPr>
              <w:pStyle w:val="ResponsePlaceholder"/>
              <w:rPr>
                <w:rFonts w:ascii="Times New Roman" w:hAnsi="Times New Roman" w:cs="Times New Roman"/>
                <w:color w:val="auto"/>
                <w:sz w:val="22"/>
              </w:rPr>
            </w:pPr>
          </w:p>
        </w:tc>
        <w:tc>
          <w:tcPr>
            <w:tcW w:w="1571" w:type="dxa"/>
            <w:tcMar>
              <w:top w:w="70" w:type="dxa"/>
              <w:left w:w="70" w:type="dxa"/>
              <w:bottom w:w="70" w:type="dxa"/>
              <w:right w:w="70" w:type="dxa"/>
            </w:tcMar>
          </w:tcPr>
          <w:p w14:paraId="3CA3718B" w14:textId="62BE94AA" w:rsidR="0061162A" w:rsidRPr="00DB6570" w:rsidRDefault="0061162A">
            <w:pPr>
              <w:pStyle w:val="ResponsePlaceholder"/>
              <w:rPr>
                <w:rFonts w:ascii="Times New Roman" w:hAnsi="Times New Roman" w:cs="Times New Roman"/>
                <w:color w:val="auto"/>
                <w:sz w:val="22"/>
              </w:rPr>
            </w:pPr>
          </w:p>
        </w:tc>
      </w:tr>
    </w:tbl>
    <w:p w14:paraId="4A65CF2F" w14:textId="77777777" w:rsidR="0061162A" w:rsidRPr="00DB6570" w:rsidRDefault="0061162A">
      <w:pPr>
        <w:spacing w:after="0"/>
        <w:rPr>
          <w:rFonts w:ascii="Times New Roman" w:hAnsi="Times New Roman" w:cs="Times New Roman"/>
          <w:sz w:val="22"/>
        </w:rPr>
      </w:pPr>
    </w:p>
    <w:p w14:paraId="3ECA2A45" w14:textId="77777777" w:rsidR="0061162A" w:rsidRPr="00DB6570" w:rsidRDefault="00BE6111">
      <w:pPr>
        <w:rPr>
          <w:rFonts w:ascii="Times New Roman" w:hAnsi="Times New Roman" w:cs="Times New Roman"/>
          <w:sz w:val="22"/>
        </w:rPr>
      </w:pPr>
      <w:r w:rsidRPr="00DB6570">
        <w:rPr>
          <w:rFonts w:ascii="Times New Roman" w:hAnsi="Times New Roman" w:cs="Times New Roman"/>
          <w:sz w:val="22"/>
        </w:rPr>
        <w:br w:type="page"/>
      </w:r>
    </w:p>
    <w:p w14:paraId="6CC47DFE" w14:textId="77777777" w:rsidR="0061162A" w:rsidRPr="00DB6570" w:rsidRDefault="00BE6111">
      <w:pPr>
        <w:pStyle w:val="Heading1"/>
        <w:rPr>
          <w:rFonts w:ascii="Times New Roman" w:hAnsi="Times New Roman" w:cs="Times New Roman"/>
          <w:color w:val="auto"/>
          <w:sz w:val="22"/>
          <w:szCs w:val="22"/>
        </w:rPr>
      </w:pPr>
      <w:bookmarkStart w:id="14" w:name="_Toc237525208"/>
      <w:r w:rsidRPr="00DB6570">
        <w:rPr>
          <w:rFonts w:ascii="Times New Roman" w:hAnsi="Times New Roman" w:cs="Times New Roman"/>
          <w:color w:val="auto"/>
          <w:sz w:val="22"/>
          <w:szCs w:val="22"/>
        </w:rPr>
        <w:t>PART III - PARTNERSHIP DESIGN AND INTEGRATED DELIVERY</w:t>
      </w:r>
      <w:bookmarkEnd w:id="14"/>
    </w:p>
    <w:tbl>
      <w:tblPr>
        <w:tblStyle w:val="TableGrid"/>
        <w:tblW w:w="9000" w:type="dxa"/>
        <w:jc w:val="center"/>
        <w:tblLook w:val="04A0" w:firstRow="1" w:lastRow="0" w:firstColumn="1" w:lastColumn="0" w:noHBand="0" w:noVBand="1"/>
      </w:tblPr>
      <w:tblGrid>
        <w:gridCol w:w="9000"/>
      </w:tblGrid>
      <w:tr w:rsidR="0061162A" w:rsidRPr="00DB6570" w14:paraId="6D24D7E1" w14:textId="77777777" w:rsidTr="0021427D">
        <w:trPr>
          <w:jc w:val="center"/>
        </w:trPr>
        <w:tc>
          <w:tcPr>
            <w:tcW w:w="9866" w:type="dxa"/>
            <w:tcMar>
              <w:top w:w="100" w:type="dxa"/>
              <w:left w:w="140" w:type="dxa"/>
              <w:bottom w:w="100" w:type="dxa"/>
              <w:right w:w="140" w:type="dxa"/>
            </w:tcMar>
          </w:tcPr>
          <w:p w14:paraId="49226CD0"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Purpose of this Part</w:t>
            </w:r>
          </w:p>
          <w:p w14:paraId="48B544FF" w14:textId="27BCEBD2" w:rsidR="0061162A" w:rsidRPr="00DB6570" w:rsidRDefault="00BE6111">
            <w:pPr>
              <w:rPr>
                <w:rFonts w:ascii="Times New Roman" w:hAnsi="Times New Roman" w:cs="Times New Roman"/>
                <w:sz w:val="22"/>
              </w:rPr>
            </w:pPr>
            <w:r w:rsidRPr="00DB6570">
              <w:rPr>
                <w:rFonts w:ascii="Times New Roman" w:hAnsi="Times New Roman" w:cs="Times New Roman"/>
                <w:sz w:val="22"/>
              </w:rPr>
              <w:t>This Part should demonstrate that the ACE/Emerging Center and RFTI operate as one sector-focused platform while retaining clear institutional accountability for their respective grants</w:t>
            </w:r>
            <w:r w:rsidR="00AD3479" w:rsidRPr="00DB6570">
              <w:rPr>
                <w:rFonts w:ascii="Times New Roman" w:hAnsi="Times New Roman" w:cs="Times New Roman"/>
                <w:sz w:val="22"/>
              </w:rPr>
              <w:t xml:space="preserve"> and targets</w:t>
            </w:r>
            <w:r w:rsidRPr="00DB6570">
              <w:rPr>
                <w:rFonts w:ascii="Times New Roman" w:hAnsi="Times New Roman" w:cs="Times New Roman"/>
                <w:sz w:val="22"/>
              </w:rPr>
              <w:t>.</w:t>
            </w:r>
            <w:r w:rsidR="00400600" w:rsidRPr="00DB6570">
              <w:rPr>
                <w:rFonts w:ascii="Times New Roman" w:hAnsi="Times New Roman" w:cs="Times New Roman"/>
                <w:sz w:val="22"/>
              </w:rPr>
              <w:t xml:space="preserve"> This section and sub-sections are jointly prepared by the ACE and the RFTI</w:t>
            </w:r>
          </w:p>
        </w:tc>
      </w:tr>
    </w:tbl>
    <w:p w14:paraId="397ACC7F" w14:textId="77777777" w:rsidR="0061162A" w:rsidRPr="00DB6570" w:rsidRDefault="0061162A">
      <w:pPr>
        <w:spacing w:after="0"/>
        <w:rPr>
          <w:rFonts w:ascii="Times New Roman" w:hAnsi="Times New Roman" w:cs="Times New Roman"/>
          <w:sz w:val="22"/>
        </w:rPr>
      </w:pPr>
    </w:p>
    <w:p w14:paraId="3704046C" w14:textId="77777777" w:rsidR="0061162A" w:rsidRPr="00DB6570" w:rsidRDefault="00BE6111">
      <w:pPr>
        <w:pStyle w:val="Heading2"/>
        <w:rPr>
          <w:rFonts w:ascii="Times New Roman" w:hAnsi="Times New Roman" w:cs="Times New Roman"/>
          <w:color w:val="auto"/>
          <w:sz w:val="22"/>
          <w:szCs w:val="22"/>
        </w:rPr>
      </w:pPr>
      <w:bookmarkStart w:id="15" w:name="_Toc237525209"/>
      <w:r w:rsidRPr="00DB6570">
        <w:rPr>
          <w:rFonts w:ascii="Times New Roman" w:hAnsi="Times New Roman" w:cs="Times New Roman"/>
          <w:color w:val="auto"/>
          <w:sz w:val="22"/>
          <w:szCs w:val="22"/>
        </w:rPr>
        <w:t>3.1 Partnership Rationale and Complementarity</w:t>
      </w:r>
      <w:bookmarkEnd w:id="15"/>
    </w:p>
    <w:p w14:paraId="48D13EC2" w14:textId="77777777" w:rsidR="002F0DF8" w:rsidRPr="002F0DF8" w:rsidRDefault="002F0DF8" w:rsidP="002F0DF8">
      <w:pPr>
        <w:pStyle w:val="GuidanceText"/>
        <w:keepNext/>
        <w:rPr>
          <w:rFonts w:ascii="Times New Roman" w:hAnsi="Times New Roman" w:cs="Times New Roman"/>
          <w:color w:val="auto"/>
          <w:sz w:val="22"/>
        </w:rPr>
      </w:pPr>
      <w:r w:rsidRPr="002F0DF8">
        <w:rPr>
          <w:rFonts w:ascii="Times New Roman" w:hAnsi="Times New Roman" w:cs="Times New Roman"/>
          <w:color w:val="auto"/>
          <w:sz w:val="22"/>
        </w:rPr>
        <w:t>In this section please describe why the proposed center and RFTI together are best positioned to address the identified development challenge. Explain what makes this pairing distinctive and the complementarity each institution brings to training provision, applied research and innovation. State what each institution can achieve through the partnership that it could not achieve alone and how this collaborative arrangement can be sustained beyond project support.</w:t>
      </w:r>
    </w:p>
    <w:p w14:paraId="302A665F" w14:textId="1E617B4F" w:rsidR="0061162A" w:rsidRPr="00DB6570" w:rsidRDefault="002F0DF8" w:rsidP="002F0DF8">
      <w:pPr>
        <w:pStyle w:val="GuidanceText"/>
        <w:keepNext/>
        <w:rPr>
          <w:rFonts w:ascii="Times New Roman" w:hAnsi="Times New Roman" w:cs="Times New Roman"/>
          <w:color w:val="auto"/>
          <w:sz w:val="22"/>
        </w:rPr>
      </w:pPr>
      <w:r w:rsidRPr="002F0DF8">
        <w:rPr>
          <w:rFonts w:ascii="Times New Roman" w:hAnsi="Times New Roman" w:cs="Times New Roman"/>
          <w:color w:val="auto"/>
          <w:sz w:val="22"/>
        </w:rPr>
        <w:t>In the table below highlight 3-5 main areas of collaboration, briefly outlining the role of each institution and the collaborative result expected.</w:t>
      </w:r>
    </w:p>
    <w:tbl>
      <w:tblPr>
        <w:tblStyle w:val="TableGrid"/>
        <w:tblW w:w="9000" w:type="dxa"/>
        <w:jc w:val="center"/>
        <w:tblLook w:val="04A0" w:firstRow="1" w:lastRow="0" w:firstColumn="1" w:lastColumn="0" w:noHBand="0" w:noVBand="1"/>
      </w:tblPr>
      <w:tblGrid>
        <w:gridCol w:w="9000"/>
      </w:tblGrid>
      <w:tr w:rsidR="0061162A" w:rsidRPr="00DB6570" w14:paraId="26F7A144" w14:textId="77777777">
        <w:trPr>
          <w:jc w:val="center"/>
        </w:trPr>
        <w:tc>
          <w:tcPr>
            <w:tcW w:w="9866" w:type="dxa"/>
            <w:shd w:val="clear" w:color="auto" w:fill="FAFAFA"/>
            <w:tcMar>
              <w:top w:w="110" w:type="dxa"/>
              <w:left w:w="120" w:type="dxa"/>
              <w:bottom w:w="110" w:type="dxa"/>
              <w:right w:w="120" w:type="dxa"/>
            </w:tcMar>
          </w:tcPr>
          <w:p w14:paraId="305D72EC" w14:textId="61D4D4FD" w:rsidR="0061162A" w:rsidRPr="00DB6570" w:rsidRDefault="002F0DF8">
            <w:pPr>
              <w:rPr>
                <w:rFonts w:ascii="Times New Roman" w:hAnsi="Times New Roman" w:cs="Times New Roman"/>
                <w:sz w:val="22"/>
              </w:rPr>
            </w:pPr>
            <w:r w:rsidRPr="002F0DF8">
              <w:rPr>
                <w:rFonts w:ascii="Times New Roman" w:hAnsi="Times New Roman" w:cs="Times New Roman"/>
                <w:i/>
                <w:sz w:val="22"/>
              </w:rPr>
              <w:t>[Applicant response must not exceed 500 words]</w:t>
            </w:r>
          </w:p>
          <w:p w14:paraId="0C0E9789" w14:textId="77777777" w:rsidR="0061162A" w:rsidRPr="00DB6570" w:rsidRDefault="0061162A">
            <w:pPr>
              <w:rPr>
                <w:rFonts w:ascii="Times New Roman" w:hAnsi="Times New Roman" w:cs="Times New Roman"/>
                <w:sz w:val="22"/>
              </w:rPr>
            </w:pPr>
          </w:p>
          <w:p w14:paraId="26D82768" w14:textId="77777777" w:rsidR="0061162A" w:rsidRPr="00DB6570" w:rsidRDefault="0061162A">
            <w:pPr>
              <w:rPr>
                <w:rFonts w:ascii="Times New Roman" w:hAnsi="Times New Roman" w:cs="Times New Roman"/>
                <w:sz w:val="22"/>
              </w:rPr>
            </w:pPr>
          </w:p>
          <w:p w14:paraId="4D6C82F1" w14:textId="77777777" w:rsidR="0061162A" w:rsidRPr="00DB6570" w:rsidRDefault="0061162A">
            <w:pPr>
              <w:rPr>
                <w:rFonts w:ascii="Times New Roman" w:hAnsi="Times New Roman" w:cs="Times New Roman"/>
                <w:sz w:val="22"/>
              </w:rPr>
            </w:pPr>
          </w:p>
          <w:p w14:paraId="56E8404D" w14:textId="77777777" w:rsidR="0061162A" w:rsidRPr="00DB6570" w:rsidRDefault="0061162A">
            <w:pPr>
              <w:rPr>
                <w:rFonts w:ascii="Times New Roman" w:hAnsi="Times New Roman" w:cs="Times New Roman"/>
                <w:sz w:val="22"/>
              </w:rPr>
            </w:pPr>
          </w:p>
        </w:tc>
      </w:tr>
    </w:tbl>
    <w:p w14:paraId="04F278A3" w14:textId="77777777" w:rsidR="0061162A" w:rsidRPr="00DB6570" w:rsidRDefault="0061162A">
      <w:pPr>
        <w:spacing w:after="0"/>
        <w:rPr>
          <w:rFonts w:ascii="Times New Roman" w:hAnsi="Times New Roman" w:cs="Times New Roman"/>
          <w:sz w:val="22"/>
        </w:rPr>
      </w:pPr>
    </w:p>
    <w:p w14:paraId="650AAAE7" w14:textId="19A01148" w:rsidR="0061162A" w:rsidRPr="00DB6570" w:rsidRDefault="00915A62">
      <w:pPr>
        <w:pStyle w:val="Heading3"/>
        <w:rPr>
          <w:rFonts w:ascii="Times New Roman" w:hAnsi="Times New Roman" w:cs="Times New Roman"/>
          <w:color w:val="auto"/>
          <w:sz w:val="22"/>
        </w:rPr>
      </w:pPr>
      <w:bookmarkStart w:id="16" w:name="_Toc237525210"/>
      <w:r w:rsidRPr="00DB6570">
        <w:rPr>
          <w:rFonts w:ascii="Times New Roman" w:hAnsi="Times New Roman" w:cs="Times New Roman"/>
          <w:color w:val="auto"/>
          <w:sz w:val="22"/>
        </w:rPr>
        <w:t xml:space="preserve">3.1.1 </w:t>
      </w:r>
      <w:r w:rsidR="00BE6111" w:rsidRPr="00DB6570">
        <w:rPr>
          <w:rFonts w:ascii="Times New Roman" w:hAnsi="Times New Roman" w:cs="Times New Roman"/>
          <w:color w:val="auto"/>
          <w:sz w:val="22"/>
        </w:rPr>
        <w:t>Institutional Contributions and Added Value</w:t>
      </w:r>
      <w:bookmarkEnd w:id="16"/>
    </w:p>
    <w:tbl>
      <w:tblPr>
        <w:tblStyle w:val="TableGrid"/>
        <w:tblW w:w="9000" w:type="dxa"/>
        <w:jc w:val="center"/>
        <w:tblLook w:val="04A0" w:firstRow="1" w:lastRow="0" w:firstColumn="1" w:lastColumn="0" w:noHBand="0" w:noVBand="1"/>
      </w:tblPr>
      <w:tblGrid>
        <w:gridCol w:w="1939"/>
        <w:gridCol w:w="2583"/>
        <w:gridCol w:w="2526"/>
        <w:gridCol w:w="1952"/>
      </w:tblGrid>
      <w:tr w:rsidR="0061162A" w:rsidRPr="00DB6570" w14:paraId="37B8D615" w14:textId="77777777" w:rsidTr="0021427D">
        <w:trPr>
          <w:tblHeader/>
          <w:jc w:val="center"/>
        </w:trPr>
        <w:tc>
          <w:tcPr>
            <w:tcW w:w="1939" w:type="dxa"/>
            <w:tcMar>
              <w:top w:w="70" w:type="dxa"/>
              <w:left w:w="70" w:type="dxa"/>
              <w:bottom w:w="70" w:type="dxa"/>
              <w:right w:w="70" w:type="dxa"/>
            </w:tcMar>
          </w:tcPr>
          <w:p w14:paraId="654B47C4"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Area</w:t>
            </w:r>
          </w:p>
        </w:tc>
        <w:tc>
          <w:tcPr>
            <w:tcW w:w="2583" w:type="dxa"/>
            <w:tcMar>
              <w:top w:w="70" w:type="dxa"/>
              <w:left w:w="70" w:type="dxa"/>
              <w:bottom w:w="70" w:type="dxa"/>
              <w:right w:w="70" w:type="dxa"/>
            </w:tcMar>
          </w:tcPr>
          <w:p w14:paraId="140D20F8"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ACE/Emerging Center contribution</w:t>
            </w:r>
          </w:p>
        </w:tc>
        <w:tc>
          <w:tcPr>
            <w:tcW w:w="2526" w:type="dxa"/>
            <w:tcMar>
              <w:top w:w="70" w:type="dxa"/>
              <w:left w:w="70" w:type="dxa"/>
              <w:bottom w:w="70" w:type="dxa"/>
              <w:right w:w="70" w:type="dxa"/>
            </w:tcMar>
          </w:tcPr>
          <w:p w14:paraId="56B679BF"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RFTI contribution</w:t>
            </w:r>
          </w:p>
        </w:tc>
        <w:tc>
          <w:tcPr>
            <w:tcW w:w="1952" w:type="dxa"/>
            <w:tcMar>
              <w:top w:w="70" w:type="dxa"/>
              <w:left w:w="70" w:type="dxa"/>
              <w:bottom w:w="70" w:type="dxa"/>
              <w:right w:w="70" w:type="dxa"/>
            </w:tcMar>
          </w:tcPr>
          <w:p w14:paraId="3169824F"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Joint added value / result</w:t>
            </w:r>
          </w:p>
        </w:tc>
      </w:tr>
      <w:tr w:rsidR="0061162A" w:rsidRPr="00DB6570" w14:paraId="7E89154D" w14:textId="77777777" w:rsidTr="005E44DD">
        <w:trPr>
          <w:cantSplit/>
          <w:jc w:val="center"/>
        </w:trPr>
        <w:tc>
          <w:tcPr>
            <w:tcW w:w="1939" w:type="dxa"/>
            <w:tcMar>
              <w:top w:w="70" w:type="dxa"/>
              <w:left w:w="70" w:type="dxa"/>
              <w:bottom w:w="70" w:type="dxa"/>
              <w:right w:w="70" w:type="dxa"/>
            </w:tcMar>
          </w:tcPr>
          <w:p w14:paraId="48F9C51C" w14:textId="75561DF9" w:rsidR="0061162A" w:rsidRPr="00DB6570" w:rsidRDefault="0061162A">
            <w:pPr>
              <w:pStyle w:val="ResponsePlaceholder"/>
              <w:rPr>
                <w:rFonts w:ascii="Times New Roman" w:hAnsi="Times New Roman" w:cs="Times New Roman"/>
                <w:color w:val="auto"/>
                <w:sz w:val="22"/>
              </w:rPr>
            </w:pPr>
          </w:p>
        </w:tc>
        <w:tc>
          <w:tcPr>
            <w:tcW w:w="2583" w:type="dxa"/>
            <w:tcMar>
              <w:top w:w="70" w:type="dxa"/>
              <w:left w:w="70" w:type="dxa"/>
              <w:bottom w:w="70" w:type="dxa"/>
              <w:right w:w="70" w:type="dxa"/>
            </w:tcMar>
          </w:tcPr>
          <w:p w14:paraId="310BA913" w14:textId="03C8C343" w:rsidR="0061162A" w:rsidRPr="00DB6570" w:rsidRDefault="0061162A">
            <w:pPr>
              <w:pStyle w:val="ResponsePlaceholder"/>
              <w:rPr>
                <w:rFonts w:ascii="Times New Roman" w:hAnsi="Times New Roman" w:cs="Times New Roman"/>
                <w:color w:val="auto"/>
                <w:sz w:val="22"/>
              </w:rPr>
            </w:pPr>
          </w:p>
        </w:tc>
        <w:tc>
          <w:tcPr>
            <w:tcW w:w="2526" w:type="dxa"/>
            <w:tcMar>
              <w:top w:w="70" w:type="dxa"/>
              <w:left w:w="70" w:type="dxa"/>
              <w:bottom w:w="70" w:type="dxa"/>
              <w:right w:w="70" w:type="dxa"/>
            </w:tcMar>
          </w:tcPr>
          <w:p w14:paraId="276218F1" w14:textId="47F780BC" w:rsidR="0061162A" w:rsidRPr="00DB6570" w:rsidRDefault="0061162A">
            <w:pPr>
              <w:pStyle w:val="ResponsePlaceholder"/>
              <w:rPr>
                <w:rFonts w:ascii="Times New Roman" w:hAnsi="Times New Roman" w:cs="Times New Roman"/>
                <w:color w:val="auto"/>
                <w:sz w:val="22"/>
              </w:rPr>
            </w:pPr>
          </w:p>
        </w:tc>
        <w:tc>
          <w:tcPr>
            <w:tcW w:w="1952" w:type="dxa"/>
            <w:tcMar>
              <w:top w:w="70" w:type="dxa"/>
              <w:left w:w="70" w:type="dxa"/>
              <w:bottom w:w="70" w:type="dxa"/>
              <w:right w:w="70" w:type="dxa"/>
            </w:tcMar>
          </w:tcPr>
          <w:p w14:paraId="7963A39F" w14:textId="7D128A41" w:rsidR="0061162A" w:rsidRPr="00DB6570" w:rsidRDefault="0061162A">
            <w:pPr>
              <w:pStyle w:val="ResponsePlaceholder"/>
              <w:rPr>
                <w:rFonts w:ascii="Times New Roman" w:hAnsi="Times New Roman" w:cs="Times New Roman"/>
                <w:color w:val="auto"/>
                <w:sz w:val="22"/>
              </w:rPr>
            </w:pPr>
          </w:p>
        </w:tc>
      </w:tr>
      <w:tr w:rsidR="0061162A" w:rsidRPr="00DB6570" w14:paraId="507E2239" w14:textId="77777777" w:rsidTr="005E44DD">
        <w:trPr>
          <w:cantSplit/>
          <w:jc w:val="center"/>
        </w:trPr>
        <w:tc>
          <w:tcPr>
            <w:tcW w:w="1939" w:type="dxa"/>
            <w:tcMar>
              <w:top w:w="70" w:type="dxa"/>
              <w:left w:w="70" w:type="dxa"/>
              <w:bottom w:w="70" w:type="dxa"/>
              <w:right w:w="70" w:type="dxa"/>
            </w:tcMar>
          </w:tcPr>
          <w:p w14:paraId="6C0325A1" w14:textId="4B4ED746" w:rsidR="0061162A" w:rsidRPr="00DB6570" w:rsidRDefault="0061162A">
            <w:pPr>
              <w:pStyle w:val="ResponsePlaceholder"/>
              <w:rPr>
                <w:rFonts w:ascii="Times New Roman" w:hAnsi="Times New Roman" w:cs="Times New Roman"/>
                <w:color w:val="auto"/>
                <w:sz w:val="22"/>
              </w:rPr>
            </w:pPr>
          </w:p>
        </w:tc>
        <w:tc>
          <w:tcPr>
            <w:tcW w:w="2583" w:type="dxa"/>
            <w:tcMar>
              <w:top w:w="70" w:type="dxa"/>
              <w:left w:w="70" w:type="dxa"/>
              <w:bottom w:w="70" w:type="dxa"/>
              <w:right w:w="70" w:type="dxa"/>
            </w:tcMar>
          </w:tcPr>
          <w:p w14:paraId="4FC778AA" w14:textId="2AA5756B" w:rsidR="0061162A" w:rsidRPr="00DB6570" w:rsidRDefault="0061162A">
            <w:pPr>
              <w:pStyle w:val="ResponsePlaceholder"/>
              <w:rPr>
                <w:rFonts w:ascii="Times New Roman" w:hAnsi="Times New Roman" w:cs="Times New Roman"/>
                <w:color w:val="auto"/>
                <w:sz w:val="22"/>
              </w:rPr>
            </w:pPr>
          </w:p>
        </w:tc>
        <w:tc>
          <w:tcPr>
            <w:tcW w:w="2526" w:type="dxa"/>
            <w:tcMar>
              <w:top w:w="70" w:type="dxa"/>
              <w:left w:w="70" w:type="dxa"/>
              <w:bottom w:w="70" w:type="dxa"/>
              <w:right w:w="70" w:type="dxa"/>
            </w:tcMar>
          </w:tcPr>
          <w:p w14:paraId="326CF03E" w14:textId="28964D4F" w:rsidR="0061162A" w:rsidRPr="00DB6570" w:rsidRDefault="0061162A">
            <w:pPr>
              <w:pStyle w:val="ResponsePlaceholder"/>
              <w:rPr>
                <w:rFonts w:ascii="Times New Roman" w:hAnsi="Times New Roman" w:cs="Times New Roman"/>
                <w:color w:val="auto"/>
                <w:sz w:val="22"/>
              </w:rPr>
            </w:pPr>
          </w:p>
        </w:tc>
        <w:tc>
          <w:tcPr>
            <w:tcW w:w="1952" w:type="dxa"/>
            <w:tcMar>
              <w:top w:w="70" w:type="dxa"/>
              <w:left w:w="70" w:type="dxa"/>
              <w:bottom w:w="70" w:type="dxa"/>
              <w:right w:w="70" w:type="dxa"/>
            </w:tcMar>
          </w:tcPr>
          <w:p w14:paraId="1849563D" w14:textId="29209576" w:rsidR="0061162A" w:rsidRPr="00DB6570" w:rsidRDefault="0061162A">
            <w:pPr>
              <w:pStyle w:val="ResponsePlaceholder"/>
              <w:rPr>
                <w:rFonts w:ascii="Times New Roman" w:hAnsi="Times New Roman" w:cs="Times New Roman"/>
                <w:color w:val="auto"/>
                <w:sz w:val="22"/>
              </w:rPr>
            </w:pPr>
          </w:p>
        </w:tc>
      </w:tr>
      <w:tr w:rsidR="0061162A" w:rsidRPr="00DB6570" w14:paraId="14DF9931" w14:textId="77777777" w:rsidTr="005E44DD">
        <w:trPr>
          <w:cantSplit/>
          <w:jc w:val="center"/>
        </w:trPr>
        <w:tc>
          <w:tcPr>
            <w:tcW w:w="1939" w:type="dxa"/>
            <w:tcMar>
              <w:top w:w="70" w:type="dxa"/>
              <w:left w:w="70" w:type="dxa"/>
              <w:bottom w:w="70" w:type="dxa"/>
              <w:right w:w="70" w:type="dxa"/>
            </w:tcMar>
          </w:tcPr>
          <w:p w14:paraId="11F3CA2A" w14:textId="62128776" w:rsidR="0061162A" w:rsidRPr="00DB6570" w:rsidRDefault="0061162A">
            <w:pPr>
              <w:pStyle w:val="ResponsePlaceholder"/>
              <w:rPr>
                <w:rFonts w:ascii="Times New Roman" w:hAnsi="Times New Roman" w:cs="Times New Roman"/>
                <w:color w:val="auto"/>
                <w:sz w:val="22"/>
              </w:rPr>
            </w:pPr>
          </w:p>
        </w:tc>
        <w:tc>
          <w:tcPr>
            <w:tcW w:w="2583" w:type="dxa"/>
            <w:tcMar>
              <w:top w:w="70" w:type="dxa"/>
              <w:left w:w="70" w:type="dxa"/>
              <w:bottom w:w="70" w:type="dxa"/>
              <w:right w:w="70" w:type="dxa"/>
            </w:tcMar>
          </w:tcPr>
          <w:p w14:paraId="509F5E7C" w14:textId="7BE3B186" w:rsidR="0061162A" w:rsidRPr="00DB6570" w:rsidRDefault="0061162A">
            <w:pPr>
              <w:pStyle w:val="ResponsePlaceholder"/>
              <w:rPr>
                <w:rFonts w:ascii="Times New Roman" w:hAnsi="Times New Roman" w:cs="Times New Roman"/>
                <w:color w:val="auto"/>
                <w:sz w:val="22"/>
              </w:rPr>
            </w:pPr>
          </w:p>
        </w:tc>
        <w:tc>
          <w:tcPr>
            <w:tcW w:w="2526" w:type="dxa"/>
            <w:tcMar>
              <w:top w:w="70" w:type="dxa"/>
              <w:left w:w="70" w:type="dxa"/>
              <w:bottom w:w="70" w:type="dxa"/>
              <w:right w:w="70" w:type="dxa"/>
            </w:tcMar>
          </w:tcPr>
          <w:p w14:paraId="0CF8A1DA" w14:textId="691E64F4" w:rsidR="0061162A" w:rsidRPr="00DB6570" w:rsidRDefault="0061162A">
            <w:pPr>
              <w:pStyle w:val="ResponsePlaceholder"/>
              <w:rPr>
                <w:rFonts w:ascii="Times New Roman" w:hAnsi="Times New Roman" w:cs="Times New Roman"/>
                <w:color w:val="auto"/>
                <w:sz w:val="22"/>
              </w:rPr>
            </w:pPr>
          </w:p>
        </w:tc>
        <w:tc>
          <w:tcPr>
            <w:tcW w:w="1952" w:type="dxa"/>
            <w:tcMar>
              <w:top w:w="70" w:type="dxa"/>
              <w:left w:w="70" w:type="dxa"/>
              <w:bottom w:w="70" w:type="dxa"/>
              <w:right w:w="70" w:type="dxa"/>
            </w:tcMar>
          </w:tcPr>
          <w:p w14:paraId="3965E3C4" w14:textId="4E13C778" w:rsidR="0061162A" w:rsidRPr="00DB6570" w:rsidRDefault="0061162A">
            <w:pPr>
              <w:pStyle w:val="ResponsePlaceholder"/>
              <w:rPr>
                <w:rFonts w:ascii="Times New Roman" w:hAnsi="Times New Roman" w:cs="Times New Roman"/>
                <w:color w:val="auto"/>
                <w:sz w:val="22"/>
              </w:rPr>
            </w:pPr>
          </w:p>
        </w:tc>
      </w:tr>
    </w:tbl>
    <w:p w14:paraId="3F6568CD" w14:textId="77777777" w:rsidR="0061162A" w:rsidRPr="00DB6570" w:rsidRDefault="0061162A">
      <w:pPr>
        <w:spacing w:after="0"/>
        <w:rPr>
          <w:rFonts w:ascii="Times New Roman" w:hAnsi="Times New Roman" w:cs="Times New Roman"/>
          <w:sz w:val="22"/>
        </w:rPr>
      </w:pPr>
    </w:p>
    <w:p w14:paraId="3072604F" w14:textId="77777777" w:rsidR="0061162A" w:rsidRPr="00DB6570" w:rsidRDefault="00BE6111">
      <w:pPr>
        <w:pStyle w:val="Heading2"/>
        <w:rPr>
          <w:rFonts w:ascii="Times New Roman" w:hAnsi="Times New Roman" w:cs="Times New Roman"/>
          <w:color w:val="auto"/>
          <w:sz w:val="22"/>
          <w:szCs w:val="22"/>
        </w:rPr>
      </w:pPr>
      <w:bookmarkStart w:id="17" w:name="_Toc237525211"/>
      <w:r w:rsidRPr="00DB6570">
        <w:rPr>
          <w:rFonts w:ascii="Times New Roman" w:hAnsi="Times New Roman" w:cs="Times New Roman"/>
          <w:color w:val="auto"/>
          <w:sz w:val="22"/>
          <w:szCs w:val="22"/>
        </w:rPr>
        <w:t>3.2 Integrated Skills Ladder and Research-to-Application Pathway</w:t>
      </w:r>
      <w:bookmarkEnd w:id="17"/>
    </w:p>
    <w:p w14:paraId="2EE57664" w14:textId="7A47420B" w:rsidR="0061162A" w:rsidRPr="00DB6570" w:rsidRDefault="00EE484C">
      <w:pPr>
        <w:pStyle w:val="GuidanceText"/>
        <w:keepNext/>
        <w:rPr>
          <w:rFonts w:ascii="Times New Roman" w:hAnsi="Times New Roman" w:cs="Times New Roman"/>
          <w:color w:val="auto"/>
          <w:sz w:val="22"/>
        </w:rPr>
      </w:pPr>
      <w:r w:rsidRPr="00EE484C">
        <w:rPr>
          <w:rFonts w:ascii="Times New Roman" w:hAnsi="Times New Roman" w:cs="Times New Roman"/>
          <w:color w:val="auto"/>
          <w:sz w:val="22"/>
        </w:rPr>
        <w:t>In this section, please describe the clear and connected pathway designed by the two institutions to address the sector challenge/s identified. How are knowledge, skills and outputs expected to flow between the center and the RFTI? Describe the progression from technician and mid-level skills through advanced postgraduate training; applied research to validation, adoption and commercialization or operational use. Explain how curricula, instructors, students, facilities, equipment, firms and applied research outputs will connect across the two institutions.</w:t>
      </w:r>
    </w:p>
    <w:tbl>
      <w:tblPr>
        <w:tblStyle w:val="TableGrid"/>
        <w:tblW w:w="9000" w:type="dxa"/>
        <w:jc w:val="center"/>
        <w:tblLook w:val="04A0" w:firstRow="1" w:lastRow="0" w:firstColumn="1" w:lastColumn="0" w:noHBand="0" w:noVBand="1"/>
      </w:tblPr>
      <w:tblGrid>
        <w:gridCol w:w="9000"/>
      </w:tblGrid>
      <w:tr w:rsidR="0061162A" w:rsidRPr="00DB6570" w14:paraId="1500E091" w14:textId="77777777">
        <w:trPr>
          <w:jc w:val="center"/>
        </w:trPr>
        <w:tc>
          <w:tcPr>
            <w:tcW w:w="9866" w:type="dxa"/>
            <w:shd w:val="clear" w:color="auto" w:fill="FAFAFA"/>
            <w:tcMar>
              <w:top w:w="110" w:type="dxa"/>
              <w:left w:w="120" w:type="dxa"/>
              <w:bottom w:w="110" w:type="dxa"/>
              <w:right w:w="120" w:type="dxa"/>
            </w:tcMar>
          </w:tcPr>
          <w:p w14:paraId="56C08F62" w14:textId="0706A318" w:rsidR="0061162A" w:rsidRPr="00DB6570" w:rsidRDefault="00EE484C">
            <w:pPr>
              <w:rPr>
                <w:rFonts w:ascii="Times New Roman" w:hAnsi="Times New Roman" w:cs="Times New Roman"/>
                <w:sz w:val="22"/>
              </w:rPr>
            </w:pPr>
            <w:r w:rsidRPr="00EE484C">
              <w:rPr>
                <w:rFonts w:ascii="Times New Roman" w:hAnsi="Times New Roman" w:cs="Times New Roman"/>
                <w:i/>
                <w:sz w:val="22"/>
              </w:rPr>
              <w:t>[Applicant response must not exceed 500 words]</w:t>
            </w:r>
          </w:p>
          <w:p w14:paraId="34498788" w14:textId="77777777" w:rsidR="0061162A" w:rsidRPr="00DB6570" w:rsidRDefault="0061162A">
            <w:pPr>
              <w:rPr>
                <w:rFonts w:ascii="Times New Roman" w:hAnsi="Times New Roman" w:cs="Times New Roman"/>
                <w:sz w:val="22"/>
              </w:rPr>
            </w:pPr>
          </w:p>
          <w:p w14:paraId="03E13996" w14:textId="77777777" w:rsidR="0061162A" w:rsidRPr="00DB6570" w:rsidRDefault="0061162A">
            <w:pPr>
              <w:rPr>
                <w:rFonts w:ascii="Times New Roman" w:hAnsi="Times New Roman" w:cs="Times New Roman"/>
                <w:sz w:val="22"/>
              </w:rPr>
            </w:pPr>
          </w:p>
          <w:p w14:paraId="726AE669" w14:textId="77777777" w:rsidR="0061162A" w:rsidRPr="00DB6570" w:rsidRDefault="0061162A">
            <w:pPr>
              <w:rPr>
                <w:rFonts w:ascii="Times New Roman" w:hAnsi="Times New Roman" w:cs="Times New Roman"/>
                <w:sz w:val="22"/>
              </w:rPr>
            </w:pPr>
          </w:p>
          <w:p w14:paraId="0A164FD2" w14:textId="77777777" w:rsidR="0061162A" w:rsidRPr="00DB6570" w:rsidRDefault="0061162A">
            <w:pPr>
              <w:rPr>
                <w:rFonts w:ascii="Times New Roman" w:hAnsi="Times New Roman" w:cs="Times New Roman"/>
                <w:sz w:val="22"/>
              </w:rPr>
            </w:pPr>
          </w:p>
        </w:tc>
      </w:tr>
    </w:tbl>
    <w:p w14:paraId="5DB3D3C5" w14:textId="77777777" w:rsidR="0061162A" w:rsidRPr="00DB6570" w:rsidRDefault="0061162A">
      <w:pPr>
        <w:spacing w:after="0"/>
        <w:rPr>
          <w:rFonts w:ascii="Times New Roman" w:hAnsi="Times New Roman" w:cs="Times New Roman"/>
          <w:sz w:val="22"/>
        </w:rPr>
      </w:pPr>
    </w:p>
    <w:p w14:paraId="6083DDF3" w14:textId="77777777" w:rsidR="0061162A" w:rsidRPr="00DB6570" w:rsidRDefault="00BE6111">
      <w:pPr>
        <w:spacing w:after="0" w:line="20" w:lineRule="exact"/>
        <w:rPr>
          <w:rFonts w:ascii="Times New Roman" w:hAnsi="Times New Roman" w:cs="Times New Roman"/>
          <w:sz w:val="22"/>
        </w:rPr>
        <w:sectPr w:rsidR="0061162A" w:rsidRPr="00DB6570">
          <w:pgSz w:w="11906" w:h="16838"/>
          <w:pgMar w:top="964" w:right="1020" w:bottom="907" w:left="1020" w:header="454" w:footer="454" w:gutter="0"/>
          <w:cols w:space="720"/>
          <w:docGrid w:linePitch="360"/>
        </w:sectPr>
      </w:pPr>
      <w:r w:rsidRPr="00DB6570">
        <w:rPr>
          <w:rFonts w:ascii="Times New Roman" w:hAnsi="Times New Roman" w:cs="Times New Roman"/>
          <w:vanish/>
          <w:sz w:val="22"/>
        </w:rPr>
        <w:t xml:space="preserve"> </w:t>
      </w:r>
    </w:p>
    <w:p w14:paraId="26AA7FCE" w14:textId="71C0AD84" w:rsidR="0061162A" w:rsidRPr="00DB6570" w:rsidRDefault="00BE6111">
      <w:pPr>
        <w:pStyle w:val="Heading2"/>
        <w:rPr>
          <w:rFonts w:ascii="Times New Roman" w:hAnsi="Times New Roman" w:cs="Times New Roman"/>
          <w:color w:val="auto"/>
          <w:sz w:val="22"/>
          <w:szCs w:val="22"/>
        </w:rPr>
      </w:pPr>
      <w:bookmarkStart w:id="18" w:name="_Toc237525213"/>
      <w:r w:rsidRPr="00DB6570">
        <w:rPr>
          <w:rFonts w:ascii="Times New Roman" w:hAnsi="Times New Roman" w:cs="Times New Roman"/>
          <w:color w:val="auto"/>
          <w:sz w:val="22"/>
          <w:szCs w:val="22"/>
        </w:rPr>
        <w:t>3.</w:t>
      </w:r>
      <w:r w:rsidR="00915A62" w:rsidRPr="00DB6570">
        <w:rPr>
          <w:rFonts w:ascii="Times New Roman" w:hAnsi="Times New Roman" w:cs="Times New Roman"/>
          <w:color w:val="auto"/>
          <w:sz w:val="22"/>
          <w:szCs w:val="22"/>
        </w:rPr>
        <w:t>3</w:t>
      </w:r>
      <w:r w:rsidRPr="00DB6570">
        <w:rPr>
          <w:rFonts w:ascii="Times New Roman" w:hAnsi="Times New Roman" w:cs="Times New Roman"/>
          <w:color w:val="auto"/>
          <w:sz w:val="22"/>
          <w:szCs w:val="22"/>
        </w:rPr>
        <w:t xml:space="preserve"> </w:t>
      </w:r>
      <w:r w:rsidR="00750646" w:rsidRPr="00DB6570">
        <w:rPr>
          <w:rFonts w:ascii="Times New Roman" w:hAnsi="Times New Roman" w:cs="Times New Roman"/>
          <w:color w:val="auto"/>
          <w:sz w:val="22"/>
          <w:szCs w:val="22"/>
        </w:rPr>
        <w:t xml:space="preserve">Joint Workstreams, </w:t>
      </w:r>
      <w:r w:rsidRPr="00DB6570">
        <w:rPr>
          <w:rFonts w:ascii="Times New Roman" w:hAnsi="Times New Roman" w:cs="Times New Roman"/>
          <w:color w:val="auto"/>
          <w:sz w:val="22"/>
          <w:szCs w:val="22"/>
        </w:rPr>
        <w:t>Operating Protocols</w:t>
      </w:r>
      <w:r w:rsidR="00893ABB" w:rsidRPr="00DB6570">
        <w:rPr>
          <w:rFonts w:ascii="Times New Roman" w:hAnsi="Times New Roman" w:cs="Times New Roman"/>
          <w:color w:val="auto"/>
          <w:sz w:val="22"/>
          <w:szCs w:val="22"/>
        </w:rPr>
        <w:t xml:space="preserve"> and Institutional Accountability</w:t>
      </w:r>
      <w:bookmarkEnd w:id="18"/>
    </w:p>
    <w:p w14:paraId="75F5CA4A" w14:textId="2D88FBA3" w:rsidR="0061162A" w:rsidRPr="00DB6570" w:rsidRDefault="00A00670">
      <w:pPr>
        <w:pStyle w:val="GuidanceText"/>
        <w:keepNext/>
        <w:rPr>
          <w:rFonts w:ascii="Times New Roman" w:hAnsi="Times New Roman" w:cs="Times New Roman"/>
          <w:color w:val="auto"/>
          <w:sz w:val="22"/>
        </w:rPr>
      </w:pPr>
      <w:r w:rsidRPr="00DB6570">
        <w:rPr>
          <w:rFonts w:ascii="Times New Roman" w:hAnsi="Times New Roman" w:cs="Times New Roman"/>
          <w:color w:val="auto"/>
          <w:sz w:val="22"/>
        </w:rPr>
        <w:t>In this section, the proposed center and RFTI must demonstrate how they will work together while respecting the financial and institutional boundaries and accountability of each partner. List 3-5 major joint workstreams and identify the accountable institution, supporting institution, the steering structure (escalation route, approval authorities, etc.) and coordination mechanisms (for example, shared use of facilities, equipment, co-supervision, curriculum articulation, joint applied research, intellectual property, etc).</w:t>
      </w:r>
    </w:p>
    <w:tbl>
      <w:tblPr>
        <w:tblStyle w:val="TableGrid"/>
        <w:tblW w:w="9000" w:type="dxa"/>
        <w:jc w:val="center"/>
        <w:tblLook w:val="04A0" w:firstRow="1" w:lastRow="0" w:firstColumn="1" w:lastColumn="0" w:noHBand="0" w:noVBand="1"/>
      </w:tblPr>
      <w:tblGrid>
        <w:gridCol w:w="9000"/>
      </w:tblGrid>
      <w:tr w:rsidR="0061162A" w:rsidRPr="00DB6570" w14:paraId="029E3CA0" w14:textId="26AF59BF" w:rsidTr="5A334243">
        <w:trPr>
          <w:jc w:val="center"/>
        </w:trPr>
        <w:tc>
          <w:tcPr>
            <w:tcW w:w="9866" w:type="dxa"/>
            <w:shd w:val="clear" w:color="auto" w:fill="FAFAFA"/>
            <w:tcMar>
              <w:top w:w="110" w:type="dxa"/>
              <w:left w:w="120" w:type="dxa"/>
              <w:bottom w:w="110" w:type="dxa"/>
              <w:right w:w="120" w:type="dxa"/>
            </w:tcMar>
          </w:tcPr>
          <w:p w14:paraId="715E6B85" w14:textId="46922C13" w:rsidR="0061162A" w:rsidRPr="00DB6570" w:rsidRDefault="00EE484C" w:rsidP="5A334243">
            <w:pPr>
              <w:pStyle w:val="ResponsePlaceholder"/>
              <w:rPr>
                <w:rFonts w:ascii="Times New Roman" w:hAnsi="Times New Roman" w:cs="Times New Roman"/>
                <w:color w:val="auto"/>
                <w:sz w:val="22"/>
              </w:rPr>
            </w:pPr>
            <w:r w:rsidRPr="5A334243">
              <w:rPr>
                <w:rFonts w:ascii="Times New Roman" w:hAnsi="Times New Roman" w:cs="Times New Roman"/>
                <w:color w:val="auto"/>
                <w:sz w:val="22"/>
              </w:rPr>
              <w:t>[Applicant response</w:t>
            </w:r>
            <w:r w:rsidR="30F8F5C9" w:rsidRPr="5A334243">
              <w:rPr>
                <w:rFonts w:ascii="Times New Roman" w:hAnsi="Times New Roman" w:cs="Times New Roman"/>
                <w:color w:val="auto"/>
                <w:sz w:val="22"/>
              </w:rPr>
              <w:t xml:space="preserve"> </w:t>
            </w:r>
            <w:r w:rsidRPr="5A334243">
              <w:rPr>
                <w:rFonts w:ascii="Times New Roman" w:hAnsi="Times New Roman" w:cs="Times New Roman"/>
                <w:color w:val="auto"/>
                <w:sz w:val="22"/>
              </w:rPr>
              <w:t>must not exceed 500 words.]</w:t>
            </w:r>
          </w:p>
          <w:p w14:paraId="4E4FCA39" w14:textId="3B9858FB" w:rsidR="0061162A" w:rsidRPr="00DB6570" w:rsidRDefault="0061162A">
            <w:pPr>
              <w:rPr>
                <w:rFonts w:ascii="Times New Roman" w:hAnsi="Times New Roman" w:cs="Times New Roman"/>
                <w:sz w:val="22"/>
              </w:rPr>
            </w:pPr>
          </w:p>
          <w:p w14:paraId="660DBEC0" w14:textId="5E9A6881" w:rsidR="0061162A" w:rsidRPr="00DB6570" w:rsidRDefault="0061162A">
            <w:pPr>
              <w:rPr>
                <w:rFonts w:ascii="Times New Roman" w:hAnsi="Times New Roman" w:cs="Times New Roman"/>
                <w:sz w:val="22"/>
              </w:rPr>
            </w:pPr>
          </w:p>
          <w:p w14:paraId="385BC7FB" w14:textId="64A80D1B" w:rsidR="0061162A" w:rsidRPr="00DB6570" w:rsidRDefault="0061162A">
            <w:pPr>
              <w:rPr>
                <w:rFonts w:ascii="Times New Roman" w:hAnsi="Times New Roman" w:cs="Times New Roman"/>
                <w:sz w:val="22"/>
              </w:rPr>
            </w:pPr>
          </w:p>
          <w:p w14:paraId="3413C82B" w14:textId="1E0BA265" w:rsidR="0061162A" w:rsidRPr="00DB6570" w:rsidRDefault="0061162A">
            <w:pPr>
              <w:rPr>
                <w:rFonts w:ascii="Times New Roman" w:hAnsi="Times New Roman" w:cs="Times New Roman"/>
                <w:sz w:val="22"/>
              </w:rPr>
            </w:pPr>
          </w:p>
          <w:p w14:paraId="75F2E73E" w14:textId="3F61D183" w:rsidR="0061162A" w:rsidRPr="00DB6570" w:rsidRDefault="0061162A">
            <w:pPr>
              <w:rPr>
                <w:rFonts w:ascii="Times New Roman" w:hAnsi="Times New Roman" w:cs="Times New Roman"/>
                <w:sz w:val="22"/>
              </w:rPr>
            </w:pPr>
          </w:p>
        </w:tc>
      </w:tr>
    </w:tbl>
    <w:p w14:paraId="1B3EEBC6" w14:textId="3DA935BD" w:rsidR="0061162A" w:rsidRPr="00DB6570" w:rsidRDefault="0061162A" w:rsidP="005E44DD">
      <w:pPr>
        <w:rPr>
          <w:rFonts w:ascii="Times New Roman" w:hAnsi="Times New Roman" w:cs="Times New Roman"/>
          <w:sz w:val="22"/>
        </w:rPr>
      </w:pPr>
    </w:p>
    <w:p w14:paraId="573A3A95" w14:textId="77777777" w:rsidR="00A00670" w:rsidRPr="00CA236B" w:rsidRDefault="00A00670" w:rsidP="00DB6B89">
      <w:pPr>
        <w:pStyle w:val="Heading3"/>
        <w:rPr>
          <w:rFonts w:ascii="Times New Roman" w:hAnsi="Times New Roman" w:cs="Times New Roman"/>
          <w:color w:val="auto"/>
          <w:sz w:val="22"/>
        </w:rPr>
      </w:pPr>
      <w:bookmarkStart w:id="19" w:name="_Toc237525214"/>
      <w:r w:rsidRPr="00CA236B">
        <w:rPr>
          <w:rFonts w:ascii="Times New Roman" w:hAnsi="Times New Roman" w:cs="Times New Roman"/>
          <w:color w:val="auto"/>
          <w:sz w:val="22"/>
        </w:rPr>
        <w:t>3.3.1 Joint workstream and accountability matrix</w:t>
      </w:r>
      <w:bookmarkEnd w:id="19"/>
    </w:p>
    <w:tbl>
      <w:tblPr>
        <w:tblStyle w:val="TableGrid"/>
        <w:tblW w:w="9000" w:type="dxa"/>
        <w:jc w:val="center"/>
        <w:tblLook w:val="04A0" w:firstRow="1" w:lastRow="0" w:firstColumn="1" w:lastColumn="0" w:noHBand="0" w:noVBand="1"/>
      </w:tblPr>
      <w:tblGrid>
        <w:gridCol w:w="1819"/>
        <w:gridCol w:w="1587"/>
        <w:gridCol w:w="1940"/>
        <w:gridCol w:w="1935"/>
        <w:gridCol w:w="1719"/>
      </w:tblGrid>
      <w:tr w:rsidR="0061162A" w:rsidRPr="00DB6570" w14:paraId="1071545B" w14:textId="77777777" w:rsidTr="0021427D">
        <w:trPr>
          <w:tblHeader/>
          <w:jc w:val="center"/>
        </w:trPr>
        <w:tc>
          <w:tcPr>
            <w:tcW w:w="1819" w:type="dxa"/>
            <w:tcMar>
              <w:top w:w="70" w:type="dxa"/>
              <w:left w:w="70" w:type="dxa"/>
              <w:bottom w:w="70" w:type="dxa"/>
              <w:right w:w="70" w:type="dxa"/>
            </w:tcMar>
          </w:tcPr>
          <w:p w14:paraId="57E7D403"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Joint workstream</w:t>
            </w:r>
          </w:p>
        </w:tc>
        <w:tc>
          <w:tcPr>
            <w:tcW w:w="1587" w:type="dxa"/>
            <w:tcMar>
              <w:top w:w="70" w:type="dxa"/>
              <w:left w:w="70" w:type="dxa"/>
              <w:bottom w:w="70" w:type="dxa"/>
              <w:right w:w="70" w:type="dxa"/>
            </w:tcMar>
          </w:tcPr>
          <w:p w14:paraId="73BD5C2A"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Accountable institution</w:t>
            </w:r>
          </w:p>
        </w:tc>
        <w:tc>
          <w:tcPr>
            <w:tcW w:w="1940" w:type="dxa"/>
            <w:tcMar>
              <w:top w:w="70" w:type="dxa"/>
              <w:left w:w="70" w:type="dxa"/>
              <w:bottom w:w="70" w:type="dxa"/>
              <w:right w:w="70" w:type="dxa"/>
            </w:tcMar>
          </w:tcPr>
          <w:p w14:paraId="4285B8BC"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Supporting institution / partners</w:t>
            </w:r>
          </w:p>
        </w:tc>
        <w:tc>
          <w:tcPr>
            <w:tcW w:w="1935" w:type="dxa"/>
            <w:tcMar>
              <w:top w:w="70" w:type="dxa"/>
              <w:left w:w="70" w:type="dxa"/>
              <w:bottom w:w="70" w:type="dxa"/>
              <w:right w:w="70" w:type="dxa"/>
            </w:tcMar>
          </w:tcPr>
          <w:p w14:paraId="1F0CD958"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Five-year outputs</w:t>
            </w:r>
          </w:p>
        </w:tc>
        <w:tc>
          <w:tcPr>
            <w:tcW w:w="1719" w:type="dxa"/>
            <w:tcMar>
              <w:top w:w="70" w:type="dxa"/>
              <w:left w:w="70" w:type="dxa"/>
              <w:bottom w:w="70" w:type="dxa"/>
              <w:right w:w="70" w:type="dxa"/>
            </w:tcMar>
          </w:tcPr>
          <w:p w14:paraId="4AFABEAA"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Coordination mechanism</w:t>
            </w:r>
          </w:p>
        </w:tc>
      </w:tr>
      <w:tr w:rsidR="0061162A" w:rsidRPr="00DB6570" w14:paraId="30818D60" w14:textId="77777777" w:rsidTr="005E44DD">
        <w:trPr>
          <w:cantSplit/>
          <w:jc w:val="center"/>
        </w:trPr>
        <w:tc>
          <w:tcPr>
            <w:tcW w:w="1819" w:type="dxa"/>
            <w:tcMar>
              <w:top w:w="70" w:type="dxa"/>
              <w:left w:w="70" w:type="dxa"/>
              <w:bottom w:w="70" w:type="dxa"/>
              <w:right w:w="70" w:type="dxa"/>
            </w:tcMar>
          </w:tcPr>
          <w:p w14:paraId="66BDDD4E" w14:textId="1F7F66D5" w:rsidR="0061162A" w:rsidRPr="00DB6570" w:rsidRDefault="0061162A">
            <w:pPr>
              <w:pStyle w:val="ResponsePlaceholder"/>
              <w:rPr>
                <w:rFonts w:ascii="Times New Roman" w:hAnsi="Times New Roman" w:cs="Times New Roman"/>
                <w:color w:val="auto"/>
                <w:sz w:val="22"/>
              </w:rPr>
            </w:pPr>
          </w:p>
        </w:tc>
        <w:tc>
          <w:tcPr>
            <w:tcW w:w="1587" w:type="dxa"/>
            <w:tcMar>
              <w:top w:w="70" w:type="dxa"/>
              <w:left w:w="70" w:type="dxa"/>
              <w:bottom w:w="70" w:type="dxa"/>
              <w:right w:w="70" w:type="dxa"/>
            </w:tcMar>
          </w:tcPr>
          <w:p w14:paraId="1CDFE6A9" w14:textId="7598C4AE" w:rsidR="0061162A" w:rsidRPr="00DB6570" w:rsidRDefault="0061162A">
            <w:pPr>
              <w:pStyle w:val="ResponsePlaceholder"/>
              <w:rPr>
                <w:rFonts w:ascii="Times New Roman" w:hAnsi="Times New Roman" w:cs="Times New Roman"/>
                <w:color w:val="auto"/>
                <w:sz w:val="22"/>
              </w:rPr>
            </w:pPr>
          </w:p>
        </w:tc>
        <w:tc>
          <w:tcPr>
            <w:tcW w:w="1940" w:type="dxa"/>
            <w:tcMar>
              <w:top w:w="70" w:type="dxa"/>
              <w:left w:w="70" w:type="dxa"/>
              <w:bottom w:w="70" w:type="dxa"/>
              <w:right w:w="70" w:type="dxa"/>
            </w:tcMar>
          </w:tcPr>
          <w:p w14:paraId="54A09565" w14:textId="00BE361C" w:rsidR="0061162A" w:rsidRPr="00DB6570" w:rsidRDefault="0061162A">
            <w:pPr>
              <w:pStyle w:val="ResponsePlaceholder"/>
              <w:rPr>
                <w:rFonts w:ascii="Times New Roman" w:hAnsi="Times New Roman" w:cs="Times New Roman"/>
                <w:color w:val="auto"/>
                <w:sz w:val="22"/>
              </w:rPr>
            </w:pPr>
          </w:p>
        </w:tc>
        <w:tc>
          <w:tcPr>
            <w:tcW w:w="1935" w:type="dxa"/>
            <w:tcMar>
              <w:top w:w="70" w:type="dxa"/>
              <w:left w:w="70" w:type="dxa"/>
              <w:bottom w:w="70" w:type="dxa"/>
              <w:right w:w="70" w:type="dxa"/>
            </w:tcMar>
          </w:tcPr>
          <w:p w14:paraId="2F901FC8" w14:textId="1C2E7D0E" w:rsidR="0061162A" w:rsidRPr="00DB6570" w:rsidRDefault="0061162A">
            <w:pPr>
              <w:pStyle w:val="ResponsePlaceholder"/>
              <w:rPr>
                <w:rFonts w:ascii="Times New Roman" w:hAnsi="Times New Roman" w:cs="Times New Roman"/>
                <w:color w:val="auto"/>
                <w:sz w:val="22"/>
              </w:rPr>
            </w:pPr>
          </w:p>
        </w:tc>
        <w:tc>
          <w:tcPr>
            <w:tcW w:w="1719" w:type="dxa"/>
            <w:tcMar>
              <w:top w:w="70" w:type="dxa"/>
              <w:left w:w="70" w:type="dxa"/>
              <w:bottom w:w="70" w:type="dxa"/>
              <w:right w:w="70" w:type="dxa"/>
            </w:tcMar>
          </w:tcPr>
          <w:p w14:paraId="471FF833" w14:textId="3E80545C" w:rsidR="0061162A" w:rsidRPr="00DB6570" w:rsidRDefault="0061162A">
            <w:pPr>
              <w:pStyle w:val="ResponsePlaceholder"/>
              <w:rPr>
                <w:rFonts w:ascii="Times New Roman" w:hAnsi="Times New Roman" w:cs="Times New Roman"/>
                <w:color w:val="auto"/>
                <w:sz w:val="22"/>
              </w:rPr>
            </w:pPr>
          </w:p>
        </w:tc>
      </w:tr>
      <w:tr w:rsidR="0061162A" w:rsidRPr="00DB6570" w14:paraId="7955BEFB" w14:textId="77777777" w:rsidTr="005E44DD">
        <w:trPr>
          <w:cantSplit/>
          <w:jc w:val="center"/>
        </w:trPr>
        <w:tc>
          <w:tcPr>
            <w:tcW w:w="1819" w:type="dxa"/>
            <w:tcMar>
              <w:top w:w="70" w:type="dxa"/>
              <w:left w:w="70" w:type="dxa"/>
              <w:bottom w:w="70" w:type="dxa"/>
              <w:right w:w="70" w:type="dxa"/>
            </w:tcMar>
          </w:tcPr>
          <w:p w14:paraId="75197556" w14:textId="5C311D55" w:rsidR="0061162A" w:rsidRPr="00DB6570" w:rsidRDefault="0061162A">
            <w:pPr>
              <w:pStyle w:val="ResponsePlaceholder"/>
              <w:rPr>
                <w:rFonts w:ascii="Times New Roman" w:hAnsi="Times New Roman" w:cs="Times New Roman"/>
                <w:color w:val="auto"/>
                <w:sz w:val="22"/>
              </w:rPr>
            </w:pPr>
          </w:p>
        </w:tc>
        <w:tc>
          <w:tcPr>
            <w:tcW w:w="1587" w:type="dxa"/>
            <w:tcMar>
              <w:top w:w="70" w:type="dxa"/>
              <w:left w:w="70" w:type="dxa"/>
              <w:bottom w:w="70" w:type="dxa"/>
              <w:right w:w="70" w:type="dxa"/>
            </w:tcMar>
          </w:tcPr>
          <w:p w14:paraId="6CB75FCC" w14:textId="633F282F" w:rsidR="0061162A" w:rsidRPr="00DB6570" w:rsidRDefault="0061162A">
            <w:pPr>
              <w:pStyle w:val="ResponsePlaceholder"/>
              <w:rPr>
                <w:rFonts w:ascii="Times New Roman" w:hAnsi="Times New Roman" w:cs="Times New Roman"/>
                <w:color w:val="auto"/>
                <w:sz w:val="22"/>
              </w:rPr>
            </w:pPr>
          </w:p>
        </w:tc>
        <w:tc>
          <w:tcPr>
            <w:tcW w:w="1940" w:type="dxa"/>
            <w:tcMar>
              <w:top w:w="70" w:type="dxa"/>
              <w:left w:w="70" w:type="dxa"/>
              <w:bottom w:w="70" w:type="dxa"/>
              <w:right w:w="70" w:type="dxa"/>
            </w:tcMar>
          </w:tcPr>
          <w:p w14:paraId="51E3032E" w14:textId="08F578E8" w:rsidR="0061162A" w:rsidRPr="00DB6570" w:rsidRDefault="0061162A">
            <w:pPr>
              <w:pStyle w:val="ResponsePlaceholder"/>
              <w:rPr>
                <w:rFonts w:ascii="Times New Roman" w:hAnsi="Times New Roman" w:cs="Times New Roman"/>
                <w:color w:val="auto"/>
                <w:sz w:val="22"/>
              </w:rPr>
            </w:pPr>
          </w:p>
        </w:tc>
        <w:tc>
          <w:tcPr>
            <w:tcW w:w="1935" w:type="dxa"/>
            <w:tcMar>
              <w:top w:w="70" w:type="dxa"/>
              <w:left w:w="70" w:type="dxa"/>
              <w:bottom w:w="70" w:type="dxa"/>
              <w:right w:w="70" w:type="dxa"/>
            </w:tcMar>
          </w:tcPr>
          <w:p w14:paraId="0CFDCF1C" w14:textId="4C2C09FD" w:rsidR="0061162A" w:rsidRPr="00DB6570" w:rsidRDefault="0061162A">
            <w:pPr>
              <w:pStyle w:val="ResponsePlaceholder"/>
              <w:rPr>
                <w:rFonts w:ascii="Times New Roman" w:hAnsi="Times New Roman" w:cs="Times New Roman"/>
                <w:color w:val="auto"/>
                <w:sz w:val="22"/>
              </w:rPr>
            </w:pPr>
          </w:p>
        </w:tc>
        <w:tc>
          <w:tcPr>
            <w:tcW w:w="1719" w:type="dxa"/>
            <w:tcMar>
              <w:top w:w="70" w:type="dxa"/>
              <w:left w:w="70" w:type="dxa"/>
              <w:bottom w:w="70" w:type="dxa"/>
              <w:right w:w="70" w:type="dxa"/>
            </w:tcMar>
          </w:tcPr>
          <w:p w14:paraId="7FFF1F03" w14:textId="5088011B" w:rsidR="0061162A" w:rsidRPr="00DB6570" w:rsidRDefault="0061162A">
            <w:pPr>
              <w:pStyle w:val="ResponsePlaceholder"/>
              <w:rPr>
                <w:rFonts w:ascii="Times New Roman" w:hAnsi="Times New Roman" w:cs="Times New Roman"/>
                <w:color w:val="auto"/>
                <w:sz w:val="22"/>
              </w:rPr>
            </w:pPr>
          </w:p>
        </w:tc>
      </w:tr>
      <w:tr w:rsidR="0061162A" w:rsidRPr="00DB6570" w14:paraId="36B3F1C3" w14:textId="77777777" w:rsidTr="005E44DD">
        <w:trPr>
          <w:cantSplit/>
          <w:jc w:val="center"/>
        </w:trPr>
        <w:tc>
          <w:tcPr>
            <w:tcW w:w="1819" w:type="dxa"/>
            <w:tcMar>
              <w:top w:w="70" w:type="dxa"/>
              <w:left w:w="70" w:type="dxa"/>
              <w:bottom w:w="70" w:type="dxa"/>
              <w:right w:w="70" w:type="dxa"/>
            </w:tcMar>
          </w:tcPr>
          <w:p w14:paraId="698C9DFD" w14:textId="0C9F4C9E" w:rsidR="0061162A" w:rsidRPr="00DB6570" w:rsidRDefault="0061162A">
            <w:pPr>
              <w:pStyle w:val="ResponsePlaceholder"/>
              <w:rPr>
                <w:rFonts w:ascii="Times New Roman" w:hAnsi="Times New Roman" w:cs="Times New Roman"/>
                <w:color w:val="auto"/>
                <w:sz w:val="22"/>
              </w:rPr>
            </w:pPr>
          </w:p>
        </w:tc>
        <w:tc>
          <w:tcPr>
            <w:tcW w:w="1587" w:type="dxa"/>
            <w:tcMar>
              <w:top w:w="70" w:type="dxa"/>
              <w:left w:w="70" w:type="dxa"/>
              <w:bottom w:w="70" w:type="dxa"/>
              <w:right w:w="70" w:type="dxa"/>
            </w:tcMar>
          </w:tcPr>
          <w:p w14:paraId="5295E806" w14:textId="564AFAC6" w:rsidR="0061162A" w:rsidRPr="00DB6570" w:rsidRDefault="0061162A">
            <w:pPr>
              <w:pStyle w:val="ResponsePlaceholder"/>
              <w:rPr>
                <w:rFonts w:ascii="Times New Roman" w:hAnsi="Times New Roman" w:cs="Times New Roman"/>
                <w:color w:val="auto"/>
                <w:sz w:val="22"/>
              </w:rPr>
            </w:pPr>
          </w:p>
        </w:tc>
        <w:tc>
          <w:tcPr>
            <w:tcW w:w="1940" w:type="dxa"/>
            <w:tcMar>
              <w:top w:w="70" w:type="dxa"/>
              <w:left w:w="70" w:type="dxa"/>
              <w:bottom w:w="70" w:type="dxa"/>
              <w:right w:w="70" w:type="dxa"/>
            </w:tcMar>
          </w:tcPr>
          <w:p w14:paraId="5BF30459" w14:textId="158372AC" w:rsidR="0061162A" w:rsidRPr="00DB6570" w:rsidRDefault="0061162A">
            <w:pPr>
              <w:pStyle w:val="ResponsePlaceholder"/>
              <w:rPr>
                <w:rFonts w:ascii="Times New Roman" w:hAnsi="Times New Roman" w:cs="Times New Roman"/>
                <w:color w:val="auto"/>
                <w:sz w:val="22"/>
              </w:rPr>
            </w:pPr>
          </w:p>
        </w:tc>
        <w:tc>
          <w:tcPr>
            <w:tcW w:w="1935" w:type="dxa"/>
            <w:tcMar>
              <w:top w:w="70" w:type="dxa"/>
              <w:left w:w="70" w:type="dxa"/>
              <w:bottom w:w="70" w:type="dxa"/>
              <w:right w:w="70" w:type="dxa"/>
            </w:tcMar>
          </w:tcPr>
          <w:p w14:paraId="14FA9FD4" w14:textId="6ED2E3CF" w:rsidR="0061162A" w:rsidRPr="00DB6570" w:rsidRDefault="0061162A">
            <w:pPr>
              <w:pStyle w:val="ResponsePlaceholder"/>
              <w:rPr>
                <w:rFonts w:ascii="Times New Roman" w:hAnsi="Times New Roman" w:cs="Times New Roman"/>
                <w:color w:val="auto"/>
                <w:sz w:val="22"/>
              </w:rPr>
            </w:pPr>
          </w:p>
        </w:tc>
        <w:tc>
          <w:tcPr>
            <w:tcW w:w="1719" w:type="dxa"/>
            <w:tcMar>
              <w:top w:w="70" w:type="dxa"/>
              <w:left w:w="70" w:type="dxa"/>
              <w:bottom w:w="70" w:type="dxa"/>
              <w:right w:w="70" w:type="dxa"/>
            </w:tcMar>
          </w:tcPr>
          <w:p w14:paraId="6DD24528" w14:textId="2B7A664D" w:rsidR="0061162A" w:rsidRPr="00DB6570" w:rsidRDefault="0061162A">
            <w:pPr>
              <w:pStyle w:val="ResponsePlaceholder"/>
              <w:rPr>
                <w:rFonts w:ascii="Times New Roman" w:hAnsi="Times New Roman" w:cs="Times New Roman"/>
                <w:color w:val="auto"/>
                <w:sz w:val="22"/>
              </w:rPr>
            </w:pPr>
          </w:p>
        </w:tc>
      </w:tr>
      <w:tr w:rsidR="0061162A" w:rsidRPr="00DB6570" w14:paraId="44D756BB" w14:textId="77777777" w:rsidTr="005E44DD">
        <w:trPr>
          <w:cantSplit/>
          <w:jc w:val="center"/>
        </w:trPr>
        <w:tc>
          <w:tcPr>
            <w:tcW w:w="1819" w:type="dxa"/>
            <w:tcMar>
              <w:top w:w="70" w:type="dxa"/>
              <w:left w:w="70" w:type="dxa"/>
              <w:bottom w:w="70" w:type="dxa"/>
              <w:right w:w="70" w:type="dxa"/>
            </w:tcMar>
          </w:tcPr>
          <w:p w14:paraId="304EA4C6" w14:textId="11B3533E" w:rsidR="0061162A" w:rsidRPr="00DB6570" w:rsidRDefault="0061162A">
            <w:pPr>
              <w:pStyle w:val="ResponsePlaceholder"/>
              <w:rPr>
                <w:rFonts w:ascii="Times New Roman" w:hAnsi="Times New Roman" w:cs="Times New Roman"/>
                <w:color w:val="auto"/>
                <w:sz w:val="22"/>
              </w:rPr>
            </w:pPr>
          </w:p>
        </w:tc>
        <w:tc>
          <w:tcPr>
            <w:tcW w:w="1587" w:type="dxa"/>
            <w:tcMar>
              <w:top w:w="70" w:type="dxa"/>
              <w:left w:w="70" w:type="dxa"/>
              <w:bottom w:w="70" w:type="dxa"/>
              <w:right w:w="70" w:type="dxa"/>
            </w:tcMar>
          </w:tcPr>
          <w:p w14:paraId="54141F16" w14:textId="278D3F00" w:rsidR="0061162A" w:rsidRPr="00DB6570" w:rsidRDefault="0061162A">
            <w:pPr>
              <w:pStyle w:val="ResponsePlaceholder"/>
              <w:rPr>
                <w:rFonts w:ascii="Times New Roman" w:hAnsi="Times New Roman" w:cs="Times New Roman"/>
                <w:color w:val="auto"/>
                <w:sz w:val="22"/>
              </w:rPr>
            </w:pPr>
          </w:p>
        </w:tc>
        <w:tc>
          <w:tcPr>
            <w:tcW w:w="1940" w:type="dxa"/>
            <w:tcMar>
              <w:top w:w="70" w:type="dxa"/>
              <w:left w:w="70" w:type="dxa"/>
              <w:bottom w:w="70" w:type="dxa"/>
              <w:right w:w="70" w:type="dxa"/>
            </w:tcMar>
          </w:tcPr>
          <w:p w14:paraId="22F9830F" w14:textId="70B6B5CB" w:rsidR="0061162A" w:rsidRPr="00DB6570" w:rsidRDefault="0061162A">
            <w:pPr>
              <w:pStyle w:val="ResponsePlaceholder"/>
              <w:rPr>
                <w:rFonts w:ascii="Times New Roman" w:hAnsi="Times New Roman" w:cs="Times New Roman"/>
                <w:color w:val="auto"/>
                <w:sz w:val="22"/>
              </w:rPr>
            </w:pPr>
          </w:p>
        </w:tc>
        <w:tc>
          <w:tcPr>
            <w:tcW w:w="1935" w:type="dxa"/>
            <w:tcMar>
              <w:top w:w="70" w:type="dxa"/>
              <w:left w:w="70" w:type="dxa"/>
              <w:bottom w:w="70" w:type="dxa"/>
              <w:right w:w="70" w:type="dxa"/>
            </w:tcMar>
          </w:tcPr>
          <w:p w14:paraId="592597C9" w14:textId="2C6921EF" w:rsidR="0061162A" w:rsidRPr="00DB6570" w:rsidRDefault="0061162A">
            <w:pPr>
              <w:pStyle w:val="ResponsePlaceholder"/>
              <w:rPr>
                <w:rFonts w:ascii="Times New Roman" w:hAnsi="Times New Roman" w:cs="Times New Roman"/>
                <w:color w:val="auto"/>
                <w:sz w:val="22"/>
              </w:rPr>
            </w:pPr>
          </w:p>
        </w:tc>
        <w:tc>
          <w:tcPr>
            <w:tcW w:w="1719" w:type="dxa"/>
            <w:tcMar>
              <w:top w:w="70" w:type="dxa"/>
              <w:left w:w="70" w:type="dxa"/>
              <w:bottom w:w="70" w:type="dxa"/>
              <w:right w:w="70" w:type="dxa"/>
            </w:tcMar>
          </w:tcPr>
          <w:p w14:paraId="123CE2D9" w14:textId="5847AAF5" w:rsidR="0061162A" w:rsidRPr="00DB6570" w:rsidRDefault="0061162A">
            <w:pPr>
              <w:pStyle w:val="ResponsePlaceholder"/>
              <w:rPr>
                <w:rFonts w:ascii="Times New Roman" w:hAnsi="Times New Roman" w:cs="Times New Roman"/>
                <w:color w:val="auto"/>
                <w:sz w:val="22"/>
              </w:rPr>
            </w:pPr>
          </w:p>
        </w:tc>
      </w:tr>
    </w:tbl>
    <w:p w14:paraId="2492D30D" w14:textId="77777777" w:rsidR="0061162A" w:rsidRPr="00DB6570" w:rsidRDefault="0061162A">
      <w:pPr>
        <w:spacing w:after="0"/>
        <w:rPr>
          <w:rFonts w:ascii="Times New Roman" w:hAnsi="Times New Roman" w:cs="Times New Roman"/>
          <w:sz w:val="22"/>
        </w:rPr>
      </w:pPr>
    </w:p>
    <w:p w14:paraId="2B123FA7" w14:textId="69B0D7DC" w:rsidR="00D0251E" w:rsidRPr="00DB6570" w:rsidRDefault="00D0251E" w:rsidP="00D0251E">
      <w:pPr>
        <w:spacing w:after="0"/>
        <w:rPr>
          <w:rFonts w:ascii="Times New Roman" w:hAnsi="Times New Roman" w:cs="Times New Roman"/>
          <w:sz w:val="22"/>
        </w:rPr>
      </w:pPr>
    </w:p>
    <w:p w14:paraId="7620C0BB" w14:textId="18337DB2" w:rsidR="00D0251E" w:rsidRPr="00DB6570" w:rsidRDefault="002B65F2" w:rsidP="00D0251E">
      <w:pPr>
        <w:pStyle w:val="Heading3"/>
        <w:rPr>
          <w:rFonts w:ascii="Times New Roman" w:hAnsi="Times New Roman" w:cs="Times New Roman"/>
          <w:color w:val="auto"/>
          <w:sz w:val="22"/>
        </w:rPr>
      </w:pPr>
      <w:bookmarkStart w:id="20" w:name="_Toc237525215"/>
      <w:r w:rsidRPr="00DB6570">
        <w:rPr>
          <w:rFonts w:ascii="Times New Roman" w:hAnsi="Times New Roman" w:cs="Times New Roman"/>
          <w:color w:val="auto"/>
          <w:sz w:val="22"/>
        </w:rPr>
        <w:t>3.</w:t>
      </w:r>
      <w:r w:rsidR="00A00670" w:rsidRPr="00DB6570">
        <w:rPr>
          <w:rFonts w:ascii="Times New Roman" w:hAnsi="Times New Roman" w:cs="Times New Roman"/>
          <w:color w:val="auto"/>
          <w:sz w:val="22"/>
        </w:rPr>
        <w:t>3</w:t>
      </w:r>
      <w:r w:rsidRPr="00DB6570">
        <w:rPr>
          <w:rFonts w:ascii="Times New Roman" w:hAnsi="Times New Roman" w:cs="Times New Roman"/>
          <w:color w:val="auto"/>
          <w:sz w:val="22"/>
        </w:rPr>
        <w:t>.</w:t>
      </w:r>
      <w:r w:rsidR="00A00670" w:rsidRPr="00DB6570">
        <w:rPr>
          <w:rFonts w:ascii="Times New Roman" w:hAnsi="Times New Roman" w:cs="Times New Roman"/>
          <w:color w:val="auto"/>
          <w:sz w:val="22"/>
        </w:rPr>
        <w:t xml:space="preserve">2 </w:t>
      </w:r>
      <w:r w:rsidR="00D0251E" w:rsidRPr="00DB6570">
        <w:rPr>
          <w:rFonts w:ascii="Times New Roman" w:hAnsi="Times New Roman" w:cs="Times New Roman"/>
          <w:color w:val="auto"/>
          <w:sz w:val="22"/>
        </w:rPr>
        <w:t>Joint Governance Matrix</w:t>
      </w:r>
      <w:bookmarkEnd w:id="20"/>
    </w:p>
    <w:tbl>
      <w:tblPr>
        <w:tblStyle w:val="TableGrid"/>
        <w:tblW w:w="9000" w:type="dxa"/>
        <w:jc w:val="center"/>
        <w:tblLook w:val="04A0" w:firstRow="1" w:lastRow="0" w:firstColumn="1" w:lastColumn="0" w:noHBand="0" w:noVBand="1"/>
      </w:tblPr>
      <w:tblGrid>
        <w:gridCol w:w="1439"/>
        <w:gridCol w:w="2220"/>
        <w:gridCol w:w="2409"/>
        <w:gridCol w:w="1279"/>
        <w:gridCol w:w="1653"/>
      </w:tblGrid>
      <w:tr w:rsidR="00D0251E" w:rsidRPr="00DB6570" w14:paraId="3B0DB177" w14:textId="49987A6F" w:rsidTr="0021427D">
        <w:trPr>
          <w:tblHeader/>
          <w:jc w:val="center"/>
        </w:trPr>
        <w:tc>
          <w:tcPr>
            <w:tcW w:w="1439" w:type="dxa"/>
            <w:tcMar>
              <w:top w:w="70" w:type="dxa"/>
              <w:left w:w="70" w:type="dxa"/>
              <w:bottom w:w="70" w:type="dxa"/>
              <w:right w:w="70" w:type="dxa"/>
            </w:tcMar>
          </w:tcPr>
          <w:p w14:paraId="618EC8AF" w14:textId="6E8AD9CE" w:rsidR="00D0251E" w:rsidRPr="00DB6570" w:rsidRDefault="00D0251E" w:rsidP="003D4976">
            <w:pPr>
              <w:rPr>
                <w:rFonts w:ascii="Times New Roman" w:hAnsi="Times New Roman" w:cs="Times New Roman"/>
                <w:sz w:val="22"/>
              </w:rPr>
            </w:pPr>
            <w:r w:rsidRPr="00DB6570">
              <w:rPr>
                <w:rFonts w:ascii="Times New Roman" w:hAnsi="Times New Roman" w:cs="Times New Roman"/>
                <w:b/>
                <w:sz w:val="22"/>
              </w:rPr>
              <w:t>Body / role</w:t>
            </w:r>
          </w:p>
        </w:tc>
        <w:tc>
          <w:tcPr>
            <w:tcW w:w="2220" w:type="dxa"/>
            <w:tcMar>
              <w:top w:w="70" w:type="dxa"/>
              <w:left w:w="70" w:type="dxa"/>
              <w:bottom w:w="70" w:type="dxa"/>
              <w:right w:w="70" w:type="dxa"/>
            </w:tcMar>
          </w:tcPr>
          <w:p w14:paraId="3DB5BA11" w14:textId="2FAB2851" w:rsidR="00D0251E" w:rsidRPr="00DB6570" w:rsidRDefault="00D0251E" w:rsidP="003D4976">
            <w:pPr>
              <w:rPr>
                <w:rFonts w:ascii="Times New Roman" w:hAnsi="Times New Roman" w:cs="Times New Roman"/>
                <w:sz w:val="22"/>
              </w:rPr>
            </w:pPr>
            <w:r w:rsidRPr="00DB6570">
              <w:rPr>
                <w:rFonts w:ascii="Times New Roman" w:hAnsi="Times New Roman" w:cs="Times New Roman"/>
                <w:b/>
                <w:sz w:val="22"/>
              </w:rPr>
              <w:t>Membership</w:t>
            </w:r>
          </w:p>
        </w:tc>
        <w:tc>
          <w:tcPr>
            <w:tcW w:w="2409" w:type="dxa"/>
            <w:tcMar>
              <w:top w:w="70" w:type="dxa"/>
              <w:left w:w="70" w:type="dxa"/>
              <w:bottom w:w="70" w:type="dxa"/>
              <w:right w:w="70" w:type="dxa"/>
            </w:tcMar>
          </w:tcPr>
          <w:p w14:paraId="7FAFE581" w14:textId="495E81FD" w:rsidR="00D0251E" w:rsidRPr="00DB6570" w:rsidRDefault="00D0251E" w:rsidP="003D4976">
            <w:pPr>
              <w:rPr>
                <w:rFonts w:ascii="Times New Roman" w:hAnsi="Times New Roman" w:cs="Times New Roman"/>
                <w:sz w:val="22"/>
              </w:rPr>
            </w:pPr>
            <w:r w:rsidRPr="00DB6570">
              <w:rPr>
                <w:rFonts w:ascii="Times New Roman" w:hAnsi="Times New Roman" w:cs="Times New Roman"/>
                <w:b/>
                <w:sz w:val="22"/>
              </w:rPr>
              <w:t>Mandate and decisions</w:t>
            </w:r>
          </w:p>
        </w:tc>
        <w:tc>
          <w:tcPr>
            <w:tcW w:w="1279" w:type="dxa"/>
            <w:tcMar>
              <w:top w:w="70" w:type="dxa"/>
              <w:left w:w="70" w:type="dxa"/>
              <w:bottom w:w="70" w:type="dxa"/>
              <w:right w:w="70" w:type="dxa"/>
            </w:tcMar>
          </w:tcPr>
          <w:p w14:paraId="1A048312" w14:textId="25B78F05" w:rsidR="00D0251E" w:rsidRPr="00DB6570" w:rsidRDefault="00D0251E" w:rsidP="003D4976">
            <w:pPr>
              <w:rPr>
                <w:rFonts w:ascii="Times New Roman" w:hAnsi="Times New Roman" w:cs="Times New Roman"/>
                <w:sz w:val="22"/>
              </w:rPr>
            </w:pPr>
            <w:r w:rsidRPr="00DB6570">
              <w:rPr>
                <w:rFonts w:ascii="Times New Roman" w:hAnsi="Times New Roman" w:cs="Times New Roman"/>
                <w:b/>
                <w:sz w:val="22"/>
              </w:rPr>
              <w:t>Meeting frequency</w:t>
            </w:r>
          </w:p>
        </w:tc>
        <w:tc>
          <w:tcPr>
            <w:tcW w:w="1653" w:type="dxa"/>
            <w:tcMar>
              <w:top w:w="70" w:type="dxa"/>
              <w:left w:w="70" w:type="dxa"/>
              <w:bottom w:w="70" w:type="dxa"/>
              <w:right w:w="70" w:type="dxa"/>
            </w:tcMar>
          </w:tcPr>
          <w:p w14:paraId="3A251119" w14:textId="40C7BC88" w:rsidR="00D0251E" w:rsidRPr="00DB6570" w:rsidRDefault="00D0251E" w:rsidP="003D4976">
            <w:pPr>
              <w:rPr>
                <w:rFonts w:ascii="Times New Roman" w:hAnsi="Times New Roman" w:cs="Times New Roman"/>
                <w:sz w:val="22"/>
              </w:rPr>
            </w:pPr>
            <w:r w:rsidRPr="00DB6570">
              <w:rPr>
                <w:rFonts w:ascii="Times New Roman" w:hAnsi="Times New Roman" w:cs="Times New Roman"/>
                <w:b/>
                <w:sz w:val="22"/>
              </w:rPr>
              <w:t>Secretariat / reporting line</w:t>
            </w:r>
          </w:p>
        </w:tc>
      </w:tr>
      <w:tr w:rsidR="00D0251E" w:rsidRPr="00DB6570" w14:paraId="437BF1DE" w14:textId="1112B365" w:rsidTr="005E44DD">
        <w:trPr>
          <w:cantSplit/>
          <w:jc w:val="center"/>
        </w:trPr>
        <w:tc>
          <w:tcPr>
            <w:tcW w:w="1439" w:type="dxa"/>
            <w:tcMar>
              <w:top w:w="70" w:type="dxa"/>
              <w:left w:w="70" w:type="dxa"/>
              <w:bottom w:w="70" w:type="dxa"/>
              <w:right w:w="70" w:type="dxa"/>
            </w:tcMar>
          </w:tcPr>
          <w:p w14:paraId="175E03B7" w14:textId="799DC3AC" w:rsidR="00D0251E" w:rsidRPr="00DB6570" w:rsidRDefault="00D0251E" w:rsidP="003D4976">
            <w:pPr>
              <w:pStyle w:val="ResponsePlaceholder"/>
              <w:rPr>
                <w:rFonts w:ascii="Times New Roman" w:hAnsi="Times New Roman" w:cs="Times New Roman"/>
                <w:color w:val="auto"/>
                <w:sz w:val="22"/>
              </w:rPr>
            </w:pPr>
          </w:p>
        </w:tc>
        <w:tc>
          <w:tcPr>
            <w:tcW w:w="2220" w:type="dxa"/>
            <w:tcMar>
              <w:top w:w="70" w:type="dxa"/>
              <w:left w:w="70" w:type="dxa"/>
              <w:bottom w:w="70" w:type="dxa"/>
              <w:right w:w="70" w:type="dxa"/>
            </w:tcMar>
          </w:tcPr>
          <w:p w14:paraId="0CC14306" w14:textId="34688509" w:rsidR="00D0251E" w:rsidRPr="00DB6570" w:rsidRDefault="00D0251E" w:rsidP="003D4976">
            <w:pPr>
              <w:pStyle w:val="ResponsePlaceholder"/>
              <w:rPr>
                <w:rFonts w:ascii="Times New Roman" w:hAnsi="Times New Roman" w:cs="Times New Roman"/>
                <w:color w:val="auto"/>
                <w:sz w:val="22"/>
              </w:rPr>
            </w:pPr>
          </w:p>
        </w:tc>
        <w:tc>
          <w:tcPr>
            <w:tcW w:w="2409" w:type="dxa"/>
            <w:tcMar>
              <w:top w:w="70" w:type="dxa"/>
              <w:left w:w="70" w:type="dxa"/>
              <w:bottom w:w="70" w:type="dxa"/>
              <w:right w:w="70" w:type="dxa"/>
            </w:tcMar>
          </w:tcPr>
          <w:p w14:paraId="6D34F1DA" w14:textId="28C4854F" w:rsidR="00D0251E" w:rsidRPr="00DB6570" w:rsidRDefault="00D0251E" w:rsidP="003D4976">
            <w:pPr>
              <w:pStyle w:val="ResponsePlaceholder"/>
              <w:rPr>
                <w:rFonts w:ascii="Times New Roman" w:hAnsi="Times New Roman" w:cs="Times New Roman"/>
                <w:color w:val="auto"/>
                <w:sz w:val="22"/>
              </w:rPr>
            </w:pPr>
          </w:p>
        </w:tc>
        <w:tc>
          <w:tcPr>
            <w:tcW w:w="1279" w:type="dxa"/>
            <w:tcMar>
              <w:top w:w="70" w:type="dxa"/>
              <w:left w:w="70" w:type="dxa"/>
              <w:bottom w:w="70" w:type="dxa"/>
              <w:right w:w="70" w:type="dxa"/>
            </w:tcMar>
          </w:tcPr>
          <w:p w14:paraId="232F2CA3" w14:textId="163AF5C7" w:rsidR="00D0251E" w:rsidRPr="00DB6570" w:rsidRDefault="00D0251E" w:rsidP="003D4976">
            <w:pPr>
              <w:pStyle w:val="ResponsePlaceholder"/>
              <w:rPr>
                <w:rFonts w:ascii="Times New Roman" w:hAnsi="Times New Roman" w:cs="Times New Roman"/>
                <w:color w:val="auto"/>
                <w:sz w:val="22"/>
              </w:rPr>
            </w:pPr>
          </w:p>
        </w:tc>
        <w:tc>
          <w:tcPr>
            <w:tcW w:w="1653" w:type="dxa"/>
            <w:tcMar>
              <w:top w:w="70" w:type="dxa"/>
              <w:left w:w="70" w:type="dxa"/>
              <w:bottom w:w="70" w:type="dxa"/>
              <w:right w:w="70" w:type="dxa"/>
            </w:tcMar>
          </w:tcPr>
          <w:p w14:paraId="63D0272E" w14:textId="6EF3911B" w:rsidR="00D0251E" w:rsidRPr="00DB6570" w:rsidRDefault="00D0251E" w:rsidP="003D4976">
            <w:pPr>
              <w:pStyle w:val="ResponsePlaceholder"/>
              <w:rPr>
                <w:rFonts w:ascii="Times New Roman" w:hAnsi="Times New Roman" w:cs="Times New Roman"/>
                <w:color w:val="auto"/>
                <w:sz w:val="22"/>
              </w:rPr>
            </w:pPr>
          </w:p>
        </w:tc>
      </w:tr>
      <w:tr w:rsidR="00D0251E" w:rsidRPr="00DB6570" w14:paraId="00F577E8" w14:textId="00743DF5" w:rsidTr="005E44DD">
        <w:trPr>
          <w:cantSplit/>
          <w:jc w:val="center"/>
        </w:trPr>
        <w:tc>
          <w:tcPr>
            <w:tcW w:w="1439" w:type="dxa"/>
            <w:tcMar>
              <w:top w:w="70" w:type="dxa"/>
              <w:left w:w="70" w:type="dxa"/>
              <w:bottom w:w="70" w:type="dxa"/>
              <w:right w:w="70" w:type="dxa"/>
            </w:tcMar>
          </w:tcPr>
          <w:p w14:paraId="04FAA98B" w14:textId="1578E377" w:rsidR="00D0251E" w:rsidRPr="00DB6570" w:rsidRDefault="00D0251E" w:rsidP="003D4976">
            <w:pPr>
              <w:pStyle w:val="ResponsePlaceholder"/>
              <w:rPr>
                <w:rFonts w:ascii="Times New Roman" w:hAnsi="Times New Roman" w:cs="Times New Roman"/>
                <w:color w:val="auto"/>
                <w:sz w:val="22"/>
              </w:rPr>
            </w:pPr>
          </w:p>
        </w:tc>
        <w:tc>
          <w:tcPr>
            <w:tcW w:w="2220" w:type="dxa"/>
            <w:tcMar>
              <w:top w:w="70" w:type="dxa"/>
              <w:left w:w="70" w:type="dxa"/>
              <w:bottom w:w="70" w:type="dxa"/>
              <w:right w:w="70" w:type="dxa"/>
            </w:tcMar>
          </w:tcPr>
          <w:p w14:paraId="1F46EF72" w14:textId="59BB016E" w:rsidR="00D0251E" w:rsidRPr="00DB6570" w:rsidRDefault="00D0251E" w:rsidP="003D4976">
            <w:pPr>
              <w:pStyle w:val="ResponsePlaceholder"/>
              <w:rPr>
                <w:rFonts w:ascii="Times New Roman" w:hAnsi="Times New Roman" w:cs="Times New Roman"/>
                <w:color w:val="auto"/>
                <w:sz w:val="22"/>
              </w:rPr>
            </w:pPr>
          </w:p>
        </w:tc>
        <w:tc>
          <w:tcPr>
            <w:tcW w:w="2409" w:type="dxa"/>
            <w:tcMar>
              <w:top w:w="70" w:type="dxa"/>
              <w:left w:w="70" w:type="dxa"/>
              <w:bottom w:w="70" w:type="dxa"/>
              <w:right w:w="70" w:type="dxa"/>
            </w:tcMar>
          </w:tcPr>
          <w:p w14:paraId="7F5CB9DC" w14:textId="7632B173" w:rsidR="00D0251E" w:rsidRPr="00DB6570" w:rsidRDefault="00D0251E" w:rsidP="003D4976">
            <w:pPr>
              <w:pStyle w:val="ResponsePlaceholder"/>
              <w:rPr>
                <w:rFonts w:ascii="Times New Roman" w:hAnsi="Times New Roman" w:cs="Times New Roman"/>
                <w:color w:val="auto"/>
                <w:sz w:val="22"/>
              </w:rPr>
            </w:pPr>
          </w:p>
        </w:tc>
        <w:tc>
          <w:tcPr>
            <w:tcW w:w="1279" w:type="dxa"/>
            <w:tcMar>
              <w:top w:w="70" w:type="dxa"/>
              <w:left w:w="70" w:type="dxa"/>
              <w:bottom w:w="70" w:type="dxa"/>
              <w:right w:w="70" w:type="dxa"/>
            </w:tcMar>
          </w:tcPr>
          <w:p w14:paraId="235317C6" w14:textId="11CE767A" w:rsidR="00D0251E" w:rsidRPr="00DB6570" w:rsidRDefault="00D0251E" w:rsidP="003D4976">
            <w:pPr>
              <w:pStyle w:val="ResponsePlaceholder"/>
              <w:rPr>
                <w:rFonts w:ascii="Times New Roman" w:hAnsi="Times New Roman" w:cs="Times New Roman"/>
                <w:color w:val="auto"/>
                <w:sz w:val="22"/>
              </w:rPr>
            </w:pPr>
          </w:p>
        </w:tc>
        <w:tc>
          <w:tcPr>
            <w:tcW w:w="1653" w:type="dxa"/>
            <w:tcMar>
              <w:top w:w="70" w:type="dxa"/>
              <w:left w:w="70" w:type="dxa"/>
              <w:bottom w:w="70" w:type="dxa"/>
              <w:right w:w="70" w:type="dxa"/>
            </w:tcMar>
          </w:tcPr>
          <w:p w14:paraId="45C3BB4E" w14:textId="38A3D6CD" w:rsidR="00D0251E" w:rsidRPr="00DB6570" w:rsidRDefault="00D0251E" w:rsidP="003D4976">
            <w:pPr>
              <w:pStyle w:val="ResponsePlaceholder"/>
              <w:rPr>
                <w:rFonts w:ascii="Times New Roman" w:hAnsi="Times New Roman" w:cs="Times New Roman"/>
                <w:color w:val="auto"/>
                <w:sz w:val="22"/>
              </w:rPr>
            </w:pPr>
          </w:p>
        </w:tc>
      </w:tr>
      <w:tr w:rsidR="00D0251E" w:rsidRPr="00DB6570" w14:paraId="52DC9A09" w14:textId="3CA38B24" w:rsidTr="005E44DD">
        <w:trPr>
          <w:cantSplit/>
          <w:jc w:val="center"/>
        </w:trPr>
        <w:tc>
          <w:tcPr>
            <w:tcW w:w="1439" w:type="dxa"/>
            <w:tcMar>
              <w:top w:w="70" w:type="dxa"/>
              <w:left w:w="70" w:type="dxa"/>
              <w:bottom w:w="70" w:type="dxa"/>
              <w:right w:w="70" w:type="dxa"/>
            </w:tcMar>
          </w:tcPr>
          <w:p w14:paraId="6405A737" w14:textId="06799E6C" w:rsidR="00D0251E" w:rsidRPr="00DB6570" w:rsidRDefault="00D0251E" w:rsidP="003D4976">
            <w:pPr>
              <w:pStyle w:val="ResponsePlaceholder"/>
              <w:rPr>
                <w:rFonts w:ascii="Times New Roman" w:hAnsi="Times New Roman" w:cs="Times New Roman"/>
                <w:color w:val="auto"/>
                <w:sz w:val="22"/>
              </w:rPr>
            </w:pPr>
          </w:p>
        </w:tc>
        <w:tc>
          <w:tcPr>
            <w:tcW w:w="2220" w:type="dxa"/>
            <w:tcMar>
              <w:top w:w="70" w:type="dxa"/>
              <w:left w:w="70" w:type="dxa"/>
              <w:bottom w:w="70" w:type="dxa"/>
              <w:right w:w="70" w:type="dxa"/>
            </w:tcMar>
          </w:tcPr>
          <w:p w14:paraId="47ECE211" w14:textId="02BF547B" w:rsidR="00D0251E" w:rsidRPr="00DB6570" w:rsidRDefault="00D0251E" w:rsidP="003D4976">
            <w:pPr>
              <w:pStyle w:val="ResponsePlaceholder"/>
              <w:rPr>
                <w:rFonts w:ascii="Times New Roman" w:hAnsi="Times New Roman" w:cs="Times New Roman"/>
                <w:color w:val="auto"/>
                <w:sz w:val="22"/>
              </w:rPr>
            </w:pPr>
          </w:p>
        </w:tc>
        <w:tc>
          <w:tcPr>
            <w:tcW w:w="2409" w:type="dxa"/>
            <w:tcMar>
              <w:top w:w="70" w:type="dxa"/>
              <w:left w:w="70" w:type="dxa"/>
              <w:bottom w:w="70" w:type="dxa"/>
              <w:right w:w="70" w:type="dxa"/>
            </w:tcMar>
          </w:tcPr>
          <w:p w14:paraId="65A9797E" w14:textId="011896FC" w:rsidR="00D0251E" w:rsidRPr="00DB6570" w:rsidRDefault="00D0251E" w:rsidP="003D4976">
            <w:pPr>
              <w:pStyle w:val="ResponsePlaceholder"/>
              <w:rPr>
                <w:rFonts w:ascii="Times New Roman" w:hAnsi="Times New Roman" w:cs="Times New Roman"/>
                <w:color w:val="auto"/>
                <w:sz w:val="22"/>
              </w:rPr>
            </w:pPr>
          </w:p>
        </w:tc>
        <w:tc>
          <w:tcPr>
            <w:tcW w:w="1279" w:type="dxa"/>
            <w:tcMar>
              <w:top w:w="70" w:type="dxa"/>
              <w:left w:w="70" w:type="dxa"/>
              <w:bottom w:w="70" w:type="dxa"/>
              <w:right w:w="70" w:type="dxa"/>
            </w:tcMar>
          </w:tcPr>
          <w:p w14:paraId="31A6D661" w14:textId="276500C4" w:rsidR="00D0251E" w:rsidRPr="00DB6570" w:rsidRDefault="00D0251E" w:rsidP="003D4976">
            <w:pPr>
              <w:pStyle w:val="ResponsePlaceholder"/>
              <w:rPr>
                <w:rFonts w:ascii="Times New Roman" w:hAnsi="Times New Roman" w:cs="Times New Roman"/>
                <w:color w:val="auto"/>
                <w:sz w:val="22"/>
              </w:rPr>
            </w:pPr>
          </w:p>
        </w:tc>
        <w:tc>
          <w:tcPr>
            <w:tcW w:w="1653" w:type="dxa"/>
            <w:tcMar>
              <w:top w:w="70" w:type="dxa"/>
              <w:left w:w="70" w:type="dxa"/>
              <w:bottom w:w="70" w:type="dxa"/>
              <w:right w:w="70" w:type="dxa"/>
            </w:tcMar>
          </w:tcPr>
          <w:p w14:paraId="687B0786" w14:textId="68DB3595" w:rsidR="00D0251E" w:rsidRPr="00DB6570" w:rsidRDefault="00D0251E" w:rsidP="003D4976">
            <w:pPr>
              <w:pStyle w:val="ResponsePlaceholder"/>
              <w:rPr>
                <w:rFonts w:ascii="Times New Roman" w:hAnsi="Times New Roman" w:cs="Times New Roman"/>
                <w:color w:val="auto"/>
                <w:sz w:val="22"/>
              </w:rPr>
            </w:pPr>
          </w:p>
        </w:tc>
      </w:tr>
      <w:tr w:rsidR="00D0251E" w:rsidRPr="00DB6570" w14:paraId="30AA0979" w14:textId="6F44988A" w:rsidTr="005E44DD">
        <w:trPr>
          <w:cantSplit/>
          <w:jc w:val="center"/>
        </w:trPr>
        <w:tc>
          <w:tcPr>
            <w:tcW w:w="1439" w:type="dxa"/>
            <w:tcMar>
              <w:top w:w="70" w:type="dxa"/>
              <w:left w:w="70" w:type="dxa"/>
              <w:bottom w:w="70" w:type="dxa"/>
              <w:right w:w="70" w:type="dxa"/>
            </w:tcMar>
          </w:tcPr>
          <w:p w14:paraId="740E3CDC" w14:textId="691DC123" w:rsidR="00D0251E" w:rsidRPr="00DB6570" w:rsidRDefault="00D0251E" w:rsidP="003D4976">
            <w:pPr>
              <w:pStyle w:val="ResponsePlaceholder"/>
              <w:rPr>
                <w:rFonts w:ascii="Times New Roman" w:hAnsi="Times New Roman" w:cs="Times New Roman"/>
                <w:color w:val="auto"/>
                <w:sz w:val="22"/>
              </w:rPr>
            </w:pPr>
          </w:p>
        </w:tc>
        <w:tc>
          <w:tcPr>
            <w:tcW w:w="2220" w:type="dxa"/>
            <w:tcMar>
              <w:top w:w="70" w:type="dxa"/>
              <w:left w:w="70" w:type="dxa"/>
              <w:bottom w:w="70" w:type="dxa"/>
              <w:right w:w="70" w:type="dxa"/>
            </w:tcMar>
          </w:tcPr>
          <w:p w14:paraId="6141ABD9" w14:textId="35874C7C" w:rsidR="00D0251E" w:rsidRPr="00DB6570" w:rsidRDefault="00D0251E" w:rsidP="003D4976">
            <w:pPr>
              <w:pStyle w:val="ResponsePlaceholder"/>
              <w:rPr>
                <w:rFonts w:ascii="Times New Roman" w:hAnsi="Times New Roman" w:cs="Times New Roman"/>
                <w:color w:val="auto"/>
                <w:sz w:val="22"/>
              </w:rPr>
            </w:pPr>
          </w:p>
        </w:tc>
        <w:tc>
          <w:tcPr>
            <w:tcW w:w="2409" w:type="dxa"/>
            <w:tcMar>
              <w:top w:w="70" w:type="dxa"/>
              <w:left w:w="70" w:type="dxa"/>
              <w:bottom w:w="70" w:type="dxa"/>
              <w:right w:w="70" w:type="dxa"/>
            </w:tcMar>
          </w:tcPr>
          <w:p w14:paraId="2F6A7B46" w14:textId="228DF2B0" w:rsidR="00D0251E" w:rsidRPr="00DB6570" w:rsidRDefault="00D0251E" w:rsidP="003D4976">
            <w:pPr>
              <w:pStyle w:val="ResponsePlaceholder"/>
              <w:rPr>
                <w:rFonts w:ascii="Times New Roman" w:hAnsi="Times New Roman" w:cs="Times New Roman"/>
                <w:color w:val="auto"/>
                <w:sz w:val="22"/>
              </w:rPr>
            </w:pPr>
          </w:p>
        </w:tc>
        <w:tc>
          <w:tcPr>
            <w:tcW w:w="1279" w:type="dxa"/>
            <w:tcMar>
              <w:top w:w="70" w:type="dxa"/>
              <w:left w:w="70" w:type="dxa"/>
              <w:bottom w:w="70" w:type="dxa"/>
              <w:right w:w="70" w:type="dxa"/>
            </w:tcMar>
          </w:tcPr>
          <w:p w14:paraId="2308054C" w14:textId="3AA401E9" w:rsidR="00D0251E" w:rsidRPr="00DB6570" w:rsidRDefault="00D0251E" w:rsidP="003D4976">
            <w:pPr>
              <w:pStyle w:val="ResponsePlaceholder"/>
              <w:rPr>
                <w:rFonts w:ascii="Times New Roman" w:hAnsi="Times New Roman" w:cs="Times New Roman"/>
                <w:color w:val="auto"/>
                <w:sz w:val="22"/>
              </w:rPr>
            </w:pPr>
          </w:p>
        </w:tc>
        <w:tc>
          <w:tcPr>
            <w:tcW w:w="1653" w:type="dxa"/>
            <w:tcMar>
              <w:top w:w="70" w:type="dxa"/>
              <w:left w:w="70" w:type="dxa"/>
              <w:bottom w:w="70" w:type="dxa"/>
              <w:right w:w="70" w:type="dxa"/>
            </w:tcMar>
          </w:tcPr>
          <w:p w14:paraId="05BFF86C" w14:textId="40EA156C" w:rsidR="00D0251E" w:rsidRPr="00DB6570" w:rsidRDefault="00D0251E" w:rsidP="003D4976">
            <w:pPr>
              <w:pStyle w:val="ResponsePlaceholder"/>
              <w:rPr>
                <w:rFonts w:ascii="Times New Roman" w:hAnsi="Times New Roman" w:cs="Times New Roman"/>
                <w:color w:val="auto"/>
                <w:sz w:val="22"/>
              </w:rPr>
            </w:pPr>
          </w:p>
        </w:tc>
      </w:tr>
    </w:tbl>
    <w:p w14:paraId="78654375" w14:textId="77777777" w:rsidR="00D0251E" w:rsidRPr="00DB6570" w:rsidRDefault="00D0251E" w:rsidP="00D0251E">
      <w:pPr>
        <w:spacing w:after="0"/>
        <w:rPr>
          <w:rFonts w:ascii="Times New Roman" w:hAnsi="Times New Roman" w:cs="Times New Roman"/>
          <w:sz w:val="22"/>
        </w:rPr>
      </w:pPr>
    </w:p>
    <w:p w14:paraId="05F98AEC" w14:textId="77777777" w:rsidR="00A00670" w:rsidRPr="00DB6570" w:rsidRDefault="00A00670">
      <w:pPr>
        <w:rPr>
          <w:rFonts w:ascii="Times New Roman" w:hAnsi="Times New Roman" w:cs="Times New Roman"/>
          <w:sz w:val="22"/>
        </w:rPr>
        <w:sectPr w:rsidR="00A00670" w:rsidRPr="00DB6570">
          <w:type w:val="continuous"/>
          <w:pgSz w:w="11906" w:h="16838"/>
          <w:pgMar w:top="964" w:right="1020" w:bottom="907" w:left="1020" w:header="454" w:footer="454" w:gutter="0"/>
          <w:cols w:space="720"/>
          <w:docGrid w:linePitch="360"/>
        </w:sectPr>
      </w:pPr>
    </w:p>
    <w:p w14:paraId="2FB750CC" w14:textId="011DF5EF" w:rsidR="0061162A" w:rsidRPr="00DB6570" w:rsidRDefault="0061162A">
      <w:pPr>
        <w:rPr>
          <w:rFonts w:ascii="Times New Roman" w:hAnsi="Times New Roman" w:cs="Times New Roman"/>
          <w:sz w:val="22"/>
        </w:rPr>
      </w:pPr>
    </w:p>
    <w:p w14:paraId="26A368FE" w14:textId="77777777" w:rsidR="0061162A" w:rsidRPr="00DB6570" w:rsidRDefault="00BE6111">
      <w:pPr>
        <w:pStyle w:val="Heading1"/>
        <w:rPr>
          <w:rFonts w:ascii="Times New Roman" w:hAnsi="Times New Roman" w:cs="Times New Roman"/>
          <w:color w:val="auto"/>
          <w:sz w:val="22"/>
          <w:szCs w:val="22"/>
        </w:rPr>
      </w:pPr>
      <w:bookmarkStart w:id="21" w:name="_Toc237525216"/>
      <w:r w:rsidRPr="00DB6570">
        <w:rPr>
          <w:rFonts w:ascii="Times New Roman" w:hAnsi="Times New Roman" w:cs="Times New Roman"/>
          <w:color w:val="auto"/>
          <w:sz w:val="22"/>
          <w:szCs w:val="22"/>
        </w:rPr>
        <w:t>PART IV - ACE / EMERGING CENTER DETAILED FULL PROPOSAL</w:t>
      </w:r>
      <w:bookmarkEnd w:id="21"/>
    </w:p>
    <w:tbl>
      <w:tblPr>
        <w:tblStyle w:val="TableGrid"/>
        <w:tblW w:w="9000" w:type="dxa"/>
        <w:jc w:val="center"/>
        <w:tblLook w:val="04A0" w:firstRow="1" w:lastRow="0" w:firstColumn="1" w:lastColumn="0" w:noHBand="0" w:noVBand="1"/>
      </w:tblPr>
      <w:tblGrid>
        <w:gridCol w:w="9000"/>
      </w:tblGrid>
      <w:tr w:rsidR="0061162A" w:rsidRPr="00DB6570" w14:paraId="1B123C0D" w14:textId="77777777" w:rsidTr="0021427D">
        <w:trPr>
          <w:jc w:val="center"/>
        </w:trPr>
        <w:tc>
          <w:tcPr>
            <w:tcW w:w="9866" w:type="dxa"/>
            <w:tcMar>
              <w:top w:w="100" w:type="dxa"/>
              <w:left w:w="140" w:type="dxa"/>
              <w:bottom w:w="100" w:type="dxa"/>
              <w:right w:w="140" w:type="dxa"/>
            </w:tcMar>
          </w:tcPr>
          <w:p w14:paraId="65FFABAB"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Purpose of this Part</w:t>
            </w:r>
          </w:p>
          <w:p w14:paraId="1C699F55" w14:textId="59FB2A5D" w:rsidR="0061162A" w:rsidRPr="00DB6570" w:rsidRDefault="00BE6111">
            <w:pPr>
              <w:rPr>
                <w:rFonts w:ascii="Times New Roman" w:hAnsi="Times New Roman" w:cs="Times New Roman"/>
                <w:sz w:val="22"/>
              </w:rPr>
            </w:pPr>
            <w:r w:rsidRPr="00DB6570">
              <w:rPr>
                <w:rFonts w:ascii="Times New Roman" w:hAnsi="Times New Roman" w:cs="Times New Roman"/>
                <w:sz w:val="22"/>
              </w:rPr>
              <w:t xml:space="preserve">This Part </w:t>
            </w:r>
            <w:r w:rsidR="00F42F4C" w:rsidRPr="00DB6570">
              <w:rPr>
                <w:rFonts w:ascii="Times New Roman" w:hAnsi="Times New Roman" w:cs="Times New Roman"/>
                <w:sz w:val="22"/>
              </w:rPr>
              <w:t xml:space="preserve">should </w:t>
            </w:r>
            <w:r w:rsidRPr="00DB6570">
              <w:rPr>
                <w:rFonts w:ascii="Times New Roman" w:hAnsi="Times New Roman" w:cs="Times New Roman"/>
                <w:sz w:val="22"/>
              </w:rPr>
              <w:t>provide the detailed program design, research and innovation plan, institutional readiness and delivery arrangements for the ACE/Emerging</w:t>
            </w:r>
            <w:r w:rsidR="00116F1D" w:rsidRPr="00DB6570">
              <w:rPr>
                <w:rFonts w:ascii="Times New Roman" w:hAnsi="Times New Roman" w:cs="Times New Roman"/>
                <w:sz w:val="22"/>
              </w:rPr>
              <w:t>/New</w:t>
            </w:r>
            <w:r w:rsidRPr="00DB6570">
              <w:rPr>
                <w:rFonts w:ascii="Times New Roman" w:hAnsi="Times New Roman" w:cs="Times New Roman"/>
                <w:sz w:val="22"/>
              </w:rPr>
              <w:t xml:space="preserve"> Center.</w:t>
            </w:r>
          </w:p>
        </w:tc>
      </w:tr>
    </w:tbl>
    <w:p w14:paraId="25966CBB" w14:textId="77777777" w:rsidR="0061162A" w:rsidRPr="00DB6570" w:rsidRDefault="0061162A">
      <w:pPr>
        <w:spacing w:after="0"/>
        <w:rPr>
          <w:rFonts w:ascii="Times New Roman" w:hAnsi="Times New Roman" w:cs="Times New Roman"/>
          <w:sz w:val="22"/>
        </w:rPr>
      </w:pPr>
    </w:p>
    <w:p w14:paraId="16D609A5" w14:textId="75F94C33" w:rsidR="0061162A" w:rsidRPr="00DB6570" w:rsidRDefault="002B65F2">
      <w:pPr>
        <w:pStyle w:val="Heading2"/>
        <w:rPr>
          <w:rFonts w:ascii="Times New Roman" w:hAnsi="Times New Roman" w:cs="Times New Roman"/>
          <w:color w:val="auto"/>
          <w:sz w:val="22"/>
          <w:szCs w:val="22"/>
        </w:rPr>
      </w:pPr>
      <w:bookmarkStart w:id="22" w:name="_Toc237525217"/>
      <w:r w:rsidRPr="00DB6570">
        <w:rPr>
          <w:rFonts w:ascii="Times New Roman" w:hAnsi="Times New Roman" w:cs="Times New Roman"/>
          <w:color w:val="auto"/>
          <w:sz w:val="22"/>
          <w:szCs w:val="22"/>
        </w:rPr>
        <w:t>4.1</w:t>
      </w:r>
      <w:r w:rsidR="00BE6111" w:rsidRPr="00DB6570">
        <w:rPr>
          <w:rFonts w:ascii="Times New Roman" w:hAnsi="Times New Roman" w:cs="Times New Roman"/>
          <w:color w:val="auto"/>
          <w:sz w:val="22"/>
          <w:szCs w:val="22"/>
        </w:rPr>
        <w:t xml:space="preserve"> Institutional Profile, Prior Performance and Readiness</w:t>
      </w:r>
      <w:bookmarkEnd w:id="22"/>
    </w:p>
    <w:p w14:paraId="2C3CABE6" w14:textId="7DC8FDCC" w:rsidR="0061162A" w:rsidRPr="00DB6570" w:rsidRDefault="005E0355">
      <w:pPr>
        <w:pStyle w:val="GuidanceText"/>
        <w:keepNext/>
        <w:rPr>
          <w:rFonts w:ascii="Times New Roman" w:hAnsi="Times New Roman" w:cs="Times New Roman"/>
          <w:color w:val="auto"/>
          <w:sz w:val="22"/>
        </w:rPr>
      </w:pPr>
      <w:r w:rsidRPr="00DB6570">
        <w:rPr>
          <w:rFonts w:ascii="Times New Roman" w:hAnsi="Times New Roman" w:cs="Times New Roman"/>
          <w:color w:val="auto"/>
          <w:sz w:val="22"/>
        </w:rPr>
        <w:t>In the box below, describe the qualitative dimensions of the proposed center’s profil</w:t>
      </w:r>
      <w:r w:rsidR="00C00052" w:rsidRPr="00DB6570">
        <w:rPr>
          <w:rFonts w:ascii="Times New Roman" w:hAnsi="Times New Roman" w:cs="Times New Roman"/>
          <w:color w:val="auto"/>
          <w:sz w:val="22"/>
        </w:rPr>
        <w:t xml:space="preserve">e and track record: </w:t>
      </w:r>
      <w:r w:rsidR="00BE6111" w:rsidRPr="00DB6570">
        <w:rPr>
          <w:rFonts w:ascii="Times New Roman" w:hAnsi="Times New Roman" w:cs="Times New Roman"/>
          <w:color w:val="auto"/>
          <w:sz w:val="22"/>
        </w:rPr>
        <w:t>the center</w:t>
      </w:r>
      <w:r w:rsidR="00C00052" w:rsidRPr="00DB6570">
        <w:rPr>
          <w:rFonts w:ascii="Times New Roman" w:hAnsi="Times New Roman" w:cs="Times New Roman"/>
          <w:color w:val="auto"/>
          <w:sz w:val="22"/>
        </w:rPr>
        <w:t>’s</w:t>
      </w:r>
      <w:r w:rsidR="00BE6111" w:rsidRPr="00DB6570">
        <w:rPr>
          <w:rFonts w:ascii="Times New Roman" w:hAnsi="Times New Roman" w:cs="Times New Roman"/>
          <w:color w:val="auto"/>
          <w:sz w:val="22"/>
        </w:rPr>
        <w:t xml:space="preserve"> mandate, organizational location</w:t>
      </w:r>
      <w:r w:rsidR="00C00052" w:rsidRPr="00DB6570">
        <w:rPr>
          <w:rFonts w:ascii="Times New Roman" w:hAnsi="Times New Roman" w:cs="Times New Roman"/>
          <w:color w:val="auto"/>
          <w:sz w:val="22"/>
        </w:rPr>
        <w:t xml:space="preserve"> within the host university/institution</w:t>
      </w:r>
      <w:r w:rsidR="00BE6111" w:rsidRPr="00DB6570">
        <w:rPr>
          <w:rFonts w:ascii="Times New Roman" w:hAnsi="Times New Roman" w:cs="Times New Roman"/>
          <w:color w:val="auto"/>
          <w:sz w:val="22"/>
        </w:rPr>
        <w:t>, participating departments, major achievements, regional reach</w:t>
      </w:r>
      <w:r w:rsidR="001D289E" w:rsidRPr="00DB6570">
        <w:rPr>
          <w:rFonts w:ascii="Times New Roman" w:hAnsi="Times New Roman" w:cs="Times New Roman"/>
          <w:color w:val="auto"/>
          <w:sz w:val="22"/>
        </w:rPr>
        <w:t xml:space="preserve"> and positioning.</w:t>
      </w:r>
      <w:r w:rsidR="00BE6111" w:rsidRPr="00DB6570">
        <w:rPr>
          <w:rFonts w:ascii="Times New Roman" w:hAnsi="Times New Roman" w:cs="Times New Roman"/>
          <w:color w:val="auto"/>
          <w:sz w:val="22"/>
        </w:rPr>
        <w:t xml:space="preserve">. </w:t>
      </w:r>
      <w:r w:rsidR="009A252C" w:rsidRPr="00DB6570">
        <w:rPr>
          <w:rFonts w:ascii="Times New Roman" w:hAnsi="Times New Roman" w:cs="Times New Roman"/>
          <w:color w:val="auto"/>
          <w:sz w:val="22"/>
        </w:rPr>
        <w:t xml:space="preserve">Proposed </w:t>
      </w:r>
      <w:r w:rsidR="00E84283" w:rsidRPr="00DB6570">
        <w:rPr>
          <w:rFonts w:ascii="Times New Roman" w:hAnsi="Times New Roman" w:cs="Times New Roman"/>
          <w:color w:val="auto"/>
          <w:sz w:val="22"/>
        </w:rPr>
        <w:t>A</w:t>
      </w:r>
      <w:r w:rsidR="00ED58C3" w:rsidRPr="00DB6570">
        <w:rPr>
          <w:rFonts w:ascii="Times New Roman" w:hAnsi="Times New Roman" w:cs="Times New Roman"/>
          <w:color w:val="auto"/>
          <w:sz w:val="22"/>
        </w:rPr>
        <w:t>CEs a</w:t>
      </w:r>
      <w:r w:rsidR="00E84283" w:rsidRPr="00DB6570">
        <w:rPr>
          <w:rFonts w:ascii="Times New Roman" w:hAnsi="Times New Roman" w:cs="Times New Roman"/>
          <w:color w:val="auto"/>
          <w:sz w:val="22"/>
        </w:rPr>
        <w:t xml:space="preserve">nd Emerging </w:t>
      </w:r>
      <w:r w:rsidR="00ED58C3" w:rsidRPr="00DB6570">
        <w:rPr>
          <w:rFonts w:ascii="Times New Roman" w:hAnsi="Times New Roman" w:cs="Times New Roman"/>
          <w:color w:val="auto"/>
          <w:sz w:val="22"/>
        </w:rPr>
        <w:t xml:space="preserve">Centers </w:t>
      </w:r>
      <w:r w:rsidR="00E84283" w:rsidRPr="00DB6570">
        <w:rPr>
          <w:rFonts w:ascii="Times New Roman" w:hAnsi="Times New Roman" w:cs="Times New Roman"/>
          <w:color w:val="auto"/>
          <w:sz w:val="22"/>
        </w:rPr>
        <w:t>that have previously participated in</w:t>
      </w:r>
      <w:r w:rsidR="00ED58C3" w:rsidRPr="00DB6570">
        <w:rPr>
          <w:rFonts w:ascii="Times New Roman" w:hAnsi="Times New Roman" w:cs="Times New Roman"/>
          <w:color w:val="auto"/>
          <w:sz w:val="22"/>
        </w:rPr>
        <w:t xml:space="preserve"> the ACE Program</w:t>
      </w:r>
      <w:r w:rsidR="00BE6111" w:rsidRPr="00DB6570">
        <w:rPr>
          <w:rFonts w:ascii="Times New Roman" w:hAnsi="Times New Roman" w:cs="Times New Roman"/>
          <w:color w:val="auto"/>
          <w:sz w:val="22"/>
        </w:rPr>
        <w:t xml:space="preserve"> should report verified results from previous ACE phases</w:t>
      </w:r>
      <w:r w:rsidR="009A252C" w:rsidRPr="00DB6570">
        <w:rPr>
          <w:rFonts w:ascii="Times New Roman" w:hAnsi="Times New Roman" w:cs="Times New Roman"/>
          <w:color w:val="auto"/>
          <w:sz w:val="22"/>
        </w:rPr>
        <w:t xml:space="preserve"> and lessons learned</w:t>
      </w:r>
      <w:r w:rsidR="00BE6111" w:rsidRPr="00DB6570">
        <w:rPr>
          <w:rFonts w:ascii="Times New Roman" w:hAnsi="Times New Roman" w:cs="Times New Roman"/>
          <w:color w:val="auto"/>
          <w:sz w:val="22"/>
        </w:rPr>
        <w:t xml:space="preserve">. </w:t>
      </w:r>
      <w:r w:rsidR="00793EB6" w:rsidRPr="00DB6570">
        <w:rPr>
          <w:rFonts w:ascii="Times New Roman" w:hAnsi="Times New Roman" w:cs="Times New Roman"/>
          <w:color w:val="auto"/>
          <w:sz w:val="22"/>
        </w:rPr>
        <w:t>New</w:t>
      </w:r>
      <w:r w:rsidR="009A252C" w:rsidRPr="00DB6570">
        <w:rPr>
          <w:rFonts w:ascii="Times New Roman" w:hAnsi="Times New Roman" w:cs="Times New Roman"/>
          <w:color w:val="auto"/>
          <w:sz w:val="22"/>
        </w:rPr>
        <w:t xml:space="preserve"> proposed c</w:t>
      </w:r>
      <w:r w:rsidR="00BE6111" w:rsidRPr="00DB6570">
        <w:rPr>
          <w:rFonts w:ascii="Times New Roman" w:hAnsi="Times New Roman" w:cs="Times New Roman"/>
          <w:color w:val="auto"/>
          <w:sz w:val="22"/>
        </w:rPr>
        <w:t>enters should state their strongest existing foundations and remaining gaps.</w:t>
      </w:r>
    </w:p>
    <w:p w14:paraId="33A57AB0" w14:textId="6B43F517" w:rsidR="009A252C" w:rsidRPr="00DB6570" w:rsidRDefault="009A252C">
      <w:pPr>
        <w:pStyle w:val="GuidanceText"/>
        <w:keepNext/>
        <w:rPr>
          <w:rFonts w:ascii="Times New Roman" w:hAnsi="Times New Roman" w:cs="Times New Roman"/>
          <w:color w:val="auto"/>
          <w:sz w:val="22"/>
        </w:rPr>
      </w:pPr>
      <w:r w:rsidRPr="00DB6570">
        <w:rPr>
          <w:rFonts w:ascii="Times New Roman" w:hAnsi="Times New Roman" w:cs="Times New Roman"/>
          <w:color w:val="auto"/>
          <w:sz w:val="22"/>
        </w:rPr>
        <w:t>In the table below</w:t>
      </w:r>
      <w:r w:rsidR="007148C8" w:rsidRPr="00DB6570">
        <w:rPr>
          <w:rFonts w:ascii="Times New Roman" w:hAnsi="Times New Roman" w:cs="Times New Roman"/>
          <w:color w:val="auto"/>
          <w:sz w:val="22"/>
        </w:rPr>
        <w:t xml:space="preserve"> provide </w:t>
      </w:r>
      <w:r w:rsidR="00201B0D" w:rsidRPr="00DB6570">
        <w:rPr>
          <w:rFonts w:ascii="Times New Roman" w:hAnsi="Times New Roman" w:cs="Times New Roman"/>
          <w:color w:val="auto"/>
          <w:sz w:val="22"/>
        </w:rPr>
        <w:t xml:space="preserve">baseline </w:t>
      </w:r>
      <w:r w:rsidR="007148C8" w:rsidRPr="00DB6570">
        <w:rPr>
          <w:rFonts w:ascii="Times New Roman" w:hAnsi="Times New Roman" w:cs="Times New Roman"/>
          <w:color w:val="auto"/>
          <w:sz w:val="22"/>
        </w:rPr>
        <w:t xml:space="preserve">quantitative information on student enrollment, graduate numbers, research outputs, industry partnerships, externally generated revenue </w:t>
      </w:r>
      <w:r w:rsidR="00472E29" w:rsidRPr="00DB6570">
        <w:rPr>
          <w:rFonts w:ascii="Times New Roman" w:hAnsi="Times New Roman" w:cs="Times New Roman"/>
          <w:color w:val="auto"/>
          <w:sz w:val="22"/>
        </w:rPr>
        <w:t>and innovation outputs. These do not need to be discussed in the narrative section.</w:t>
      </w:r>
    </w:p>
    <w:tbl>
      <w:tblPr>
        <w:tblStyle w:val="TableGrid"/>
        <w:tblW w:w="9000" w:type="dxa"/>
        <w:jc w:val="center"/>
        <w:tblLook w:val="04A0" w:firstRow="1" w:lastRow="0" w:firstColumn="1" w:lastColumn="0" w:noHBand="0" w:noVBand="1"/>
      </w:tblPr>
      <w:tblGrid>
        <w:gridCol w:w="9000"/>
      </w:tblGrid>
      <w:tr w:rsidR="0061162A" w:rsidRPr="00DB6570" w14:paraId="0C28F0BF" w14:textId="77777777">
        <w:trPr>
          <w:jc w:val="center"/>
        </w:trPr>
        <w:tc>
          <w:tcPr>
            <w:tcW w:w="9866" w:type="dxa"/>
            <w:shd w:val="clear" w:color="auto" w:fill="FAFAFA"/>
            <w:tcMar>
              <w:top w:w="110" w:type="dxa"/>
              <w:left w:w="120" w:type="dxa"/>
              <w:bottom w:w="110" w:type="dxa"/>
              <w:right w:w="120" w:type="dxa"/>
            </w:tcMar>
          </w:tcPr>
          <w:p w14:paraId="1C1CA566" w14:textId="6EAE6EE0" w:rsidR="0061162A" w:rsidRPr="00DB6570" w:rsidRDefault="00043338">
            <w:pPr>
              <w:rPr>
                <w:rFonts w:ascii="Times New Roman" w:hAnsi="Times New Roman" w:cs="Times New Roman"/>
                <w:sz w:val="22"/>
              </w:rPr>
            </w:pPr>
            <w:r w:rsidRPr="00043338">
              <w:rPr>
                <w:rFonts w:ascii="Times New Roman" w:hAnsi="Times New Roman" w:cs="Times New Roman"/>
                <w:i/>
                <w:sz w:val="22"/>
              </w:rPr>
              <w:t>[Applicant response must not exceed 700 words]</w:t>
            </w:r>
          </w:p>
          <w:p w14:paraId="12020E0D" w14:textId="77777777" w:rsidR="0061162A" w:rsidRPr="00DB6570" w:rsidRDefault="0061162A">
            <w:pPr>
              <w:rPr>
                <w:rFonts w:ascii="Times New Roman" w:hAnsi="Times New Roman" w:cs="Times New Roman"/>
                <w:sz w:val="22"/>
              </w:rPr>
            </w:pPr>
          </w:p>
          <w:p w14:paraId="73E1D3F3" w14:textId="77777777" w:rsidR="0061162A" w:rsidRPr="00DB6570" w:rsidRDefault="0061162A">
            <w:pPr>
              <w:rPr>
                <w:rFonts w:ascii="Times New Roman" w:hAnsi="Times New Roman" w:cs="Times New Roman"/>
                <w:sz w:val="22"/>
              </w:rPr>
            </w:pPr>
          </w:p>
          <w:p w14:paraId="398CF934" w14:textId="77777777" w:rsidR="0061162A" w:rsidRPr="00DB6570" w:rsidRDefault="0061162A">
            <w:pPr>
              <w:rPr>
                <w:rFonts w:ascii="Times New Roman" w:hAnsi="Times New Roman" w:cs="Times New Roman"/>
                <w:sz w:val="22"/>
              </w:rPr>
            </w:pPr>
          </w:p>
          <w:p w14:paraId="70411754" w14:textId="77777777" w:rsidR="0061162A" w:rsidRPr="00DB6570" w:rsidRDefault="0061162A">
            <w:pPr>
              <w:rPr>
                <w:rFonts w:ascii="Times New Roman" w:hAnsi="Times New Roman" w:cs="Times New Roman"/>
                <w:sz w:val="22"/>
              </w:rPr>
            </w:pPr>
          </w:p>
        </w:tc>
      </w:tr>
    </w:tbl>
    <w:p w14:paraId="19A89359" w14:textId="77777777" w:rsidR="0061162A" w:rsidRPr="00DB6570" w:rsidRDefault="0061162A">
      <w:pPr>
        <w:spacing w:after="0"/>
        <w:rPr>
          <w:rFonts w:ascii="Times New Roman" w:hAnsi="Times New Roman" w:cs="Times New Roman"/>
          <w:sz w:val="22"/>
        </w:rPr>
      </w:pPr>
    </w:p>
    <w:p w14:paraId="73298D81" w14:textId="52CA8E1D" w:rsidR="0061162A" w:rsidRPr="00DB6570" w:rsidRDefault="002B65F2">
      <w:pPr>
        <w:pStyle w:val="Heading3"/>
        <w:rPr>
          <w:rFonts w:ascii="Times New Roman" w:hAnsi="Times New Roman" w:cs="Times New Roman"/>
          <w:color w:val="auto"/>
          <w:sz w:val="22"/>
        </w:rPr>
      </w:pPr>
      <w:bookmarkStart w:id="23" w:name="_Toc237525218"/>
      <w:r w:rsidRPr="00DB6570">
        <w:rPr>
          <w:rFonts w:ascii="Times New Roman" w:hAnsi="Times New Roman" w:cs="Times New Roman"/>
          <w:color w:val="auto"/>
          <w:sz w:val="22"/>
        </w:rPr>
        <w:t xml:space="preserve">4.1.1 </w:t>
      </w:r>
      <w:r w:rsidR="00BE6111" w:rsidRPr="00DB6570">
        <w:rPr>
          <w:rFonts w:ascii="Times New Roman" w:hAnsi="Times New Roman" w:cs="Times New Roman"/>
          <w:color w:val="auto"/>
          <w:sz w:val="22"/>
        </w:rPr>
        <w:t>ACE/Emerging Center Baseline Data</w:t>
      </w:r>
      <w:bookmarkEnd w:id="23"/>
    </w:p>
    <w:tbl>
      <w:tblPr>
        <w:tblW w:w="9806" w:type="dxa"/>
        <w:jc w:val="center"/>
        <w:tblLayout w:type="fixed"/>
        <w:tblLook w:val="04A0" w:firstRow="1" w:lastRow="0" w:firstColumn="1" w:lastColumn="0" w:noHBand="0" w:noVBand="1"/>
      </w:tblPr>
      <w:tblGrid>
        <w:gridCol w:w="605"/>
        <w:gridCol w:w="5780"/>
        <w:gridCol w:w="1620"/>
        <w:gridCol w:w="1801"/>
      </w:tblGrid>
      <w:tr w:rsidR="006A1C85" w:rsidRPr="00DB6570" w14:paraId="3F254D23" w14:textId="77777777" w:rsidTr="0021427D">
        <w:trPr>
          <w:cantSplit/>
          <w:trHeight w:val="461"/>
          <w:tblHeader/>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FFDD5B2" w14:textId="77777777" w:rsidR="006A1C85" w:rsidRPr="00DB6570" w:rsidRDefault="006A1C85"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No.</w:t>
            </w: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7FBDD29" w14:textId="77777777" w:rsidR="006A1C85" w:rsidRPr="00DB6570" w:rsidRDefault="006A1C85"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Indicators (Most recent years)</w:t>
            </w:r>
          </w:p>
        </w:tc>
        <w:tc>
          <w:tcPr>
            <w:tcW w:w="162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4606362" w14:textId="77777777" w:rsidR="006A1C85" w:rsidRPr="00DB6570" w:rsidRDefault="006A1C85"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2024</w:t>
            </w:r>
          </w:p>
        </w:tc>
        <w:tc>
          <w:tcPr>
            <w:tcW w:w="1801"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0D1793F" w14:textId="77777777" w:rsidR="006A1C85" w:rsidRPr="00DB6570" w:rsidRDefault="006A1C85"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2025</w:t>
            </w:r>
          </w:p>
        </w:tc>
      </w:tr>
      <w:tr w:rsidR="006A1C85" w:rsidRPr="00DB6570" w14:paraId="3321F258" w14:textId="77777777" w:rsidTr="006A1C85">
        <w:trPr>
          <w:cantSplit/>
          <w:trHeight w:val="403"/>
          <w:jc w:val="center"/>
        </w:trPr>
        <w:tc>
          <w:tcPr>
            <w:tcW w:w="9806" w:type="dxa"/>
            <w:gridSpan w:val="4"/>
            <w:tcBorders>
              <w:top w:val="single" w:sz="4" w:space="0" w:color="7F7F7F"/>
              <w:left w:val="single" w:sz="4" w:space="0" w:color="7F7F7F"/>
              <w:bottom w:val="single" w:sz="4" w:space="0" w:color="7F7F7F"/>
              <w:right w:val="single" w:sz="4" w:space="0" w:color="7F7F7F"/>
            </w:tcBorders>
            <w:shd w:val="clear" w:color="auto" w:fill="D9EAF7"/>
            <w:tcMar>
              <w:top w:w="45" w:type="dxa"/>
              <w:left w:w="55" w:type="dxa"/>
              <w:bottom w:w="45" w:type="dxa"/>
              <w:right w:w="55" w:type="dxa"/>
            </w:tcMar>
            <w:vAlign w:val="center"/>
          </w:tcPr>
          <w:p w14:paraId="150D1D19" w14:textId="77777777" w:rsidR="006A1C85" w:rsidRPr="00DB6570" w:rsidRDefault="006A1C85" w:rsidP="00D270E1">
            <w:pPr>
              <w:spacing w:after="0" w:line="240" w:lineRule="auto"/>
              <w:rPr>
                <w:rFonts w:ascii="Times New Roman" w:hAnsi="Times New Roman" w:cs="Times New Roman"/>
                <w:sz w:val="22"/>
              </w:rPr>
            </w:pPr>
            <w:r w:rsidRPr="00DB6570">
              <w:rPr>
                <w:rFonts w:ascii="Times New Roman" w:hAnsi="Times New Roman" w:cs="Times New Roman"/>
                <w:b/>
                <w:sz w:val="22"/>
              </w:rPr>
              <w:t>Institution-Level Data (University Host Institution)</w:t>
            </w:r>
          </w:p>
        </w:tc>
      </w:tr>
      <w:tr w:rsidR="006A1C85" w:rsidRPr="00DB6570" w14:paraId="299EB6E7" w14:textId="77777777" w:rsidTr="005E44DD">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85ADE87" w14:textId="77777777" w:rsidR="006A1C85" w:rsidRPr="00DB6570" w:rsidRDefault="006A1C85"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1</w:t>
            </w: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117C29A" w14:textId="77777777" w:rsidR="006A1C85" w:rsidRPr="00DB6570" w:rsidRDefault="006A1C85" w:rsidP="00D270E1">
            <w:pPr>
              <w:spacing w:after="0" w:line="240" w:lineRule="auto"/>
              <w:rPr>
                <w:rFonts w:ascii="Times New Roman" w:hAnsi="Times New Roman" w:cs="Times New Roman"/>
                <w:sz w:val="22"/>
              </w:rPr>
            </w:pPr>
            <w:r w:rsidRPr="00DB6570">
              <w:rPr>
                <w:rFonts w:ascii="Times New Roman" w:hAnsi="Times New Roman" w:cs="Times New Roman"/>
                <w:b/>
                <w:sz w:val="22"/>
              </w:rPr>
              <w:t>Total student enrollment (all programs)</w:t>
            </w:r>
          </w:p>
        </w:tc>
        <w:tc>
          <w:tcPr>
            <w:tcW w:w="162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7915474" w14:textId="71BB34F0" w:rsidR="006A1C85" w:rsidRPr="00DB6570" w:rsidRDefault="006A1C85"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Total (</w:t>
            </w:r>
            <w:r w:rsidR="00806AF5" w:rsidRPr="00DB6570">
              <w:rPr>
                <w:rFonts w:ascii="Times New Roman" w:hAnsi="Times New Roman" w:cs="Times New Roman"/>
                <w:sz w:val="22"/>
              </w:rPr>
              <w:t>% Female)</w:t>
            </w:r>
          </w:p>
        </w:tc>
        <w:tc>
          <w:tcPr>
            <w:tcW w:w="1801"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BCBBCC0" w14:textId="12D853A5" w:rsidR="00577178" w:rsidRPr="00DB6570" w:rsidRDefault="00577178"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Total</w:t>
            </w:r>
          </w:p>
          <w:p w14:paraId="7D61BD0E" w14:textId="4DD2AC79" w:rsidR="006A1C85" w:rsidRPr="00DB6570" w:rsidRDefault="00577178"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w:t>
            </w:r>
            <w:r w:rsidR="009B0700" w:rsidRPr="00DB6570">
              <w:rPr>
                <w:rFonts w:ascii="Times New Roman" w:hAnsi="Times New Roman" w:cs="Times New Roman"/>
                <w:sz w:val="22"/>
              </w:rPr>
              <w:t xml:space="preserve">% </w:t>
            </w:r>
            <w:r w:rsidR="006A1C85" w:rsidRPr="00DB6570">
              <w:rPr>
                <w:rFonts w:ascii="Times New Roman" w:hAnsi="Times New Roman" w:cs="Times New Roman"/>
                <w:sz w:val="22"/>
              </w:rPr>
              <w:t>Female</w:t>
            </w:r>
            <w:r w:rsidR="009B0700" w:rsidRPr="00DB6570">
              <w:rPr>
                <w:rFonts w:ascii="Times New Roman" w:hAnsi="Times New Roman" w:cs="Times New Roman"/>
                <w:sz w:val="22"/>
              </w:rPr>
              <w:t>)</w:t>
            </w:r>
          </w:p>
        </w:tc>
      </w:tr>
      <w:tr w:rsidR="006A1C85" w:rsidRPr="00DB6570" w14:paraId="5E39491A"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8DB7649"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55BB78" w14:textId="77777777"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PhD</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205A21E"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D29233A"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471D0419"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B64CFA"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AB3E731" w14:textId="77777777"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Master's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2B90A82"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FD4F08D"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6424AB77"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F3319BC"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6F154B" w14:textId="77777777"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Bachelor's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E90A97A"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EC26EE2"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18AD5935"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DD2EC7D"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FC765B4" w14:textId="77777777"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Short courses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F95929E"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8268447"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4143EC7B" w14:textId="77777777" w:rsidTr="005E44DD">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D440FAF" w14:textId="77777777" w:rsidR="006A1C85" w:rsidRPr="00DB6570" w:rsidRDefault="006A1C85"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2</w:t>
            </w: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71A86B6" w14:textId="77777777" w:rsidR="006A1C85" w:rsidRPr="00DB6570" w:rsidRDefault="006A1C85" w:rsidP="00D270E1">
            <w:pPr>
              <w:spacing w:after="0" w:line="240" w:lineRule="auto"/>
              <w:rPr>
                <w:rFonts w:ascii="Times New Roman" w:hAnsi="Times New Roman" w:cs="Times New Roman"/>
                <w:sz w:val="22"/>
              </w:rPr>
            </w:pPr>
            <w:r w:rsidRPr="00DB6570">
              <w:rPr>
                <w:rFonts w:ascii="Times New Roman" w:hAnsi="Times New Roman" w:cs="Times New Roman"/>
                <w:b/>
                <w:sz w:val="22"/>
              </w:rPr>
              <w:t>Total graduates per year</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FAEE1A9"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313FFAA"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79705447"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5D40EB6"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4548C4" w14:textId="77777777"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PhD</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4054937"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9D69DCB"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48F35B2B"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55E1855"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5D86E7C" w14:textId="77777777"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Master's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B1383AF"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6AF94FB"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7D54206B"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FD4F5F"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2DAC5AE" w14:textId="77777777"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Bachelor's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DDE79B4"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AEFD1E6"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36A1FA57"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F6CAE19"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75FA710" w14:textId="77777777"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Short courses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B98CA36"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F923256"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476E4E2F" w14:textId="77777777" w:rsidTr="005E44DD">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F0DA10F" w14:textId="77777777" w:rsidR="006A1C85" w:rsidRPr="00DB6570" w:rsidRDefault="006A1C85"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3</w:t>
            </w: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8E8CB43" w14:textId="77777777" w:rsidR="006A1C85" w:rsidRPr="00DB6570" w:rsidRDefault="006A1C85" w:rsidP="00D270E1">
            <w:pPr>
              <w:spacing w:after="0" w:line="240" w:lineRule="auto"/>
              <w:rPr>
                <w:rFonts w:ascii="Times New Roman" w:hAnsi="Times New Roman" w:cs="Times New Roman"/>
                <w:sz w:val="22"/>
              </w:rPr>
            </w:pPr>
            <w:r w:rsidRPr="00DB6570">
              <w:rPr>
                <w:rFonts w:ascii="Times New Roman" w:hAnsi="Times New Roman" w:cs="Times New Roman"/>
                <w:b/>
                <w:sz w:val="22"/>
              </w:rPr>
              <w:t>Completion/graduation rate (all levels)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5CAAB46"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B195F6A"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22288D3F" w14:textId="77777777" w:rsidTr="005E44DD">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DBA3178" w14:textId="77777777" w:rsidR="006A1C85" w:rsidRPr="00DB6570" w:rsidRDefault="006A1C85"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4</w:t>
            </w: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B08C4FA" w14:textId="77777777" w:rsidR="006A1C85" w:rsidRPr="00DB6570" w:rsidRDefault="006A1C85" w:rsidP="00D270E1">
            <w:pPr>
              <w:spacing w:after="0" w:line="240" w:lineRule="auto"/>
              <w:rPr>
                <w:rFonts w:ascii="Times New Roman" w:hAnsi="Times New Roman" w:cs="Times New Roman"/>
                <w:sz w:val="22"/>
              </w:rPr>
            </w:pPr>
            <w:r w:rsidRPr="00DB6570">
              <w:rPr>
                <w:rFonts w:ascii="Times New Roman" w:hAnsi="Times New Roman" w:cs="Times New Roman"/>
                <w:b/>
                <w:sz w:val="22"/>
              </w:rPr>
              <w:t>Total Staff</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A797261"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025B89F"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00676509"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8BF696E"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23C55A3" w14:textId="77777777"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Total academic staff (full-time equivalent)</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FAE1C4A"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580270F"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77368C2D"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9BC40B"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7BC8F33" w14:textId="77777777"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Total administrative staff</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7CE5805"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213A890"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33CB984C" w14:textId="77777777" w:rsidTr="006A1C85">
        <w:trPr>
          <w:cantSplit/>
          <w:trHeight w:val="403"/>
          <w:jc w:val="center"/>
        </w:trPr>
        <w:tc>
          <w:tcPr>
            <w:tcW w:w="9806" w:type="dxa"/>
            <w:gridSpan w:val="4"/>
            <w:tcBorders>
              <w:top w:val="single" w:sz="4" w:space="0" w:color="7F7F7F"/>
              <w:left w:val="single" w:sz="4" w:space="0" w:color="7F7F7F"/>
              <w:bottom w:val="single" w:sz="4" w:space="0" w:color="7F7F7F"/>
              <w:right w:val="single" w:sz="4" w:space="0" w:color="7F7F7F"/>
            </w:tcBorders>
            <w:shd w:val="clear" w:color="auto" w:fill="D9EAF7"/>
            <w:tcMar>
              <w:top w:w="45" w:type="dxa"/>
              <w:left w:w="55" w:type="dxa"/>
              <w:bottom w:w="45" w:type="dxa"/>
              <w:right w:w="55" w:type="dxa"/>
            </w:tcMar>
            <w:vAlign w:val="center"/>
          </w:tcPr>
          <w:p w14:paraId="02ACA1E6" w14:textId="77777777" w:rsidR="006A1C85" w:rsidRPr="00DB6570" w:rsidRDefault="006A1C85" w:rsidP="00D270E1">
            <w:pPr>
              <w:spacing w:after="0" w:line="240" w:lineRule="auto"/>
              <w:rPr>
                <w:rFonts w:ascii="Times New Roman" w:hAnsi="Times New Roman" w:cs="Times New Roman"/>
                <w:sz w:val="22"/>
              </w:rPr>
            </w:pPr>
            <w:r w:rsidRPr="00DB6570">
              <w:rPr>
                <w:rFonts w:ascii="Times New Roman" w:hAnsi="Times New Roman" w:cs="Times New Roman"/>
                <w:b/>
                <w:sz w:val="22"/>
              </w:rPr>
              <w:t>Center-Level Data</w:t>
            </w:r>
          </w:p>
        </w:tc>
      </w:tr>
      <w:tr w:rsidR="006A1C85" w:rsidRPr="00DB6570" w14:paraId="2E60902E" w14:textId="77777777" w:rsidTr="005E44DD">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49E67BE" w14:textId="77777777" w:rsidR="006A1C85" w:rsidRPr="00DB6570" w:rsidRDefault="006A1C85"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1</w:t>
            </w: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BFE9D1E" w14:textId="77777777" w:rsidR="006A1C85" w:rsidRPr="00DB6570" w:rsidRDefault="006A1C85" w:rsidP="00D270E1">
            <w:pPr>
              <w:spacing w:after="0" w:line="240" w:lineRule="auto"/>
              <w:rPr>
                <w:rFonts w:ascii="Times New Roman" w:hAnsi="Times New Roman" w:cs="Times New Roman"/>
                <w:sz w:val="22"/>
              </w:rPr>
            </w:pPr>
            <w:r w:rsidRPr="00DB6570">
              <w:rPr>
                <w:rFonts w:ascii="Times New Roman" w:hAnsi="Times New Roman" w:cs="Times New Roman"/>
                <w:b/>
                <w:sz w:val="22"/>
              </w:rPr>
              <w:t>Total student enrollment (all programs)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1DE7179"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DB4063F"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72C82A61"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98800C3"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19220B2" w14:textId="77777777"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PhD</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DFCF6B3"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C91070C"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4F6F7CEF"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40EAEF9"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25B30F1" w14:textId="77777777"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Master's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F716704"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C89D9A5"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4F499C4A"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318CF8B"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9DEBE7E" w14:textId="28CB6AEF"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Bachelor's</w:t>
            </w:r>
            <w:r w:rsidR="006B008A" w:rsidRPr="00DB6570">
              <w:rPr>
                <w:rFonts w:ascii="Times New Roman" w:hAnsi="Times New Roman" w:cs="Times New Roman"/>
                <w:sz w:val="22"/>
              </w:rPr>
              <w:t xml:space="preserve"> (if applicable)</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13ECE0E"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173B73F"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23FE01F7"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5FDA9C2"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F666BD6" w14:textId="77777777"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Short courses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743F452"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5009FC5"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269F04CD" w14:textId="77777777" w:rsidTr="005E44DD">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29E1973" w14:textId="77777777" w:rsidR="006A1C85" w:rsidRPr="00DB6570" w:rsidRDefault="006A1C85"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2</w:t>
            </w: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6433DDF" w14:textId="77777777" w:rsidR="006A1C85" w:rsidRPr="00DB6570" w:rsidRDefault="006A1C85" w:rsidP="00D270E1">
            <w:pPr>
              <w:spacing w:after="0" w:line="240" w:lineRule="auto"/>
              <w:rPr>
                <w:rFonts w:ascii="Times New Roman" w:hAnsi="Times New Roman" w:cs="Times New Roman"/>
                <w:sz w:val="22"/>
              </w:rPr>
            </w:pPr>
            <w:r w:rsidRPr="00DB6570">
              <w:rPr>
                <w:rFonts w:ascii="Times New Roman" w:hAnsi="Times New Roman" w:cs="Times New Roman"/>
                <w:b/>
                <w:sz w:val="22"/>
              </w:rPr>
              <w:t>Total student enrollment (in center-affiliated programs ONLY)</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CA97FD6"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D99F6D4"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526E93D5"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D87E186"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0E39C3C" w14:textId="77777777"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PhD</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6ED795F"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F56079A"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64B49017"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72A3A00"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A001A39" w14:textId="77777777"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Master's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0FAB8DF"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D933DBF"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3ABFE73C"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E08BC09"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022A4E0" w14:textId="766F9E64"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Bachelor's</w:t>
            </w:r>
            <w:r w:rsidR="006B008A" w:rsidRPr="00DB6570">
              <w:rPr>
                <w:rFonts w:ascii="Times New Roman" w:hAnsi="Times New Roman" w:cs="Times New Roman"/>
                <w:sz w:val="22"/>
              </w:rPr>
              <w:t xml:space="preserve"> (if applicable)</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C1BE5BD"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5495EA0"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13F2D5F5"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F16AABB"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3A0C224" w14:textId="77777777"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Short courses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944C2CE"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DF24FF9"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2E390789" w14:textId="77777777" w:rsidTr="005E44DD">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606CAF4" w14:textId="77777777" w:rsidR="006A1C85" w:rsidRPr="00DB6570" w:rsidRDefault="006A1C85"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3</w:t>
            </w: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DA4E043" w14:textId="77777777" w:rsidR="006A1C85" w:rsidRPr="00DB6570" w:rsidRDefault="006A1C85" w:rsidP="00D270E1">
            <w:pPr>
              <w:spacing w:after="0" w:line="240" w:lineRule="auto"/>
              <w:rPr>
                <w:rFonts w:ascii="Times New Roman" w:hAnsi="Times New Roman" w:cs="Times New Roman"/>
                <w:sz w:val="22"/>
              </w:rPr>
            </w:pPr>
            <w:r w:rsidRPr="00DB6570">
              <w:rPr>
                <w:rFonts w:ascii="Times New Roman" w:hAnsi="Times New Roman" w:cs="Times New Roman"/>
                <w:b/>
                <w:sz w:val="22"/>
              </w:rPr>
              <w:t>Total Regional/international students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93C3A37"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6921B96"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4AC72068"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CE2D587"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526962E" w14:textId="77777777"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PhD</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45C1909"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C393C32"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7CAA7A7E"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433123E"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64FB3E8" w14:textId="77777777"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Master's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AB5ADE2"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6DCB8CE"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1C79F502"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32A34CD"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5386E37" w14:textId="384AD0C1"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Bachelor's</w:t>
            </w:r>
            <w:r w:rsidR="006B008A" w:rsidRPr="00DB6570">
              <w:rPr>
                <w:rFonts w:ascii="Times New Roman" w:hAnsi="Times New Roman" w:cs="Times New Roman"/>
                <w:sz w:val="22"/>
              </w:rPr>
              <w:t xml:space="preserve"> (if applicable)</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0E93AB4"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E7DD5A5"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4B293AE1"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DB90DF2"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F58A395" w14:textId="77777777"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Short courses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688341D"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2442416"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125C93E4" w14:textId="77777777" w:rsidTr="005E44DD">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7C4B03E" w14:textId="77777777" w:rsidR="006A1C85" w:rsidRPr="00DB6570" w:rsidRDefault="006A1C85"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4</w:t>
            </w: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FAA0095" w14:textId="77777777" w:rsidR="006A1C85" w:rsidRPr="00DB6570" w:rsidRDefault="006A1C85" w:rsidP="00D270E1">
            <w:pPr>
              <w:spacing w:after="0" w:line="240" w:lineRule="auto"/>
              <w:rPr>
                <w:rFonts w:ascii="Times New Roman" w:hAnsi="Times New Roman" w:cs="Times New Roman"/>
                <w:sz w:val="22"/>
              </w:rPr>
            </w:pPr>
            <w:r w:rsidRPr="00DB6570">
              <w:rPr>
                <w:rFonts w:ascii="Times New Roman" w:hAnsi="Times New Roman" w:cs="Times New Roman"/>
                <w:b/>
                <w:sz w:val="22"/>
              </w:rPr>
              <w:t>Students on scholarship or financial support</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7E52799"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D2CFFC3"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10B8104A" w14:textId="77777777" w:rsidTr="005E44DD">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4A24036" w14:textId="77777777" w:rsidR="006A1C85" w:rsidRPr="00DB6570" w:rsidRDefault="006A1C85"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5</w:t>
            </w: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F861BCD" w14:textId="77777777" w:rsidR="006A1C85" w:rsidRPr="00DB6570" w:rsidRDefault="006A1C85" w:rsidP="00D270E1">
            <w:pPr>
              <w:spacing w:after="0" w:line="240" w:lineRule="auto"/>
              <w:rPr>
                <w:rFonts w:ascii="Times New Roman" w:hAnsi="Times New Roman" w:cs="Times New Roman"/>
                <w:sz w:val="22"/>
              </w:rPr>
            </w:pPr>
            <w:r w:rsidRPr="00DB6570">
              <w:rPr>
                <w:rFonts w:ascii="Times New Roman" w:hAnsi="Times New Roman" w:cs="Times New Roman"/>
                <w:b/>
                <w:sz w:val="22"/>
              </w:rPr>
              <w:t>Students who completed internship/industry placement</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6E56C8D"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A823857"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1920129B"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055A095"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FFE225B" w14:textId="77777777"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Internships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379000A"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4032E9D"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7E58BCB6" w14:textId="77777777" w:rsidTr="005E44DD">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E76886A" w14:textId="77777777" w:rsidR="006A1C85" w:rsidRPr="00DB6570" w:rsidRDefault="006A1C85"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6</w:t>
            </w: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45C4EFC" w14:textId="77777777" w:rsidR="006A1C85" w:rsidRPr="00DB6570" w:rsidRDefault="006A1C85" w:rsidP="00D270E1">
            <w:pPr>
              <w:spacing w:after="0" w:line="240" w:lineRule="auto"/>
              <w:rPr>
                <w:rFonts w:ascii="Times New Roman" w:hAnsi="Times New Roman" w:cs="Times New Roman"/>
                <w:sz w:val="22"/>
              </w:rPr>
            </w:pPr>
            <w:r w:rsidRPr="00DB6570">
              <w:rPr>
                <w:rFonts w:ascii="Times New Roman" w:hAnsi="Times New Roman" w:cs="Times New Roman"/>
                <w:b/>
                <w:sz w:val="22"/>
              </w:rPr>
              <w:t>Total graduates per year</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44ED26C"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EEB278A"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1B147B70"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D4C7B51"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A23AD29" w14:textId="77777777"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PhD</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5B6FCD2"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80DF8F5"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427EFBF3"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BD04682"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02DECBB" w14:textId="77777777"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Master's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CDF6D04"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2661D4E"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08D6D3AD"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C945F1D"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3119A1B" w14:textId="0A398643"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Bachelor's</w:t>
            </w:r>
            <w:r w:rsidR="006B008A" w:rsidRPr="00DB6570">
              <w:rPr>
                <w:rFonts w:ascii="Times New Roman" w:hAnsi="Times New Roman" w:cs="Times New Roman"/>
                <w:sz w:val="22"/>
              </w:rPr>
              <w:t xml:space="preserve"> (if applicable)</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551A49F"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825450D"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2A2253AB"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483400E"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A3D395F" w14:textId="77777777"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Short courses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9CEB4A7"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9F5148D"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3B8C1269" w14:textId="77777777" w:rsidTr="005E44DD">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1F096ED" w14:textId="77777777" w:rsidR="006A1C85" w:rsidRPr="00DB6570" w:rsidRDefault="006A1C85"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7</w:t>
            </w: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5DAA05F" w14:textId="77777777" w:rsidR="006A1C85" w:rsidRPr="00DB6570" w:rsidRDefault="006A1C85" w:rsidP="00D270E1">
            <w:pPr>
              <w:spacing w:after="0" w:line="240" w:lineRule="auto"/>
              <w:rPr>
                <w:rFonts w:ascii="Times New Roman" w:hAnsi="Times New Roman" w:cs="Times New Roman"/>
                <w:sz w:val="22"/>
              </w:rPr>
            </w:pPr>
            <w:r w:rsidRPr="00DB6570">
              <w:rPr>
                <w:rFonts w:ascii="Times New Roman" w:hAnsi="Times New Roman" w:cs="Times New Roman"/>
                <w:b/>
                <w:sz w:val="22"/>
              </w:rPr>
              <w:t>Completion/graduation rate (all levels)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F471EAD"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670AC3A"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1B11009D" w14:textId="77777777" w:rsidTr="005E44DD">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7AB2682" w14:textId="77777777" w:rsidR="006A1C85" w:rsidRPr="00DB6570" w:rsidRDefault="006A1C85"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8</w:t>
            </w: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BF0ECF8" w14:textId="77777777" w:rsidR="006A1C85" w:rsidRPr="00DB6570" w:rsidRDefault="006A1C85" w:rsidP="00D270E1">
            <w:pPr>
              <w:spacing w:after="0" w:line="240" w:lineRule="auto"/>
              <w:rPr>
                <w:rFonts w:ascii="Times New Roman" w:hAnsi="Times New Roman" w:cs="Times New Roman"/>
                <w:sz w:val="22"/>
              </w:rPr>
            </w:pPr>
            <w:r w:rsidRPr="00DB6570">
              <w:rPr>
                <w:rFonts w:ascii="Times New Roman" w:hAnsi="Times New Roman" w:cs="Times New Roman"/>
                <w:b/>
                <w:sz w:val="22"/>
              </w:rPr>
              <w:t>Total Staff</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4BFB238"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924FD29"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5BC4FE24"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6513E1B"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5C87F0E" w14:textId="77777777"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Total academic staff (full-time equivalent)</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7BF0FA2"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7C781A3"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0EBC5F63"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F568033"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480E531" w14:textId="77777777"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International / visiting faculty</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FE55945"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C9EAF6B"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47371E45"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BA3FF53"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D87135C" w14:textId="77777777"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Staff (Faculty/Instructors/Trainers) who have completed outreach/industry attachment (≥1 month)</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1FE5BCF"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614CE31"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73056593"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8910932"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F1A8B9E" w14:textId="77777777"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Technical/lab staff and instructors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86B1F0B"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0929906"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55B56929"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116B5E9"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F4D68B6" w14:textId="77777777"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Academic staff (full-time equivalent) directly assigned to the center</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7B6E961"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F241137"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172FA50C"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B901F3D"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30B3CBA" w14:textId="77777777"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Total administrative staff</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125960A"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9FA021B"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53477AF2" w14:textId="77777777" w:rsidTr="005E44DD">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DB6BAB" w14:textId="77777777" w:rsidR="006A1C85" w:rsidRPr="00DB6570" w:rsidRDefault="006A1C85"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9</w:t>
            </w: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1BE3C57" w14:textId="77777777" w:rsidR="006A1C85" w:rsidRPr="00DB6570" w:rsidRDefault="006A1C85" w:rsidP="00D270E1">
            <w:pPr>
              <w:spacing w:after="0" w:line="240" w:lineRule="auto"/>
              <w:rPr>
                <w:rFonts w:ascii="Times New Roman" w:hAnsi="Times New Roman" w:cs="Times New Roman"/>
                <w:sz w:val="22"/>
              </w:rPr>
            </w:pPr>
            <w:r w:rsidRPr="00DB6570">
              <w:rPr>
                <w:rFonts w:ascii="Times New Roman" w:hAnsi="Times New Roman" w:cs="Times New Roman"/>
                <w:b/>
                <w:sz w:val="22"/>
              </w:rPr>
              <w:t>Externally generated revenue (Briefly indicate sources i.e. grants, consultancy, industry contracts)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A1D9871"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C6E01C9"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7888C2C1" w14:textId="77777777" w:rsidTr="005E44DD">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8448AB9" w14:textId="77777777" w:rsidR="006A1C85" w:rsidRPr="00DB6570" w:rsidRDefault="006A1C85"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10</w:t>
            </w: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88AE23A" w14:textId="77777777" w:rsidR="006A1C85" w:rsidRPr="00DB6570" w:rsidRDefault="006A1C85" w:rsidP="00D270E1">
            <w:pPr>
              <w:spacing w:after="0" w:line="240" w:lineRule="auto"/>
              <w:rPr>
                <w:rFonts w:ascii="Times New Roman" w:hAnsi="Times New Roman" w:cs="Times New Roman"/>
                <w:sz w:val="22"/>
              </w:rPr>
            </w:pPr>
            <w:r w:rsidRPr="00DB6570">
              <w:rPr>
                <w:rFonts w:ascii="Times New Roman" w:hAnsi="Times New Roman" w:cs="Times New Roman"/>
                <w:b/>
                <w:sz w:val="22"/>
              </w:rPr>
              <w:t>Research publications in indexed journals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315B134"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23BBB2E"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1C0990FE" w14:textId="77777777" w:rsidTr="005E44DD">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1A45E60" w14:textId="77777777" w:rsidR="006A1C85" w:rsidRPr="00DB6570" w:rsidRDefault="006A1C85"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11</w:t>
            </w: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9C550E2" w14:textId="77777777" w:rsidR="006A1C85" w:rsidRPr="00DB6570" w:rsidRDefault="006A1C85" w:rsidP="00D270E1">
            <w:pPr>
              <w:spacing w:after="0" w:line="240" w:lineRule="auto"/>
              <w:rPr>
                <w:rFonts w:ascii="Times New Roman" w:hAnsi="Times New Roman" w:cs="Times New Roman"/>
                <w:sz w:val="22"/>
              </w:rPr>
            </w:pPr>
            <w:r w:rsidRPr="00DB6570">
              <w:rPr>
                <w:rFonts w:ascii="Times New Roman" w:hAnsi="Times New Roman" w:cs="Times New Roman"/>
                <w:b/>
                <w:sz w:val="22"/>
              </w:rPr>
              <w:t>Accredited programs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1BCB6EE"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FC2B794"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41C0B7E8"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60C2D3A"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C2FD274" w14:textId="77777777"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National</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1A97174"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C72234A"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4D8D424E"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5C1A06"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D5F0A61" w14:textId="77777777"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Regional</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21E1FE7"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8BAB3B7"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3AF856AC"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F358779"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39AFE55" w14:textId="77777777"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International</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C1BC065"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FB0C166"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56D1A9F0" w14:textId="77777777" w:rsidTr="005E44DD">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421DE9F" w14:textId="77777777" w:rsidR="006A1C85" w:rsidRPr="00DB6570" w:rsidRDefault="006A1C85"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12</w:t>
            </w: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2666750" w14:textId="22BD8667" w:rsidR="006A1C85" w:rsidRPr="00DB6570" w:rsidRDefault="006A1C85" w:rsidP="00D270E1">
            <w:pPr>
              <w:spacing w:after="0" w:line="240" w:lineRule="auto"/>
              <w:rPr>
                <w:rFonts w:ascii="Times New Roman" w:hAnsi="Times New Roman" w:cs="Times New Roman"/>
                <w:sz w:val="22"/>
              </w:rPr>
            </w:pPr>
            <w:r w:rsidRPr="00DB6570">
              <w:rPr>
                <w:rFonts w:ascii="Times New Roman" w:hAnsi="Times New Roman" w:cs="Times New Roman"/>
                <w:b/>
                <w:sz w:val="22"/>
              </w:rPr>
              <w:t>Active industry partnerships / MoUs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D960A9B"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021AC08"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64CD481E" w14:textId="77777777" w:rsidTr="005E44DD">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4713FEB" w14:textId="77777777" w:rsidR="006A1C85" w:rsidRPr="00DB6570" w:rsidRDefault="006A1C85"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13</w:t>
            </w: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7ADEB25" w14:textId="77777777" w:rsidR="006A1C85" w:rsidRPr="00DB6570" w:rsidRDefault="006A1C85" w:rsidP="00D270E1">
            <w:pPr>
              <w:spacing w:after="0" w:line="240" w:lineRule="auto"/>
              <w:rPr>
                <w:rFonts w:ascii="Times New Roman" w:hAnsi="Times New Roman" w:cs="Times New Roman"/>
                <w:sz w:val="22"/>
              </w:rPr>
            </w:pPr>
            <w:r w:rsidRPr="00DB6570">
              <w:rPr>
                <w:rFonts w:ascii="Times New Roman" w:hAnsi="Times New Roman" w:cs="Times New Roman"/>
                <w:b/>
                <w:sz w:val="22"/>
              </w:rPr>
              <w:t>Innovations</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622BCEF"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DB71C81"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355C4CD9"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2549D23"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31D1351" w14:textId="77777777"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Patents filed</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D7AEED5"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0292424"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2F1B0103"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0FCFD85"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496A53D" w14:textId="77777777"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Patents granted</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24E11C4"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80C68BE"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2E93F508"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02AE93"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F0191E" w14:textId="77777777"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Prototypes developed</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D0053F5"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0A1E9D3"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02591312"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D2C0247"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C605DD9" w14:textId="77777777"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Start-ups incubated or spun out</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7FD11A5"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29AA92F" w14:textId="77777777" w:rsidR="006A1C85" w:rsidRPr="00DB6570" w:rsidRDefault="006A1C85" w:rsidP="00D270E1">
            <w:pPr>
              <w:spacing w:after="0" w:line="240" w:lineRule="auto"/>
              <w:jc w:val="center"/>
              <w:rPr>
                <w:rFonts w:ascii="Times New Roman" w:hAnsi="Times New Roman" w:cs="Times New Roman"/>
                <w:sz w:val="22"/>
              </w:rPr>
            </w:pPr>
          </w:p>
        </w:tc>
      </w:tr>
      <w:tr w:rsidR="006A1C85" w:rsidRPr="00DB6570" w14:paraId="36970060" w14:textId="77777777" w:rsidTr="005E44DD">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E3D465A" w14:textId="77777777" w:rsidR="006A1C85" w:rsidRPr="00DB6570" w:rsidRDefault="006A1C85" w:rsidP="00D270E1">
            <w:pPr>
              <w:spacing w:after="0" w:line="240" w:lineRule="auto"/>
              <w:jc w:val="center"/>
              <w:rPr>
                <w:rFonts w:ascii="Times New Roman" w:hAnsi="Times New Roman" w:cs="Times New Roman"/>
                <w:sz w:val="22"/>
              </w:rPr>
            </w:pPr>
          </w:p>
        </w:tc>
        <w:tc>
          <w:tcPr>
            <w:tcW w:w="578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FC0A6A1" w14:textId="77777777" w:rsidR="006A1C85" w:rsidRPr="00DB6570" w:rsidRDefault="006A1C85"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Technologies commercialized</w:t>
            </w:r>
          </w:p>
        </w:tc>
        <w:tc>
          <w:tcPr>
            <w:tcW w:w="1620"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CC5730A" w14:textId="77777777" w:rsidR="006A1C85" w:rsidRPr="00DB6570" w:rsidRDefault="006A1C85" w:rsidP="00D270E1">
            <w:pPr>
              <w:spacing w:after="0" w:line="240" w:lineRule="auto"/>
              <w:jc w:val="center"/>
              <w:rPr>
                <w:rFonts w:ascii="Times New Roman" w:hAnsi="Times New Roman" w:cs="Times New Roman"/>
                <w:sz w:val="22"/>
              </w:rPr>
            </w:pPr>
          </w:p>
        </w:tc>
        <w:tc>
          <w:tcPr>
            <w:tcW w:w="1801"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DDB068C" w14:textId="77777777" w:rsidR="006A1C85" w:rsidRPr="00DB6570" w:rsidRDefault="006A1C85" w:rsidP="00D270E1">
            <w:pPr>
              <w:spacing w:after="0" w:line="240" w:lineRule="auto"/>
              <w:jc w:val="center"/>
              <w:rPr>
                <w:rFonts w:ascii="Times New Roman" w:hAnsi="Times New Roman" w:cs="Times New Roman"/>
                <w:sz w:val="22"/>
              </w:rPr>
            </w:pPr>
          </w:p>
        </w:tc>
      </w:tr>
    </w:tbl>
    <w:p w14:paraId="22DF6495" w14:textId="77777777" w:rsidR="0061162A" w:rsidRPr="00DB6570" w:rsidRDefault="0061162A">
      <w:pPr>
        <w:spacing w:after="0"/>
        <w:rPr>
          <w:rFonts w:ascii="Times New Roman" w:hAnsi="Times New Roman" w:cs="Times New Roman"/>
          <w:sz w:val="22"/>
        </w:rPr>
      </w:pPr>
    </w:p>
    <w:p w14:paraId="38AFD28E" w14:textId="3BFEC9D9" w:rsidR="0061162A" w:rsidRPr="00DB6570" w:rsidRDefault="002B65F2">
      <w:pPr>
        <w:pStyle w:val="Heading2"/>
        <w:rPr>
          <w:rFonts w:ascii="Times New Roman" w:hAnsi="Times New Roman" w:cs="Times New Roman"/>
          <w:color w:val="auto"/>
          <w:sz w:val="22"/>
          <w:szCs w:val="22"/>
        </w:rPr>
      </w:pPr>
      <w:bookmarkStart w:id="24" w:name="_Toc237525219"/>
      <w:r w:rsidRPr="00DB6570">
        <w:rPr>
          <w:rFonts w:ascii="Times New Roman" w:hAnsi="Times New Roman" w:cs="Times New Roman"/>
          <w:color w:val="auto"/>
          <w:sz w:val="22"/>
          <w:szCs w:val="22"/>
        </w:rPr>
        <w:t>4</w:t>
      </w:r>
      <w:r w:rsidR="00BE6111" w:rsidRPr="00DB6570">
        <w:rPr>
          <w:rFonts w:ascii="Times New Roman" w:hAnsi="Times New Roman" w:cs="Times New Roman"/>
          <w:color w:val="auto"/>
          <w:sz w:val="22"/>
          <w:szCs w:val="22"/>
        </w:rPr>
        <w:t>.</w:t>
      </w:r>
      <w:r w:rsidR="00FD21CD" w:rsidRPr="00DB6570">
        <w:rPr>
          <w:rFonts w:ascii="Times New Roman" w:hAnsi="Times New Roman" w:cs="Times New Roman"/>
          <w:color w:val="auto"/>
          <w:sz w:val="22"/>
          <w:szCs w:val="22"/>
        </w:rPr>
        <w:t>2</w:t>
      </w:r>
      <w:r w:rsidR="00BE6111" w:rsidRPr="00DB6570">
        <w:rPr>
          <w:rFonts w:ascii="Times New Roman" w:hAnsi="Times New Roman" w:cs="Times New Roman"/>
          <w:color w:val="auto"/>
          <w:sz w:val="22"/>
          <w:szCs w:val="22"/>
        </w:rPr>
        <w:t xml:space="preserve"> Advanced Education, Teaching and Learning Strategy</w:t>
      </w:r>
      <w:bookmarkEnd w:id="24"/>
    </w:p>
    <w:p w14:paraId="4C2D5D57" w14:textId="4EA208F2" w:rsidR="0061162A" w:rsidRPr="00DB6570" w:rsidRDefault="00BE6111">
      <w:pPr>
        <w:pStyle w:val="GuidanceText"/>
        <w:keepNext/>
        <w:rPr>
          <w:rFonts w:ascii="Times New Roman" w:hAnsi="Times New Roman" w:cs="Times New Roman"/>
          <w:color w:val="auto"/>
          <w:sz w:val="22"/>
        </w:rPr>
      </w:pPr>
      <w:r w:rsidRPr="00DB6570">
        <w:rPr>
          <w:rFonts w:ascii="Times New Roman" w:hAnsi="Times New Roman" w:cs="Times New Roman"/>
          <w:color w:val="auto"/>
          <w:sz w:val="22"/>
        </w:rPr>
        <w:t xml:space="preserve">Explain the portfolio of postgraduate, professional </w:t>
      </w:r>
      <w:r w:rsidR="004A7CB7" w:rsidRPr="00DB6570">
        <w:rPr>
          <w:rFonts w:ascii="Times New Roman" w:hAnsi="Times New Roman" w:cs="Times New Roman"/>
          <w:color w:val="auto"/>
          <w:sz w:val="22"/>
        </w:rPr>
        <w:t xml:space="preserve">short course, </w:t>
      </w:r>
      <w:r w:rsidR="004A7CB7" w:rsidRPr="00DB6570">
        <w:rPr>
          <w:rFonts w:ascii="Times New Roman" w:hAnsi="Times New Roman" w:cs="Times New Roman"/>
          <w:b/>
          <w:bCs/>
          <w:color w:val="auto"/>
          <w:sz w:val="22"/>
        </w:rPr>
        <w:t xml:space="preserve">digital skills </w:t>
      </w:r>
      <w:r w:rsidRPr="00DB6570">
        <w:rPr>
          <w:rFonts w:ascii="Times New Roman" w:hAnsi="Times New Roman" w:cs="Times New Roman"/>
          <w:color w:val="auto"/>
          <w:sz w:val="22"/>
        </w:rPr>
        <w:t>and where applicable undergraduate specialization programs</w:t>
      </w:r>
      <w:r w:rsidR="00DD6AB2" w:rsidRPr="00DB6570">
        <w:rPr>
          <w:rFonts w:ascii="Times New Roman" w:hAnsi="Times New Roman" w:cs="Times New Roman"/>
          <w:color w:val="auto"/>
          <w:sz w:val="22"/>
        </w:rPr>
        <w:t xml:space="preserve"> that the center will offer.</w:t>
      </w:r>
      <w:r w:rsidR="00DD5451" w:rsidRPr="00DB6570">
        <w:rPr>
          <w:rFonts w:ascii="Times New Roman" w:hAnsi="Times New Roman" w:cs="Times New Roman"/>
          <w:color w:val="auto"/>
          <w:sz w:val="22"/>
        </w:rPr>
        <w:t xml:space="preserve"> Please specify which programs are newly proposed, to be updated or to be continued</w:t>
      </w:r>
      <w:r w:rsidR="009D0E77" w:rsidRPr="00DB6570">
        <w:rPr>
          <w:rFonts w:ascii="Times New Roman" w:hAnsi="Times New Roman" w:cs="Times New Roman"/>
          <w:color w:val="auto"/>
          <w:sz w:val="22"/>
        </w:rPr>
        <w:t xml:space="preserve"> without updates</w:t>
      </w:r>
      <w:r w:rsidRPr="00DB6570">
        <w:rPr>
          <w:rFonts w:ascii="Times New Roman" w:hAnsi="Times New Roman" w:cs="Times New Roman"/>
          <w:color w:val="auto"/>
          <w:sz w:val="22"/>
        </w:rPr>
        <w:t>. Describe</w:t>
      </w:r>
      <w:r w:rsidR="004E0DF1" w:rsidRPr="00DB6570">
        <w:rPr>
          <w:rFonts w:ascii="Times New Roman" w:hAnsi="Times New Roman" w:cs="Times New Roman"/>
          <w:color w:val="auto"/>
          <w:sz w:val="22"/>
        </w:rPr>
        <w:t xml:space="preserve"> the</w:t>
      </w:r>
      <w:r w:rsidRPr="00DB6570">
        <w:rPr>
          <w:rFonts w:ascii="Times New Roman" w:hAnsi="Times New Roman" w:cs="Times New Roman"/>
          <w:color w:val="auto"/>
          <w:sz w:val="22"/>
        </w:rPr>
        <w:t xml:space="preserve"> competenc</w:t>
      </w:r>
      <w:r w:rsidR="004E0DF1" w:rsidRPr="00DB6570">
        <w:rPr>
          <w:rFonts w:ascii="Times New Roman" w:hAnsi="Times New Roman" w:cs="Times New Roman"/>
          <w:color w:val="auto"/>
          <w:sz w:val="22"/>
        </w:rPr>
        <w:t>ies</w:t>
      </w:r>
      <w:r w:rsidRPr="00DB6570">
        <w:rPr>
          <w:rFonts w:ascii="Times New Roman" w:hAnsi="Times New Roman" w:cs="Times New Roman"/>
          <w:color w:val="auto"/>
          <w:sz w:val="22"/>
        </w:rPr>
        <w:t xml:space="preserve"> </w:t>
      </w:r>
      <w:r w:rsidR="004E0DF1" w:rsidRPr="00DB6570">
        <w:rPr>
          <w:rFonts w:ascii="Times New Roman" w:hAnsi="Times New Roman" w:cs="Times New Roman"/>
          <w:color w:val="auto"/>
          <w:sz w:val="22"/>
        </w:rPr>
        <w:t xml:space="preserve">to be </w:t>
      </w:r>
      <w:r w:rsidR="004226F7" w:rsidRPr="00DB6570">
        <w:rPr>
          <w:rFonts w:ascii="Times New Roman" w:hAnsi="Times New Roman" w:cs="Times New Roman"/>
          <w:color w:val="auto"/>
          <w:sz w:val="22"/>
        </w:rPr>
        <w:t>covered by the proposed programs</w:t>
      </w:r>
      <w:r w:rsidRPr="00DB6570">
        <w:rPr>
          <w:rFonts w:ascii="Times New Roman" w:hAnsi="Times New Roman" w:cs="Times New Roman"/>
          <w:color w:val="auto"/>
          <w:sz w:val="22"/>
        </w:rPr>
        <w:t xml:space="preserve">, target participants, </w:t>
      </w:r>
      <w:r w:rsidR="00DE30B3" w:rsidRPr="00DB6570">
        <w:rPr>
          <w:rFonts w:ascii="Times New Roman" w:hAnsi="Times New Roman" w:cs="Times New Roman"/>
          <w:color w:val="auto"/>
          <w:sz w:val="22"/>
        </w:rPr>
        <w:t>innovations</w:t>
      </w:r>
      <w:r w:rsidR="00682E7B" w:rsidRPr="00DB6570">
        <w:rPr>
          <w:rFonts w:ascii="Times New Roman" w:hAnsi="Times New Roman" w:cs="Times New Roman"/>
          <w:color w:val="auto"/>
          <w:sz w:val="22"/>
        </w:rPr>
        <w:t xml:space="preserve"> that will be launched (for example, </w:t>
      </w:r>
      <w:r w:rsidRPr="00DB6570">
        <w:rPr>
          <w:rFonts w:ascii="Times New Roman" w:hAnsi="Times New Roman" w:cs="Times New Roman"/>
          <w:color w:val="auto"/>
          <w:sz w:val="22"/>
        </w:rPr>
        <w:t xml:space="preserve">delivery modes, curriculum </w:t>
      </w:r>
      <w:r w:rsidR="00682E7B" w:rsidRPr="00DB6570">
        <w:rPr>
          <w:rFonts w:ascii="Times New Roman" w:hAnsi="Times New Roman" w:cs="Times New Roman"/>
          <w:color w:val="auto"/>
          <w:sz w:val="22"/>
        </w:rPr>
        <w:t>updates</w:t>
      </w:r>
      <w:r w:rsidRPr="00DB6570">
        <w:rPr>
          <w:rFonts w:ascii="Times New Roman" w:hAnsi="Times New Roman" w:cs="Times New Roman"/>
          <w:color w:val="auto"/>
          <w:sz w:val="22"/>
        </w:rPr>
        <w:t xml:space="preserve">, </w:t>
      </w:r>
      <w:r w:rsidR="00DD7F1B" w:rsidRPr="00DB6570">
        <w:rPr>
          <w:rFonts w:ascii="Times New Roman" w:hAnsi="Times New Roman" w:cs="Times New Roman"/>
          <w:color w:val="auto"/>
          <w:sz w:val="22"/>
        </w:rPr>
        <w:t>use of digital tools and resources, etc.)</w:t>
      </w:r>
      <w:r w:rsidR="00E5057F" w:rsidRPr="00DB6570">
        <w:rPr>
          <w:rFonts w:ascii="Times New Roman" w:hAnsi="Times New Roman" w:cs="Times New Roman"/>
          <w:color w:val="auto"/>
          <w:sz w:val="22"/>
        </w:rPr>
        <w:t xml:space="preserve">, </w:t>
      </w:r>
      <w:r w:rsidR="004226F7" w:rsidRPr="00DB6570">
        <w:rPr>
          <w:rFonts w:ascii="Times New Roman" w:hAnsi="Times New Roman" w:cs="Times New Roman"/>
          <w:color w:val="auto"/>
          <w:sz w:val="22"/>
        </w:rPr>
        <w:t xml:space="preserve">how </w:t>
      </w:r>
      <w:r w:rsidRPr="00DB6570">
        <w:rPr>
          <w:rFonts w:ascii="Times New Roman" w:hAnsi="Times New Roman" w:cs="Times New Roman"/>
          <w:color w:val="auto"/>
          <w:sz w:val="22"/>
        </w:rPr>
        <w:t>practical learning</w:t>
      </w:r>
      <w:r w:rsidR="004226F7" w:rsidRPr="00DB6570">
        <w:rPr>
          <w:rFonts w:ascii="Times New Roman" w:hAnsi="Times New Roman" w:cs="Times New Roman"/>
          <w:color w:val="auto"/>
          <w:sz w:val="22"/>
        </w:rPr>
        <w:t xml:space="preserve"> </w:t>
      </w:r>
      <w:r w:rsidR="00485E5D" w:rsidRPr="00DB6570">
        <w:rPr>
          <w:rFonts w:ascii="Times New Roman" w:hAnsi="Times New Roman" w:cs="Times New Roman"/>
          <w:color w:val="auto"/>
          <w:sz w:val="22"/>
        </w:rPr>
        <w:t>will be integrated in the program structure</w:t>
      </w:r>
      <w:r w:rsidRPr="00DB6570">
        <w:rPr>
          <w:rFonts w:ascii="Times New Roman" w:hAnsi="Times New Roman" w:cs="Times New Roman"/>
          <w:color w:val="auto"/>
          <w:sz w:val="22"/>
        </w:rPr>
        <w:t xml:space="preserve">, and </w:t>
      </w:r>
      <w:r w:rsidR="00F92875" w:rsidRPr="00DB6570">
        <w:rPr>
          <w:rFonts w:ascii="Times New Roman" w:hAnsi="Times New Roman" w:cs="Times New Roman"/>
          <w:color w:val="auto"/>
          <w:sz w:val="22"/>
        </w:rPr>
        <w:t xml:space="preserve">the role of </w:t>
      </w:r>
      <w:r w:rsidRPr="00DB6570">
        <w:rPr>
          <w:rFonts w:ascii="Times New Roman" w:hAnsi="Times New Roman" w:cs="Times New Roman"/>
          <w:color w:val="auto"/>
          <w:sz w:val="22"/>
        </w:rPr>
        <w:t>employers</w:t>
      </w:r>
      <w:r w:rsidR="00F92875" w:rsidRPr="00DB6570">
        <w:rPr>
          <w:rFonts w:ascii="Times New Roman" w:hAnsi="Times New Roman" w:cs="Times New Roman"/>
          <w:color w:val="auto"/>
          <w:sz w:val="22"/>
        </w:rPr>
        <w:t>/private sector</w:t>
      </w:r>
      <w:r w:rsidR="006516E5" w:rsidRPr="00DB6570">
        <w:rPr>
          <w:rFonts w:ascii="Times New Roman" w:hAnsi="Times New Roman" w:cs="Times New Roman"/>
          <w:color w:val="auto"/>
          <w:sz w:val="22"/>
        </w:rPr>
        <w:t xml:space="preserve"> in design and delivery. Highlight any additional resources that the center will require t</w:t>
      </w:r>
      <w:r w:rsidR="00065DCF" w:rsidRPr="00DB6570">
        <w:rPr>
          <w:rFonts w:ascii="Times New Roman" w:hAnsi="Times New Roman" w:cs="Times New Roman"/>
          <w:color w:val="auto"/>
          <w:sz w:val="22"/>
        </w:rPr>
        <w:t>o deliver on this plan (faculty, facilities, laboratories, digital infrastructure, etc.)</w:t>
      </w:r>
      <w:r w:rsidRPr="00DB6570">
        <w:rPr>
          <w:rFonts w:ascii="Times New Roman" w:hAnsi="Times New Roman" w:cs="Times New Roman"/>
          <w:color w:val="auto"/>
          <w:sz w:val="22"/>
        </w:rPr>
        <w:t>.</w:t>
      </w:r>
    </w:p>
    <w:tbl>
      <w:tblPr>
        <w:tblStyle w:val="TableGrid"/>
        <w:tblW w:w="9000" w:type="dxa"/>
        <w:jc w:val="center"/>
        <w:tblLook w:val="04A0" w:firstRow="1" w:lastRow="0" w:firstColumn="1" w:lastColumn="0" w:noHBand="0" w:noVBand="1"/>
      </w:tblPr>
      <w:tblGrid>
        <w:gridCol w:w="9000"/>
      </w:tblGrid>
      <w:tr w:rsidR="0061162A" w:rsidRPr="00DB6570" w14:paraId="4BEEF8DA" w14:textId="77777777">
        <w:trPr>
          <w:jc w:val="center"/>
        </w:trPr>
        <w:tc>
          <w:tcPr>
            <w:tcW w:w="9866" w:type="dxa"/>
            <w:shd w:val="clear" w:color="auto" w:fill="FAFAFA"/>
            <w:tcMar>
              <w:top w:w="110" w:type="dxa"/>
              <w:left w:w="120" w:type="dxa"/>
              <w:bottom w:w="110" w:type="dxa"/>
              <w:right w:w="120" w:type="dxa"/>
            </w:tcMar>
          </w:tcPr>
          <w:p w14:paraId="796A9B02" w14:textId="7DE04710" w:rsidR="0061162A" w:rsidRPr="00DB6570" w:rsidRDefault="00043338">
            <w:pPr>
              <w:rPr>
                <w:rFonts w:ascii="Times New Roman" w:hAnsi="Times New Roman" w:cs="Times New Roman"/>
                <w:sz w:val="22"/>
              </w:rPr>
            </w:pPr>
            <w:r w:rsidRPr="00043338">
              <w:rPr>
                <w:rFonts w:ascii="Times New Roman" w:hAnsi="Times New Roman" w:cs="Times New Roman"/>
                <w:i/>
                <w:sz w:val="22"/>
              </w:rPr>
              <w:t>[Applicant response must not exceed 1500 words]</w:t>
            </w:r>
          </w:p>
          <w:p w14:paraId="09C9969D" w14:textId="77777777" w:rsidR="0061162A" w:rsidRPr="00DB6570" w:rsidRDefault="0061162A">
            <w:pPr>
              <w:rPr>
                <w:rFonts w:ascii="Times New Roman" w:hAnsi="Times New Roman" w:cs="Times New Roman"/>
                <w:sz w:val="22"/>
              </w:rPr>
            </w:pPr>
          </w:p>
          <w:p w14:paraId="15A3B451" w14:textId="77777777" w:rsidR="0061162A" w:rsidRPr="00DB6570" w:rsidRDefault="0061162A">
            <w:pPr>
              <w:rPr>
                <w:rFonts w:ascii="Times New Roman" w:hAnsi="Times New Roman" w:cs="Times New Roman"/>
                <w:sz w:val="22"/>
              </w:rPr>
            </w:pPr>
          </w:p>
          <w:p w14:paraId="44495281" w14:textId="77777777" w:rsidR="0061162A" w:rsidRPr="00DB6570" w:rsidRDefault="0061162A">
            <w:pPr>
              <w:rPr>
                <w:rFonts w:ascii="Times New Roman" w:hAnsi="Times New Roman" w:cs="Times New Roman"/>
                <w:sz w:val="22"/>
              </w:rPr>
            </w:pPr>
          </w:p>
        </w:tc>
      </w:tr>
    </w:tbl>
    <w:p w14:paraId="29CDA2CE" w14:textId="77777777" w:rsidR="0061162A" w:rsidRPr="00DB6570" w:rsidRDefault="0061162A">
      <w:pPr>
        <w:spacing w:after="0"/>
        <w:rPr>
          <w:rFonts w:ascii="Times New Roman" w:hAnsi="Times New Roman" w:cs="Times New Roman"/>
          <w:sz w:val="22"/>
        </w:rPr>
      </w:pPr>
    </w:p>
    <w:p w14:paraId="50EB89FC" w14:textId="77777777" w:rsidR="0061162A" w:rsidRPr="00DB6570" w:rsidRDefault="00BE6111">
      <w:pPr>
        <w:spacing w:after="0" w:line="20" w:lineRule="exact"/>
        <w:rPr>
          <w:rFonts w:ascii="Times New Roman" w:hAnsi="Times New Roman" w:cs="Times New Roman"/>
          <w:sz w:val="22"/>
        </w:rPr>
        <w:sectPr w:rsidR="0061162A" w:rsidRPr="00DB6570" w:rsidSect="00A00670">
          <w:pgSz w:w="11906" w:h="16838"/>
          <w:pgMar w:top="964" w:right="1020" w:bottom="907" w:left="1020" w:header="454" w:footer="454" w:gutter="0"/>
          <w:cols w:space="720"/>
          <w:docGrid w:linePitch="360"/>
        </w:sectPr>
      </w:pPr>
      <w:r w:rsidRPr="00DB6570">
        <w:rPr>
          <w:rFonts w:ascii="Times New Roman" w:hAnsi="Times New Roman" w:cs="Times New Roman"/>
          <w:vanish/>
          <w:sz w:val="22"/>
        </w:rPr>
        <w:t xml:space="preserve"> </w:t>
      </w:r>
    </w:p>
    <w:p w14:paraId="77195785" w14:textId="389254C3" w:rsidR="0061162A" w:rsidRPr="00DB6570" w:rsidRDefault="002B65F2">
      <w:pPr>
        <w:pStyle w:val="Heading3"/>
        <w:rPr>
          <w:rFonts w:ascii="Times New Roman" w:hAnsi="Times New Roman" w:cs="Times New Roman"/>
          <w:color w:val="auto"/>
          <w:sz w:val="22"/>
        </w:rPr>
      </w:pPr>
      <w:bookmarkStart w:id="25" w:name="_Toc237525220"/>
      <w:r w:rsidRPr="00DB6570">
        <w:rPr>
          <w:rFonts w:ascii="Times New Roman" w:hAnsi="Times New Roman" w:cs="Times New Roman"/>
          <w:color w:val="auto"/>
          <w:sz w:val="22"/>
        </w:rPr>
        <w:t>4.</w:t>
      </w:r>
      <w:r w:rsidR="00EE263E" w:rsidRPr="00DB6570">
        <w:rPr>
          <w:rFonts w:ascii="Times New Roman" w:hAnsi="Times New Roman" w:cs="Times New Roman"/>
          <w:color w:val="auto"/>
          <w:sz w:val="22"/>
        </w:rPr>
        <w:t>2</w:t>
      </w:r>
      <w:r w:rsidRPr="00DB6570">
        <w:rPr>
          <w:rFonts w:ascii="Times New Roman" w:hAnsi="Times New Roman" w:cs="Times New Roman"/>
          <w:color w:val="auto"/>
          <w:sz w:val="22"/>
        </w:rPr>
        <w:t xml:space="preserve">.1 </w:t>
      </w:r>
      <w:r w:rsidR="00BE6111" w:rsidRPr="00DB6570">
        <w:rPr>
          <w:rFonts w:ascii="Times New Roman" w:hAnsi="Times New Roman" w:cs="Times New Roman"/>
          <w:color w:val="auto"/>
          <w:sz w:val="22"/>
        </w:rPr>
        <w:t>Detailed Academic and Professional Program Plan</w:t>
      </w:r>
      <w:bookmarkEnd w:id="25"/>
    </w:p>
    <w:tbl>
      <w:tblPr>
        <w:tblW w:w="14817" w:type="dxa"/>
        <w:jc w:val="center"/>
        <w:tblLayout w:type="fixed"/>
        <w:tblLook w:val="04A0" w:firstRow="1" w:lastRow="0" w:firstColumn="1" w:lastColumn="0" w:noHBand="0" w:noVBand="1"/>
      </w:tblPr>
      <w:tblGrid>
        <w:gridCol w:w="548"/>
        <w:gridCol w:w="1656"/>
        <w:gridCol w:w="1556"/>
        <w:gridCol w:w="1556"/>
        <w:gridCol w:w="1267"/>
        <w:gridCol w:w="921"/>
        <w:gridCol w:w="1267"/>
        <w:gridCol w:w="921"/>
        <w:gridCol w:w="1267"/>
        <w:gridCol w:w="964"/>
        <w:gridCol w:w="964"/>
        <w:gridCol w:w="1930"/>
      </w:tblGrid>
      <w:tr w:rsidR="00C55E0F" w:rsidRPr="00DB6570" w14:paraId="1D238842" w14:textId="77777777" w:rsidTr="0021427D">
        <w:trPr>
          <w:cantSplit/>
          <w:trHeight w:val="677"/>
          <w:tblHeader/>
          <w:jc w:val="center"/>
        </w:trPr>
        <w:tc>
          <w:tcPr>
            <w:tcW w:w="5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4B4D57F" w14:textId="77777777" w:rsidR="00C55E0F" w:rsidRPr="00DB6570" w:rsidRDefault="00C55E0F"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w:t>
            </w:r>
          </w:p>
        </w:tc>
        <w:tc>
          <w:tcPr>
            <w:tcW w:w="165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86F520A" w14:textId="77777777" w:rsidR="00C55E0F" w:rsidRPr="00DB6570" w:rsidRDefault="00C55E0F"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Program Name</w:t>
            </w:r>
          </w:p>
        </w:tc>
        <w:tc>
          <w:tcPr>
            <w:tcW w:w="155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1AB0880" w14:textId="77777777" w:rsidR="00C55E0F" w:rsidRPr="00DB6570" w:rsidRDefault="00C55E0F"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Status</w:t>
            </w:r>
          </w:p>
        </w:tc>
        <w:tc>
          <w:tcPr>
            <w:tcW w:w="155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971D931" w14:textId="77777777" w:rsidR="00C55E0F" w:rsidRPr="00DB6570" w:rsidRDefault="00C55E0F"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Program Level</w:t>
            </w:r>
          </w:p>
        </w:tc>
        <w:tc>
          <w:tcPr>
            <w:tcW w:w="1267"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FA5D33D" w14:textId="77777777" w:rsidR="00C55E0F" w:rsidRPr="00DB6570" w:rsidRDefault="00C55E0F"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Baseline/ Current Enrollment</w:t>
            </w:r>
          </w:p>
        </w:tc>
        <w:tc>
          <w:tcPr>
            <w:tcW w:w="921"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7A5ABF8" w14:textId="77777777" w:rsidR="00C55E0F" w:rsidRPr="00DB6570" w:rsidRDefault="00C55E0F"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of which Female</w:t>
            </w:r>
          </w:p>
        </w:tc>
        <w:tc>
          <w:tcPr>
            <w:tcW w:w="1267"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9C316A5" w14:textId="77777777" w:rsidR="00C55E0F" w:rsidRPr="00DB6570" w:rsidRDefault="00C55E0F"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Annual Enrollment target</w:t>
            </w:r>
          </w:p>
        </w:tc>
        <w:tc>
          <w:tcPr>
            <w:tcW w:w="921"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C4891B5" w14:textId="77777777" w:rsidR="00C55E0F" w:rsidRPr="00DB6570" w:rsidRDefault="00C55E0F"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of which Female</w:t>
            </w:r>
          </w:p>
        </w:tc>
        <w:tc>
          <w:tcPr>
            <w:tcW w:w="1267"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70A9775" w14:textId="77777777" w:rsidR="00C55E0F" w:rsidRPr="00DB6570" w:rsidRDefault="00C55E0F"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End of Project Total (Yr 1–5)</w:t>
            </w:r>
          </w:p>
        </w:tc>
        <w:tc>
          <w:tcPr>
            <w:tcW w:w="9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C614104" w14:textId="77777777" w:rsidR="00C55E0F" w:rsidRPr="00DB6570" w:rsidRDefault="00C55E0F"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Regional target %</w:t>
            </w:r>
          </w:p>
        </w:tc>
        <w:tc>
          <w:tcPr>
            <w:tcW w:w="9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08044E" w14:textId="77777777" w:rsidR="00C55E0F" w:rsidRPr="00DB6570" w:rsidRDefault="00C55E0F"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Female target %</w:t>
            </w:r>
          </w:p>
        </w:tc>
        <w:tc>
          <w:tcPr>
            <w:tcW w:w="193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099F39D" w14:textId="77777777" w:rsidR="00C55E0F" w:rsidRPr="00DB6570" w:rsidRDefault="00C55E0F"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Sector alignment and Industry Role</w:t>
            </w:r>
          </w:p>
        </w:tc>
      </w:tr>
      <w:tr w:rsidR="00C55E0F" w:rsidRPr="00DB6570" w14:paraId="65E4A7BD" w14:textId="77777777" w:rsidTr="00C55E0F">
        <w:trPr>
          <w:cantSplit/>
          <w:trHeight w:val="662"/>
          <w:jc w:val="center"/>
        </w:trPr>
        <w:tc>
          <w:tcPr>
            <w:tcW w:w="5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72F049F" w14:textId="77777777" w:rsidR="00C55E0F" w:rsidRPr="00DB6570" w:rsidRDefault="00C55E0F"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1</w:t>
            </w:r>
          </w:p>
        </w:tc>
        <w:tc>
          <w:tcPr>
            <w:tcW w:w="165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1D12DE3" w14:textId="77777777" w:rsidR="00C55E0F" w:rsidRPr="00DB6570" w:rsidRDefault="00C55E0F" w:rsidP="00D270E1">
            <w:pPr>
              <w:spacing w:after="0" w:line="240" w:lineRule="auto"/>
              <w:rPr>
                <w:rFonts w:ascii="Times New Roman" w:hAnsi="Times New Roman" w:cs="Times New Roman"/>
                <w:sz w:val="22"/>
              </w:rPr>
            </w:pPr>
          </w:p>
        </w:tc>
        <w:tc>
          <w:tcPr>
            <w:tcW w:w="1556" w:type="dxa"/>
            <w:tcBorders>
              <w:top w:val="single" w:sz="4" w:space="0" w:color="7F7F7F"/>
              <w:left w:val="single" w:sz="4" w:space="0" w:color="7F7F7F"/>
              <w:bottom w:val="single" w:sz="4" w:space="0" w:color="7F7F7F"/>
              <w:right w:val="single" w:sz="4" w:space="0" w:color="7F7F7F"/>
            </w:tcBorders>
            <w:shd w:val="clear" w:color="auto" w:fill="FFF2CC"/>
            <w:tcMar>
              <w:top w:w="45" w:type="dxa"/>
              <w:left w:w="55" w:type="dxa"/>
              <w:bottom w:w="45" w:type="dxa"/>
              <w:right w:w="55" w:type="dxa"/>
            </w:tcMar>
            <w:vAlign w:val="center"/>
          </w:tcPr>
          <w:p w14:paraId="30DA4D7C" w14:textId="77777777" w:rsidR="00C55E0F" w:rsidRPr="00DB6570" w:rsidRDefault="00C55E0F" w:rsidP="00D270E1">
            <w:pPr>
              <w:spacing w:after="0" w:line="240" w:lineRule="auto"/>
              <w:rPr>
                <w:rFonts w:ascii="Times New Roman" w:hAnsi="Times New Roman" w:cs="Times New Roman"/>
                <w:sz w:val="22"/>
              </w:rPr>
            </w:pPr>
            <w:r w:rsidRPr="00DB6570">
              <w:rPr>
                <w:rFonts w:ascii="Times New Roman" w:hAnsi="Times New Roman" w:cs="Times New Roman"/>
                <w:i/>
                <w:sz w:val="22"/>
              </w:rPr>
              <w:t>Existing – to be expanded / New</w:t>
            </w:r>
          </w:p>
        </w:tc>
        <w:tc>
          <w:tcPr>
            <w:tcW w:w="1556" w:type="dxa"/>
            <w:tcBorders>
              <w:top w:val="single" w:sz="4" w:space="0" w:color="7F7F7F"/>
              <w:left w:val="single" w:sz="4" w:space="0" w:color="7F7F7F"/>
              <w:bottom w:val="single" w:sz="4" w:space="0" w:color="7F7F7F"/>
              <w:right w:val="single" w:sz="4" w:space="0" w:color="7F7F7F"/>
            </w:tcBorders>
            <w:shd w:val="clear" w:color="auto" w:fill="FFF2CC"/>
            <w:tcMar>
              <w:top w:w="45" w:type="dxa"/>
              <w:left w:w="55" w:type="dxa"/>
              <w:bottom w:w="45" w:type="dxa"/>
              <w:right w:w="55" w:type="dxa"/>
            </w:tcMar>
            <w:vAlign w:val="center"/>
          </w:tcPr>
          <w:p w14:paraId="41DB56BA" w14:textId="77777777" w:rsidR="00C55E0F" w:rsidRPr="00DB6570" w:rsidRDefault="00C55E0F" w:rsidP="00D270E1">
            <w:pPr>
              <w:spacing w:after="0" w:line="240" w:lineRule="auto"/>
              <w:rPr>
                <w:rFonts w:ascii="Times New Roman" w:hAnsi="Times New Roman" w:cs="Times New Roman"/>
                <w:sz w:val="22"/>
              </w:rPr>
            </w:pPr>
            <w:r w:rsidRPr="00DB6570">
              <w:rPr>
                <w:rFonts w:ascii="Times New Roman" w:hAnsi="Times New Roman" w:cs="Times New Roman"/>
                <w:i/>
                <w:sz w:val="22"/>
              </w:rPr>
              <w:t>PhD / Master's / Bachelor's / Diploma / Certificate / Short Course</w:t>
            </w:r>
          </w:p>
        </w:tc>
        <w:tc>
          <w:tcPr>
            <w:tcW w:w="1267"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9AFEC1" w14:textId="77777777" w:rsidR="00C55E0F" w:rsidRPr="00DB6570" w:rsidRDefault="00C55E0F" w:rsidP="00D270E1">
            <w:pPr>
              <w:spacing w:after="0" w:line="240" w:lineRule="auto"/>
              <w:rPr>
                <w:rFonts w:ascii="Times New Roman" w:hAnsi="Times New Roman" w:cs="Times New Roman"/>
                <w:sz w:val="22"/>
              </w:rPr>
            </w:pPr>
          </w:p>
        </w:tc>
        <w:tc>
          <w:tcPr>
            <w:tcW w:w="921"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32BFC24" w14:textId="77777777" w:rsidR="00C55E0F" w:rsidRPr="00DB6570" w:rsidRDefault="00C55E0F" w:rsidP="00D270E1">
            <w:pPr>
              <w:spacing w:after="0" w:line="240" w:lineRule="auto"/>
              <w:rPr>
                <w:rFonts w:ascii="Times New Roman" w:hAnsi="Times New Roman" w:cs="Times New Roman"/>
                <w:sz w:val="22"/>
              </w:rPr>
            </w:pPr>
          </w:p>
        </w:tc>
        <w:tc>
          <w:tcPr>
            <w:tcW w:w="1267"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974DC99" w14:textId="77777777" w:rsidR="00C55E0F" w:rsidRPr="00DB6570" w:rsidRDefault="00C55E0F" w:rsidP="00D270E1">
            <w:pPr>
              <w:spacing w:after="0" w:line="240" w:lineRule="auto"/>
              <w:rPr>
                <w:rFonts w:ascii="Times New Roman" w:hAnsi="Times New Roman" w:cs="Times New Roman"/>
                <w:sz w:val="22"/>
              </w:rPr>
            </w:pPr>
          </w:p>
        </w:tc>
        <w:tc>
          <w:tcPr>
            <w:tcW w:w="921"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33FCC85" w14:textId="77777777" w:rsidR="00C55E0F" w:rsidRPr="00DB6570" w:rsidRDefault="00C55E0F" w:rsidP="00D270E1">
            <w:pPr>
              <w:spacing w:after="0" w:line="240" w:lineRule="auto"/>
              <w:jc w:val="center"/>
              <w:rPr>
                <w:rFonts w:ascii="Times New Roman" w:hAnsi="Times New Roman" w:cs="Times New Roman"/>
                <w:sz w:val="22"/>
              </w:rPr>
            </w:pPr>
          </w:p>
        </w:tc>
        <w:tc>
          <w:tcPr>
            <w:tcW w:w="1267"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195FC94" w14:textId="77777777" w:rsidR="00C55E0F" w:rsidRPr="00DB6570" w:rsidRDefault="00C55E0F" w:rsidP="00D270E1">
            <w:pPr>
              <w:spacing w:after="0" w:line="240" w:lineRule="auto"/>
              <w:jc w:val="center"/>
              <w:rPr>
                <w:rFonts w:ascii="Times New Roman" w:hAnsi="Times New Roman" w:cs="Times New Roman"/>
                <w:sz w:val="22"/>
              </w:rPr>
            </w:pPr>
          </w:p>
        </w:tc>
        <w:tc>
          <w:tcPr>
            <w:tcW w:w="9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207BA1F" w14:textId="77777777" w:rsidR="00C55E0F" w:rsidRPr="00DB6570" w:rsidRDefault="00C55E0F" w:rsidP="00D270E1">
            <w:pPr>
              <w:spacing w:after="0" w:line="240" w:lineRule="auto"/>
              <w:jc w:val="center"/>
              <w:rPr>
                <w:rFonts w:ascii="Times New Roman" w:hAnsi="Times New Roman" w:cs="Times New Roman"/>
                <w:sz w:val="22"/>
              </w:rPr>
            </w:pPr>
          </w:p>
        </w:tc>
        <w:tc>
          <w:tcPr>
            <w:tcW w:w="9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D7BF096" w14:textId="77777777" w:rsidR="00C55E0F" w:rsidRPr="00DB6570" w:rsidRDefault="00C55E0F" w:rsidP="00D270E1">
            <w:pPr>
              <w:spacing w:after="0" w:line="240" w:lineRule="auto"/>
              <w:jc w:val="center"/>
              <w:rPr>
                <w:rFonts w:ascii="Times New Roman" w:hAnsi="Times New Roman" w:cs="Times New Roman"/>
                <w:sz w:val="22"/>
              </w:rPr>
            </w:pPr>
          </w:p>
        </w:tc>
        <w:tc>
          <w:tcPr>
            <w:tcW w:w="193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6C95C3F" w14:textId="77777777" w:rsidR="00C55E0F" w:rsidRPr="00DB6570" w:rsidRDefault="00C55E0F" w:rsidP="00D270E1">
            <w:pPr>
              <w:spacing w:after="0" w:line="240" w:lineRule="auto"/>
              <w:jc w:val="center"/>
              <w:rPr>
                <w:rFonts w:ascii="Times New Roman" w:hAnsi="Times New Roman" w:cs="Times New Roman"/>
                <w:sz w:val="22"/>
              </w:rPr>
            </w:pPr>
          </w:p>
        </w:tc>
      </w:tr>
      <w:tr w:rsidR="00C55E0F" w:rsidRPr="00DB6570" w14:paraId="79DA31FC" w14:textId="77777777" w:rsidTr="00C55E0F">
        <w:trPr>
          <w:cantSplit/>
          <w:trHeight w:val="662"/>
          <w:jc w:val="center"/>
        </w:trPr>
        <w:tc>
          <w:tcPr>
            <w:tcW w:w="5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003E91C" w14:textId="77777777" w:rsidR="00C55E0F" w:rsidRPr="00DB6570" w:rsidRDefault="00C55E0F"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2</w:t>
            </w:r>
          </w:p>
        </w:tc>
        <w:tc>
          <w:tcPr>
            <w:tcW w:w="165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1129CC9" w14:textId="77777777" w:rsidR="00C55E0F" w:rsidRPr="00DB6570" w:rsidRDefault="00C55E0F" w:rsidP="00D270E1">
            <w:pPr>
              <w:spacing w:after="0" w:line="240" w:lineRule="auto"/>
              <w:rPr>
                <w:rFonts w:ascii="Times New Roman" w:hAnsi="Times New Roman" w:cs="Times New Roman"/>
                <w:sz w:val="22"/>
              </w:rPr>
            </w:pPr>
          </w:p>
        </w:tc>
        <w:tc>
          <w:tcPr>
            <w:tcW w:w="155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21574AE" w14:textId="77777777" w:rsidR="00C55E0F" w:rsidRPr="00DB6570" w:rsidRDefault="00C55E0F" w:rsidP="00D270E1">
            <w:pPr>
              <w:spacing w:after="0" w:line="240" w:lineRule="auto"/>
              <w:rPr>
                <w:rFonts w:ascii="Times New Roman" w:hAnsi="Times New Roman" w:cs="Times New Roman"/>
                <w:sz w:val="22"/>
              </w:rPr>
            </w:pPr>
          </w:p>
        </w:tc>
        <w:tc>
          <w:tcPr>
            <w:tcW w:w="155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C2A10C0" w14:textId="77777777" w:rsidR="00C55E0F" w:rsidRPr="00DB6570" w:rsidRDefault="00C55E0F" w:rsidP="00D270E1">
            <w:pPr>
              <w:spacing w:after="0" w:line="240" w:lineRule="auto"/>
              <w:rPr>
                <w:rFonts w:ascii="Times New Roman" w:hAnsi="Times New Roman" w:cs="Times New Roman"/>
                <w:sz w:val="22"/>
              </w:rPr>
            </w:pPr>
          </w:p>
        </w:tc>
        <w:tc>
          <w:tcPr>
            <w:tcW w:w="1267"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4D17D61" w14:textId="77777777" w:rsidR="00C55E0F" w:rsidRPr="00DB6570" w:rsidRDefault="00C55E0F" w:rsidP="00D270E1">
            <w:pPr>
              <w:spacing w:after="0" w:line="240" w:lineRule="auto"/>
              <w:rPr>
                <w:rFonts w:ascii="Times New Roman" w:hAnsi="Times New Roman" w:cs="Times New Roman"/>
                <w:sz w:val="22"/>
              </w:rPr>
            </w:pPr>
          </w:p>
        </w:tc>
        <w:tc>
          <w:tcPr>
            <w:tcW w:w="921"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3C3ADBA" w14:textId="77777777" w:rsidR="00C55E0F" w:rsidRPr="00DB6570" w:rsidRDefault="00C55E0F" w:rsidP="00D270E1">
            <w:pPr>
              <w:spacing w:after="0" w:line="240" w:lineRule="auto"/>
              <w:rPr>
                <w:rFonts w:ascii="Times New Roman" w:hAnsi="Times New Roman" w:cs="Times New Roman"/>
                <w:sz w:val="22"/>
              </w:rPr>
            </w:pPr>
          </w:p>
        </w:tc>
        <w:tc>
          <w:tcPr>
            <w:tcW w:w="1267"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4ECC151" w14:textId="77777777" w:rsidR="00C55E0F" w:rsidRPr="00DB6570" w:rsidRDefault="00C55E0F" w:rsidP="00D270E1">
            <w:pPr>
              <w:spacing w:after="0" w:line="240" w:lineRule="auto"/>
              <w:rPr>
                <w:rFonts w:ascii="Times New Roman" w:hAnsi="Times New Roman" w:cs="Times New Roman"/>
                <w:sz w:val="22"/>
              </w:rPr>
            </w:pPr>
          </w:p>
        </w:tc>
        <w:tc>
          <w:tcPr>
            <w:tcW w:w="921"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9C106EE" w14:textId="77777777" w:rsidR="00C55E0F" w:rsidRPr="00DB6570" w:rsidRDefault="00C55E0F" w:rsidP="00D270E1">
            <w:pPr>
              <w:spacing w:after="0" w:line="240" w:lineRule="auto"/>
              <w:jc w:val="center"/>
              <w:rPr>
                <w:rFonts w:ascii="Times New Roman" w:hAnsi="Times New Roman" w:cs="Times New Roman"/>
                <w:sz w:val="22"/>
              </w:rPr>
            </w:pPr>
          </w:p>
        </w:tc>
        <w:tc>
          <w:tcPr>
            <w:tcW w:w="1267"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D33D5BD" w14:textId="77777777" w:rsidR="00C55E0F" w:rsidRPr="00DB6570" w:rsidRDefault="00C55E0F" w:rsidP="00D270E1">
            <w:pPr>
              <w:spacing w:after="0" w:line="240" w:lineRule="auto"/>
              <w:jc w:val="center"/>
              <w:rPr>
                <w:rFonts w:ascii="Times New Roman" w:hAnsi="Times New Roman" w:cs="Times New Roman"/>
                <w:sz w:val="22"/>
              </w:rPr>
            </w:pPr>
          </w:p>
        </w:tc>
        <w:tc>
          <w:tcPr>
            <w:tcW w:w="9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89BA879" w14:textId="77777777" w:rsidR="00C55E0F" w:rsidRPr="00DB6570" w:rsidRDefault="00C55E0F" w:rsidP="00D270E1">
            <w:pPr>
              <w:spacing w:after="0" w:line="240" w:lineRule="auto"/>
              <w:jc w:val="center"/>
              <w:rPr>
                <w:rFonts w:ascii="Times New Roman" w:hAnsi="Times New Roman" w:cs="Times New Roman"/>
                <w:sz w:val="22"/>
              </w:rPr>
            </w:pPr>
          </w:p>
        </w:tc>
        <w:tc>
          <w:tcPr>
            <w:tcW w:w="9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9B0AB1" w14:textId="77777777" w:rsidR="00C55E0F" w:rsidRPr="00DB6570" w:rsidRDefault="00C55E0F" w:rsidP="00D270E1">
            <w:pPr>
              <w:spacing w:after="0" w:line="240" w:lineRule="auto"/>
              <w:jc w:val="center"/>
              <w:rPr>
                <w:rFonts w:ascii="Times New Roman" w:hAnsi="Times New Roman" w:cs="Times New Roman"/>
                <w:sz w:val="22"/>
              </w:rPr>
            </w:pPr>
          </w:p>
        </w:tc>
        <w:tc>
          <w:tcPr>
            <w:tcW w:w="193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4F5EEE2" w14:textId="77777777" w:rsidR="00C55E0F" w:rsidRPr="00DB6570" w:rsidRDefault="00C55E0F" w:rsidP="00D270E1">
            <w:pPr>
              <w:spacing w:after="0" w:line="240" w:lineRule="auto"/>
              <w:jc w:val="center"/>
              <w:rPr>
                <w:rFonts w:ascii="Times New Roman" w:hAnsi="Times New Roman" w:cs="Times New Roman"/>
                <w:sz w:val="22"/>
              </w:rPr>
            </w:pPr>
          </w:p>
        </w:tc>
      </w:tr>
      <w:tr w:rsidR="00C55E0F" w:rsidRPr="00DB6570" w14:paraId="7B8FF8CE" w14:textId="77777777" w:rsidTr="00C55E0F">
        <w:trPr>
          <w:cantSplit/>
          <w:trHeight w:val="662"/>
          <w:jc w:val="center"/>
        </w:trPr>
        <w:tc>
          <w:tcPr>
            <w:tcW w:w="5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2BC813D" w14:textId="77777777" w:rsidR="00C55E0F" w:rsidRPr="00DB6570" w:rsidRDefault="00C55E0F"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3</w:t>
            </w:r>
          </w:p>
        </w:tc>
        <w:tc>
          <w:tcPr>
            <w:tcW w:w="165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4B6E231" w14:textId="77777777" w:rsidR="00C55E0F" w:rsidRPr="00DB6570" w:rsidRDefault="00C55E0F" w:rsidP="00D270E1">
            <w:pPr>
              <w:spacing w:after="0" w:line="240" w:lineRule="auto"/>
              <w:rPr>
                <w:rFonts w:ascii="Times New Roman" w:hAnsi="Times New Roman" w:cs="Times New Roman"/>
                <w:sz w:val="22"/>
              </w:rPr>
            </w:pPr>
          </w:p>
        </w:tc>
        <w:tc>
          <w:tcPr>
            <w:tcW w:w="155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7105443" w14:textId="77777777" w:rsidR="00C55E0F" w:rsidRPr="00DB6570" w:rsidRDefault="00C55E0F" w:rsidP="00D270E1">
            <w:pPr>
              <w:spacing w:after="0" w:line="240" w:lineRule="auto"/>
              <w:rPr>
                <w:rFonts w:ascii="Times New Roman" w:hAnsi="Times New Roman" w:cs="Times New Roman"/>
                <w:sz w:val="22"/>
              </w:rPr>
            </w:pPr>
          </w:p>
        </w:tc>
        <w:tc>
          <w:tcPr>
            <w:tcW w:w="155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87D3561" w14:textId="77777777" w:rsidR="00C55E0F" w:rsidRPr="00DB6570" w:rsidRDefault="00C55E0F" w:rsidP="00D270E1">
            <w:pPr>
              <w:spacing w:after="0" w:line="240" w:lineRule="auto"/>
              <w:rPr>
                <w:rFonts w:ascii="Times New Roman" w:hAnsi="Times New Roman" w:cs="Times New Roman"/>
                <w:sz w:val="22"/>
              </w:rPr>
            </w:pPr>
          </w:p>
        </w:tc>
        <w:tc>
          <w:tcPr>
            <w:tcW w:w="1267"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759612" w14:textId="77777777" w:rsidR="00C55E0F" w:rsidRPr="00DB6570" w:rsidRDefault="00C55E0F" w:rsidP="00D270E1">
            <w:pPr>
              <w:spacing w:after="0" w:line="240" w:lineRule="auto"/>
              <w:rPr>
                <w:rFonts w:ascii="Times New Roman" w:hAnsi="Times New Roman" w:cs="Times New Roman"/>
                <w:sz w:val="22"/>
              </w:rPr>
            </w:pPr>
          </w:p>
        </w:tc>
        <w:tc>
          <w:tcPr>
            <w:tcW w:w="921"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80ADD1F" w14:textId="77777777" w:rsidR="00C55E0F" w:rsidRPr="00DB6570" w:rsidRDefault="00C55E0F" w:rsidP="00D270E1">
            <w:pPr>
              <w:spacing w:after="0" w:line="240" w:lineRule="auto"/>
              <w:rPr>
                <w:rFonts w:ascii="Times New Roman" w:hAnsi="Times New Roman" w:cs="Times New Roman"/>
                <w:sz w:val="22"/>
              </w:rPr>
            </w:pPr>
          </w:p>
        </w:tc>
        <w:tc>
          <w:tcPr>
            <w:tcW w:w="1267"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D1CB07" w14:textId="77777777" w:rsidR="00C55E0F" w:rsidRPr="00DB6570" w:rsidRDefault="00C55E0F" w:rsidP="00D270E1">
            <w:pPr>
              <w:spacing w:after="0" w:line="240" w:lineRule="auto"/>
              <w:rPr>
                <w:rFonts w:ascii="Times New Roman" w:hAnsi="Times New Roman" w:cs="Times New Roman"/>
                <w:sz w:val="22"/>
              </w:rPr>
            </w:pPr>
          </w:p>
        </w:tc>
        <w:tc>
          <w:tcPr>
            <w:tcW w:w="921"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2667A12" w14:textId="77777777" w:rsidR="00C55E0F" w:rsidRPr="00DB6570" w:rsidRDefault="00C55E0F" w:rsidP="00D270E1">
            <w:pPr>
              <w:spacing w:after="0" w:line="240" w:lineRule="auto"/>
              <w:jc w:val="center"/>
              <w:rPr>
                <w:rFonts w:ascii="Times New Roman" w:hAnsi="Times New Roman" w:cs="Times New Roman"/>
                <w:sz w:val="22"/>
              </w:rPr>
            </w:pPr>
          </w:p>
        </w:tc>
        <w:tc>
          <w:tcPr>
            <w:tcW w:w="1267"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065FD06" w14:textId="77777777" w:rsidR="00C55E0F" w:rsidRPr="00DB6570" w:rsidRDefault="00C55E0F" w:rsidP="00D270E1">
            <w:pPr>
              <w:spacing w:after="0" w:line="240" w:lineRule="auto"/>
              <w:jc w:val="center"/>
              <w:rPr>
                <w:rFonts w:ascii="Times New Roman" w:hAnsi="Times New Roman" w:cs="Times New Roman"/>
                <w:sz w:val="22"/>
              </w:rPr>
            </w:pPr>
          </w:p>
        </w:tc>
        <w:tc>
          <w:tcPr>
            <w:tcW w:w="9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3A8AC04" w14:textId="77777777" w:rsidR="00C55E0F" w:rsidRPr="00DB6570" w:rsidRDefault="00C55E0F" w:rsidP="00D270E1">
            <w:pPr>
              <w:spacing w:after="0" w:line="240" w:lineRule="auto"/>
              <w:jc w:val="center"/>
              <w:rPr>
                <w:rFonts w:ascii="Times New Roman" w:hAnsi="Times New Roman" w:cs="Times New Roman"/>
                <w:sz w:val="22"/>
              </w:rPr>
            </w:pPr>
          </w:p>
        </w:tc>
        <w:tc>
          <w:tcPr>
            <w:tcW w:w="9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8DBF151" w14:textId="77777777" w:rsidR="00C55E0F" w:rsidRPr="00DB6570" w:rsidRDefault="00C55E0F" w:rsidP="00D270E1">
            <w:pPr>
              <w:spacing w:after="0" w:line="240" w:lineRule="auto"/>
              <w:jc w:val="center"/>
              <w:rPr>
                <w:rFonts w:ascii="Times New Roman" w:hAnsi="Times New Roman" w:cs="Times New Roman"/>
                <w:sz w:val="22"/>
              </w:rPr>
            </w:pPr>
          </w:p>
        </w:tc>
        <w:tc>
          <w:tcPr>
            <w:tcW w:w="193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8C57E6D" w14:textId="77777777" w:rsidR="00C55E0F" w:rsidRPr="00DB6570" w:rsidRDefault="00C55E0F" w:rsidP="00D270E1">
            <w:pPr>
              <w:spacing w:after="0" w:line="240" w:lineRule="auto"/>
              <w:jc w:val="center"/>
              <w:rPr>
                <w:rFonts w:ascii="Times New Roman" w:hAnsi="Times New Roman" w:cs="Times New Roman"/>
                <w:sz w:val="22"/>
              </w:rPr>
            </w:pPr>
          </w:p>
        </w:tc>
      </w:tr>
      <w:tr w:rsidR="00C55E0F" w:rsidRPr="00DB6570" w14:paraId="73A093BE" w14:textId="77777777" w:rsidTr="00C55E0F">
        <w:trPr>
          <w:cantSplit/>
          <w:trHeight w:val="662"/>
          <w:jc w:val="center"/>
        </w:trPr>
        <w:tc>
          <w:tcPr>
            <w:tcW w:w="5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D48F58A" w14:textId="77777777" w:rsidR="00C55E0F" w:rsidRPr="00DB6570" w:rsidRDefault="00C55E0F"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4</w:t>
            </w:r>
          </w:p>
        </w:tc>
        <w:tc>
          <w:tcPr>
            <w:tcW w:w="165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3008EF7" w14:textId="77777777" w:rsidR="00C55E0F" w:rsidRPr="00DB6570" w:rsidRDefault="00C55E0F" w:rsidP="00D270E1">
            <w:pPr>
              <w:spacing w:after="0" w:line="240" w:lineRule="auto"/>
              <w:rPr>
                <w:rFonts w:ascii="Times New Roman" w:hAnsi="Times New Roman" w:cs="Times New Roman"/>
                <w:sz w:val="22"/>
              </w:rPr>
            </w:pPr>
          </w:p>
        </w:tc>
        <w:tc>
          <w:tcPr>
            <w:tcW w:w="155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7797FC8" w14:textId="77777777" w:rsidR="00C55E0F" w:rsidRPr="00DB6570" w:rsidRDefault="00C55E0F" w:rsidP="00D270E1">
            <w:pPr>
              <w:spacing w:after="0" w:line="240" w:lineRule="auto"/>
              <w:rPr>
                <w:rFonts w:ascii="Times New Roman" w:hAnsi="Times New Roman" w:cs="Times New Roman"/>
                <w:sz w:val="22"/>
              </w:rPr>
            </w:pPr>
          </w:p>
        </w:tc>
        <w:tc>
          <w:tcPr>
            <w:tcW w:w="155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B2804A1" w14:textId="77777777" w:rsidR="00C55E0F" w:rsidRPr="00DB6570" w:rsidRDefault="00C55E0F" w:rsidP="00D270E1">
            <w:pPr>
              <w:spacing w:after="0" w:line="240" w:lineRule="auto"/>
              <w:rPr>
                <w:rFonts w:ascii="Times New Roman" w:hAnsi="Times New Roman" w:cs="Times New Roman"/>
                <w:sz w:val="22"/>
              </w:rPr>
            </w:pPr>
          </w:p>
        </w:tc>
        <w:tc>
          <w:tcPr>
            <w:tcW w:w="1267"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94680AE" w14:textId="77777777" w:rsidR="00C55E0F" w:rsidRPr="00DB6570" w:rsidRDefault="00C55E0F" w:rsidP="00D270E1">
            <w:pPr>
              <w:spacing w:after="0" w:line="240" w:lineRule="auto"/>
              <w:rPr>
                <w:rFonts w:ascii="Times New Roman" w:hAnsi="Times New Roman" w:cs="Times New Roman"/>
                <w:sz w:val="22"/>
              </w:rPr>
            </w:pPr>
          </w:p>
        </w:tc>
        <w:tc>
          <w:tcPr>
            <w:tcW w:w="921"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0C39E81" w14:textId="77777777" w:rsidR="00C55E0F" w:rsidRPr="00DB6570" w:rsidRDefault="00C55E0F" w:rsidP="00D270E1">
            <w:pPr>
              <w:spacing w:after="0" w:line="240" w:lineRule="auto"/>
              <w:rPr>
                <w:rFonts w:ascii="Times New Roman" w:hAnsi="Times New Roman" w:cs="Times New Roman"/>
                <w:sz w:val="22"/>
              </w:rPr>
            </w:pPr>
          </w:p>
        </w:tc>
        <w:tc>
          <w:tcPr>
            <w:tcW w:w="1267"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BA4881E" w14:textId="77777777" w:rsidR="00C55E0F" w:rsidRPr="00DB6570" w:rsidRDefault="00C55E0F" w:rsidP="00D270E1">
            <w:pPr>
              <w:spacing w:after="0" w:line="240" w:lineRule="auto"/>
              <w:rPr>
                <w:rFonts w:ascii="Times New Roman" w:hAnsi="Times New Roman" w:cs="Times New Roman"/>
                <w:sz w:val="22"/>
              </w:rPr>
            </w:pPr>
          </w:p>
        </w:tc>
        <w:tc>
          <w:tcPr>
            <w:tcW w:w="921"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206A4CA" w14:textId="77777777" w:rsidR="00C55E0F" w:rsidRPr="00DB6570" w:rsidRDefault="00C55E0F" w:rsidP="00D270E1">
            <w:pPr>
              <w:spacing w:after="0" w:line="240" w:lineRule="auto"/>
              <w:jc w:val="center"/>
              <w:rPr>
                <w:rFonts w:ascii="Times New Roman" w:hAnsi="Times New Roman" w:cs="Times New Roman"/>
                <w:sz w:val="22"/>
              </w:rPr>
            </w:pPr>
          </w:p>
        </w:tc>
        <w:tc>
          <w:tcPr>
            <w:tcW w:w="1267"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ECB493" w14:textId="77777777" w:rsidR="00C55E0F" w:rsidRPr="00DB6570" w:rsidRDefault="00C55E0F" w:rsidP="00D270E1">
            <w:pPr>
              <w:spacing w:after="0" w:line="240" w:lineRule="auto"/>
              <w:jc w:val="center"/>
              <w:rPr>
                <w:rFonts w:ascii="Times New Roman" w:hAnsi="Times New Roman" w:cs="Times New Roman"/>
                <w:sz w:val="22"/>
              </w:rPr>
            </w:pPr>
          </w:p>
        </w:tc>
        <w:tc>
          <w:tcPr>
            <w:tcW w:w="9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AD8210C" w14:textId="77777777" w:rsidR="00C55E0F" w:rsidRPr="00DB6570" w:rsidRDefault="00C55E0F" w:rsidP="00D270E1">
            <w:pPr>
              <w:spacing w:after="0" w:line="240" w:lineRule="auto"/>
              <w:jc w:val="center"/>
              <w:rPr>
                <w:rFonts w:ascii="Times New Roman" w:hAnsi="Times New Roman" w:cs="Times New Roman"/>
                <w:sz w:val="22"/>
              </w:rPr>
            </w:pPr>
          </w:p>
        </w:tc>
        <w:tc>
          <w:tcPr>
            <w:tcW w:w="9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078CBA9" w14:textId="77777777" w:rsidR="00C55E0F" w:rsidRPr="00DB6570" w:rsidRDefault="00C55E0F" w:rsidP="00D270E1">
            <w:pPr>
              <w:spacing w:after="0" w:line="240" w:lineRule="auto"/>
              <w:jc w:val="center"/>
              <w:rPr>
                <w:rFonts w:ascii="Times New Roman" w:hAnsi="Times New Roman" w:cs="Times New Roman"/>
                <w:sz w:val="22"/>
              </w:rPr>
            </w:pPr>
          </w:p>
        </w:tc>
        <w:tc>
          <w:tcPr>
            <w:tcW w:w="193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529E770" w14:textId="77777777" w:rsidR="00C55E0F" w:rsidRPr="00DB6570" w:rsidRDefault="00C55E0F" w:rsidP="00D270E1">
            <w:pPr>
              <w:spacing w:after="0" w:line="240" w:lineRule="auto"/>
              <w:jc w:val="center"/>
              <w:rPr>
                <w:rFonts w:ascii="Times New Roman" w:hAnsi="Times New Roman" w:cs="Times New Roman"/>
                <w:sz w:val="22"/>
              </w:rPr>
            </w:pPr>
          </w:p>
        </w:tc>
      </w:tr>
      <w:tr w:rsidR="00C55E0F" w:rsidRPr="00DB6570" w14:paraId="7778812F" w14:textId="77777777" w:rsidTr="00C55E0F">
        <w:trPr>
          <w:cantSplit/>
          <w:trHeight w:val="662"/>
          <w:jc w:val="center"/>
        </w:trPr>
        <w:tc>
          <w:tcPr>
            <w:tcW w:w="5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250DAFA" w14:textId="77777777" w:rsidR="00C55E0F" w:rsidRPr="00DB6570" w:rsidRDefault="00C55E0F"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5</w:t>
            </w:r>
          </w:p>
        </w:tc>
        <w:tc>
          <w:tcPr>
            <w:tcW w:w="165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2EDABDF" w14:textId="77777777" w:rsidR="00C55E0F" w:rsidRPr="00DB6570" w:rsidRDefault="00C55E0F" w:rsidP="00D270E1">
            <w:pPr>
              <w:spacing w:after="0" w:line="240" w:lineRule="auto"/>
              <w:rPr>
                <w:rFonts w:ascii="Times New Roman" w:hAnsi="Times New Roman" w:cs="Times New Roman"/>
                <w:sz w:val="22"/>
              </w:rPr>
            </w:pPr>
          </w:p>
        </w:tc>
        <w:tc>
          <w:tcPr>
            <w:tcW w:w="155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2E75804" w14:textId="77777777" w:rsidR="00C55E0F" w:rsidRPr="00DB6570" w:rsidRDefault="00C55E0F" w:rsidP="00D270E1">
            <w:pPr>
              <w:spacing w:after="0" w:line="240" w:lineRule="auto"/>
              <w:rPr>
                <w:rFonts w:ascii="Times New Roman" w:hAnsi="Times New Roman" w:cs="Times New Roman"/>
                <w:sz w:val="22"/>
              </w:rPr>
            </w:pPr>
          </w:p>
        </w:tc>
        <w:tc>
          <w:tcPr>
            <w:tcW w:w="155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028484D" w14:textId="77777777" w:rsidR="00C55E0F" w:rsidRPr="00DB6570" w:rsidRDefault="00C55E0F" w:rsidP="00D270E1">
            <w:pPr>
              <w:spacing w:after="0" w:line="240" w:lineRule="auto"/>
              <w:rPr>
                <w:rFonts w:ascii="Times New Roman" w:hAnsi="Times New Roman" w:cs="Times New Roman"/>
                <w:sz w:val="22"/>
              </w:rPr>
            </w:pPr>
          </w:p>
        </w:tc>
        <w:tc>
          <w:tcPr>
            <w:tcW w:w="1267"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46A8A50" w14:textId="77777777" w:rsidR="00C55E0F" w:rsidRPr="00DB6570" w:rsidRDefault="00C55E0F" w:rsidP="00D270E1">
            <w:pPr>
              <w:spacing w:after="0" w:line="240" w:lineRule="auto"/>
              <w:rPr>
                <w:rFonts w:ascii="Times New Roman" w:hAnsi="Times New Roman" w:cs="Times New Roman"/>
                <w:sz w:val="22"/>
              </w:rPr>
            </w:pPr>
          </w:p>
        </w:tc>
        <w:tc>
          <w:tcPr>
            <w:tcW w:w="921"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648FED1" w14:textId="77777777" w:rsidR="00C55E0F" w:rsidRPr="00DB6570" w:rsidRDefault="00C55E0F" w:rsidP="00D270E1">
            <w:pPr>
              <w:spacing w:after="0" w:line="240" w:lineRule="auto"/>
              <w:rPr>
                <w:rFonts w:ascii="Times New Roman" w:hAnsi="Times New Roman" w:cs="Times New Roman"/>
                <w:sz w:val="22"/>
              </w:rPr>
            </w:pPr>
          </w:p>
        </w:tc>
        <w:tc>
          <w:tcPr>
            <w:tcW w:w="1267"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9649D5F" w14:textId="77777777" w:rsidR="00C55E0F" w:rsidRPr="00DB6570" w:rsidRDefault="00C55E0F" w:rsidP="00D270E1">
            <w:pPr>
              <w:spacing w:after="0" w:line="240" w:lineRule="auto"/>
              <w:rPr>
                <w:rFonts w:ascii="Times New Roman" w:hAnsi="Times New Roman" w:cs="Times New Roman"/>
                <w:sz w:val="22"/>
              </w:rPr>
            </w:pPr>
          </w:p>
        </w:tc>
        <w:tc>
          <w:tcPr>
            <w:tcW w:w="921"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3F632AE" w14:textId="77777777" w:rsidR="00C55E0F" w:rsidRPr="00DB6570" w:rsidRDefault="00C55E0F" w:rsidP="00D270E1">
            <w:pPr>
              <w:spacing w:after="0" w:line="240" w:lineRule="auto"/>
              <w:jc w:val="center"/>
              <w:rPr>
                <w:rFonts w:ascii="Times New Roman" w:hAnsi="Times New Roman" w:cs="Times New Roman"/>
                <w:sz w:val="22"/>
              </w:rPr>
            </w:pPr>
          </w:p>
        </w:tc>
        <w:tc>
          <w:tcPr>
            <w:tcW w:w="1267"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7033001" w14:textId="77777777" w:rsidR="00C55E0F" w:rsidRPr="00DB6570" w:rsidRDefault="00C55E0F" w:rsidP="00D270E1">
            <w:pPr>
              <w:spacing w:after="0" w:line="240" w:lineRule="auto"/>
              <w:jc w:val="center"/>
              <w:rPr>
                <w:rFonts w:ascii="Times New Roman" w:hAnsi="Times New Roman" w:cs="Times New Roman"/>
                <w:sz w:val="22"/>
              </w:rPr>
            </w:pPr>
          </w:p>
        </w:tc>
        <w:tc>
          <w:tcPr>
            <w:tcW w:w="9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0555454" w14:textId="77777777" w:rsidR="00C55E0F" w:rsidRPr="00DB6570" w:rsidRDefault="00C55E0F" w:rsidP="00D270E1">
            <w:pPr>
              <w:spacing w:after="0" w:line="240" w:lineRule="auto"/>
              <w:jc w:val="center"/>
              <w:rPr>
                <w:rFonts w:ascii="Times New Roman" w:hAnsi="Times New Roman" w:cs="Times New Roman"/>
                <w:sz w:val="22"/>
              </w:rPr>
            </w:pPr>
          </w:p>
        </w:tc>
        <w:tc>
          <w:tcPr>
            <w:tcW w:w="9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490FCAC" w14:textId="77777777" w:rsidR="00C55E0F" w:rsidRPr="00DB6570" w:rsidRDefault="00C55E0F" w:rsidP="00D270E1">
            <w:pPr>
              <w:spacing w:after="0" w:line="240" w:lineRule="auto"/>
              <w:jc w:val="center"/>
              <w:rPr>
                <w:rFonts w:ascii="Times New Roman" w:hAnsi="Times New Roman" w:cs="Times New Roman"/>
                <w:sz w:val="22"/>
              </w:rPr>
            </w:pPr>
          </w:p>
        </w:tc>
        <w:tc>
          <w:tcPr>
            <w:tcW w:w="1930"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93A2A60" w14:textId="77777777" w:rsidR="00C55E0F" w:rsidRPr="00DB6570" w:rsidRDefault="00C55E0F" w:rsidP="00D270E1">
            <w:pPr>
              <w:spacing w:after="0" w:line="240" w:lineRule="auto"/>
              <w:jc w:val="center"/>
              <w:rPr>
                <w:rFonts w:ascii="Times New Roman" w:hAnsi="Times New Roman" w:cs="Times New Roman"/>
                <w:sz w:val="22"/>
              </w:rPr>
            </w:pPr>
          </w:p>
        </w:tc>
      </w:tr>
      <w:tr w:rsidR="00C55E0F" w:rsidRPr="00DB6570" w14:paraId="292387D7" w14:textId="77777777" w:rsidTr="00C55E0F">
        <w:trPr>
          <w:cantSplit/>
          <w:trHeight w:val="432"/>
          <w:jc w:val="center"/>
        </w:trPr>
        <w:tc>
          <w:tcPr>
            <w:tcW w:w="548" w:type="dxa"/>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6500DFE2" w14:textId="77777777" w:rsidR="00C55E0F" w:rsidRPr="00DB6570" w:rsidRDefault="00C55E0F"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TOTAL</w:t>
            </w:r>
          </w:p>
        </w:tc>
        <w:tc>
          <w:tcPr>
            <w:tcW w:w="1656" w:type="dxa"/>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6D99CC06" w14:textId="77777777" w:rsidR="00C55E0F" w:rsidRPr="00DB6570" w:rsidRDefault="00C55E0F" w:rsidP="00D270E1">
            <w:pPr>
              <w:spacing w:after="0" w:line="240" w:lineRule="auto"/>
              <w:rPr>
                <w:rFonts w:ascii="Times New Roman" w:hAnsi="Times New Roman" w:cs="Times New Roman"/>
                <w:sz w:val="22"/>
              </w:rPr>
            </w:pPr>
          </w:p>
        </w:tc>
        <w:tc>
          <w:tcPr>
            <w:tcW w:w="1556" w:type="dxa"/>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4034E3BD" w14:textId="77777777" w:rsidR="00C55E0F" w:rsidRPr="00DB6570" w:rsidRDefault="00C55E0F" w:rsidP="00D270E1">
            <w:pPr>
              <w:spacing w:after="0" w:line="240" w:lineRule="auto"/>
              <w:rPr>
                <w:rFonts w:ascii="Times New Roman" w:hAnsi="Times New Roman" w:cs="Times New Roman"/>
                <w:sz w:val="22"/>
              </w:rPr>
            </w:pPr>
          </w:p>
        </w:tc>
        <w:tc>
          <w:tcPr>
            <w:tcW w:w="1556" w:type="dxa"/>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48119051" w14:textId="77777777" w:rsidR="00C55E0F" w:rsidRPr="00DB6570" w:rsidRDefault="00C55E0F" w:rsidP="00D270E1">
            <w:pPr>
              <w:spacing w:after="0" w:line="240" w:lineRule="auto"/>
              <w:rPr>
                <w:rFonts w:ascii="Times New Roman" w:hAnsi="Times New Roman" w:cs="Times New Roman"/>
                <w:sz w:val="22"/>
              </w:rPr>
            </w:pPr>
          </w:p>
        </w:tc>
        <w:tc>
          <w:tcPr>
            <w:tcW w:w="1267" w:type="dxa"/>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64DA5847" w14:textId="77777777" w:rsidR="00C55E0F" w:rsidRPr="00DB6570" w:rsidRDefault="00C55E0F" w:rsidP="00D270E1">
            <w:pPr>
              <w:spacing w:after="0" w:line="240" w:lineRule="auto"/>
              <w:rPr>
                <w:rFonts w:ascii="Times New Roman" w:hAnsi="Times New Roman" w:cs="Times New Roman"/>
                <w:sz w:val="22"/>
              </w:rPr>
            </w:pPr>
          </w:p>
        </w:tc>
        <w:tc>
          <w:tcPr>
            <w:tcW w:w="921" w:type="dxa"/>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779885E" w14:textId="77777777" w:rsidR="00C55E0F" w:rsidRPr="00DB6570" w:rsidRDefault="00C55E0F" w:rsidP="00D270E1">
            <w:pPr>
              <w:spacing w:after="0" w:line="240" w:lineRule="auto"/>
              <w:rPr>
                <w:rFonts w:ascii="Times New Roman" w:hAnsi="Times New Roman" w:cs="Times New Roman"/>
                <w:sz w:val="22"/>
              </w:rPr>
            </w:pPr>
          </w:p>
        </w:tc>
        <w:tc>
          <w:tcPr>
            <w:tcW w:w="1267" w:type="dxa"/>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7C713930" w14:textId="77777777" w:rsidR="00C55E0F" w:rsidRPr="00DB6570" w:rsidRDefault="00C55E0F" w:rsidP="00D270E1">
            <w:pPr>
              <w:spacing w:after="0" w:line="240" w:lineRule="auto"/>
              <w:rPr>
                <w:rFonts w:ascii="Times New Roman" w:hAnsi="Times New Roman" w:cs="Times New Roman"/>
                <w:sz w:val="22"/>
              </w:rPr>
            </w:pPr>
          </w:p>
        </w:tc>
        <w:tc>
          <w:tcPr>
            <w:tcW w:w="921" w:type="dxa"/>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1EABEBBD" w14:textId="77777777" w:rsidR="00C55E0F" w:rsidRPr="00DB6570" w:rsidRDefault="00C55E0F" w:rsidP="00D270E1">
            <w:pPr>
              <w:spacing w:after="0" w:line="240" w:lineRule="auto"/>
              <w:jc w:val="center"/>
              <w:rPr>
                <w:rFonts w:ascii="Times New Roman" w:hAnsi="Times New Roman" w:cs="Times New Roman"/>
                <w:sz w:val="22"/>
              </w:rPr>
            </w:pPr>
          </w:p>
        </w:tc>
        <w:tc>
          <w:tcPr>
            <w:tcW w:w="1267" w:type="dxa"/>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447F6A88" w14:textId="77777777" w:rsidR="00C55E0F" w:rsidRPr="00DB6570" w:rsidRDefault="00C55E0F" w:rsidP="00D270E1">
            <w:pPr>
              <w:spacing w:after="0" w:line="240" w:lineRule="auto"/>
              <w:jc w:val="center"/>
              <w:rPr>
                <w:rFonts w:ascii="Times New Roman" w:hAnsi="Times New Roman" w:cs="Times New Roman"/>
                <w:sz w:val="22"/>
              </w:rPr>
            </w:pPr>
          </w:p>
        </w:tc>
        <w:tc>
          <w:tcPr>
            <w:tcW w:w="964" w:type="dxa"/>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6726B813" w14:textId="77777777" w:rsidR="00C55E0F" w:rsidRPr="00DB6570" w:rsidRDefault="00C55E0F" w:rsidP="00D270E1">
            <w:pPr>
              <w:spacing w:after="0" w:line="240" w:lineRule="auto"/>
              <w:jc w:val="center"/>
              <w:rPr>
                <w:rFonts w:ascii="Times New Roman" w:hAnsi="Times New Roman" w:cs="Times New Roman"/>
                <w:sz w:val="22"/>
              </w:rPr>
            </w:pPr>
          </w:p>
        </w:tc>
        <w:tc>
          <w:tcPr>
            <w:tcW w:w="964" w:type="dxa"/>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5370947B" w14:textId="77777777" w:rsidR="00C55E0F" w:rsidRPr="00DB6570" w:rsidRDefault="00C55E0F" w:rsidP="00D270E1">
            <w:pPr>
              <w:spacing w:after="0" w:line="240" w:lineRule="auto"/>
              <w:jc w:val="center"/>
              <w:rPr>
                <w:rFonts w:ascii="Times New Roman" w:hAnsi="Times New Roman" w:cs="Times New Roman"/>
                <w:sz w:val="22"/>
              </w:rPr>
            </w:pPr>
          </w:p>
        </w:tc>
        <w:tc>
          <w:tcPr>
            <w:tcW w:w="1930" w:type="dxa"/>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0FD1BE3" w14:textId="77777777" w:rsidR="00C55E0F" w:rsidRPr="00DB6570" w:rsidRDefault="00C55E0F" w:rsidP="00D270E1">
            <w:pPr>
              <w:spacing w:after="0" w:line="240" w:lineRule="auto"/>
              <w:jc w:val="center"/>
              <w:rPr>
                <w:rFonts w:ascii="Times New Roman" w:hAnsi="Times New Roman" w:cs="Times New Roman"/>
                <w:sz w:val="22"/>
              </w:rPr>
            </w:pPr>
          </w:p>
        </w:tc>
      </w:tr>
    </w:tbl>
    <w:p w14:paraId="68C72A6F" w14:textId="77777777" w:rsidR="0061162A" w:rsidRPr="00DB6570" w:rsidRDefault="0061162A">
      <w:pPr>
        <w:spacing w:after="0"/>
        <w:rPr>
          <w:rFonts w:ascii="Times New Roman" w:hAnsi="Times New Roman" w:cs="Times New Roman"/>
          <w:sz w:val="22"/>
        </w:rPr>
      </w:pPr>
    </w:p>
    <w:p w14:paraId="655DAE97" w14:textId="22B02602" w:rsidR="0061162A" w:rsidRPr="00DB6570" w:rsidRDefault="0061162A">
      <w:pPr>
        <w:spacing w:after="0" w:line="20" w:lineRule="exact"/>
        <w:rPr>
          <w:rFonts w:ascii="Times New Roman" w:hAnsi="Times New Roman" w:cs="Times New Roman"/>
          <w:sz w:val="22"/>
        </w:rPr>
        <w:sectPr w:rsidR="0061162A" w:rsidRPr="00DB6570">
          <w:pgSz w:w="16838" w:h="11906" w:orient="landscape"/>
          <w:pgMar w:top="794" w:right="737" w:bottom="794" w:left="737" w:header="454" w:footer="454" w:gutter="0"/>
          <w:cols w:space="720"/>
          <w:docGrid w:linePitch="360"/>
        </w:sectPr>
      </w:pPr>
    </w:p>
    <w:p w14:paraId="55FFC706" w14:textId="60CA88E4" w:rsidR="0061162A" w:rsidRPr="00DB6570" w:rsidRDefault="002B65F2">
      <w:pPr>
        <w:pStyle w:val="Heading2"/>
        <w:rPr>
          <w:rFonts w:ascii="Times New Roman" w:hAnsi="Times New Roman" w:cs="Times New Roman"/>
          <w:color w:val="auto"/>
          <w:sz w:val="22"/>
          <w:szCs w:val="22"/>
        </w:rPr>
      </w:pPr>
      <w:bookmarkStart w:id="26" w:name="_Toc237525221"/>
      <w:r w:rsidRPr="00DB6570">
        <w:rPr>
          <w:rFonts w:ascii="Times New Roman" w:hAnsi="Times New Roman" w:cs="Times New Roman"/>
          <w:color w:val="auto"/>
          <w:sz w:val="22"/>
          <w:szCs w:val="22"/>
        </w:rPr>
        <w:t>4</w:t>
      </w:r>
      <w:r w:rsidR="00BE6111" w:rsidRPr="00DB6570">
        <w:rPr>
          <w:rFonts w:ascii="Times New Roman" w:hAnsi="Times New Roman" w:cs="Times New Roman"/>
          <w:color w:val="auto"/>
          <w:sz w:val="22"/>
          <w:szCs w:val="22"/>
        </w:rPr>
        <w:t>.</w:t>
      </w:r>
      <w:r w:rsidR="00EE263E" w:rsidRPr="00DB6570">
        <w:rPr>
          <w:rFonts w:ascii="Times New Roman" w:hAnsi="Times New Roman" w:cs="Times New Roman"/>
          <w:color w:val="auto"/>
          <w:sz w:val="22"/>
          <w:szCs w:val="22"/>
        </w:rPr>
        <w:t>3</w:t>
      </w:r>
      <w:r w:rsidR="00BE6111" w:rsidRPr="00DB6570">
        <w:rPr>
          <w:rFonts w:ascii="Times New Roman" w:hAnsi="Times New Roman" w:cs="Times New Roman"/>
          <w:color w:val="auto"/>
          <w:sz w:val="22"/>
          <w:szCs w:val="22"/>
        </w:rPr>
        <w:t xml:space="preserve"> Student Recruitment, Retention, Completion and Career Outcomes</w:t>
      </w:r>
      <w:bookmarkEnd w:id="26"/>
    </w:p>
    <w:p w14:paraId="508307CC" w14:textId="54F27AAE" w:rsidR="0061162A" w:rsidRPr="00DB6570" w:rsidRDefault="00BE6111">
      <w:pPr>
        <w:pStyle w:val="GuidanceText"/>
        <w:keepNext/>
        <w:rPr>
          <w:rFonts w:ascii="Times New Roman" w:hAnsi="Times New Roman" w:cs="Times New Roman"/>
          <w:color w:val="auto"/>
          <w:sz w:val="22"/>
        </w:rPr>
      </w:pPr>
      <w:r w:rsidRPr="00DB6570">
        <w:rPr>
          <w:rFonts w:ascii="Times New Roman" w:hAnsi="Times New Roman" w:cs="Times New Roman"/>
          <w:color w:val="auto"/>
          <w:sz w:val="22"/>
        </w:rPr>
        <w:t>Describe</w:t>
      </w:r>
      <w:r w:rsidR="00E06B18" w:rsidRPr="00DB6570">
        <w:rPr>
          <w:rFonts w:ascii="Times New Roman" w:hAnsi="Times New Roman" w:cs="Times New Roman"/>
          <w:color w:val="auto"/>
          <w:sz w:val="22"/>
        </w:rPr>
        <w:t xml:space="preserve"> how th</w:t>
      </w:r>
      <w:r w:rsidR="005B3073" w:rsidRPr="00DB6570">
        <w:rPr>
          <w:rFonts w:ascii="Times New Roman" w:hAnsi="Times New Roman" w:cs="Times New Roman"/>
          <w:color w:val="auto"/>
          <w:sz w:val="22"/>
        </w:rPr>
        <w:t>e center will make transparent selection/admissions decisions</w:t>
      </w:r>
      <w:r w:rsidRPr="00DB6570">
        <w:rPr>
          <w:rFonts w:ascii="Times New Roman" w:hAnsi="Times New Roman" w:cs="Times New Roman"/>
          <w:color w:val="auto"/>
          <w:sz w:val="22"/>
        </w:rPr>
        <w:t xml:space="preserve"> ,</w:t>
      </w:r>
      <w:r w:rsidR="005B3073" w:rsidRPr="00DB6570">
        <w:rPr>
          <w:rFonts w:ascii="Times New Roman" w:hAnsi="Times New Roman" w:cs="Times New Roman"/>
          <w:color w:val="auto"/>
          <w:sz w:val="22"/>
        </w:rPr>
        <w:t xml:space="preserve"> and </w:t>
      </w:r>
      <w:r w:rsidR="00AD24E9" w:rsidRPr="00DB6570">
        <w:rPr>
          <w:rFonts w:ascii="Times New Roman" w:hAnsi="Times New Roman" w:cs="Times New Roman"/>
          <w:color w:val="auto"/>
          <w:sz w:val="22"/>
        </w:rPr>
        <w:t>support</w:t>
      </w:r>
      <w:r w:rsidR="005B3073" w:rsidRPr="00DB6570">
        <w:rPr>
          <w:rFonts w:ascii="Times New Roman" w:hAnsi="Times New Roman" w:cs="Times New Roman"/>
          <w:color w:val="auto"/>
          <w:sz w:val="22"/>
        </w:rPr>
        <w:t xml:space="preserve"> students’ </w:t>
      </w:r>
      <w:r w:rsidR="00AD24E9" w:rsidRPr="00DB6570">
        <w:rPr>
          <w:rFonts w:ascii="Times New Roman" w:hAnsi="Times New Roman" w:cs="Times New Roman"/>
          <w:color w:val="auto"/>
          <w:sz w:val="22"/>
        </w:rPr>
        <w:t>access, retention and completion</w:t>
      </w:r>
      <w:r w:rsidR="00242E08" w:rsidRPr="00DB6570">
        <w:rPr>
          <w:rFonts w:ascii="Times New Roman" w:hAnsi="Times New Roman" w:cs="Times New Roman"/>
          <w:color w:val="auto"/>
          <w:sz w:val="22"/>
        </w:rPr>
        <w:t>. Include plans for</w:t>
      </w:r>
      <w:r w:rsidR="00AD24E9" w:rsidRPr="00DB6570">
        <w:rPr>
          <w:rFonts w:ascii="Times New Roman" w:hAnsi="Times New Roman" w:cs="Times New Roman"/>
          <w:color w:val="auto"/>
          <w:sz w:val="22"/>
        </w:rPr>
        <w:t xml:space="preserve"> </w:t>
      </w:r>
      <w:r w:rsidRPr="00DB6570">
        <w:rPr>
          <w:rFonts w:ascii="Times New Roman" w:hAnsi="Times New Roman" w:cs="Times New Roman"/>
          <w:color w:val="auto"/>
          <w:sz w:val="22"/>
        </w:rPr>
        <w:t>scholarships, regional and female recruitment, student support, supervision, progression monitoring, retention, completion, internships, career services, tracer studies and employment/earnings tracking.</w:t>
      </w:r>
    </w:p>
    <w:tbl>
      <w:tblPr>
        <w:tblStyle w:val="TableGrid"/>
        <w:tblW w:w="9000" w:type="dxa"/>
        <w:jc w:val="center"/>
        <w:tblLook w:val="04A0" w:firstRow="1" w:lastRow="0" w:firstColumn="1" w:lastColumn="0" w:noHBand="0" w:noVBand="1"/>
      </w:tblPr>
      <w:tblGrid>
        <w:gridCol w:w="9000"/>
      </w:tblGrid>
      <w:tr w:rsidR="0061162A" w:rsidRPr="00DB6570" w14:paraId="18F49420" w14:textId="77777777">
        <w:trPr>
          <w:jc w:val="center"/>
        </w:trPr>
        <w:tc>
          <w:tcPr>
            <w:tcW w:w="9866" w:type="dxa"/>
            <w:shd w:val="clear" w:color="auto" w:fill="FAFAFA"/>
            <w:tcMar>
              <w:top w:w="110" w:type="dxa"/>
              <w:left w:w="120" w:type="dxa"/>
              <w:bottom w:w="110" w:type="dxa"/>
              <w:right w:w="120" w:type="dxa"/>
            </w:tcMar>
          </w:tcPr>
          <w:p w14:paraId="17C21B81" w14:textId="3A99668D" w:rsidR="0061162A" w:rsidRPr="00DB6570" w:rsidRDefault="00812083">
            <w:pPr>
              <w:rPr>
                <w:rFonts w:ascii="Times New Roman" w:hAnsi="Times New Roman" w:cs="Times New Roman"/>
                <w:sz w:val="22"/>
              </w:rPr>
            </w:pPr>
            <w:r w:rsidRPr="00812083">
              <w:rPr>
                <w:rFonts w:ascii="Times New Roman" w:hAnsi="Times New Roman" w:cs="Times New Roman"/>
                <w:i/>
                <w:sz w:val="22"/>
              </w:rPr>
              <w:t>[Applicant response must not exceed 700 words]</w:t>
            </w:r>
          </w:p>
          <w:p w14:paraId="0CA5E1FB" w14:textId="77777777" w:rsidR="0061162A" w:rsidRPr="00DB6570" w:rsidRDefault="0061162A">
            <w:pPr>
              <w:rPr>
                <w:rFonts w:ascii="Times New Roman" w:hAnsi="Times New Roman" w:cs="Times New Roman"/>
                <w:sz w:val="22"/>
              </w:rPr>
            </w:pPr>
          </w:p>
          <w:p w14:paraId="52DB23EA" w14:textId="77777777" w:rsidR="0061162A" w:rsidRPr="00DB6570" w:rsidRDefault="0061162A">
            <w:pPr>
              <w:rPr>
                <w:rFonts w:ascii="Times New Roman" w:hAnsi="Times New Roman" w:cs="Times New Roman"/>
                <w:sz w:val="22"/>
              </w:rPr>
            </w:pPr>
          </w:p>
          <w:p w14:paraId="3BFD97A8" w14:textId="77777777" w:rsidR="0061162A" w:rsidRPr="00DB6570" w:rsidRDefault="0061162A">
            <w:pPr>
              <w:rPr>
                <w:rFonts w:ascii="Times New Roman" w:hAnsi="Times New Roman" w:cs="Times New Roman"/>
                <w:sz w:val="22"/>
              </w:rPr>
            </w:pPr>
          </w:p>
          <w:p w14:paraId="0AAFE519" w14:textId="77777777" w:rsidR="0061162A" w:rsidRPr="00DB6570" w:rsidRDefault="0061162A">
            <w:pPr>
              <w:rPr>
                <w:rFonts w:ascii="Times New Roman" w:hAnsi="Times New Roman" w:cs="Times New Roman"/>
                <w:sz w:val="22"/>
              </w:rPr>
            </w:pPr>
          </w:p>
        </w:tc>
      </w:tr>
    </w:tbl>
    <w:p w14:paraId="79E35142" w14:textId="77777777" w:rsidR="0061162A" w:rsidRPr="00DB6570" w:rsidRDefault="0061162A">
      <w:pPr>
        <w:spacing w:after="0"/>
        <w:rPr>
          <w:rFonts w:ascii="Times New Roman" w:hAnsi="Times New Roman" w:cs="Times New Roman"/>
          <w:sz w:val="22"/>
        </w:rPr>
      </w:pPr>
    </w:p>
    <w:p w14:paraId="75059090" w14:textId="7559359B" w:rsidR="00C42708" w:rsidRPr="00DB6570" w:rsidRDefault="002B65F2" w:rsidP="005E44DD">
      <w:pPr>
        <w:pStyle w:val="Heading3"/>
        <w:rPr>
          <w:rFonts w:ascii="Times New Roman" w:hAnsi="Times New Roman" w:cs="Times New Roman"/>
          <w:color w:val="auto"/>
          <w:sz w:val="22"/>
        </w:rPr>
      </w:pPr>
      <w:bookmarkStart w:id="27" w:name="_Toc237525222"/>
      <w:r w:rsidRPr="00DB6570">
        <w:rPr>
          <w:rFonts w:ascii="Times New Roman" w:hAnsi="Times New Roman" w:cs="Times New Roman"/>
          <w:color w:val="auto"/>
          <w:sz w:val="22"/>
        </w:rPr>
        <w:t>4.</w:t>
      </w:r>
      <w:r w:rsidR="00EE263E" w:rsidRPr="00DB6570">
        <w:rPr>
          <w:rFonts w:ascii="Times New Roman" w:hAnsi="Times New Roman" w:cs="Times New Roman"/>
          <w:color w:val="auto"/>
          <w:sz w:val="22"/>
        </w:rPr>
        <w:t>3</w:t>
      </w:r>
      <w:r w:rsidRPr="00DB6570">
        <w:rPr>
          <w:rFonts w:ascii="Times New Roman" w:hAnsi="Times New Roman" w:cs="Times New Roman"/>
          <w:color w:val="auto"/>
          <w:sz w:val="22"/>
        </w:rPr>
        <w:t xml:space="preserve">.1 </w:t>
      </w:r>
      <w:r w:rsidR="00C42708" w:rsidRPr="00DB6570">
        <w:rPr>
          <w:rFonts w:ascii="Times New Roman" w:hAnsi="Times New Roman" w:cs="Times New Roman"/>
          <w:color w:val="auto"/>
          <w:sz w:val="22"/>
        </w:rPr>
        <w:t>Industry Placement</w:t>
      </w:r>
      <w:bookmarkEnd w:id="27"/>
    </w:p>
    <w:tbl>
      <w:tblPr>
        <w:tblW w:w="5000" w:type="pct"/>
        <w:jc w:val="center"/>
        <w:tblLook w:val="04A0" w:firstRow="1" w:lastRow="0" w:firstColumn="1" w:lastColumn="0" w:noHBand="0" w:noVBand="1"/>
      </w:tblPr>
      <w:tblGrid>
        <w:gridCol w:w="837"/>
        <w:gridCol w:w="1572"/>
        <w:gridCol w:w="1526"/>
        <w:gridCol w:w="1894"/>
        <w:gridCol w:w="916"/>
        <w:gridCol w:w="709"/>
        <w:gridCol w:w="755"/>
        <w:gridCol w:w="754"/>
        <w:gridCol w:w="893"/>
      </w:tblGrid>
      <w:tr w:rsidR="00C42708" w:rsidRPr="00DB6570" w14:paraId="0DE6D044" w14:textId="77777777" w:rsidTr="0021427D">
        <w:trPr>
          <w:cantSplit/>
          <w:trHeight w:val="677"/>
          <w:tblHeader/>
          <w:jc w:val="center"/>
        </w:trPr>
        <w:tc>
          <w:tcPr>
            <w:tcW w:w="1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187C903" w14:textId="77777777" w:rsidR="00C42708" w:rsidRPr="00DB6570" w:rsidRDefault="00C42708" w:rsidP="00C42708">
            <w:pPr>
              <w:spacing w:after="0" w:line="240" w:lineRule="auto"/>
              <w:jc w:val="center"/>
              <w:rPr>
                <w:rFonts w:ascii="Times New Roman" w:hAnsi="Times New Roman" w:cs="Times New Roman"/>
                <w:sz w:val="22"/>
              </w:rPr>
            </w:pPr>
            <w:r w:rsidRPr="00DB6570">
              <w:rPr>
                <w:rFonts w:ascii="Times New Roman" w:hAnsi="Times New Roman" w:cs="Times New Roman"/>
                <w:b/>
                <w:sz w:val="22"/>
              </w:rPr>
              <w:t>#</w:t>
            </w:r>
          </w:p>
        </w:tc>
        <w:tc>
          <w:tcPr>
            <w:tcW w:w="69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1377D17" w14:textId="77777777" w:rsidR="00C42708" w:rsidRPr="00DB6570" w:rsidRDefault="00C42708" w:rsidP="00C42708">
            <w:pPr>
              <w:spacing w:after="0" w:line="240" w:lineRule="auto"/>
              <w:jc w:val="center"/>
              <w:rPr>
                <w:rFonts w:ascii="Times New Roman" w:hAnsi="Times New Roman" w:cs="Times New Roman"/>
                <w:sz w:val="22"/>
              </w:rPr>
            </w:pPr>
            <w:r w:rsidRPr="00DB6570">
              <w:rPr>
                <w:rFonts w:ascii="Times New Roman" w:hAnsi="Times New Roman" w:cs="Times New Roman"/>
                <w:b/>
                <w:sz w:val="22"/>
              </w:rPr>
              <w:t>Target group/Programs</w:t>
            </w:r>
          </w:p>
        </w:tc>
        <w:tc>
          <w:tcPr>
            <w:tcW w:w="92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8C69EB7" w14:textId="77777777" w:rsidR="00C42708" w:rsidRPr="00DB6570" w:rsidRDefault="00C42708" w:rsidP="00C42708">
            <w:pPr>
              <w:spacing w:after="0" w:line="240" w:lineRule="auto"/>
              <w:jc w:val="center"/>
              <w:rPr>
                <w:rFonts w:ascii="Times New Roman" w:hAnsi="Times New Roman" w:cs="Times New Roman"/>
                <w:sz w:val="22"/>
              </w:rPr>
            </w:pPr>
            <w:r w:rsidRPr="00DB6570">
              <w:rPr>
                <w:rFonts w:ascii="Times New Roman" w:hAnsi="Times New Roman" w:cs="Times New Roman"/>
                <w:b/>
                <w:sz w:val="22"/>
              </w:rPr>
              <w:t>Type (Internships, Apprenticeship/ WBL/ Faculty industry attachment)</w:t>
            </w:r>
          </w:p>
        </w:tc>
        <w:tc>
          <w:tcPr>
            <w:tcW w:w="74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6C3B7A3" w14:textId="77777777" w:rsidR="00C42708" w:rsidRPr="00DB6570" w:rsidRDefault="00C42708" w:rsidP="00C42708">
            <w:pPr>
              <w:spacing w:after="0" w:line="240" w:lineRule="auto"/>
              <w:jc w:val="center"/>
              <w:rPr>
                <w:rFonts w:ascii="Times New Roman" w:hAnsi="Times New Roman" w:cs="Times New Roman"/>
                <w:sz w:val="22"/>
              </w:rPr>
            </w:pPr>
            <w:r w:rsidRPr="00DB6570">
              <w:rPr>
                <w:rFonts w:ascii="Times New Roman" w:hAnsi="Times New Roman" w:cs="Times New Roman"/>
                <w:b/>
                <w:sz w:val="22"/>
              </w:rPr>
              <w:t>Industry Partners/Employers</w:t>
            </w: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D68AF66" w14:textId="77777777" w:rsidR="00C42708" w:rsidRPr="00DB6570" w:rsidRDefault="00C42708" w:rsidP="00C42708">
            <w:pPr>
              <w:spacing w:after="0" w:line="240" w:lineRule="auto"/>
              <w:jc w:val="center"/>
              <w:rPr>
                <w:rFonts w:ascii="Times New Roman" w:hAnsi="Times New Roman" w:cs="Times New Roman"/>
                <w:sz w:val="22"/>
              </w:rPr>
            </w:pPr>
            <w:r w:rsidRPr="00DB6570">
              <w:rPr>
                <w:rFonts w:ascii="Times New Roman" w:hAnsi="Times New Roman" w:cs="Times New Roman"/>
                <w:b/>
                <w:sz w:val="22"/>
              </w:rPr>
              <w:t>Duration / timing</w:t>
            </w:r>
          </w:p>
        </w:tc>
        <w:tc>
          <w:tcPr>
            <w:tcW w:w="47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41DA4F6" w14:textId="77777777" w:rsidR="00C42708" w:rsidRPr="00DB6570" w:rsidRDefault="00C42708" w:rsidP="00C42708">
            <w:pPr>
              <w:spacing w:after="0" w:line="240" w:lineRule="auto"/>
              <w:jc w:val="center"/>
              <w:rPr>
                <w:rFonts w:ascii="Times New Roman" w:hAnsi="Times New Roman" w:cs="Times New Roman"/>
                <w:sz w:val="22"/>
              </w:rPr>
            </w:pPr>
            <w:r w:rsidRPr="00DB6570">
              <w:rPr>
                <w:rFonts w:ascii="Times New Roman" w:hAnsi="Times New Roman" w:cs="Times New Roman"/>
                <w:b/>
                <w:sz w:val="22"/>
              </w:rPr>
              <w:t>Yearly target</w:t>
            </w:r>
          </w:p>
        </w:tc>
        <w:tc>
          <w:tcPr>
            <w:tcW w:w="41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04E4118" w14:textId="77777777" w:rsidR="00C42708" w:rsidRPr="00DB6570" w:rsidRDefault="00C42708" w:rsidP="00C42708">
            <w:pPr>
              <w:spacing w:after="0" w:line="240" w:lineRule="auto"/>
              <w:jc w:val="center"/>
              <w:rPr>
                <w:rFonts w:ascii="Times New Roman" w:hAnsi="Times New Roman" w:cs="Times New Roman"/>
                <w:sz w:val="22"/>
              </w:rPr>
            </w:pPr>
            <w:r w:rsidRPr="00DB6570">
              <w:rPr>
                <w:rFonts w:ascii="Times New Roman" w:hAnsi="Times New Roman" w:cs="Times New Roman"/>
                <w:b/>
                <w:sz w:val="22"/>
              </w:rPr>
              <w:t>of which Female</w:t>
            </w: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523F363" w14:textId="77777777" w:rsidR="00C42708" w:rsidRPr="00DB6570" w:rsidRDefault="00C42708" w:rsidP="00C42708">
            <w:pPr>
              <w:spacing w:after="0" w:line="240" w:lineRule="auto"/>
              <w:jc w:val="center"/>
              <w:rPr>
                <w:rFonts w:ascii="Times New Roman" w:hAnsi="Times New Roman" w:cs="Times New Roman"/>
                <w:sz w:val="22"/>
              </w:rPr>
            </w:pPr>
            <w:r w:rsidRPr="00DB6570">
              <w:rPr>
                <w:rFonts w:ascii="Times New Roman" w:hAnsi="Times New Roman" w:cs="Times New Roman"/>
                <w:b/>
                <w:sz w:val="22"/>
              </w:rPr>
              <w:t>End of Project Total (Yr 1–5)</w:t>
            </w:r>
          </w:p>
        </w:tc>
        <w:tc>
          <w:tcPr>
            <w:tcW w:w="43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F3CE33F" w14:textId="77777777" w:rsidR="00C42708" w:rsidRPr="00DB6570" w:rsidRDefault="00C42708" w:rsidP="00C42708">
            <w:pPr>
              <w:spacing w:after="0" w:line="240" w:lineRule="auto"/>
              <w:jc w:val="center"/>
              <w:rPr>
                <w:rFonts w:ascii="Times New Roman" w:hAnsi="Times New Roman" w:cs="Times New Roman"/>
                <w:sz w:val="22"/>
              </w:rPr>
            </w:pPr>
            <w:r w:rsidRPr="00DB6570">
              <w:rPr>
                <w:rFonts w:ascii="Times New Roman" w:hAnsi="Times New Roman" w:cs="Times New Roman"/>
                <w:b/>
                <w:sz w:val="22"/>
              </w:rPr>
              <w:t>Regional target %</w:t>
            </w:r>
          </w:p>
        </w:tc>
      </w:tr>
      <w:tr w:rsidR="00C42708" w:rsidRPr="00DB6570" w14:paraId="5DA7F7AF" w14:textId="77777777" w:rsidTr="005E44DD">
        <w:trPr>
          <w:cantSplit/>
          <w:trHeight w:val="720"/>
          <w:jc w:val="center"/>
        </w:trPr>
        <w:tc>
          <w:tcPr>
            <w:tcW w:w="1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AD0753A" w14:textId="77777777" w:rsidR="00C42708" w:rsidRPr="00DB6570" w:rsidRDefault="00C42708" w:rsidP="00C42708">
            <w:pPr>
              <w:spacing w:after="0" w:line="240" w:lineRule="auto"/>
              <w:jc w:val="center"/>
              <w:rPr>
                <w:rFonts w:ascii="Times New Roman" w:hAnsi="Times New Roman" w:cs="Times New Roman"/>
                <w:sz w:val="22"/>
              </w:rPr>
            </w:pPr>
            <w:r w:rsidRPr="00DB6570">
              <w:rPr>
                <w:rFonts w:ascii="Times New Roman" w:hAnsi="Times New Roman" w:cs="Times New Roman"/>
                <w:sz w:val="22"/>
              </w:rPr>
              <w:t>1</w:t>
            </w:r>
          </w:p>
        </w:tc>
        <w:tc>
          <w:tcPr>
            <w:tcW w:w="69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A2E1892" w14:textId="77777777" w:rsidR="00C42708" w:rsidRPr="00DB6570" w:rsidRDefault="00C42708" w:rsidP="00C42708">
            <w:pPr>
              <w:spacing w:after="0" w:line="240" w:lineRule="auto"/>
              <w:rPr>
                <w:rFonts w:ascii="Times New Roman" w:hAnsi="Times New Roman" w:cs="Times New Roman"/>
                <w:sz w:val="22"/>
              </w:rPr>
            </w:pPr>
          </w:p>
        </w:tc>
        <w:tc>
          <w:tcPr>
            <w:tcW w:w="92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5718576" w14:textId="77777777" w:rsidR="00C42708" w:rsidRPr="00DB6570" w:rsidRDefault="00C42708" w:rsidP="00C42708">
            <w:pPr>
              <w:spacing w:after="0" w:line="240" w:lineRule="auto"/>
              <w:rPr>
                <w:rFonts w:ascii="Times New Roman" w:hAnsi="Times New Roman" w:cs="Times New Roman"/>
                <w:sz w:val="22"/>
              </w:rPr>
            </w:pPr>
          </w:p>
        </w:tc>
        <w:tc>
          <w:tcPr>
            <w:tcW w:w="74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F19D356" w14:textId="77777777" w:rsidR="00C42708" w:rsidRPr="00DB6570" w:rsidRDefault="00C42708" w:rsidP="00C42708">
            <w:pPr>
              <w:spacing w:after="0" w:line="240" w:lineRule="auto"/>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CD716A" w14:textId="77777777" w:rsidR="00C42708" w:rsidRPr="00DB6570" w:rsidRDefault="00C42708" w:rsidP="00C42708">
            <w:pPr>
              <w:spacing w:after="0" w:line="240" w:lineRule="auto"/>
              <w:jc w:val="center"/>
              <w:rPr>
                <w:rFonts w:ascii="Times New Roman" w:hAnsi="Times New Roman" w:cs="Times New Roman"/>
                <w:sz w:val="22"/>
              </w:rPr>
            </w:pPr>
          </w:p>
        </w:tc>
        <w:tc>
          <w:tcPr>
            <w:tcW w:w="47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084F447" w14:textId="77777777" w:rsidR="00C42708" w:rsidRPr="00DB6570" w:rsidRDefault="00C42708" w:rsidP="00C42708">
            <w:pPr>
              <w:spacing w:after="0" w:line="240" w:lineRule="auto"/>
              <w:jc w:val="center"/>
              <w:rPr>
                <w:rFonts w:ascii="Times New Roman" w:hAnsi="Times New Roman" w:cs="Times New Roman"/>
                <w:sz w:val="22"/>
              </w:rPr>
            </w:pPr>
          </w:p>
        </w:tc>
        <w:tc>
          <w:tcPr>
            <w:tcW w:w="41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79C42E7" w14:textId="77777777" w:rsidR="00C42708" w:rsidRPr="00DB6570" w:rsidRDefault="00C42708" w:rsidP="00C42708">
            <w:pPr>
              <w:spacing w:after="0" w:line="240" w:lineRule="auto"/>
              <w:jc w:val="center"/>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0BF5C2F" w14:textId="77777777" w:rsidR="00C42708" w:rsidRPr="00DB6570" w:rsidRDefault="00C42708" w:rsidP="00C42708">
            <w:pPr>
              <w:spacing w:after="0" w:line="240" w:lineRule="auto"/>
              <w:jc w:val="center"/>
              <w:rPr>
                <w:rFonts w:ascii="Times New Roman" w:hAnsi="Times New Roman" w:cs="Times New Roman"/>
                <w:sz w:val="22"/>
              </w:rPr>
            </w:pPr>
          </w:p>
        </w:tc>
        <w:tc>
          <w:tcPr>
            <w:tcW w:w="43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8401665" w14:textId="77777777" w:rsidR="00C42708" w:rsidRPr="00DB6570" w:rsidRDefault="00C42708" w:rsidP="00C42708">
            <w:pPr>
              <w:spacing w:after="0" w:line="240" w:lineRule="auto"/>
              <w:jc w:val="center"/>
              <w:rPr>
                <w:rFonts w:ascii="Times New Roman" w:hAnsi="Times New Roman" w:cs="Times New Roman"/>
                <w:sz w:val="22"/>
              </w:rPr>
            </w:pPr>
          </w:p>
        </w:tc>
      </w:tr>
      <w:tr w:rsidR="00C42708" w:rsidRPr="00DB6570" w14:paraId="58C34AB1" w14:textId="77777777" w:rsidTr="005E44DD">
        <w:trPr>
          <w:cantSplit/>
          <w:trHeight w:val="720"/>
          <w:jc w:val="center"/>
        </w:trPr>
        <w:tc>
          <w:tcPr>
            <w:tcW w:w="1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FD5D576" w14:textId="77777777" w:rsidR="00C42708" w:rsidRPr="00DB6570" w:rsidRDefault="00C42708" w:rsidP="00C42708">
            <w:pPr>
              <w:spacing w:after="0" w:line="240" w:lineRule="auto"/>
              <w:jc w:val="center"/>
              <w:rPr>
                <w:rFonts w:ascii="Times New Roman" w:hAnsi="Times New Roman" w:cs="Times New Roman"/>
                <w:sz w:val="22"/>
              </w:rPr>
            </w:pPr>
            <w:r w:rsidRPr="00DB6570">
              <w:rPr>
                <w:rFonts w:ascii="Times New Roman" w:hAnsi="Times New Roman" w:cs="Times New Roman"/>
                <w:sz w:val="22"/>
              </w:rPr>
              <w:t>2</w:t>
            </w:r>
          </w:p>
        </w:tc>
        <w:tc>
          <w:tcPr>
            <w:tcW w:w="69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6ABE07" w14:textId="77777777" w:rsidR="00C42708" w:rsidRPr="00DB6570" w:rsidRDefault="00C42708" w:rsidP="00C42708">
            <w:pPr>
              <w:spacing w:after="0" w:line="240" w:lineRule="auto"/>
              <w:rPr>
                <w:rFonts w:ascii="Times New Roman" w:hAnsi="Times New Roman" w:cs="Times New Roman"/>
                <w:sz w:val="22"/>
              </w:rPr>
            </w:pPr>
          </w:p>
        </w:tc>
        <w:tc>
          <w:tcPr>
            <w:tcW w:w="92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F08C1D3" w14:textId="77777777" w:rsidR="00C42708" w:rsidRPr="00DB6570" w:rsidRDefault="00C42708" w:rsidP="00C42708">
            <w:pPr>
              <w:spacing w:after="0" w:line="240" w:lineRule="auto"/>
              <w:rPr>
                <w:rFonts w:ascii="Times New Roman" w:hAnsi="Times New Roman" w:cs="Times New Roman"/>
                <w:sz w:val="22"/>
              </w:rPr>
            </w:pPr>
          </w:p>
        </w:tc>
        <w:tc>
          <w:tcPr>
            <w:tcW w:w="74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E0086BA" w14:textId="77777777" w:rsidR="00C42708" w:rsidRPr="00DB6570" w:rsidRDefault="00C42708" w:rsidP="00C42708">
            <w:pPr>
              <w:spacing w:after="0" w:line="240" w:lineRule="auto"/>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53D8DEB" w14:textId="77777777" w:rsidR="00C42708" w:rsidRPr="00DB6570" w:rsidRDefault="00C42708" w:rsidP="00C42708">
            <w:pPr>
              <w:spacing w:after="0" w:line="240" w:lineRule="auto"/>
              <w:jc w:val="center"/>
              <w:rPr>
                <w:rFonts w:ascii="Times New Roman" w:hAnsi="Times New Roman" w:cs="Times New Roman"/>
                <w:sz w:val="22"/>
              </w:rPr>
            </w:pPr>
          </w:p>
        </w:tc>
        <w:tc>
          <w:tcPr>
            <w:tcW w:w="47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57A766B" w14:textId="77777777" w:rsidR="00C42708" w:rsidRPr="00DB6570" w:rsidRDefault="00C42708" w:rsidP="00C42708">
            <w:pPr>
              <w:spacing w:after="0" w:line="240" w:lineRule="auto"/>
              <w:jc w:val="center"/>
              <w:rPr>
                <w:rFonts w:ascii="Times New Roman" w:hAnsi="Times New Roman" w:cs="Times New Roman"/>
                <w:sz w:val="22"/>
              </w:rPr>
            </w:pPr>
          </w:p>
        </w:tc>
        <w:tc>
          <w:tcPr>
            <w:tcW w:w="41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1DBF10" w14:textId="77777777" w:rsidR="00C42708" w:rsidRPr="00DB6570" w:rsidRDefault="00C42708" w:rsidP="00C42708">
            <w:pPr>
              <w:spacing w:after="0" w:line="240" w:lineRule="auto"/>
              <w:jc w:val="center"/>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E379AA2" w14:textId="77777777" w:rsidR="00C42708" w:rsidRPr="00DB6570" w:rsidRDefault="00C42708" w:rsidP="00C42708">
            <w:pPr>
              <w:spacing w:after="0" w:line="240" w:lineRule="auto"/>
              <w:jc w:val="center"/>
              <w:rPr>
                <w:rFonts w:ascii="Times New Roman" w:hAnsi="Times New Roman" w:cs="Times New Roman"/>
                <w:sz w:val="22"/>
              </w:rPr>
            </w:pPr>
          </w:p>
        </w:tc>
        <w:tc>
          <w:tcPr>
            <w:tcW w:w="43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634202D" w14:textId="77777777" w:rsidR="00C42708" w:rsidRPr="00DB6570" w:rsidRDefault="00C42708" w:rsidP="00C42708">
            <w:pPr>
              <w:spacing w:after="0" w:line="240" w:lineRule="auto"/>
              <w:jc w:val="center"/>
              <w:rPr>
                <w:rFonts w:ascii="Times New Roman" w:hAnsi="Times New Roman" w:cs="Times New Roman"/>
                <w:sz w:val="22"/>
              </w:rPr>
            </w:pPr>
          </w:p>
        </w:tc>
      </w:tr>
      <w:tr w:rsidR="00C42708" w:rsidRPr="00DB6570" w14:paraId="1215C70B" w14:textId="77777777" w:rsidTr="005E44DD">
        <w:trPr>
          <w:cantSplit/>
          <w:trHeight w:val="720"/>
          <w:jc w:val="center"/>
        </w:trPr>
        <w:tc>
          <w:tcPr>
            <w:tcW w:w="1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7155B2A" w14:textId="77777777" w:rsidR="00C42708" w:rsidRPr="00DB6570" w:rsidRDefault="00C42708" w:rsidP="00C42708">
            <w:pPr>
              <w:spacing w:after="0" w:line="240" w:lineRule="auto"/>
              <w:jc w:val="center"/>
              <w:rPr>
                <w:rFonts w:ascii="Times New Roman" w:hAnsi="Times New Roman" w:cs="Times New Roman"/>
                <w:sz w:val="22"/>
              </w:rPr>
            </w:pPr>
            <w:r w:rsidRPr="00DB6570">
              <w:rPr>
                <w:rFonts w:ascii="Times New Roman" w:hAnsi="Times New Roman" w:cs="Times New Roman"/>
                <w:sz w:val="22"/>
              </w:rPr>
              <w:t>3</w:t>
            </w:r>
          </w:p>
        </w:tc>
        <w:tc>
          <w:tcPr>
            <w:tcW w:w="69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957458E" w14:textId="77777777" w:rsidR="00C42708" w:rsidRPr="00DB6570" w:rsidRDefault="00C42708" w:rsidP="00C42708">
            <w:pPr>
              <w:spacing w:after="0" w:line="240" w:lineRule="auto"/>
              <w:rPr>
                <w:rFonts w:ascii="Times New Roman" w:hAnsi="Times New Roman" w:cs="Times New Roman"/>
                <w:sz w:val="22"/>
              </w:rPr>
            </w:pPr>
          </w:p>
        </w:tc>
        <w:tc>
          <w:tcPr>
            <w:tcW w:w="92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414369F" w14:textId="77777777" w:rsidR="00C42708" w:rsidRPr="00DB6570" w:rsidRDefault="00C42708" w:rsidP="00C42708">
            <w:pPr>
              <w:spacing w:after="0" w:line="240" w:lineRule="auto"/>
              <w:rPr>
                <w:rFonts w:ascii="Times New Roman" w:hAnsi="Times New Roman" w:cs="Times New Roman"/>
                <w:sz w:val="22"/>
              </w:rPr>
            </w:pPr>
          </w:p>
        </w:tc>
        <w:tc>
          <w:tcPr>
            <w:tcW w:w="74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804A07" w14:textId="77777777" w:rsidR="00C42708" w:rsidRPr="00DB6570" w:rsidRDefault="00C42708" w:rsidP="00C42708">
            <w:pPr>
              <w:spacing w:after="0" w:line="240" w:lineRule="auto"/>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2A4C756" w14:textId="77777777" w:rsidR="00C42708" w:rsidRPr="00DB6570" w:rsidRDefault="00C42708" w:rsidP="00C42708">
            <w:pPr>
              <w:spacing w:after="0" w:line="240" w:lineRule="auto"/>
              <w:jc w:val="center"/>
              <w:rPr>
                <w:rFonts w:ascii="Times New Roman" w:hAnsi="Times New Roman" w:cs="Times New Roman"/>
                <w:sz w:val="22"/>
              </w:rPr>
            </w:pPr>
          </w:p>
        </w:tc>
        <w:tc>
          <w:tcPr>
            <w:tcW w:w="47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7FEB16" w14:textId="77777777" w:rsidR="00C42708" w:rsidRPr="00DB6570" w:rsidRDefault="00C42708" w:rsidP="00C42708">
            <w:pPr>
              <w:spacing w:after="0" w:line="240" w:lineRule="auto"/>
              <w:jc w:val="center"/>
              <w:rPr>
                <w:rFonts w:ascii="Times New Roman" w:hAnsi="Times New Roman" w:cs="Times New Roman"/>
                <w:sz w:val="22"/>
              </w:rPr>
            </w:pPr>
          </w:p>
        </w:tc>
        <w:tc>
          <w:tcPr>
            <w:tcW w:w="41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46A715A" w14:textId="77777777" w:rsidR="00C42708" w:rsidRPr="00DB6570" w:rsidRDefault="00C42708" w:rsidP="00C42708">
            <w:pPr>
              <w:spacing w:after="0" w:line="240" w:lineRule="auto"/>
              <w:jc w:val="center"/>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28B52AD" w14:textId="77777777" w:rsidR="00C42708" w:rsidRPr="00DB6570" w:rsidRDefault="00C42708" w:rsidP="00C42708">
            <w:pPr>
              <w:spacing w:after="0" w:line="240" w:lineRule="auto"/>
              <w:jc w:val="center"/>
              <w:rPr>
                <w:rFonts w:ascii="Times New Roman" w:hAnsi="Times New Roman" w:cs="Times New Roman"/>
                <w:sz w:val="22"/>
              </w:rPr>
            </w:pPr>
          </w:p>
        </w:tc>
        <w:tc>
          <w:tcPr>
            <w:tcW w:w="43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5EF8D8A" w14:textId="77777777" w:rsidR="00C42708" w:rsidRPr="00DB6570" w:rsidRDefault="00C42708" w:rsidP="00C42708">
            <w:pPr>
              <w:spacing w:after="0" w:line="240" w:lineRule="auto"/>
              <w:jc w:val="center"/>
              <w:rPr>
                <w:rFonts w:ascii="Times New Roman" w:hAnsi="Times New Roman" w:cs="Times New Roman"/>
                <w:sz w:val="22"/>
              </w:rPr>
            </w:pPr>
          </w:p>
        </w:tc>
      </w:tr>
      <w:tr w:rsidR="00C42708" w:rsidRPr="00DB6570" w14:paraId="67D2F576" w14:textId="77777777" w:rsidTr="005E44DD">
        <w:trPr>
          <w:cantSplit/>
          <w:trHeight w:val="720"/>
          <w:jc w:val="center"/>
        </w:trPr>
        <w:tc>
          <w:tcPr>
            <w:tcW w:w="1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881B7A7" w14:textId="77777777" w:rsidR="00C42708" w:rsidRPr="00DB6570" w:rsidRDefault="00C42708" w:rsidP="00C42708">
            <w:pPr>
              <w:spacing w:after="0" w:line="240" w:lineRule="auto"/>
              <w:jc w:val="center"/>
              <w:rPr>
                <w:rFonts w:ascii="Times New Roman" w:hAnsi="Times New Roman" w:cs="Times New Roman"/>
                <w:sz w:val="22"/>
              </w:rPr>
            </w:pPr>
            <w:r w:rsidRPr="00DB6570">
              <w:rPr>
                <w:rFonts w:ascii="Times New Roman" w:hAnsi="Times New Roman" w:cs="Times New Roman"/>
                <w:sz w:val="22"/>
              </w:rPr>
              <w:t>4</w:t>
            </w:r>
          </w:p>
        </w:tc>
        <w:tc>
          <w:tcPr>
            <w:tcW w:w="69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36F6685" w14:textId="77777777" w:rsidR="00C42708" w:rsidRPr="00DB6570" w:rsidRDefault="00C42708" w:rsidP="00C42708">
            <w:pPr>
              <w:spacing w:after="0" w:line="240" w:lineRule="auto"/>
              <w:rPr>
                <w:rFonts w:ascii="Times New Roman" w:hAnsi="Times New Roman" w:cs="Times New Roman"/>
                <w:sz w:val="22"/>
              </w:rPr>
            </w:pPr>
          </w:p>
        </w:tc>
        <w:tc>
          <w:tcPr>
            <w:tcW w:w="92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3BCE8E2" w14:textId="77777777" w:rsidR="00C42708" w:rsidRPr="00DB6570" w:rsidRDefault="00C42708" w:rsidP="00C42708">
            <w:pPr>
              <w:spacing w:after="0" w:line="240" w:lineRule="auto"/>
              <w:rPr>
                <w:rFonts w:ascii="Times New Roman" w:hAnsi="Times New Roman" w:cs="Times New Roman"/>
                <w:sz w:val="22"/>
              </w:rPr>
            </w:pPr>
          </w:p>
        </w:tc>
        <w:tc>
          <w:tcPr>
            <w:tcW w:w="74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13F2DDF" w14:textId="77777777" w:rsidR="00C42708" w:rsidRPr="00DB6570" w:rsidRDefault="00C42708" w:rsidP="00C42708">
            <w:pPr>
              <w:spacing w:after="0" w:line="240" w:lineRule="auto"/>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FCFA2F2" w14:textId="77777777" w:rsidR="00C42708" w:rsidRPr="00DB6570" w:rsidRDefault="00C42708" w:rsidP="00C42708">
            <w:pPr>
              <w:spacing w:after="0" w:line="240" w:lineRule="auto"/>
              <w:jc w:val="center"/>
              <w:rPr>
                <w:rFonts w:ascii="Times New Roman" w:hAnsi="Times New Roman" w:cs="Times New Roman"/>
                <w:sz w:val="22"/>
              </w:rPr>
            </w:pPr>
          </w:p>
        </w:tc>
        <w:tc>
          <w:tcPr>
            <w:tcW w:w="47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BAAFD13" w14:textId="77777777" w:rsidR="00C42708" w:rsidRPr="00DB6570" w:rsidRDefault="00C42708" w:rsidP="00C42708">
            <w:pPr>
              <w:spacing w:after="0" w:line="240" w:lineRule="auto"/>
              <w:jc w:val="center"/>
              <w:rPr>
                <w:rFonts w:ascii="Times New Roman" w:hAnsi="Times New Roman" w:cs="Times New Roman"/>
                <w:sz w:val="22"/>
              </w:rPr>
            </w:pPr>
          </w:p>
        </w:tc>
        <w:tc>
          <w:tcPr>
            <w:tcW w:w="41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9BB8F9B" w14:textId="77777777" w:rsidR="00C42708" w:rsidRPr="00DB6570" w:rsidRDefault="00C42708" w:rsidP="00C42708">
            <w:pPr>
              <w:spacing w:after="0" w:line="240" w:lineRule="auto"/>
              <w:jc w:val="center"/>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B80EEA6" w14:textId="77777777" w:rsidR="00C42708" w:rsidRPr="00DB6570" w:rsidRDefault="00C42708" w:rsidP="00C42708">
            <w:pPr>
              <w:spacing w:after="0" w:line="240" w:lineRule="auto"/>
              <w:jc w:val="center"/>
              <w:rPr>
                <w:rFonts w:ascii="Times New Roman" w:hAnsi="Times New Roman" w:cs="Times New Roman"/>
                <w:sz w:val="22"/>
              </w:rPr>
            </w:pPr>
          </w:p>
        </w:tc>
        <w:tc>
          <w:tcPr>
            <w:tcW w:w="43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C5018C4" w14:textId="77777777" w:rsidR="00C42708" w:rsidRPr="00DB6570" w:rsidRDefault="00C42708" w:rsidP="00C42708">
            <w:pPr>
              <w:spacing w:after="0" w:line="240" w:lineRule="auto"/>
              <w:jc w:val="center"/>
              <w:rPr>
                <w:rFonts w:ascii="Times New Roman" w:hAnsi="Times New Roman" w:cs="Times New Roman"/>
                <w:sz w:val="22"/>
              </w:rPr>
            </w:pPr>
          </w:p>
        </w:tc>
      </w:tr>
      <w:tr w:rsidR="00C42708" w:rsidRPr="00DB6570" w14:paraId="37F3F415" w14:textId="77777777" w:rsidTr="005E44DD">
        <w:trPr>
          <w:cantSplit/>
          <w:trHeight w:val="720"/>
          <w:jc w:val="center"/>
        </w:trPr>
        <w:tc>
          <w:tcPr>
            <w:tcW w:w="1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31F9D0A" w14:textId="77777777" w:rsidR="00C42708" w:rsidRPr="00DB6570" w:rsidRDefault="00C42708" w:rsidP="00C42708">
            <w:pPr>
              <w:spacing w:after="0" w:line="240" w:lineRule="auto"/>
              <w:jc w:val="center"/>
              <w:rPr>
                <w:rFonts w:ascii="Times New Roman" w:hAnsi="Times New Roman" w:cs="Times New Roman"/>
                <w:sz w:val="22"/>
              </w:rPr>
            </w:pPr>
            <w:r w:rsidRPr="00DB6570">
              <w:rPr>
                <w:rFonts w:ascii="Times New Roman" w:hAnsi="Times New Roman" w:cs="Times New Roman"/>
                <w:sz w:val="22"/>
              </w:rPr>
              <w:t>5</w:t>
            </w:r>
          </w:p>
        </w:tc>
        <w:tc>
          <w:tcPr>
            <w:tcW w:w="69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ED85510" w14:textId="77777777" w:rsidR="00C42708" w:rsidRPr="00DB6570" w:rsidRDefault="00C42708" w:rsidP="00C42708">
            <w:pPr>
              <w:spacing w:after="0" w:line="240" w:lineRule="auto"/>
              <w:rPr>
                <w:rFonts w:ascii="Times New Roman" w:hAnsi="Times New Roman" w:cs="Times New Roman"/>
                <w:sz w:val="22"/>
              </w:rPr>
            </w:pPr>
          </w:p>
        </w:tc>
        <w:tc>
          <w:tcPr>
            <w:tcW w:w="92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C4404C8" w14:textId="77777777" w:rsidR="00C42708" w:rsidRPr="00DB6570" w:rsidRDefault="00C42708" w:rsidP="00C42708">
            <w:pPr>
              <w:spacing w:after="0" w:line="240" w:lineRule="auto"/>
              <w:rPr>
                <w:rFonts w:ascii="Times New Roman" w:hAnsi="Times New Roman" w:cs="Times New Roman"/>
                <w:sz w:val="22"/>
              </w:rPr>
            </w:pPr>
          </w:p>
        </w:tc>
        <w:tc>
          <w:tcPr>
            <w:tcW w:w="74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8782872" w14:textId="77777777" w:rsidR="00C42708" w:rsidRPr="00DB6570" w:rsidRDefault="00C42708" w:rsidP="00C42708">
            <w:pPr>
              <w:spacing w:after="0" w:line="240" w:lineRule="auto"/>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4B49BAB" w14:textId="77777777" w:rsidR="00C42708" w:rsidRPr="00DB6570" w:rsidRDefault="00C42708" w:rsidP="00C42708">
            <w:pPr>
              <w:spacing w:after="0" w:line="240" w:lineRule="auto"/>
              <w:jc w:val="center"/>
              <w:rPr>
                <w:rFonts w:ascii="Times New Roman" w:hAnsi="Times New Roman" w:cs="Times New Roman"/>
                <w:sz w:val="22"/>
              </w:rPr>
            </w:pPr>
          </w:p>
        </w:tc>
        <w:tc>
          <w:tcPr>
            <w:tcW w:w="47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FC4CB83" w14:textId="77777777" w:rsidR="00C42708" w:rsidRPr="00DB6570" w:rsidRDefault="00C42708" w:rsidP="00C42708">
            <w:pPr>
              <w:spacing w:after="0" w:line="240" w:lineRule="auto"/>
              <w:jc w:val="center"/>
              <w:rPr>
                <w:rFonts w:ascii="Times New Roman" w:hAnsi="Times New Roman" w:cs="Times New Roman"/>
                <w:sz w:val="22"/>
              </w:rPr>
            </w:pPr>
          </w:p>
        </w:tc>
        <w:tc>
          <w:tcPr>
            <w:tcW w:w="41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BC012A5" w14:textId="77777777" w:rsidR="00C42708" w:rsidRPr="00DB6570" w:rsidRDefault="00C42708" w:rsidP="00C42708">
            <w:pPr>
              <w:spacing w:after="0" w:line="240" w:lineRule="auto"/>
              <w:jc w:val="center"/>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298044E" w14:textId="77777777" w:rsidR="00C42708" w:rsidRPr="00DB6570" w:rsidRDefault="00C42708" w:rsidP="00C42708">
            <w:pPr>
              <w:spacing w:after="0" w:line="240" w:lineRule="auto"/>
              <w:jc w:val="center"/>
              <w:rPr>
                <w:rFonts w:ascii="Times New Roman" w:hAnsi="Times New Roman" w:cs="Times New Roman"/>
                <w:sz w:val="22"/>
              </w:rPr>
            </w:pPr>
          </w:p>
        </w:tc>
        <w:tc>
          <w:tcPr>
            <w:tcW w:w="43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E9FF4C" w14:textId="77777777" w:rsidR="00C42708" w:rsidRPr="00DB6570" w:rsidRDefault="00C42708" w:rsidP="00C42708">
            <w:pPr>
              <w:spacing w:after="0" w:line="240" w:lineRule="auto"/>
              <w:jc w:val="center"/>
              <w:rPr>
                <w:rFonts w:ascii="Times New Roman" w:hAnsi="Times New Roman" w:cs="Times New Roman"/>
                <w:sz w:val="22"/>
              </w:rPr>
            </w:pPr>
          </w:p>
        </w:tc>
      </w:tr>
      <w:tr w:rsidR="00C42708" w:rsidRPr="00DB6570" w14:paraId="09686718" w14:textId="77777777" w:rsidTr="005E44DD">
        <w:trPr>
          <w:cantSplit/>
          <w:trHeight w:val="432"/>
          <w:jc w:val="center"/>
        </w:trPr>
        <w:tc>
          <w:tcPr>
            <w:tcW w:w="19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4E78BA5" w14:textId="77777777" w:rsidR="00C42708" w:rsidRPr="00DB6570" w:rsidRDefault="00C42708" w:rsidP="00C42708">
            <w:pPr>
              <w:spacing w:after="0" w:line="240" w:lineRule="auto"/>
              <w:jc w:val="center"/>
              <w:rPr>
                <w:rFonts w:ascii="Times New Roman" w:hAnsi="Times New Roman" w:cs="Times New Roman"/>
                <w:sz w:val="22"/>
              </w:rPr>
            </w:pPr>
            <w:r w:rsidRPr="00DB6570">
              <w:rPr>
                <w:rFonts w:ascii="Times New Roman" w:hAnsi="Times New Roman" w:cs="Times New Roman"/>
                <w:b/>
                <w:sz w:val="22"/>
              </w:rPr>
              <w:t>TOTAL</w:t>
            </w:r>
          </w:p>
        </w:tc>
        <w:tc>
          <w:tcPr>
            <w:tcW w:w="691"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61E4ED64" w14:textId="77777777" w:rsidR="00C42708" w:rsidRPr="00DB6570" w:rsidRDefault="00C42708" w:rsidP="00C42708">
            <w:pPr>
              <w:spacing w:after="0" w:line="240" w:lineRule="auto"/>
              <w:rPr>
                <w:rFonts w:ascii="Times New Roman" w:hAnsi="Times New Roman" w:cs="Times New Roman"/>
                <w:sz w:val="22"/>
              </w:rPr>
            </w:pPr>
          </w:p>
        </w:tc>
        <w:tc>
          <w:tcPr>
            <w:tcW w:w="921"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673F4DD" w14:textId="77777777" w:rsidR="00C42708" w:rsidRPr="00DB6570" w:rsidRDefault="00C42708" w:rsidP="00C42708">
            <w:pPr>
              <w:spacing w:after="0" w:line="240" w:lineRule="auto"/>
              <w:rPr>
                <w:rFonts w:ascii="Times New Roman" w:hAnsi="Times New Roman" w:cs="Times New Roman"/>
                <w:sz w:val="22"/>
              </w:rPr>
            </w:pPr>
          </w:p>
        </w:tc>
        <w:tc>
          <w:tcPr>
            <w:tcW w:w="742"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49858C77" w14:textId="77777777" w:rsidR="00C42708" w:rsidRPr="00DB6570" w:rsidRDefault="00C42708" w:rsidP="00C42708">
            <w:pPr>
              <w:spacing w:after="0" w:line="240" w:lineRule="auto"/>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36A8454" w14:textId="77777777" w:rsidR="00C42708" w:rsidRPr="00DB6570" w:rsidRDefault="00C42708" w:rsidP="00C42708">
            <w:pPr>
              <w:spacing w:after="0" w:line="240" w:lineRule="auto"/>
              <w:jc w:val="center"/>
              <w:rPr>
                <w:rFonts w:ascii="Times New Roman" w:hAnsi="Times New Roman" w:cs="Times New Roman"/>
                <w:sz w:val="22"/>
              </w:rPr>
            </w:pPr>
          </w:p>
        </w:tc>
        <w:tc>
          <w:tcPr>
            <w:tcW w:w="471"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48634EDA" w14:textId="77777777" w:rsidR="00C42708" w:rsidRPr="00DB6570" w:rsidRDefault="00C42708" w:rsidP="00C42708">
            <w:pPr>
              <w:spacing w:after="0" w:line="240" w:lineRule="auto"/>
              <w:jc w:val="center"/>
              <w:rPr>
                <w:rFonts w:ascii="Times New Roman" w:hAnsi="Times New Roman" w:cs="Times New Roman"/>
                <w:sz w:val="22"/>
              </w:rPr>
            </w:pPr>
          </w:p>
        </w:tc>
        <w:tc>
          <w:tcPr>
            <w:tcW w:w="419"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4D4CDD9" w14:textId="77777777" w:rsidR="00C42708" w:rsidRPr="00DB6570" w:rsidRDefault="00C42708" w:rsidP="00C42708">
            <w:pPr>
              <w:spacing w:after="0" w:line="240" w:lineRule="auto"/>
              <w:jc w:val="center"/>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12E9D0B5" w14:textId="77777777" w:rsidR="00C42708" w:rsidRPr="00DB6570" w:rsidRDefault="00C42708" w:rsidP="00C42708">
            <w:pPr>
              <w:spacing w:after="0" w:line="240" w:lineRule="auto"/>
              <w:jc w:val="center"/>
              <w:rPr>
                <w:rFonts w:ascii="Times New Roman" w:hAnsi="Times New Roman" w:cs="Times New Roman"/>
                <w:sz w:val="22"/>
              </w:rPr>
            </w:pPr>
          </w:p>
        </w:tc>
        <w:tc>
          <w:tcPr>
            <w:tcW w:w="43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EF85F2F" w14:textId="77777777" w:rsidR="00C42708" w:rsidRPr="00DB6570" w:rsidRDefault="00C42708" w:rsidP="00C42708">
            <w:pPr>
              <w:spacing w:after="0" w:line="240" w:lineRule="auto"/>
              <w:jc w:val="center"/>
              <w:rPr>
                <w:rFonts w:ascii="Times New Roman" w:hAnsi="Times New Roman" w:cs="Times New Roman"/>
                <w:sz w:val="22"/>
              </w:rPr>
            </w:pPr>
          </w:p>
        </w:tc>
      </w:tr>
    </w:tbl>
    <w:p w14:paraId="1A360000" w14:textId="7A6A77B0" w:rsidR="0061162A" w:rsidRPr="00DB6570" w:rsidRDefault="002B65F2">
      <w:pPr>
        <w:pStyle w:val="Heading2"/>
        <w:rPr>
          <w:rFonts w:ascii="Times New Roman" w:hAnsi="Times New Roman" w:cs="Times New Roman"/>
          <w:color w:val="auto"/>
          <w:sz w:val="22"/>
          <w:szCs w:val="22"/>
        </w:rPr>
      </w:pPr>
      <w:bookmarkStart w:id="28" w:name="_Toc237525223"/>
      <w:r w:rsidRPr="00DB6570">
        <w:rPr>
          <w:rFonts w:ascii="Times New Roman" w:hAnsi="Times New Roman" w:cs="Times New Roman"/>
          <w:color w:val="auto"/>
          <w:sz w:val="22"/>
          <w:szCs w:val="22"/>
        </w:rPr>
        <w:t>4</w:t>
      </w:r>
      <w:r w:rsidR="00BE6111" w:rsidRPr="00DB6570">
        <w:rPr>
          <w:rFonts w:ascii="Times New Roman" w:hAnsi="Times New Roman" w:cs="Times New Roman"/>
          <w:color w:val="auto"/>
          <w:sz w:val="22"/>
          <w:szCs w:val="22"/>
        </w:rPr>
        <w:t>.</w:t>
      </w:r>
      <w:r w:rsidR="00EE263E" w:rsidRPr="00DB6570">
        <w:rPr>
          <w:rFonts w:ascii="Times New Roman" w:hAnsi="Times New Roman" w:cs="Times New Roman"/>
          <w:color w:val="auto"/>
          <w:sz w:val="22"/>
          <w:szCs w:val="22"/>
        </w:rPr>
        <w:t>4</w:t>
      </w:r>
      <w:r w:rsidR="00BE6111" w:rsidRPr="00DB6570">
        <w:rPr>
          <w:rFonts w:ascii="Times New Roman" w:hAnsi="Times New Roman" w:cs="Times New Roman"/>
          <w:color w:val="auto"/>
          <w:sz w:val="22"/>
          <w:szCs w:val="22"/>
        </w:rPr>
        <w:t xml:space="preserve"> Research Agenda</w:t>
      </w:r>
      <w:bookmarkEnd w:id="28"/>
    </w:p>
    <w:p w14:paraId="24AACB28" w14:textId="350D13D1" w:rsidR="0061162A" w:rsidRPr="00DB6570" w:rsidRDefault="00BE6111">
      <w:pPr>
        <w:pStyle w:val="GuidanceText"/>
        <w:keepNext/>
        <w:rPr>
          <w:rFonts w:ascii="Times New Roman" w:hAnsi="Times New Roman" w:cs="Times New Roman"/>
          <w:color w:val="auto"/>
          <w:sz w:val="22"/>
        </w:rPr>
      </w:pPr>
      <w:r w:rsidRPr="00DB6570">
        <w:rPr>
          <w:rFonts w:ascii="Times New Roman" w:hAnsi="Times New Roman" w:cs="Times New Roman"/>
          <w:color w:val="auto"/>
          <w:sz w:val="22"/>
        </w:rPr>
        <w:t xml:space="preserve">Set out a coherent five-year research agenda linked to the sector constraints and training programs. Balance rigorous peer-reviewed research with applied research. </w:t>
      </w:r>
      <w:r w:rsidR="00B15FA9" w:rsidRPr="00DB6570">
        <w:rPr>
          <w:rFonts w:ascii="Times New Roman" w:hAnsi="Times New Roman" w:cs="Times New Roman"/>
          <w:color w:val="auto"/>
          <w:sz w:val="22"/>
        </w:rPr>
        <w:t xml:space="preserve">Link </w:t>
      </w:r>
      <w:r w:rsidRPr="00DB6570">
        <w:rPr>
          <w:rFonts w:ascii="Times New Roman" w:hAnsi="Times New Roman" w:cs="Times New Roman"/>
          <w:color w:val="auto"/>
          <w:sz w:val="22"/>
        </w:rPr>
        <w:t>research questions</w:t>
      </w:r>
      <w:r w:rsidR="00B15FA9" w:rsidRPr="00DB6570">
        <w:rPr>
          <w:rFonts w:ascii="Times New Roman" w:hAnsi="Times New Roman" w:cs="Times New Roman"/>
          <w:color w:val="auto"/>
          <w:sz w:val="22"/>
        </w:rPr>
        <w:t xml:space="preserve"> </w:t>
      </w:r>
      <w:r w:rsidR="008D5A04" w:rsidRPr="00DB6570">
        <w:rPr>
          <w:rFonts w:ascii="Times New Roman" w:hAnsi="Times New Roman" w:cs="Times New Roman"/>
          <w:color w:val="auto"/>
          <w:sz w:val="22"/>
        </w:rPr>
        <w:t xml:space="preserve">or problem identification </w:t>
      </w:r>
      <w:r w:rsidR="00B15FA9" w:rsidRPr="00DB6570">
        <w:rPr>
          <w:rFonts w:ascii="Times New Roman" w:hAnsi="Times New Roman" w:cs="Times New Roman"/>
          <w:color w:val="auto"/>
          <w:sz w:val="22"/>
        </w:rPr>
        <w:t>to specific sectoral needs and provide evidence fo</w:t>
      </w:r>
      <w:r w:rsidR="00A16D19" w:rsidRPr="00DB6570">
        <w:rPr>
          <w:rFonts w:ascii="Times New Roman" w:hAnsi="Times New Roman" w:cs="Times New Roman"/>
          <w:color w:val="auto"/>
          <w:sz w:val="22"/>
        </w:rPr>
        <w:t>r the needs identification, where relevant; explain</w:t>
      </w:r>
      <w:r w:rsidRPr="00DB6570">
        <w:rPr>
          <w:rFonts w:ascii="Times New Roman" w:hAnsi="Times New Roman" w:cs="Times New Roman"/>
          <w:color w:val="auto"/>
          <w:sz w:val="22"/>
        </w:rPr>
        <w:t xml:space="preserve"> methods, student participation, partners, expected outputs and how findings will reach firms, practitioners and policy actors.</w:t>
      </w:r>
      <w:r w:rsidR="00186A9F" w:rsidRPr="00DB6570">
        <w:rPr>
          <w:rFonts w:ascii="Times New Roman" w:hAnsi="Times New Roman" w:cs="Times New Roman"/>
          <w:color w:val="auto"/>
          <w:sz w:val="22"/>
        </w:rPr>
        <w:t xml:space="preserve"> Please identify the research infrastructure that is available and/or will be needed (new or upgraded) to support the proposed research agenda.</w:t>
      </w:r>
    </w:p>
    <w:tbl>
      <w:tblPr>
        <w:tblStyle w:val="TableGrid"/>
        <w:tblW w:w="9000" w:type="dxa"/>
        <w:jc w:val="center"/>
        <w:tblLook w:val="04A0" w:firstRow="1" w:lastRow="0" w:firstColumn="1" w:lastColumn="0" w:noHBand="0" w:noVBand="1"/>
      </w:tblPr>
      <w:tblGrid>
        <w:gridCol w:w="9000"/>
      </w:tblGrid>
      <w:tr w:rsidR="0061162A" w:rsidRPr="00DB6570" w14:paraId="77AD001D" w14:textId="77777777">
        <w:trPr>
          <w:jc w:val="center"/>
        </w:trPr>
        <w:tc>
          <w:tcPr>
            <w:tcW w:w="9866" w:type="dxa"/>
            <w:shd w:val="clear" w:color="auto" w:fill="FAFAFA"/>
            <w:tcMar>
              <w:top w:w="110" w:type="dxa"/>
              <w:left w:w="120" w:type="dxa"/>
              <w:bottom w:w="110" w:type="dxa"/>
              <w:right w:w="120" w:type="dxa"/>
            </w:tcMar>
          </w:tcPr>
          <w:p w14:paraId="0F4D3F1E" w14:textId="4DB006EE" w:rsidR="0061162A" w:rsidRPr="00DB6570" w:rsidRDefault="00812083">
            <w:pPr>
              <w:rPr>
                <w:rFonts w:ascii="Times New Roman" w:hAnsi="Times New Roman" w:cs="Times New Roman"/>
                <w:sz w:val="22"/>
              </w:rPr>
            </w:pPr>
            <w:r w:rsidRPr="00812083">
              <w:rPr>
                <w:rFonts w:ascii="Times New Roman" w:hAnsi="Times New Roman" w:cs="Times New Roman"/>
                <w:i/>
                <w:sz w:val="22"/>
              </w:rPr>
              <w:t>[Applicant response must not exceed 1500 words.]</w:t>
            </w:r>
          </w:p>
          <w:p w14:paraId="217B0D0F" w14:textId="77777777" w:rsidR="0061162A" w:rsidRPr="00DB6570" w:rsidRDefault="0061162A">
            <w:pPr>
              <w:rPr>
                <w:rFonts w:ascii="Times New Roman" w:hAnsi="Times New Roman" w:cs="Times New Roman"/>
                <w:sz w:val="22"/>
              </w:rPr>
            </w:pPr>
          </w:p>
          <w:p w14:paraId="08B0C3E8" w14:textId="77777777" w:rsidR="0061162A" w:rsidRPr="00DB6570" w:rsidRDefault="0061162A">
            <w:pPr>
              <w:rPr>
                <w:rFonts w:ascii="Times New Roman" w:hAnsi="Times New Roman" w:cs="Times New Roman"/>
                <w:sz w:val="22"/>
              </w:rPr>
            </w:pPr>
          </w:p>
          <w:p w14:paraId="00584B64" w14:textId="77777777" w:rsidR="0061162A" w:rsidRPr="00DB6570" w:rsidRDefault="0061162A">
            <w:pPr>
              <w:rPr>
                <w:rFonts w:ascii="Times New Roman" w:hAnsi="Times New Roman" w:cs="Times New Roman"/>
                <w:sz w:val="22"/>
              </w:rPr>
            </w:pPr>
          </w:p>
          <w:p w14:paraId="5650DFF8" w14:textId="77777777" w:rsidR="0061162A" w:rsidRPr="00DB6570" w:rsidRDefault="0061162A">
            <w:pPr>
              <w:rPr>
                <w:rFonts w:ascii="Times New Roman" w:hAnsi="Times New Roman" w:cs="Times New Roman"/>
                <w:sz w:val="22"/>
              </w:rPr>
            </w:pPr>
          </w:p>
        </w:tc>
      </w:tr>
    </w:tbl>
    <w:p w14:paraId="42EA4AA7" w14:textId="77777777" w:rsidR="0061162A" w:rsidRPr="00DB6570" w:rsidRDefault="0061162A">
      <w:pPr>
        <w:spacing w:after="0"/>
        <w:rPr>
          <w:rFonts w:ascii="Times New Roman" w:hAnsi="Times New Roman" w:cs="Times New Roman"/>
          <w:sz w:val="22"/>
        </w:rPr>
      </w:pPr>
    </w:p>
    <w:p w14:paraId="313EB4B9" w14:textId="77777777" w:rsidR="0061162A" w:rsidRPr="00DB6570" w:rsidRDefault="00BE6111">
      <w:pPr>
        <w:spacing w:after="0" w:line="20" w:lineRule="exact"/>
        <w:rPr>
          <w:rFonts w:ascii="Times New Roman" w:hAnsi="Times New Roman" w:cs="Times New Roman"/>
          <w:sz w:val="22"/>
        </w:rPr>
        <w:sectPr w:rsidR="0061162A" w:rsidRPr="00DB6570">
          <w:type w:val="continuous"/>
          <w:pgSz w:w="11906" w:h="16838"/>
          <w:pgMar w:top="964" w:right="1020" w:bottom="907" w:left="1020" w:header="454" w:footer="454" w:gutter="0"/>
          <w:cols w:space="720"/>
          <w:docGrid w:linePitch="360"/>
        </w:sectPr>
      </w:pPr>
      <w:r w:rsidRPr="00DB6570">
        <w:rPr>
          <w:rFonts w:ascii="Times New Roman" w:hAnsi="Times New Roman" w:cs="Times New Roman"/>
          <w:vanish/>
          <w:sz w:val="22"/>
        </w:rPr>
        <w:t xml:space="preserve"> </w:t>
      </w:r>
    </w:p>
    <w:p w14:paraId="4DA7DEB2" w14:textId="617E88DB" w:rsidR="0061162A" w:rsidRPr="00DB6570" w:rsidRDefault="00AC154F">
      <w:pPr>
        <w:pStyle w:val="Heading3"/>
        <w:rPr>
          <w:rFonts w:ascii="Times New Roman" w:hAnsi="Times New Roman" w:cs="Times New Roman"/>
          <w:color w:val="auto"/>
          <w:sz w:val="22"/>
        </w:rPr>
      </w:pPr>
      <w:bookmarkStart w:id="29" w:name="_Toc237525224"/>
      <w:r w:rsidRPr="00DB6570">
        <w:rPr>
          <w:rFonts w:ascii="Times New Roman" w:hAnsi="Times New Roman" w:cs="Times New Roman"/>
          <w:color w:val="auto"/>
          <w:sz w:val="22"/>
        </w:rPr>
        <w:t>4.</w:t>
      </w:r>
      <w:r w:rsidR="00EE263E" w:rsidRPr="00DB6570">
        <w:rPr>
          <w:rFonts w:ascii="Times New Roman" w:hAnsi="Times New Roman" w:cs="Times New Roman"/>
          <w:color w:val="auto"/>
          <w:sz w:val="22"/>
        </w:rPr>
        <w:t>4</w:t>
      </w:r>
      <w:r w:rsidRPr="00DB6570">
        <w:rPr>
          <w:rFonts w:ascii="Times New Roman" w:hAnsi="Times New Roman" w:cs="Times New Roman"/>
          <w:color w:val="auto"/>
          <w:sz w:val="22"/>
        </w:rPr>
        <w:t xml:space="preserve">.1 </w:t>
      </w:r>
      <w:r w:rsidR="00BE6111" w:rsidRPr="00DB6570">
        <w:rPr>
          <w:rFonts w:ascii="Times New Roman" w:hAnsi="Times New Roman" w:cs="Times New Roman"/>
          <w:color w:val="auto"/>
          <w:sz w:val="22"/>
        </w:rPr>
        <w:t>Research Portfolio</w:t>
      </w:r>
      <w:bookmarkEnd w:id="29"/>
    </w:p>
    <w:tbl>
      <w:tblPr>
        <w:tblW w:w="5000" w:type="pct"/>
        <w:jc w:val="center"/>
        <w:tblLook w:val="04A0" w:firstRow="1" w:lastRow="0" w:firstColumn="1" w:lastColumn="0" w:noHBand="0" w:noVBand="1"/>
      </w:tblPr>
      <w:tblGrid>
        <w:gridCol w:w="566"/>
        <w:gridCol w:w="2157"/>
        <w:gridCol w:w="2157"/>
        <w:gridCol w:w="2006"/>
        <w:gridCol w:w="1859"/>
        <w:gridCol w:w="1707"/>
        <w:gridCol w:w="1634"/>
        <w:gridCol w:w="1634"/>
        <w:gridCol w:w="1634"/>
      </w:tblGrid>
      <w:tr w:rsidR="00C859DD" w:rsidRPr="00DB6570" w14:paraId="758E80FC" w14:textId="77777777" w:rsidTr="0021427D">
        <w:trPr>
          <w:cantSplit/>
          <w:trHeight w:val="677"/>
          <w:tblHeader/>
          <w:jc w:val="center"/>
        </w:trPr>
        <w:tc>
          <w:tcPr>
            <w:tcW w:w="18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F634AF7" w14:textId="77777777" w:rsidR="00C859DD" w:rsidRPr="00DB6570" w:rsidRDefault="00C859DD"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w:t>
            </w:r>
          </w:p>
        </w:tc>
        <w:tc>
          <w:tcPr>
            <w:tcW w:w="7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F3FB3CE" w14:textId="77777777" w:rsidR="00C859DD" w:rsidRPr="00DB6570" w:rsidRDefault="00C859DD"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Research theme / problem</w:t>
            </w:r>
          </w:p>
        </w:tc>
        <w:tc>
          <w:tcPr>
            <w:tcW w:w="7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9E1CA04" w14:textId="77777777" w:rsidR="00C859DD" w:rsidRPr="00DB6570" w:rsidRDefault="00C859DD"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Key research questions</w:t>
            </w:r>
          </w:p>
        </w:tc>
        <w:tc>
          <w:tcPr>
            <w:tcW w:w="65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0FCFAC" w14:textId="77777777" w:rsidR="00C859DD" w:rsidRPr="00DB6570" w:rsidRDefault="00C859DD"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Research (Lead faculty / team / students)</w:t>
            </w:r>
          </w:p>
        </w:tc>
        <w:tc>
          <w:tcPr>
            <w:tcW w:w="6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79ED99E" w14:textId="77777777" w:rsidR="00C859DD" w:rsidRPr="00DB6570" w:rsidRDefault="00C859DD"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Industry / academic partners</w:t>
            </w:r>
          </w:p>
        </w:tc>
        <w:tc>
          <w:tcPr>
            <w:tcW w:w="55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40F5DF5" w14:textId="77777777" w:rsidR="00C859DD" w:rsidRPr="00DB6570" w:rsidRDefault="00C859DD"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Peer-reviewed outputs (Current)</w:t>
            </w:r>
          </w:p>
        </w:tc>
        <w:tc>
          <w:tcPr>
            <w:tcW w:w="53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C947EDC" w14:textId="77777777" w:rsidR="00C859DD" w:rsidRPr="00DB6570" w:rsidRDefault="00C859DD"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Applied outputs (Current)</w:t>
            </w:r>
          </w:p>
        </w:tc>
        <w:tc>
          <w:tcPr>
            <w:tcW w:w="53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7D38541" w14:textId="77777777" w:rsidR="00C859DD" w:rsidRPr="00DB6570" w:rsidRDefault="00C859DD"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Peer-reviewed outputs (Targets)</w:t>
            </w:r>
          </w:p>
        </w:tc>
        <w:tc>
          <w:tcPr>
            <w:tcW w:w="53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8ABE574" w14:textId="77777777" w:rsidR="00C859DD" w:rsidRPr="00DB6570" w:rsidRDefault="00C859DD"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Applied outputs (Targets)</w:t>
            </w:r>
          </w:p>
        </w:tc>
      </w:tr>
      <w:tr w:rsidR="00C859DD" w:rsidRPr="00DB6570" w14:paraId="246C2F07" w14:textId="77777777" w:rsidTr="005E44DD">
        <w:trPr>
          <w:cantSplit/>
          <w:trHeight w:val="749"/>
          <w:jc w:val="center"/>
        </w:trPr>
        <w:tc>
          <w:tcPr>
            <w:tcW w:w="18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6F72879" w14:textId="77777777" w:rsidR="00C859DD" w:rsidRPr="00DB6570" w:rsidRDefault="00C859DD"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1</w:t>
            </w:r>
          </w:p>
        </w:tc>
        <w:tc>
          <w:tcPr>
            <w:tcW w:w="7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2D89D93" w14:textId="77777777" w:rsidR="00C859DD" w:rsidRPr="00DB6570" w:rsidRDefault="00C859DD" w:rsidP="00D270E1">
            <w:pPr>
              <w:spacing w:after="0" w:line="240" w:lineRule="auto"/>
              <w:rPr>
                <w:rFonts w:ascii="Times New Roman" w:hAnsi="Times New Roman" w:cs="Times New Roman"/>
                <w:sz w:val="22"/>
              </w:rPr>
            </w:pPr>
          </w:p>
        </w:tc>
        <w:tc>
          <w:tcPr>
            <w:tcW w:w="7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B21CE5E" w14:textId="77777777" w:rsidR="00C859DD" w:rsidRPr="00DB6570" w:rsidRDefault="00C859DD" w:rsidP="00D270E1">
            <w:pPr>
              <w:spacing w:after="0" w:line="240" w:lineRule="auto"/>
              <w:rPr>
                <w:rFonts w:ascii="Times New Roman" w:hAnsi="Times New Roman" w:cs="Times New Roman"/>
                <w:sz w:val="22"/>
              </w:rPr>
            </w:pPr>
          </w:p>
        </w:tc>
        <w:tc>
          <w:tcPr>
            <w:tcW w:w="65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AF6CE4E" w14:textId="77777777" w:rsidR="00C859DD" w:rsidRPr="00DB6570" w:rsidRDefault="00C859DD" w:rsidP="00D270E1">
            <w:pPr>
              <w:spacing w:after="0" w:line="240" w:lineRule="auto"/>
              <w:rPr>
                <w:rFonts w:ascii="Times New Roman" w:hAnsi="Times New Roman" w:cs="Times New Roman"/>
                <w:sz w:val="22"/>
              </w:rPr>
            </w:pPr>
          </w:p>
        </w:tc>
        <w:tc>
          <w:tcPr>
            <w:tcW w:w="6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55753C" w14:textId="77777777" w:rsidR="00C859DD" w:rsidRPr="00DB6570" w:rsidRDefault="00C859DD" w:rsidP="00D270E1">
            <w:pPr>
              <w:spacing w:after="0" w:line="240" w:lineRule="auto"/>
              <w:jc w:val="center"/>
              <w:rPr>
                <w:rFonts w:ascii="Times New Roman" w:hAnsi="Times New Roman" w:cs="Times New Roman"/>
                <w:sz w:val="22"/>
              </w:rPr>
            </w:pPr>
          </w:p>
        </w:tc>
        <w:tc>
          <w:tcPr>
            <w:tcW w:w="55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E7F2BAD" w14:textId="77777777" w:rsidR="00C859DD" w:rsidRPr="00DB6570" w:rsidRDefault="00C859DD" w:rsidP="00D270E1">
            <w:pPr>
              <w:spacing w:after="0" w:line="240" w:lineRule="auto"/>
              <w:jc w:val="center"/>
              <w:rPr>
                <w:rFonts w:ascii="Times New Roman" w:hAnsi="Times New Roman" w:cs="Times New Roman"/>
                <w:sz w:val="22"/>
              </w:rPr>
            </w:pPr>
          </w:p>
        </w:tc>
        <w:tc>
          <w:tcPr>
            <w:tcW w:w="53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FBB847B" w14:textId="77777777" w:rsidR="00C859DD" w:rsidRPr="00DB6570" w:rsidRDefault="00C859DD" w:rsidP="00D270E1">
            <w:pPr>
              <w:spacing w:after="0" w:line="240" w:lineRule="auto"/>
              <w:jc w:val="center"/>
              <w:rPr>
                <w:rFonts w:ascii="Times New Roman" w:hAnsi="Times New Roman" w:cs="Times New Roman"/>
                <w:sz w:val="22"/>
              </w:rPr>
            </w:pPr>
          </w:p>
        </w:tc>
        <w:tc>
          <w:tcPr>
            <w:tcW w:w="53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7D64D9C" w14:textId="77777777" w:rsidR="00C859DD" w:rsidRPr="00DB6570" w:rsidRDefault="00C859DD" w:rsidP="00D270E1">
            <w:pPr>
              <w:spacing w:after="0" w:line="240" w:lineRule="auto"/>
              <w:jc w:val="center"/>
              <w:rPr>
                <w:rFonts w:ascii="Times New Roman" w:hAnsi="Times New Roman" w:cs="Times New Roman"/>
                <w:sz w:val="22"/>
              </w:rPr>
            </w:pPr>
          </w:p>
        </w:tc>
        <w:tc>
          <w:tcPr>
            <w:tcW w:w="53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36C14F1" w14:textId="77777777" w:rsidR="00C859DD" w:rsidRPr="00DB6570" w:rsidRDefault="00C859DD" w:rsidP="00D270E1">
            <w:pPr>
              <w:spacing w:after="0" w:line="240" w:lineRule="auto"/>
              <w:jc w:val="center"/>
              <w:rPr>
                <w:rFonts w:ascii="Times New Roman" w:hAnsi="Times New Roman" w:cs="Times New Roman"/>
                <w:sz w:val="22"/>
              </w:rPr>
            </w:pPr>
          </w:p>
        </w:tc>
      </w:tr>
      <w:tr w:rsidR="00C859DD" w:rsidRPr="00DB6570" w14:paraId="04AF34D8" w14:textId="77777777" w:rsidTr="005E44DD">
        <w:trPr>
          <w:cantSplit/>
          <w:trHeight w:val="749"/>
          <w:jc w:val="center"/>
        </w:trPr>
        <w:tc>
          <w:tcPr>
            <w:tcW w:w="18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554F256" w14:textId="77777777" w:rsidR="00C859DD" w:rsidRPr="00DB6570" w:rsidRDefault="00C859DD"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2</w:t>
            </w:r>
          </w:p>
        </w:tc>
        <w:tc>
          <w:tcPr>
            <w:tcW w:w="7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6E1C26F" w14:textId="77777777" w:rsidR="00C859DD" w:rsidRPr="00DB6570" w:rsidRDefault="00C859DD" w:rsidP="00D270E1">
            <w:pPr>
              <w:spacing w:after="0" w:line="240" w:lineRule="auto"/>
              <w:rPr>
                <w:rFonts w:ascii="Times New Roman" w:hAnsi="Times New Roman" w:cs="Times New Roman"/>
                <w:sz w:val="22"/>
              </w:rPr>
            </w:pPr>
          </w:p>
        </w:tc>
        <w:tc>
          <w:tcPr>
            <w:tcW w:w="7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DECD319" w14:textId="77777777" w:rsidR="00C859DD" w:rsidRPr="00DB6570" w:rsidRDefault="00C859DD" w:rsidP="00D270E1">
            <w:pPr>
              <w:spacing w:after="0" w:line="240" w:lineRule="auto"/>
              <w:rPr>
                <w:rFonts w:ascii="Times New Roman" w:hAnsi="Times New Roman" w:cs="Times New Roman"/>
                <w:sz w:val="22"/>
              </w:rPr>
            </w:pPr>
          </w:p>
        </w:tc>
        <w:tc>
          <w:tcPr>
            <w:tcW w:w="65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16B3775" w14:textId="77777777" w:rsidR="00C859DD" w:rsidRPr="00DB6570" w:rsidRDefault="00C859DD" w:rsidP="00D270E1">
            <w:pPr>
              <w:spacing w:after="0" w:line="240" w:lineRule="auto"/>
              <w:rPr>
                <w:rFonts w:ascii="Times New Roman" w:hAnsi="Times New Roman" w:cs="Times New Roman"/>
                <w:sz w:val="22"/>
              </w:rPr>
            </w:pPr>
          </w:p>
        </w:tc>
        <w:tc>
          <w:tcPr>
            <w:tcW w:w="6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93B4106" w14:textId="77777777" w:rsidR="00C859DD" w:rsidRPr="00DB6570" w:rsidRDefault="00C859DD" w:rsidP="00D270E1">
            <w:pPr>
              <w:spacing w:after="0" w:line="240" w:lineRule="auto"/>
              <w:jc w:val="center"/>
              <w:rPr>
                <w:rFonts w:ascii="Times New Roman" w:hAnsi="Times New Roman" w:cs="Times New Roman"/>
                <w:sz w:val="22"/>
              </w:rPr>
            </w:pPr>
          </w:p>
        </w:tc>
        <w:tc>
          <w:tcPr>
            <w:tcW w:w="55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13A3B86" w14:textId="77777777" w:rsidR="00C859DD" w:rsidRPr="00DB6570" w:rsidRDefault="00C859DD" w:rsidP="00D270E1">
            <w:pPr>
              <w:spacing w:after="0" w:line="240" w:lineRule="auto"/>
              <w:jc w:val="center"/>
              <w:rPr>
                <w:rFonts w:ascii="Times New Roman" w:hAnsi="Times New Roman" w:cs="Times New Roman"/>
                <w:sz w:val="22"/>
              </w:rPr>
            </w:pPr>
          </w:p>
        </w:tc>
        <w:tc>
          <w:tcPr>
            <w:tcW w:w="53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20A744D" w14:textId="77777777" w:rsidR="00C859DD" w:rsidRPr="00DB6570" w:rsidRDefault="00C859DD" w:rsidP="00D270E1">
            <w:pPr>
              <w:spacing w:after="0" w:line="240" w:lineRule="auto"/>
              <w:jc w:val="center"/>
              <w:rPr>
                <w:rFonts w:ascii="Times New Roman" w:hAnsi="Times New Roman" w:cs="Times New Roman"/>
                <w:sz w:val="22"/>
              </w:rPr>
            </w:pPr>
          </w:p>
        </w:tc>
        <w:tc>
          <w:tcPr>
            <w:tcW w:w="53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61C61AD" w14:textId="77777777" w:rsidR="00C859DD" w:rsidRPr="00DB6570" w:rsidRDefault="00C859DD" w:rsidP="00D270E1">
            <w:pPr>
              <w:spacing w:after="0" w:line="240" w:lineRule="auto"/>
              <w:jc w:val="center"/>
              <w:rPr>
                <w:rFonts w:ascii="Times New Roman" w:hAnsi="Times New Roman" w:cs="Times New Roman"/>
                <w:sz w:val="22"/>
              </w:rPr>
            </w:pPr>
          </w:p>
        </w:tc>
        <w:tc>
          <w:tcPr>
            <w:tcW w:w="53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9DBEA0F" w14:textId="77777777" w:rsidR="00C859DD" w:rsidRPr="00DB6570" w:rsidRDefault="00C859DD" w:rsidP="00D270E1">
            <w:pPr>
              <w:spacing w:after="0" w:line="240" w:lineRule="auto"/>
              <w:jc w:val="center"/>
              <w:rPr>
                <w:rFonts w:ascii="Times New Roman" w:hAnsi="Times New Roman" w:cs="Times New Roman"/>
                <w:sz w:val="22"/>
              </w:rPr>
            </w:pPr>
          </w:p>
        </w:tc>
      </w:tr>
      <w:tr w:rsidR="00C859DD" w:rsidRPr="00DB6570" w14:paraId="2853DD38" w14:textId="77777777" w:rsidTr="005E44DD">
        <w:trPr>
          <w:cantSplit/>
          <w:trHeight w:val="749"/>
          <w:jc w:val="center"/>
        </w:trPr>
        <w:tc>
          <w:tcPr>
            <w:tcW w:w="18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08AEB74" w14:textId="77777777" w:rsidR="00C859DD" w:rsidRPr="00DB6570" w:rsidRDefault="00C859DD"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3</w:t>
            </w:r>
          </w:p>
        </w:tc>
        <w:tc>
          <w:tcPr>
            <w:tcW w:w="7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77A8B0" w14:textId="77777777" w:rsidR="00C859DD" w:rsidRPr="00DB6570" w:rsidRDefault="00C859DD" w:rsidP="00D270E1">
            <w:pPr>
              <w:spacing w:after="0" w:line="240" w:lineRule="auto"/>
              <w:rPr>
                <w:rFonts w:ascii="Times New Roman" w:hAnsi="Times New Roman" w:cs="Times New Roman"/>
                <w:sz w:val="22"/>
              </w:rPr>
            </w:pPr>
          </w:p>
        </w:tc>
        <w:tc>
          <w:tcPr>
            <w:tcW w:w="7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58F6931" w14:textId="77777777" w:rsidR="00C859DD" w:rsidRPr="00DB6570" w:rsidRDefault="00C859DD" w:rsidP="00D270E1">
            <w:pPr>
              <w:spacing w:after="0" w:line="240" w:lineRule="auto"/>
              <w:rPr>
                <w:rFonts w:ascii="Times New Roman" w:hAnsi="Times New Roman" w:cs="Times New Roman"/>
                <w:sz w:val="22"/>
              </w:rPr>
            </w:pPr>
          </w:p>
        </w:tc>
        <w:tc>
          <w:tcPr>
            <w:tcW w:w="65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9C33D04" w14:textId="77777777" w:rsidR="00C859DD" w:rsidRPr="00DB6570" w:rsidRDefault="00C859DD" w:rsidP="00D270E1">
            <w:pPr>
              <w:spacing w:after="0" w:line="240" w:lineRule="auto"/>
              <w:rPr>
                <w:rFonts w:ascii="Times New Roman" w:hAnsi="Times New Roman" w:cs="Times New Roman"/>
                <w:sz w:val="22"/>
              </w:rPr>
            </w:pPr>
          </w:p>
        </w:tc>
        <w:tc>
          <w:tcPr>
            <w:tcW w:w="6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2088F7C" w14:textId="77777777" w:rsidR="00C859DD" w:rsidRPr="00DB6570" w:rsidRDefault="00C859DD" w:rsidP="00D270E1">
            <w:pPr>
              <w:spacing w:after="0" w:line="240" w:lineRule="auto"/>
              <w:jc w:val="center"/>
              <w:rPr>
                <w:rFonts w:ascii="Times New Roman" w:hAnsi="Times New Roman" w:cs="Times New Roman"/>
                <w:sz w:val="22"/>
              </w:rPr>
            </w:pPr>
          </w:p>
        </w:tc>
        <w:tc>
          <w:tcPr>
            <w:tcW w:w="55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D753108" w14:textId="77777777" w:rsidR="00C859DD" w:rsidRPr="00DB6570" w:rsidRDefault="00C859DD" w:rsidP="00D270E1">
            <w:pPr>
              <w:spacing w:after="0" w:line="240" w:lineRule="auto"/>
              <w:jc w:val="center"/>
              <w:rPr>
                <w:rFonts w:ascii="Times New Roman" w:hAnsi="Times New Roman" w:cs="Times New Roman"/>
                <w:sz w:val="22"/>
              </w:rPr>
            </w:pPr>
          </w:p>
        </w:tc>
        <w:tc>
          <w:tcPr>
            <w:tcW w:w="53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3E6E775" w14:textId="77777777" w:rsidR="00C859DD" w:rsidRPr="00DB6570" w:rsidRDefault="00C859DD" w:rsidP="00D270E1">
            <w:pPr>
              <w:spacing w:after="0" w:line="240" w:lineRule="auto"/>
              <w:jc w:val="center"/>
              <w:rPr>
                <w:rFonts w:ascii="Times New Roman" w:hAnsi="Times New Roman" w:cs="Times New Roman"/>
                <w:sz w:val="22"/>
              </w:rPr>
            </w:pPr>
          </w:p>
        </w:tc>
        <w:tc>
          <w:tcPr>
            <w:tcW w:w="53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C4A4E8C" w14:textId="77777777" w:rsidR="00C859DD" w:rsidRPr="00DB6570" w:rsidRDefault="00C859DD" w:rsidP="00D270E1">
            <w:pPr>
              <w:spacing w:after="0" w:line="240" w:lineRule="auto"/>
              <w:jc w:val="center"/>
              <w:rPr>
                <w:rFonts w:ascii="Times New Roman" w:hAnsi="Times New Roman" w:cs="Times New Roman"/>
                <w:sz w:val="22"/>
              </w:rPr>
            </w:pPr>
          </w:p>
        </w:tc>
        <w:tc>
          <w:tcPr>
            <w:tcW w:w="53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B3F893" w14:textId="77777777" w:rsidR="00C859DD" w:rsidRPr="00DB6570" w:rsidRDefault="00C859DD" w:rsidP="00D270E1">
            <w:pPr>
              <w:spacing w:after="0" w:line="240" w:lineRule="auto"/>
              <w:jc w:val="center"/>
              <w:rPr>
                <w:rFonts w:ascii="Times New Roman" w:hAnsi="Times New Roman" w:cs="Times New Roman"/>
                <w:sz w:val="22"/>
              </w:rPr>
            </w:pPr>
          </w:p>
        </w:tc>
      </w:tr>
      <w:tr w:rsidR="00C859DD" w:rsidRPr="00DB6570" w14:paraId="03060AA0" w14:textId="77777777" w:rsidTr="005E44DD">
        <w:trPr>
          <w:cantSplit/>
          <w:trHeight w:val="749"/>
          <w:jc w:val="center"/>
        </w:trPr>
        <w:tc>
          <w:tcPr>
            <w:tcW w:w="18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45A8190" w14:textId="77777777" w:rsidR="00C859DD" w:rsidRPr="00DB6570" w:rsidRDefault="00C859DD"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4</w:t>
            </w:r>
          </w:p>
        </w:tc>
        <w:tc>
          <w:tcPr>
            <w:tcW w:w="7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F295173" w14:textId="77777777" w:rsidR="00C859DD" w:rsidRPr="00DB6570" w:rsidRDefault="00C859DD" w:rsidP="00D270E1">
            <w:pPr>
              <w:spacing w:after="0" w:line="240" w:lineRule="auto"/>
              <w:rPr>
                <w:rFonts w:ascii="Times New Roman" w:hAnsi="Times New Roman" w:cs="Times New Roman"/>
                <w:sz w:val="22"/>
              </w:rPr>
            </w:pPr>
          </w:p>
        </w:tc>
        <w:tc>
          <w:tcPr>
            <w:tcW w:w="7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F265DFA" w14:textId="77777777" w:rsidR="00C859DD" w:rsidRPr="00DB6570" w:rsidRDefault="00C859DD" w:rsidP="00D270E1">
            <w:pPr>
              <w:spacing w:after="0" w:line="240" w:lineRule="auto"/>
              <w:rPr>
                <w:rFonts w:ascii="Times New Roman" w:hAnsi="Times New Roman" w:cs="Times New Roman"/>
                <w:sz w:val="22"/>
              </w:rPr>
            </w:pPr>
          </w:p>
        </w:tc>
        <w:tc>
          <w:tcPr>
            <w:tcW w:w="65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DF01850" w14:textId="77777777" w:rsidR="00C859DD" w:rsidRPr="00DB6570" w:rsidRDefault="00C859DD" w:rsidP="00D270E1">
            <w:pPr>
              <w:spacing w:after="0" w:line="240" w:lineRule="auto"/>
              <w:rPr>
                <w:rFonts w:ascii="Times New Roman" w:hAnsi="Times New Roman" w:cs="Times New Roman"/>
                <w:sz w:val="22"/>
              </w:rPr>
            </w:pPr>
          </w:p>
        </w:tc>
        <w:tc>
          <w:tcPr>
            <w:tcW w:w="6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EE17C65" w14:textId="77777777" w:rsidR="00C859DD" w:rsidRPr="00DB6570" w:rsidRDefault="00C859DD" w:rsidP="00D270E1">
            <w:pPr>
              <w:spacing w:after="0" w:line="240" w:lineRule="auto"/>
              <w:jc w:val="center"/>
              <w:rPr>
                <w:rFonts w:ascii="Times New Roman" w:hAnsi="Times New Roman" w:cs="Times New Roman"/>
                <w:sz w:val="22"/>
              </w:rPr>
            </w:pPr>
          </w:p>
        </w:tc>
        <w:tc>
          <w:tcPr>
            <w:tcW w:w="55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B6E0588" w14:textId="77777777" w:rsidR="00C859DD" w:rsidRPr="00DB6570" w:rsidRDefault="00C859DD" w:rsidP="00D270E1">
            <w:pPr>
              <w:spacing w:after="0" w:line="240" w:lineRule="auto"/>
              <w:jc w:val="center"/>
              <w:rPr>
                <w:rFonts w:ascii="Times New Roman" w:hAnsi="Times New Roman" w:cs="Times New Roman"/>
                <w:sz w:val="22"/>
              </w:rPr>
            </w:pPr>
          </w:p>
        </w:tc>
        <w:tc>
          <w:tcPr>
            <w:tcW w:w="53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6D72040" w14:textId="77777777" w:rsidR="00C859DD" w:rsidRPr="00DB6570" w:rsidRDefault="00C859DD" w:rsidP="00D270E1">
            <w:pPr>
              <w:spacing w:after="0" w:line="240" w:lineRule="auto"/>
              <w:jc w:val="center"/>
              <w:rPr>
                <w:rFonts w:ascii="Times New Roman" w:hAnsi="Times New Roman" w:cs="Times New Roman"/>
                <w:sz w:val="22"/>
              </w:rPr>
            </w:pPr>
          </w:p>
        </w:tc>
        <w:tc>
          <w:tcPr>
            <w:tcW w:w="53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5FD1C2E" w14:textId="77777777" w:rsidR="00C859DD" w:rsidRPr="00DB6570" w:rsidRDefault="00C859DD" w:rsidP="00D270E1">
            <w:pPr>
              <w:spacing w:after="0" w:line="240" w:lineRule="auto"/>
              <w:jc w:val="center"/>
              <w:rPr>
                <w:rFonts w:ascii="Times New Roman" w:hAnsi="Times New Roman" w:cs="Times New Roman"/>
                <w:sz w:val="22"/>
              </w:rPr>
            </w:pPr>
          </w:p>
        </w:tc>
        <w:tc>
          <w:tcPr>
            <w:tcW w:w="53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2EDDF6" w14:textId="77777777" w:rsidR="00C859DD" w:rsidRPr="00DB6570" w:rsidRDefault="00C859DD" w:rsidP="00D270E1">
            <w:pPr>
              <w:spacing w:after="0" w:line="240" w:lineRule="auto"/>
              <w:jc w:val="center"/>
              <w:rPr>
                <w:rFonts w:ascii="Times New Roman" w:hAnsi="Times New Roman" w:cs="Times New Roman"/>
                <w:sz w:val="22"/>
              </w:rPr>
            </w:pPr>
          </w:p>
        </w:tc>
      </w:tr>
      <w:tr w:rsidR="00C859DD" w:rsidRPr="00DB6570" w14:paraId="77FE36C0" w14:textId="77777777" w:rsidTr="005E44DD">
        <w:trPr>
          <w:cantSplit/>
          <w:trHeight w:val="749"/>
          <w:jc w:val="center"/>
        </w:trPr>
        <w:tc>
          <w:tcPr>
            <w:tcW w:w="18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D250F4" w14:textId="77777777" w:rsidR="00C859DD" w:rsidRPr="00DB6570" w:rsidRDefault="00C859DD"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5</w:t>
            </w:r>
          </w:p>
        </w:tc>
        <w:tc>
          <w:tcPr>
            <w:tcW w:w="7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478564B" w14:textId="77777777" w:rsidR="00C859DD" w:rsidRPr="00DB6570" w:rsidRDefault="00C859DD" w:rsidP="00D270E1">
            <w:pPr>
              <w:spacing w:after="0" w:line="240" w:lineRule="auto"/>
              <w:rPr>
                <w:rFonts w:ascii="Times New Roman" w:hAnsi="Times New Roman" w:cs="Times New Roman"/>
                <w:sz w:val="22"/>
              </w:rPr>
            </w:pPr>
          </w:p>
        </w:tc>
        <w:tc>
          <w:tcPr>
            <w:tcW w:w="7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79347D4" w14:textId="77777777" w:rsidR="00C859DD" w:rsidRPr="00DB6570" w:rsidRDefault="00C859DD" w:rsidP="00D270E1">
            <w:pPr>
              <w:spacing w:after="0" w:line="240" w:lineRule="auto"/>
              <w:rPr>
                <w:rFonts w:ascii="Times New Roman" w:hAnsi="Times New Roman" w:cs="Times New Roman"/>
                <w:sz w:val="22"/>
              </w:rPr>
            </w:pPr>
          </w:p>
        </w:tc>
        <w:tc>
          <w:tcPr>
            <w:tcW w:w="65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837358E" w14:textId="77777777" w:rsidR="00C859DD" w:rsidRPr="00DB6570" w:rsidRDefault="00C859DD" w:rsidP="00D270E1">
            <w:pPr>
              <w:spacing w:after="0" w:line="240" w:lineRule="auto"/>
              <w:rPr>
                <w:rFonts w:ascii="Times New Roman" w:hAnsi="Times New Roman" w:cs="Times New Roman"/>
                <w:sz w:val="22"/>
              </w:rPr>
            </w:pPr>
          </w:p>
        </w:tc>
        <w:tc>
          <w:tcPr>
            <w:tcW w:w="6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90E6280" w14:textId="77777777" w:rsidR="00C859DD" w:rsidRPr="00DB6570" w:rsidRDefault="00C859DD" w:rsidP="00D270E1">
            <w:pPr>
              <w:spacing w:after="0" w:line="240" w:lineRule="auto"/>
              <w:jc w:val="center"/>
              <w:rPr>
                <w:rFonts w:ascii="Times New Roman" w:hAnsi="Times New Roman" w:cs="Times New Roman"/>
                <w:sz w:val="22"/>
              </w:rPr>
            </w:pPr>
          </w:p>
        </w:tc>
        <w:tc>
          <w:tcPr>
            <w:tcW w:w="55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7E5A123" w14:textId="77777777" w:rsidR="00C859DD" w:rsidRPr="00DB6570" w:rsidRDefault="00C859DD" w:rsidP="00D270E1">
            <w:pPr>
              <w:spacing w:after="0" w:line="240" w:lineRule="auto"/>
              <w:jc w:val="center"/>
              <w:rPr>
                <w:rFonts w:ascii="Times New Roman" w:hAnsi="Times New Roman" w:cs="Times New Roman"/>
                <w:sz w:val="22"/>
              </w:rPr>
            </w:pPr>
          </w:p>
        </w:tc>
        <w:tc>
          <w:tcPr>
            <w:tcW w:w="53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F63B759" w14:textId="77777777" w:rsidR="00C859DD" w:rsidRPr="00DB6570" w:rsidRDefault="00C859DD" w:rsidP="00D270E1">
            <w:pPr>
              <w:spacing w:after="0" w:line="240" w:lineRule="auto"/>
              <w:jc w:val="center"/>
              <w:rPr>
                <w:rFonts w:ascii="Times New Roman" w:hAnsi="Times New Roman" w:cs="Times New Roman"/>
                <w:sz w:val="22"/>
              </w:rPr>
            </w:pPr>
          </w:p>
        </w:tc>
        <w:tc>
          <w:tcPr>
            <w:tcW w:w="53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F7DA014" w14:textId="77777777" w:rsidR="00C859DD" w:rsidRPr="00DB6570" w:rsidRDefault="00C859DD" w:rsidP="00D270E1">
            <w:pPr>
              <w:spacing w:after="0" w:line="240" w:lineRule="auto"/>
              <w:jc w:val="center"/>
              <w:rPr>
                <w:rFonts w:ascii="Times New Roman" w:hAnsi="Times New Roman" w:cs="Times New Roman"/>
                <w:sz w:val="22"/>
              </w:rPr>
            </w:pPr>
          </w:p>
        </w:tc>
        <w:tc>
          <w:tcPr>
            <w:tcW w:w="53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1731BCC" w14:textId="77777777" w:rsidR="00C859DD" w:rsidRPr="00DB6570" w:rsidRDefault="00C859DD" w:rsidP="00D270E1">
            <w:pPr>
              <w:spacing w:after="0" w:line="240" w:lineRule="auto"/>
              <w:jc w:val="center"/>
              <w:rPr>
                <w:rFonts w:ascii="Times New Roman" w:hAnsi="Times New Roman" w:cs="Times New Roman"/>
                <w:sz w:val="22"/>
              </w:rPr>
            </w:pPr>
          </w:p>
        </w:tc>
      </w:tr>
    </w:tbl>
    <w:p w14:paraId="603D80CA" w14:textId="77777777" w:rsidR="0061162A" w:rsidRPr="00DB6570" w:rsidRDefault="0061162A">
      <w:pPr>
        <w:spacing w:after="0"/>
        <w:rPr>
          <w:rFonts w:ascii="Times New Roman" w:hAnsi="Times New Roman" w:cs="Times New Roman"/>
          <w:sz w:val="22"/>
        </w:rPr>
      </w:pPr>
    </w:p>
    <w:p w14:paraId="4FD5E886" w14:textId="4E552561" w:rsidR="0061162A" w:rsidRPr="00DB6570" w:rsidRDefault="00AC154F">
      <w:pPr>
        <w:pStyle w:val="Heading2"/>
        <w:rPr>
          <w:rFonts w:ascii="Times New Roman" w:hAnsi="Times New Roman" w:cs="Times New Roman"/>
          <w:color w:val="auto"/>
          <w:sz w:val="22"/>
          <w:szCs w:val="22"/>
        </w:rPr>
      </w:pPr>
      <w:bookmarkStart w:id="30" w:name="_Toc237525225"/>
      <w:r w:rsidRPr="00DB6570">
        <w:rPr>
          <w:rFonts w:ascii="Times New Roman" w:hAnsi="Times New Roman" w:cs="Times New Roman"/>
          <w:color w:val="auto"/>
          <w:sz w:val="22"/>
          <w:szCs w:val="22"/>
        </w:rPr>
        <w:t>4</w:t>
      </w:r>
      <w:r w:rsidR="00BE6111" w:rsidRPr="00DB6570">
        <w:rPr>
          <w:rFonts w:ascii="Times New Roman" w:hAnsi="Times New Roman" w:cs="Times New Roman"/>
          <w:color w:val="auto"/>
          <w:sz w:val="22"/>
          <w:szCs w:val="22"/>
        </w:rPr>
        <w:t>.</w:t>
      </w:r>
      <w:r w:rsidR="00EE263E" w:rsidRPr="00DB6570">
        <w:rPr>
          <w:rFonts w:ascii="Times New Roman" w:hAnsi="Times New Roman" w:cs="Times New Roman"/>
          <w:color w:val="auto"/>
          <w:sz w:val="22"/>
          <w:szCs w:val="22"/>
        </w:rPr>
        <w:t>5</w:t>
      </w:r>
      <w:r w:rsidR="00BE6111" w:rsidRPr="00DB6570">
        <w:rPr>
          <w:rFonts w:ascii="Times New Roman" w:hAnsi="Times New Roman" w:cs="Times New Roman"/>
          <w:color w:val="auto"/>
          <w:sz w:val="22"/>
          <w:szCs w:val="22"/>
        </w:rPr>
        <w:t xml:space="preserve"> Innovation</w:t>
      </w:r>
      <w:r w:rsidR="006917D3" w:rsidRPr="00DB6570">
        <w:rPr>
          <w:rStyle w:val="FootnoteReference"/>
          <w:rFonts w:ascii="Times New Roman" w:hAnsi="Times New Roman" w:cs="Times New Roman"/>
          <w:color w:val="auto"/>
          <w:sz w:val="22"/>
          <w:szCs w:val="22"/>
        </w:rPr>
        <w:footnoteReference w:id="1"/>
      </w:r>
      <w:r w:rsidR="00BE6111" w:rsidRPr="00DB6570">
        <w:rPr>
          <w:rFonts w:ascii="Times New Roman" w:hAnsi="Times New Roman" w:cs="Times New Roman"/>
          <w:color w:val="auto"/>
          <w:sz w:val="22"/>
          <w:szCs w:val="22"/>
        </w:rPr>
        <w:t>, Technology Transfer and Commercialization</w:t>
      </w:r>
      <w:bookmarkEnd w:id="30"/>
    </w:p>
    <w:p w14:paraId="5C46370B" w14:textId="15AE2CD3" w:rsidR="0061162A" w:rsidRPr="00DB6570" w:rsidRDefault="00BE6111">
      <w:pPr>
        <w:pStyle w:val="GuidanceText"/>
        <w:keepNext/>
        <w:rPr>
          <w:rFonts w:ascii="Times New Roman" w:hAnsi="Times New Roman" w:cs="Times New Roman"/>
          <w:color w:val="auto"/>
          <w:sz w:val="22"/>
        </w:rPr>
      </w:pPr>
      <w:r w:rsidRPr="00DB6570">
        <w:rPr>
          <w:rFonts w:ascii="Times New Roman" w:hAnsi="Times New Roman" w:cs="Times New Roman"/>
          <w:color w:val="auto"/>
          <w:sz w:val="22"/>
        </w:rPr>
        <w:t>Describe the pathway from sector challenge and research to tested solution</w:t>
      </w:r>
      <w:r w:rsidR="001A2590" w:rsidRPr="00DB6570">
        <w:rPr>
          <w:rFonts w:ascii="Times New Roman" w:hAnsi="Times New Roman" w:cs="Times New Roman"/>
          <w:color w:val="auto"/>
          <w:sz w:val="22"/>
        </w:rPr>
        <w:t>s and/or technologies</w:t>
      </w:r>
      <w:r w:rsidRPr="00DB6570">
        <w:rPr>
          <w:rFonts w:ascii="Times New Roman" w:hAnsi="Times New Roman" w:cs="Times New Roman"/>
          <w:color w:val="auto"/>
          <w:sz w:val="22"/>
        </w:rPr>
        <w:t xml:space="preserve">, </w:t>
      </w:r>
      <w:r w:rsidR="00CC49B0" w:rsidRPr="00DB6570">
        <w:rPr>
          <w:rFonts w:ascii="Times New Roman" w:hAnsi="Times New Roman" w:cs="Times New Roman"/>
          <w:color w:val="auto"/>
          <w:sz w:val="22"/>
        </w:rPr>
        <w:t xml:space="preserve">validation, </w:t>
      </w:r>
      <w:r w:rsidRPr="00DB6570">
        <w:rPr>
          <w:rFonts w:ascii="Times New Roman" w:hAnsi="Times New Roman" w:cs="Times New Roman"/>
          <w:color w:val="auto"/>
          <w:sz w:val="22"/>
        </w:rPr>
        <w:t>adoption, technology transfer, process improvement, service delivery, licensing, start-up or commercialization where appropriate. State the institution’s intellectual property, incubation, research management and industry-engagement arrangements.</w:t>
      </w:r>
      <w:r w:rsidR="008427A9" w:rsidRPr="00DB6570">
        <w:rPr>
          <w:rFonts w:ascii="Times New Roman" w:hAnsi="Times New Roman" w:cs="Times New Roman"/>
          <w:color w:val="auto"/>
          <w:sz w:val="22"/>
        </w:rPr>
        <w:t xml:space="preserve"> Emerging Center</w:t>
      </w:r>
      <w:r w:rsidR="001E0976" w:rsidRPr="00DB6570">
        <w:rPr>
          <w:rFonts w:ascii="Times New Roman" w:hAnsi="Times New Roman" w:cs="Times New Roman"/>
          <w:color w:val="auto"/>
          <w:sz w:val="22"/>
        </w:rPr>
        <w:t>s must describe progression from applied research to</w:t>
      </w:r>
      <w:r w:rsidR="00FB73AA" w:rsidRPr="00DB6570">
        <w:rPr>
          <w:rFonts w:ascii="Times New Roman" w:hAnsi="Times New Roman" w:cs="Times New Roman"/>
          <w:color w:val="auto"/>
          <w:sz w:val="22"/>
        </w:rPr>
        <w:t xml:space="preserve">wards development of prototypes, pilots, and capacity for innovation management </w:t>
      </w:r>
    </w:p>
    <w:tbl>
      <w:tblPr>
        <w:tblStyle w:val="TableGrid"/>
        <w:tblW w:w="9000" w:type="dxa"/>
        <w:jc w:val="center"/>
        <w:tblLook w:val="04A0" w:firstRow="1" w:lastRow="0" w:firstColumn="1" w:lastColumn="0" w:noHBand="0" w:noVBand="1"/>
      </w:tblPr>
      <w:tblGrid>
        <w:gridCol w:w="9000"/>
      </w:tblGrid>
      <w:tr w:rsidR="0061162A" w:rsidRPr="00DB6570" w14:paraId="33764BA6" w14:textId="77777777">
        <w:trPr>
          <w:jc w:val="center"/>
        </w:trPr>
        <w:tc>
          <w:tcPr>
            <w:tcW w:w="9866" w:type="dxa"/>
            <w:shd w:val="clear" w:color="auto" w:fill="FAFAFA"/>
            <w:tcMar>
              <w:top w:w="110" w:type="dxa"/>
              <w:left w:w="120" w:type="dxa"/>
              <w:bottom w:w="110" w:type="dxa"/>
              <w:right w:w="120" w:type="dxa"/>
            </w:tcMar>
          </w:tcPr>
          <w:p w14:paraId="695D7188" w14:textId="51CCDB1B" w:rsidR="0061162A" w:rsidRPr="00DB6570" w:rsidRDefault="00812083">
            <w:pPr>
              <w:rPr>
                <w:rFonts w:ascii="Times New Roman" w:hAnsi="Times New Roman" w:cs="Times New Roman"/>
                <w:sz w:val="22"/>
              </w:rPr>
            </w:pPr>
            <w:r w:rsidRPr="00812083">
              <w:rPr>
                <w:rFonts w:ascii="Times New Roman" w:hAnsi="Times New Roman" w:cs="Times New Roman"/>
                <w:i/>
                <w:sz w:val="22"/>
              </w:rPr>
              <w:t>[Applicant response must not exceed 1000 words.]</w:t>
            </w:r>
          </w:p>
          <w:p w14:paraId="40D9659E" w14:textId="77777777" w:rsidR="0061162A" w:rsidRPr="00DB6570" w:rsidRDefault="0061162A">
            <w:pPr>
              <w:rPr>
                <w:rFonts w:ascii="Times New Roman" w:hAnsi="Times New Roman" w:cs="Times New Roman"/>
                <w:sz w:val="22"/>
              </w:rPr>
            </w:pPr>
          </w:p>
          <w:p w14:paraId="6F1C37DC" w14:textId="77777777" w:rsidR="0061162A" w:rsidRPr="00DB6570" w:rsidRDefault="0061162A">
            <w:pPr>
              <w:rPr>
                <w:rFonts w:ascii="Times New Roman" w:hAnsi="Times New Roman" w:cs="Times New Roman"/>
                <w:sz w:val="22"/>
              </w:rPr>
            </w:pPr>
          </w:p>
          <w:p w14:paraId="2897EE7B" w14:textId="77777777" w:rsidR="0061162A" w:rsidRPr="00DB6570" w:rsidRDefault="0061162A">
            <w:pPr>
              <w:rPr>
                <w:rFonts w:ascii="Times New Roman" w:hAnsi="Times New Roman" w:cs="Times New Roman"/>
                <w:sz w:val="22"/>
              </w:rPr>
            </w:pPr>
          </w:p>
          <w:p w14:paraId="67A4AC63" w14:textId="77777777" w:rsidR="0061162A" w:rsidRPr="00DB6570" w:rsidRDefault="0061162A">
            <w:pPr>
              <w:rPr>
                <w:rFonts w:ascii="Times New Roman" w:hAnsi="Times New Roman" w:cs="Times New Roman"/>
                <w:sz w:val="22"/>
              </w:rPr>
            </w:pPr>
          </w:p>
        </w:tc>
      </w:tr>
    </w:tbl>
    <w:p w14:paraId="5C40F88B" w14:textId="77777777" w:rsidR="0061162A" w:rsidRPr="00DB6570" w:rsidRDefault="0061162A">
      <w:pPr>
        <w:spacing w:after="0"/>
        <w:rPr>
          <w:rFonts w:ascii="Times New Roman" w:hAnsi="Times New Roman" w:cs="Times New Roman"/>
          <w:sz w:val="22"/>
        </w:rPr>
      </w:pPr>
    </w:p>
    <w:p w14:paraId="438BD326" w14:textId="77777777" w:rsidR="0061162A" w:rsidRPr="00DB6570" w:rsidRDefault="5884F2F1">
      <w:pPr>
        <w:spacing w:after="0" w:line="20" w:lineRule="exact"/>
        <w:rPr>
          <w:rFonts w:ascii="Times New Roman" w:hAnsi="Times New Roman" w:cs="Times New Roman"/>
          <w:sz w:val="22"/>
        </w:rPr>
      </w:pPr>
      <w:r w:rsidRPr="00DB6570">
        <w:rPr>
          <w:rFonts w:ascii="Times New Roman" w:hAnsi="Times New Roman" w:cs="Times New Roman"/>
          <w:sz w:val="22"/>
        </w:rPr>
        <w:t xml:space="preserve"> </w:t>
      </w:r>
    </w:p>
    <w:p w14:paraId="5E06EFEA" w14:textId="5346F754" w:rsidR="443FAA4B" w:rsidRPr="00DB6570" w:rsidRDefault="443FAA4B" w:rsidP="443FAA4B">
      <w:pPr>
        <w:spacing w:after="0" w:line="20" w:lineRule="exact"/>
        <w:rPr>
          <w:rFonts w:ascii="Times New Roman" w:hAnsi="Times New Roman" w:cs="Times New Roman"/>
          <w:sz w:val="22"/>
        </w:rPr>
      </w:pPr>
    </w:p>
    <w:p w14:paraId="3EB5C7AC" w14:textId="512FF2FC" w:rsidR="005C5CFF" w:rsidRPr="00DB6570" w:rsidRDefault="005C5CFF" w:rsidP="005C5CFF">
      <w:pPr>
        <w:pStyle w:val="Heading3"/>
        <w:rPr>
          <w:rFonts w:ascii="Times New Roman" w:hAnsi="Times New Roman" w:cs="Times New Roman"/>
          <w:color w:val="auto"/>
          <w:sz w:val="22"/>
        </w:rPr>
      </w:pPr>
      <w:bookmarkStart w:id="31" w:name="_Toc237525226"/>
      <w:r w:rsidRPr="00DB6570">
        <w:rPr>
          <w:rFonts w:ascii="Times New Roman" w:hAnsi="Times New Roman" w:cs="Times New Roman"/>
          <w:color w:val="auto"/>
          <w:sz w:val="22"/>
        </w:rPr>
        <w:t>4.5.1 Innovation and Commercialization Pipeline</w:t>
      </w:r>
      <w:bookmarkEnd w:id="31"/>
    </w:p>
    <w:tbl>
      <w:tblPr>
        <w:tblStyle w:val="TableGrid"/>
        <w:tblW w:w="14000" w:type="dxa"/>
        <w:jc w:val="center"/>
        <w:tblLook w:val="04A0" w:firstRow="1" w:lastRow="0" w:firstColumn="1" w:lastColumn="0" w:noHBand="0" w:noVBand="1"/>
      </w:tblPr>
      <w:tblGrid>
        <w:gridCol w:w="2021"/>
        <w:gridCol w:w="1975"/>
        <w:gridCol w:w="1975"/>
        <w:gridCol w:w="1986"/>
        <w:gridCol w:w="1993"/>
        <w:gridCol w:w="2135"/>
        <w:gridCol w:w="1915"/>
      </w:tblGrid>
      <w:tr w:rsidR="005C5CFF" w:rsidRPr="00DB6570" w14:paraId="67626C09" w14:textId="77777777" w:rsidTr="00D270E1">
        <w:trPr>
          <w:tblHeader/>
          <w:jc w:val="center"/>
        </w:trPr>
        <w:tc>
          <w:tcPr>
            <w:tcW w:w="2021" w:type="dxa"/>
            <w:tcMar>
              <w:top w:w="70" w:type="dxa"/>
              <w:left w:w="70" w:type="dxa"/>
              <w:bottom w:w="70" w:type="dxa"/>
              <w:right w:w="70" w:type="dxa"/>
            </w:tcMar>
          </w:tcPr>
          <w:p w14:paraId="5EB9F98F" w14:textId="77777777" w:rsidR="005C5CFF" w:rsidRPr="00DB6570" w:rsidRDefault="005C5CFF" w:rsidP="00D270E1">
            <w:pPr>
              <w:rPr>
                <w:rFonts w:ascii="Times New Roman" w:hAnsi="Times New Roman" w:cs="Times New Roman"/>
                <w:sz w:val="22"/>
              </w:rPr>
            </w:pPr>
            <w:r w:rsidRPr="00DB6570">
              <w:rPr>
                <w:rFonts w:ascii="Times New Roman" w:hAnsi="Times New Roman" w:cs="Times New Roman"/>
                <w:b/>
                <w:sz w:val="22"/>
              </w:rPr>
              <w:t>Challenge / opportunity</w:t>
            </w:r>
          </w:p>
        </w:tc>
        <w:tc>
          <w:tcPr>
            <w:tcW w:w="1975" w:type="dxa"/>
            <w:tcMar>
              <w:top w:w="70" w:type="dxa"/>
              <w:left w:w="70" w:type="dxa"/>
              <w:bottom w:w="70" w:type="dxa"/>
              <w:right w:w="70" w:type="dxa"/>
            </w:tcMar>
          </w:tcPr>
          <w:p w14:paraId="1FA7C841" w14:textId="77777777" w:rsidR="005C5CFF" w:rsidRPr="00DB6570" w:rsidRDefault="005C5CFF" w:rsidP="00D270E1">
            <w:pPr>
              <w:rPr>
                <w:rFonts w:ascii="Times New Roman" w:hAnsi="Times New Roman" w:cs="Times New Roman"/>
                <w:sz w:val="22"/>
              </w:rPr>
            </w:pPr>
            <w:r w:rsidRPr="00DB6570">
              <w:rPr>
                <w:rFonts w:ascii="Times New Roman" w:hAnsi="Times New Roman" w:cs="Times New Roman"/>
                <w:b/>
                <w:sz w:val="22"/>
              </w:rPr>
              <w:t>Proposed solution</w:t>
            </w:r>
          </w:p>
        </w:tc>
        <w:tc>
          <w:tcPr>
            <w:tcW w:w="1975" w:type="dxa"/>
            <w:tcMar>
              <w:top w:w="70" w:type="dxa"/>
              <w:left w:w="70" w:type="dxa"/>
              <w:bottom w:w="70" w:type="dxa"/>
              <w:right w:w="70" w:type="dxa"/>
            </w:tcMar>
          </w:tcPr>
          <w:p w14:paraId="02BA2F46" w14:textId="77777777" w:rsidR="005C5CFF" w:rsidRPr="00DB6570" w:rsidRDefault="005C5CFF" w:rsidP="00D270E1">
            <w:pPr>
              <w:rPr>
                <w:rFonts w:ascii="Times New Roman" w:hAnsi="Times New Roman" w:cs="Times New Roman"/>
                <w:sz w:val="22"/>
              </w:rPr>
            </w:pPr>
            <w:r w:rsidRPr="00DB6570">
              <w:rPr>
                <w:rFonts w:ascii="Times New Roman" w:hAnsi="Times New Roman" w:cs="Times New Roman"/>
                <w:b/>
                <w:sz w:val="22"/>
              </w:rPr>
              <w:t>Current stage / readiness level</w:t>
            </w:r>
          </w:p>
        </w:tc>
        <w:tc>
          <w:tcPr>
            <w:tcW w:w="1986" w:type="dxa"/>
            <w:tcMar>
              <w:top w:w="70" w:type="dxa"/>
              <w:left w:w="70" w:type="dxa"/>
              <w:bottom w:w="70" w:type="dxa"/>
              <w:right w:w="70" w:type="dxa"/>
            </w:tcMar>
          </w:tcPr>
          <w:p w14:paraId="3BB432BF" w14:textId="77777777" w:rsidR="005C5CFF" w:rsidRPr="00DB6570" w:rsidRDefault="005C5CFF" w:rsidP="00D270E1">
            <w:pPr>
              <w:rPr>
                <w:rFonts w:ascii="Times New Roman" w:hAnsi="Times New Roman" w:cs="Times New Roman"/>
                <w:sz w:val="22"/>
              </w:rPr>
            </w:pPr>
            <w:r w:rsidRPr="00DB6570">
              <w:rPr>
                <w:rFonts w:ascii="Times New Roman" w:hAnsi="Times New Roman" w:cs="Times New Roman"/>
                <w:b/>
                <w:sz w:val="22"/>
              </w:rPr>
              <w:t>Testing / validation partner</w:t>
            </w:r>
          </w:p>
        </w:tc>
        <w:tc>
          <w:tcPr>
            <w:tcW w:w="1993" w:type="dxa"/>
            <w:tcMar>
              <w:top w:w="70" w:type="dxa"/>
              <w:left w:w="70" w:type="dxa"/>
              <w:bottom w:w="70" w:type="dxa"/>
              <w:right w:w="70" w:type="dxa"/>
            </w:tcMar>
          </w:tcPr>
          <w:p w14:paraId="0B0BAA93" w14:textId="77777777" w:rsidR="005C5CFF" w:rsidRPr="00DB6570" w:rsidRDefault="005C5CFF" w:rsidP="00D270E1">
            <w:pPr>
              <w:rPr>
                <w:rFonts w:ascii="Times New Roman" w:hAnsi="Times New Roman" w:cs="Times New Roman"/>
                <w:sz w:val="22"/>
              </w:rPr>
            </w:pPr>
            <w:r w:rsidRPr="00DB6570">
              <w:rPr>
                <w:rFonts w:ascii="Times New Roman" w:hAnsi="Times New Roman" w:cs="Times New Roman"/>
                <w:b/>
                <w:sz w:val="22"/>
              </w:rPr>
              <w:t>IP and ownership approach</w:t>
            </w:r>
          </w:p>
        </w:tc>
        <w:tc>
          <w:tcPr>
            <w:tcW w:w="2135" w:type="dxa"/>
            <w:tcMar>
              <w:top w:w="70" w:type="dxa"/>
              <w:left w:w="70" w:type="dxa"/>
              <w:bottom w:w="70" w:type="dxa"/>
              <w:right w:w="70" w:type="dxa"/>
            </w:tcMar>
          </w:tcPr>
          <w:p w14:paraId="599B8412" w14:textId="77777777" w:rsidR="005C5CFF" w:rsidRPr="00DB6570" w:rsidRDefault="005C5CFF" w:rsidP="00D270E1">
            <w:pPr>
              <w:rPr>
                <w:rFonts w:ascii="Times New Roman" w:hAnsi="Times New Roman" w:cs="Times New Roman"/>
                <w:sz w:val="22"/>
              </w:rPr>
            </w:pPr>
            <w:r w:rsidRPr="00DB6570">
              <w:rPr>
                <w:rFonts w:ascii="Times New Roman" w:hAnsi="Times New Roman" w:cs="Times New Roman"/>
                <w:b/>
                <w:sz w:val="22"/>
              </w:rPr>
              <w:t>Adoption / commercialization route</w:t>
            </w:r>
          </w:p>
        </w:tc>
        <w:tc>
          <w:tcPr>
            <w:tcW w:w="1915" w:type="dxa"/>
            <w:tcMar>
              <w:top w:w="70" w:type="dxa"/>
              <w:left w:w="70" w:type="dxa"/>
              <w:bottom w:w="70" w:type="dxa"/>
              <w:right w:w="70" w:type="dxa"/>
            </w:tcMar>
          </w:tcPr>
          <w:p w14:paraId="3E2688FF" w14:textId="77777777" w:rsidR="005C5CFF" w:rsidRPr="00DB6570" w:rsidRDefault="005C5CFF" w:rsidP="00D270E1">
            <w:pPr>
              <w:rPr>
                <w:rFonts w:ascii="Times New Roman" w:hAnsi="Times New Roman" w:cs="Times New Roman"/>
                <w:sz w:val="22"/>
              </w:rPr>
            </w:pPr>
            <w:r w:rsidRPr="00DB6570">
              <w:rPr>
                <w:rFonts w:ascii="Times New Roman" w:hAnsi="Times New Roman" w:cs="Times New Roman"/>
                <w:b/>
                <w:sz w:val="22"/>
              </w:rPr>
              <w:t>Five-year target</w:t>
            </w:r>
          </w:p>
        </w:tc>
      </w:tr>
      <w:tr w:rsidR="005C5CFF" w:rsidRPr="00DB6570" w14:paraId="720E2572" w14:textId="77777777" w:rsidTr="00D270E1">
        <w:trPr>
          <w:cantSplit/>
          <w:jc w:val="center"/>
        </w:trPr>
        <w:tc>
          <w:tcPr>
            <w:tcW w:w="2021" w:type="dxa"/>
            <w:tcMar>
              <w:top w:w="70" w:type="dxa"/>
              <w:left w:w="70" w:type="dxa"/>
              <w:bottom w:w="70" w:type="dxa"/>
              <w:right w:w="70" w:type="dxa"/>
            </w:tcMar>
          </w:tcPr>
          <w:p w14:paraId="45D78776" w14:textId="77777777" w:rsidR="005C5CFF" w:rsidRPr="00DB6570" w:rsidRDefault="005C5CFF" w:rsidP="00D270E1">
            <w:pPr>
              <w:pStyle w:val="ResponsePlaceholder"/>
              <w:rPr>
                <w:rFonts w:ascii="Times New Roman" w:hAnsi="Times New Roman" w:cs="Times New Roman"/>
                <w:color w:val="auto"/>
                <w:sz w:val="22"/>
              </w:rPr>
            </w:pPr>
          </w:p>
        </w:tc>
        <w:tc>
          <w:tcPr>
            <w:tcW w:w="1975" w:type="dxa"/>
            <w:tcMar>
              <w:top w:w="70" w:type="dxa"/>
              <w:left w:w="70" w:type="dxa"/>
              <w:bottom w:w="70" w:type="dxa"/>
              <w:right w:w="70" w:type="dxa"/>
            </w:tcMar>
          </w:tcPr>
          <w:p w14:paraId="78748CCF" w14:textId="77777777" w:rsidR="005C5CFF" w:rsidRPr="00DB6570" w:rsidRDefault="005C5CFF" w:rsidP="00D270E1">
            <w:pPr>
              <w:pStyle w:val="ResponsePlaceholder"/>
              <w:rPr>
                <w:rFonts w:ascii="Times New Roman" w:hAnsi="Times New Roman" w:cs="Times New Roman"/>
                <w:color w:val="auto"/>
                <w:sz w:val="22"/>
              </w:rPr>
            </w:pPr>
          </w:p>
        </w:tc>
        <w:tc>
          <w:tcPr>
            <w:tcW w:w="1975" w:type="dxa"/>
            <w:tcMar>
              <w:top w:w="70" w:type="dxa"/>
              <w:left w:w="70" w:type="dxa"/>
              <w:bottom w:w="70" w:type="dxa"/>
              <w:right w:w="70" w:type="dxa"/>
            </w:tcMar>
          </w:tcPr>
          <w:p w14:paraId="2A4AE453" w14:textId="77777777" w:rsidR="005C5CFF" w:rsidRPr="00DB6570" w:rsidRDefault="005C5CFF" w:rsidP="00D270E1">
            <w:pPr>
              <w:pStyle w:val="ResponsePlaceholder"/>
              <w:rPr>
                <w:rFonts w:ascii="Times New Roman" w:hAnsi="Times New Roman" w:cs="Times New Roman"/>
                <w:color w:val="auto"/>
                <w:sz w:val="22"/>
              </w:rPr>
            </w:pPr>
          </w:p>
        </w:tc>
        <w:tc>
          <w:tcPr>
            <w:tcW w:w="1986" w:type="dxa"/>
            <w:tcMar>
              <w:top w:w="70" w:type="dxa"/>
              <w:left w:w="70" w:type="dxa"/>
              <w:bottom w:w="70" w:type="dxa"/>
              <w:right w:w="70" w:type="dxa"/>
            </w:tcMar>
          </w:tcPr>
          <w:p w14:paraId="16261933" w14:textId="77777777" w:rsidR="005C5CFF" w:rsidRPr="00DB6570" w:rsidRDefault="005C5CFF" w:rsidP="00D270E1">
            <w:pPr>
              <w:pStyle w:val="ResponsePlaceholder"/>
              <w:rPr>
                <w:rFonts w:ascii="Times New Roman" w:hAnsi="Times New Roman" w:cs="Times New Roman"/>
                <w:color w:val="auto"/>
                <w:sz w:val="22"/>
              </w:rPr>
            </w:pPr>
          </w:p>
        </w:tc>
        <w:tc>
          <w:tcPr>
            <w:tcW w:w="1993" w:type="dxa"/>
            <w:tcMar>
              <w:top w:w="70" w:type="dxa"/>
              <w:left w:w="70" w:type="dxa"/>
              <w:bottom w:w="70" w:type="dxa"/>
              <w:right w:w="70" w:type="dxa"/>
            </w:tcMar>
          </w:tcPr>
          <w:p w14:paraId="4EA17339" w14:textId="77777777" w:rsidR="005C5CFF" w:rsidRPr="00DB6570" w:rsidRDefault="005C5CFF" w:rsidP="00D270E1">
            <w:pPr>
              <w:pStyle w:val="ResponsePlaceholder"/>
              <w:rPr>
                <w:rFonts w:ascii="Times New Roman" w:hAnsi="Times New Roman" w:cs="Times New Roman"/>
                <w:color w:val="auto"/>
                <w:sz w:val="22"/>
              </w:rPr>
            </w:pPr>
          </w:p>
        </w:tc>
        <w:tc>
          <w:tcPr>
            <w:tcW w:w="2135" w:type="dxa"/>
            <w:tcMar>
              <w:top w:w="70" w:type="dxa"/>
              <w:left w:w="70" w:type="dxa"/>
              <w:bottom w:w="70" w:type="dxa"/>
              <w:right w:w="70" w:type="dxa"/>
            </w:tcMar>
          </w:tcPr>
          <w:p w14:paraId="22CE264E" w14:textId="77777777" w:rsidR="005C5CFF" w:rsidRPr="00DB6570" w:rsidRDefault="005C5CFF" w:rsidP="00D270E1">
            <w:pPr>
              <w:pStyle w:val="ResponsePlaceholder"/>
              <w:rPr>
                <w:rFonts w:ascii="Times New Roman" w:hAnsi="Times New Roman" w:cs="Times New Roman"/>
                <w:color w:val="auto"/>
                <w:sz w:val="22"/>
              </w:rPr>
            </w:pPr>
          </w:p>
        </w:tc>
        <w:tc>
          <w:tcPr>
            <w:tcW w:w="1915" w:type="dxa"/>
            <w:tcMar>
              <w:top w:w="70" w:type="dxa"/>
              <w:left w:w="70" w:type="dxa"/>
              <w:bottom w:w="70" w:type="dxa"/>
              <w:right w:w="70" w:type="dxa"/>
            </w:tcMar>
          </w:tcPr>
          <w:p w14:paraId="59A03495" w14:textId="77777777" w:rsidR="005C5CFF" w:rsidRPr="00DB6570" w:rsidRDefault="005C5CFF" w:rsidP="00D270E1">
            <w:pPr>
              <w:pStyle w:val="ResponsePlaceholder"/>
              <w:rPr>
                <w:rFonts w:ascii="Times New Roman" w:hAnsi="Times New Roman" w:cs="Times New Roman"/>
                <w:color w:val="auto"/>
                <w:sz w:val="22"/>
              </w:rPr>
            </w:pPr>
          </w:p>
        </w:tc>
      </w:tr>
      <w:tr w:rsidR="005C5CFF" w:rsidRPr="00DB6570" w14:paraId="03C83524" w14:textId="77777777" w:rsidTr="00D270E1">
        <w:trPr>
          <w:cantSplit/>
          <w:jc w:val="center"/>
        </w:trPr>
        <w:tc>
          <w:tcPr>
            <w:tcW w:w="2021" w:type="dxa"/>
            <w:tcMar>
              <w:top w:w="70" w:type="dxa"/>
              <w:left w:w="70" w:type="dxa"/>
              <w:bottom w:w="70" w:type="dxa"/>
              <w:right w:w="70" w:type="dxa"/>
            </w:tcMar>
          </w:tcPr>
          <w:p w14:paraId="23BF8725" w14:textId="77777777" w:rsidR="005C5CFF" w:rsidRPr="00DB6570" w:rsidRDefault="005C5CFF" w:rsidP="00D270E1">
            <w:pPr>
              <w:pStyle w:val="ResponsePlaceholder"/>
              <w:rPr>
                <w:rFonts w:ascii="Times New Roman" w:hAnsi="Times New Roman" w:cs="Times New Roman"/>
                <w:color w:val="auto"/>
                <w:sz w:val="22"/>
              </w:rPr>
            </w:pPr>
          </w:p>
        </w:tc>
        <w:tc>
          <w:tcPr>
            <w:tcW w:w="1975" w:type="dxa"/>
            <w:tcMar>
              <w:top w:w="70" w:type="dxa"/>
              <w:left w:w="70" w:type="dxa"/>
              <w:bottom w:w="70" w:type="dxa"/>
              <w:right w:w="70" w:type="dxa"/>
            </w:tcMar>
          </w:tcPr>
          <w:p w14:paraId="05B04C52" w14:textId="77777777" w:rsidR="005C5CFF" w:rsidRPr="00DB6570" w:rsidRDefault="005C5CFF" w:rsidP="00D270E1">
            <w:pPr>
              <w:pStyle w:val="ResponsePlaceholder"/>
              <w:rPr>
                <w:rFonts w:ascii="Times New Roman" w:hAnsi="Times New Roman" w:cs="Times New Roman"/>
                <w:color w:val="auto"/>
                <w:sz w:val="22"/>
              </w:rPr>
            </w:pPr>
          </w:p>
        </w:tc>
        <w:tc>
          <w:tcPr>
            <w:tcW w:w="1975" w:type="dxa"/>
            <w:tcMar>
              <w:top w:w="70" w:type="dxa"/>
              <w:left w:w="70" w:type="dxa"/>
              <w:bottom w:w="70" w:type="dxa"/>
              <w:right w:w="70" w:type="dxa"/>
            </w:tcMar>
          </w:tcPr>
          <w:p w14:paraId="576C89E7" w14:textId="77777777" w:rsidR="005C5CFF" w:rsidRPr="00DB6570" w:rsidRDefault="005C5CFF" w:rsidP="00D270E1">
            <w:pPr>
              <w:pStyle w:val="ResponsePlaceholder"/>
              <w:rPr>
                <w:rFonts w:ascii="Times New Roman" w:hAnsi="Times New Roman" w:cs="Times New Roman"/>
                <w:color w:val="auto"/>
                <w:sz w:val="22"/>
              </w:rPr>
            </w:pPr>
          </w:p>
        </w:tc>
        <w:tc>
          <w:tcPr>
            <w:tcW w:w="1986" w:type="dxa"/>
            <w:tcMar>
              <w:top w:w="70" w:type="dxa"/>
              <w:left w:w="70" w:type="dxa"/>
              <w:bottom w:w="70" w:type="dxa"/>
              <w:right w:w="70" w:type="dxa"/>
            </w:tcMar>
          </w:tcPr>
          <w:p w14:paraId="79F351E2" w14:textId="77777777" w:rsidR="005C5CFF" w:rsidRPr="00DB6570" w:rsidRDefault="005C5CFF" w:rsidP="00D270E1">
            <w:pPr>
              <w:pStyle w:val="ResponsePlaceholder"/>
              <w:rPr>
                <w:rFonts w:ascii="Times New Roman" w:hAnsi="Times New Roman" w:cs="Times New Roman"/>
                <w:color w:val="auto"/>
                <w:sz w:val="22"/>
              </w:rPr>
            </w:pPr>
          </w:p>
        </w:tc>
        <w:tc>
          <w:tcPr>
            <w:tcW w:w="1993" w:type="dxa"/>
            <w:tcMar>
              <w:top w:w="70" w:type="dxa"/>
              <w:left w:w="70" w:type="dxa"/>
              <w:bottom w:w="70" w:type="dxa"/>
              <w:right w:w="70" w:type="dxa"/>
            </w:tcMar>
          </w:tcPr>
          <w:p w14:paraId="06994BAF" w14:textId="77777777" w:rsidR="005C5CFF" w:rsidRPr="00DB6570" w:rsidRDefault="005C5CFF" w:rsidP="00D270E1">
            <w:pPr>
              <w:pStyle w:val="ResponsePlaceholder"/>
              <w:rPr>
                <w:rFonts w:ascii="Times New Roman" w:hAnsi="Times New Roman" w:cs="Times New Roman"/>
                <w:color w:val="auto"/>
                <w:sz w:val="22"/>
              </w:rPr>
            </w:pPr>
          </w:p>
        </w:tc>
        <w:tc>
          <w:tcPr>
            <w:tcW w:w="2135" w:type="dxa"/>
            <w:tcMar>
              <w:top w:w="70" w:type="dxa"/>
              <w:left w:w="70" w:type="dxa"/>
              <w:bottom w:w="70" w:type="dxa"/>
              <w:right w:w="70" w:type="dxa"/>
            </w:tcMar>
          </w:tcPr>
          <w:p w14:paraId="41F9205D" w14:textId="77777777" w:rsidR="005C5CFF" w:rsidRPr="00DB6570" w:rsidRDefault="005C5CFF" w:rsidP="00D270E1">
            <w:pPr>
              <w:pStyle w:val="ResponsePlaceholder"/>
              <w:rPr>
                <w:rFonts w:ascii="Times New Roman" w:hAnsi="Times New Roman" w:cs="Times New Roman"/>
                <w:color w:val="auto"/>
                <w:sz w:val="22"/>
              </w:rPr>
            </w:pPr>
          </w:p>
        </w:tc>
        <w:tc>
          <w:tcPr>
            <w:tcW w:w="1915" w:type="dxa"/>
            <w:tcMar>
              <w:top w:w="70" w:type="dxa"/>
              <w:left w:w="70" w:type="dxa"/>
              <w:bottom w:w="70" w:type="dxa"/>
              <w:right w:w="70" w:type="dxa"/>
            </w:tcMar>
          </w:tcPr>
          <w:p w14:paraId="0D5B5493" w14:textId="77777777" w:rsidR="005C5CFF" w:rsidRPr="00DB6570" w:rsidRDefault="005C5CFF" w:rsidP="00D270E1">
            <w:pPr>
              <w:pStyle w:val="ResponsePlaceholder"/>
              <w:rPr>
                <w:rFonts w:ascii="Times New Roman" w:hAnsi="Times New Roman" w:cs="Times New Roman"/>
                <w:color w:val="auto"/>
                <w:sz w:val="22"/>
              </w:rPr>
            </w:pPr>
          </w:p>
        </w:tc>
      </w:tr>
    </w:tbl>
    <w:p w14:paraId="32AB6039" w14:textId="77777777" w:rsidR="005C5CFF" w:rsidRPr="00DB6570" w:rsidRDefault="005C5CFF" w:rsidP="005C5CFF">
      <w:pPr>
        <w:spacing w:after="0"/>
        <w:rPr>
          <w:rFonts w:ascii="Times New Roman" w:hAnsi="Times New Roman" w:cs="Times New Roman"/>
          <w:sz w:val="22"/>
        </w:rPr>
      </w:pPr>
    </w:p>
    <w:p w14:paraId="739742BF" w14:textId="77777777" w:rsidR="005C5CFF" w:rsidRPr="00DB6570" w:rsidRDefault="005C5CFF" w:rsidP="005C5CFF">
      <w:pPr>
        <w:spacing w:after="0" w:line="20" w:lineRule="exact"/>
        <w:rPr>
          <w:rFonts w:ascii="Times New Roman" w:hAnsi="Times New Roman" w:cs="Times New Roman"/>
          <w:sz w:val="22"/>
        </w:rPr>
        <w:sectPr w:rsidR="005C5CFF" w:rsidRPr="00DB6570" w:rsidSect="005C5CFF">
          <w:type w:val="continuous"/>
          <w:pgSz w:w="16838" w:h="11906" w:orient="landscape"/>
          <w:pgMar w:top="794" w:right="737" w:bottom="794" w:left="737" w:header="454" w:footer="454" w:gutter="0"/>
          <w:cols w:space="720"/>
          <w:docGrid w:linePitch="360"/>
        </w:sectPr>
      </w:pPr>
      <w:r w:rsidRPr="00DB6570">
        <w:rPr>
          <w:rFonts w:ascii="Times New Roman" w:hAnsi="Times New Roman" w:cs="Times New Roman"/>
          <w:vanish/>
          <w:sz w:val="22"/>
        </w:rPr>
        <w:t xml:space="preserve"> </w:t>
      </w:r>
    </w:p>
    <w:p w14:paraId="0DEB3149" w14:textId="77777777" w:rsidR="443FAA4B" w:rsidRPr="00DB6570" w:rsidRDefault="443FAA4B" w:rsidP="443FAA4B">
      <w:pPr>
        <w:spacing w:after="0"/>
        <w:rPr>
          <w:rFonts w:ascii="Times New Roman" w:hAnsi="Times New Roman" w:cs="Times New Roman"/>
          <w:sz w:val="22"/>
        </w:rPr>
      </w:pPr>
    </w:p>
    <w:p w14:paraId="1F55942B" w14:textId="3789842A" w:rsidR="2DB2C096" w:rsidRPr="00DB6570" w:rsidRDefault="00AC154F" w:rsidP="00DB6B89">
      <w:pPr>
        <w:pStyle w:val="Heading2"/>
        <w:rPr>
          <w:rFonts w:ascii="Times New Roman" w:hAnsi="Times New Roman" w:cs="Times New Roman"/>
          <w:sz w:val="22"/>
          <w:szCs w:val="22"/>
        </w:rPr>
      </w:pPr>
      <w:bookmarkStart w:id="32" w:name="_Toc237525227"/>
      <w:r w:rsidRPr="00DB6570">
        <w:rPr>
          <w:rFonts w:ascii="Times New Roman" w:hAnsi="Times New Roman" w:cs="Times New Roman"/>
          <w:sz w:val="22"/>
          <w:szCs w:val="22"/>
        </w:rPr>
        <w:t xml:space="preserve">4.6 </w:t>
      </w:r>
      <w:r w:rsidR="2DB2C096" w:rsidRPr="00DB6570">
        <w:rPr>
          <w:rFonts w:ascii="Times New Roman" w:hAnsi="Times New Roman" w:cs="Times New Roman"/>
          <w:sz w:val="22"/>
          <w:szCs w:val="22"/>
        </w:rPr>
        <w:t>Artificial Intelligence</w:t>
      </w:r>
      <w:bookmarkEnd w:id="32"/>
    </w:p>
    <w:p w14:paraId="22942E72" w14:textId="56D9AFFE" w:rsidR="2DB2C096" w:rsidRPr="00DB6570" w:rsidRDefault="2DB2C096" w:rsidP="443FAA4B">
      <w:pPr>
        <w:spacing w:after="0"/>
        <w:rPr>
          <w:rFonts w:ascii="Times New Roman" w:hAnsi="Times New Roman" w:cs="Times New Roman"/>
          <w:i/>
          <w:iCs/>
          <w:sz w:val="22"/>
        </w:rPr>
      </w:pPr>
      <w:r w:rsidRPr="00DB6570">
        <w:rPr>
          <w:rFonts w:ascii="Times New Roman" w:hAnsi="Times New Roman" w:cs="Times New Roman"/>
          <w:i/>
          <w:iCs/>
          <w:sz w:val="22"/>
        </w:rPr>
        <w:t>Describe the strategies, interventions, and policies — at both the Center and host institution level — that will be implemented to introduce or strengthen the integration of AI across education and skilling, research and innovation, faculty and trainer development, and institutional operations. Where AI integration is already underway, describe existing initiatives</w:t>
      </w:r>
      <w:r w:rsidR="00720015" w:rsidRPr="00DB6570">
        <w:rPr>
          <w:rFonts w:ascii="Times New Roman" w:hAnsi="Times New Roman" w:cs="Times New Roman"/>
          <w:i/>
          <w:iCs/>
          <w:sz w:val="22"/>
        </w:rPr>
        <w:t xml:space="preserve"> that will be continued, including </w:t>
      </w:r>
      <w:r w:rsidRPr="00DB6570">
        <w:rPr>
          <w:rFonts w:ascii="Times New Roman" w:hAnsi="Times New Roman" w:cs="Times New Roman"/>
          <w:i/>
          <w:iCs/>
          <w:sz w:val="22"/>
        </w:rPr>
        <w:t>evidence of their impact to date.</w:t>
      </w:r>
      <w:r w:rsidR="00112889" w:rsidRPr="00DB6570">
        <w:rPr>
          <w:rFonts w:ascii="Times New Roman" w:hAnsi="Times New Roman" w:cs="Times New Roman"/>
          <w:i/>
          <w:iCs/>
          <w:sz w:val="22"/>
        </w:rPr>
        <w:t xml:space="preserve"> Efforts to introduce</w:t>
      </w:r>
      <w:r w:rsidR="00DB3AA0" w:rsidRPr="00DB6570">
        <w:rPr>
          <w:rFonts w:ascii="Times New Roman" w:hAnsi="Times New Roman" w:cs="Times New Roman"/>
          <w:i/>
          <w:iCs/>
          <w:sz w:val="22"/>
        </w:rPr>
        <w:t xml:space="preserve"> and build AI literacy and capabilities can </w:t>
      </w:r>
      <w:r w:rsidR="0032308A" w:rsidRPr="00DB6570">
        <w:rPr>
          <w:rFonts w:ascii="Times New Roman" w:hAnsi="Times New Roman" w:cs="Times New Roman"/>
          <w:i/>
          <w:iCs/>
          <w:sz w:val="22"/>
        </w:rPr>
        <w:t>consider</w:t>
      </w:r>
      <w:r w:rsidR="00DB3AA0" w:rsidRPr="00DB6570">
        <w:rPr>
          <w:rFonts w:ascii="Times New Roman" w:hAnsi="Times New Roman" w:cs="Times New Roman"/>
          <w:i/>
          <w:iCs/>
          <w:sz w:val="22"/>
        </w:rPr>
        <w:t xml:space="preserve"> working with </w:t>
      </w:r>
      <w:r w:rsidR="006017E1" w:rsidRPr="00DB6570">
        <w:rPr>
          <w:rFonts w:ascii="Times New Roman" w:hAnsi="Times New Roman" w:cs="Times New Roman"/>
          <w:i/>
          <w:iCs/>
          <w:sz w:val="22"/>
        </w:rPr>
        <w:t xml:space="preserve">an experienced </w:t>
      </w:r>
      <w:r w:rsidR="00DB3AA0" w:rsidRPr="00DB6570">
        <w:rPr>
          <w:rFonts w:ascii="Times New Roman" w:hAnsi="Times New Roman" w:cs="Times New Roman"/>
          <w:i/>
          <w:iCs/>
          <w:sz w:val="22"/>
        </w:rPr>
        <w:t xml:space="preserve">AI professional/academic </w:t>
      </w:r>
      <w:r w:rsidR="0032308A" w:rsidRPr="00DB6570">
        <w:rPr>
          <w:rFonts w:ascii="Times New Roman" w:hAnsi="Times New Roman" w:cs="Times New Roman"/>
          <w:i/>
          <w:iCs/>
          <w:sz w:val="22"/>
        </w:rPr>
        <w:t xml:space="preserve">as visiting professor or </w:t>
      </w:r>
      <w:r w:rsidR="006017E1" w:rsidRPr="00DB6570">
        <w:rPr>
          <w:rFonts w:ascii="Times New Roman" w:hAnsi="Times New Roman" w:cs="Times New Roman"/>
          <w:i/>
          <w:iCs/>
          <w:sz w:val="22"/>
        </w:rPr>
        <w:t xml:space="preserve">collaborator to </w:t>
      </w:r>
      <w:r w:rsidR="003D6CB4" w:rsidRPr="00DB6570">
        <w:rPr>
          <w:rFonts w:ascii="Times New Roman" w:hAnsi="Times New Roman" w:cs="Times New Roman"/>
          <w:i/>
          <w:iCs/>
          <w:sz w:val="22"/>
        </w:rPr>
        <w:t>help develop and implement</w:t>
      </w:r>
      <w:r w:rsidR="00D73EDA" w:rsidRPr="00DB6570">
        <w:rPr>
          <w:rFonts w:ascii="Times New Roman" w:hAnsi="Times New Roman" w:cs="Times New Roman"/>
          <w:i/>
          <w:iCs/>
          <w:sz w:val="22"/>
        </w:rPr>
        <w:t xml:space="preserve"> identified strategies and interventions. </w:t>
      </w:r>
      <w:r w:rsidRPr="00DB6570">
        <w:rPr>
          <w:rFonts w:ascii="Times New Roman" w:hAnsi="Times New Roman" w:cs="Times New Roman"/>
          <w:i/>
          <w:iCs/>
          <w:sz w:val="22"/>
        </w:rPr>
        <w:t>Relevant activities may include, but are not limited to</w:t>
      </w:r>
      <w:r w:rsidR="00D73EDA" w:rsidRPr="00DB6570">
        <w:rPr>
          <w:rFonts w:ascii="Times New Roman" w:hAnsi="Times New Roman" w:cs="Times New Roman"/>
          <w:i/>
          <w:iCs/>
          <w:sz w:val="22"/>
        </w:rPr>
        <w:t xml:space="preserve">: </w:t>
      </w:r>
      <w:r w:rsidR="00751DC1" w:rsidRPr="00DB6570">
        <w:rPr>
          <w:rFonts w:ascii="Times New Roman" w:hAnsi="Times New Roman" w:cs="Times New Roman"/>
          <w:i/>
          <w:iCs/>
          <w:sz w:val="22"/>
        </w:rPr>
        <w:t>structured AI upskilling programs</w:t>
      </w:r>
      <w:r w:rsidR="004877EE" w:rsidRPr="00DB6570">
        <w:rPr>
          <w:rFonts w:ascii="Times New Roman" w:hAnsi="Times New Roman" w:cs="Times New Roman"/>
          <w:i/>
          <w:iCs/>
          <w:sz w:val="22"/>
        </w:rPr>
        <w:t>;</w:t>
      </w:r>
      <w:r w:rsidR="00751DC1" w:rsidRPr="00DB6570">
        <w:rPr>
          <w:rFonts w:ascii="Times New Roman" w:hAnsi="Times New Roman" w:cs="Times New Roman"/>
          <w:i/>
          <w:iCs/>
          <w:sz w:val="22"/>
        </w:rPr>
        <w:t xml:space="preserve"> </w:t>
      </w:r>
      <w:r w:rsidR="004877EE" w:rsidRPr="00DB6570">
        <w:rPr>
          <w:rFonts w:ascii="Times New Roman" w:hAnsi="Times New Roman" w:cs="Times New Roman"/>
          <w:i/>
          <w:iCs/>
          <w:sz w:val="22"/>
        </w:rPr>
        <w:t>embedding AI tools and methods into existing disciplinary programs (e.g., AI for agri-food systems, AI-assisted diagnostics, AI for environmental monitoring); Applying AI tools to data collection, analysis, and modeling in applied research;</w:t>
      </w:r>
      <w:r w:rsidR="00D030DC" w:rsidRPr="00DB6570">
        <w:rPr>
          <w:rFonts w:ascii="Times New Roman" w:hAnsi="Times New Roman" w:cs="Times New Roman"/>
          <w:i/>
          <w:iCs/>
          <w:sz w:val="22"/>
        </w:rPr>
        <w:t xml:space="preserve"> developing clear policies on the ethical and responsible use of AI by students and staff; etc.</w:t>
      </w:r>
    </w:p>
    <w:p w14:paraId="04433547" w14:textId="77777777" w:rsidR="443FAA4B" w:rsidRPr="00DB6570" w:rsidRDefault="443FAA4B" w:rsidP="443FAA4B">
      <w:pPr>
        <w:spacing w:after="0"/>
        <w:rPr>
          <w:rFonts w:ascii="Times New Roman" w:hAnsi="Times New Roman" w:cs="Times New Roman"/>
          <w:b/>
          <w:bCs/>
          <w:i/>
          <w:iCs/>
          <w:sz w:val="22"/>
        </w:rPr>
      </w:pPr>
    </w:p>
    <w:p w14:paraId="27B119FC" w14:textId="77777777" w:rsidR="00C859DD" w:rsidRPr="00DB6570" w:rsidRDefault="00C859DD" w:rsidP="00C859DD">
      <w:pPr>
        <w:pStyle w:val="GuidanceText"/>
        <w:keepNext/>
        <w:rPr>
          <w:rFonts w:ascii="Times New Roman" w:hAnsi="Times New Roman" w:cs="Times New Roman"/>
          <w:color w:val="auto"/>
          <w:sz w:val="22"/>
        </w:rPr>
      </w:pPr>
    </w:p>
    <w:tbl>
      <w:tblPr>
        <w:tblStyle w:val="TableGrid"/>
        <w:tblW w:w="9000" w:type="dxa"/>
        <w:jc w:val="center"/>
        <w:tblLook w:val="04A0" w:firstRow="1" w:lastRow="0" w:firstColumn="1" w:lastColumn="0" w:noHBand="0" w:noVBand="1"/>
      </w:tblPr>
      <w:tblGrid>
        <w:gridCol w:w="9000"/>
      </w:tblGrid>
      <w:tr w:rsidR="00C859DD" w:rsidRPr="00DB6570" w14:paraId="2E7942E2" w14:textId="77777777" w:rsidTr="00D270E1">
        <w:trPr>
          <w:jc w:val="center"/>
        </w:trPr>
        <w:tc>
          <w:tcPr>
            <w:tcW w:w="9866" w:type="dxa"/>
            <w:shd w:val="clear" w:color="auto" w:fill="FAFAFA"/>
            <w:tcMar>
              <w:top w:w="110" w:type="dxa"/>
              <w:left w:w="120" w:type="dxa"/>
              <w:bottom w:w="110" w:type="dxa"/>
              <w:right w:w="120" w:type="dxa"/>
            </w:tcMar>
          </w:tcPr>
          <w:p w14:paraId="0E76E6D9" w14:textId="77BEFCD7" w:rsidR="00C859DD" w:rsidRPr="00DB6570" w:rsidRDefault="00F121E4" w:rsidP="00D270E1">
            <w:pPr>
              <w:rPr>
                <w:rFonts w:ascii="Times New Roman" w:hAnsi="Times New Roman" w:cs="Times New Roman"/>
                <w:sz w:val="22"/>
              </w:rPr>
            </w:pPr>
            <w:r w:rsidRPr="00F121E4">
              <w:rPr>
                <w:rFonts w:ascii="Times New Roman" w:hAnsi="Times New Roman" w:cs="Times New Roman"/>
                <w:i/>
                <w:sz w:val="22"/>
              </w:rPr>
              <w:t>[Applicant response must not exceed 600 words.]</w:t>
            </w:r>
          </w:p>
          <w:p w14:paraId="0282DD8A" w14:textId="77777777" w:rsidR="00C859DD" w:rsidRPr="00DB6570" w:rsidRDefault="00C859DD" w:rsidP="00D270E1">
            <w:pPr>
              <w:rPr>
                <w:rFonts w:ascii="Times New Roman" w:hAnsi="Times New Roman" w:cs="Times New Roman"/>
                <w:sz w:val="22"/>
              </w:rPr>
            </w:pPr>
          </w:p>
          <w:p w14:paraId="7179AE47" w14:textId="77777777" w:rsidR="00C859DD" w:rsidRPr="00DB6570" w:rsidRDefault="00C859DD" w:rsidP="00D270E1">
            <w:pPr>
              <w:rPr>
                <w:rFonts w:ascii="Times New Roman" w:hAnsi="Times New Roman" w:cs="Times New Roman"/>
                <w:sz w:val="22"/>
              </w:rPr>
            </w:pPr>
          </w:p>
          <w:p w14:paraId="641FCE02" w14:textId="77777777" w:rsidR="00C859DD" w:rsidRPr="00DB6570" w:rsidRDefault="00C859DD" w:rsidP="00D270E1">
            <w:pPr>
              <w:rPr>
                <w:rFonts w:ascii="Times New Roman" w:hAnsi="Times New Roman" w:cs="Times New Roman"/>
                <w:sz w:val="22"/>
              </w:rPr>
            </w:pPr>
          </w:p>
          <w:p w14:paraId="332F0901" w14:textId="77777777" w:rsidR="00C859DD" w:rsidRPr="00DB6570" w:rsidRDefault="00C859DD" w:rsidP="00D270E1">
            <w:pPr>
              <w:rPr>
                <w:rFonts w:ascii="Times New Roman" w:hAnsi="Times New Roman" w:cs="Times New Roman"/>
                <w:sz w:val="22"/>
              </w:rPr>
            </w:pPr>
          </w:p>
        </w:tc>
      </w:tr>
    </w:tbl>
    <w:p w14:paraId="44005A67" w14:textId="77777777" w:rsidR="00C859DD" w:rsidRPr="00DB6570" w:rsidRDefault="00C859DD" w:rsidP="00C859DD">
      <w:pPr>
        <w:rPr>
          <w:rFonts w:ascii="Times New Roman" w:hAnsi="Times New Roman" w:cs="Times New Roman"/>
          <w:sz w:val="22"/>
        </w:rPr>
      </w:pPr>
    </w:p>
    <w:p w14:paraId="7333ECEC" w14:textId="77777777" w:rsidR="00C859DD" w:rsidRPr="00DB6570" w:rsidRDefault="00C859DD" w:rsidP="00C859DD">
      <w:pPr>
        <w:rPr>
          <w:rFonts w:ascii="Times New Roman" w:hAnsi="Times New Roman" w:cs="Times New Roman"/>
          <w:sz w:val="22"/>
        </w:rPr>
      </w:pPr>
    </w:p>
    <w:p w14:paraId="6D95F338" w14:textId="03E35BFD" w:rsidR="00C859DD" w:rsidRPr="00DB6570" w:rsidRDefault="00C859DD" w:rsidP="005E44DD">
      <w:pPr>
        <w:rPr>
          <w:rFonts w:ascii="Times New Roman" w:hAnsi="Times New Roman" w:cs="Times New Roman"/>
          <w:sz w:val="22"/>
        </w:rPr>
        <w:sectPr w:rsidR="00C859DD" w:rsidRPr="00DB6570">
          <w:type w:val="continuous"/>
          <w:pgSz w:w="11906" w:h="16838"/>
          <w:pgMar w:top="964" w:right="1020" w:bottom="907" w:left="1020" w:header="454" w:footer="454" w:gutter="0"/>
          <w:cols w:space="720"/>
          <w:docGrid w:linePitch="360"/>
        </w:sectPr>
      </w:pPr>
    </w:p>
    <w:p w14:paraId="35B94F92" w14:textId="3BB84063" w:rsidR="0061162A" w:rsidRPr="00DB6570" w:rsidRDefault="00AC154F">
      <w:pPr>
        <w:pStyle w:val="Heading2"/>
        <w:rPr>
          <w:rFonts w:ascii="Times New Roman" w:hAnsi="Times New Roman" w:cs="Times New Roman"/>
          <w:color w:val="auto"/>
          <w:sz w:val="22"/>
          <w:szCs w:val="22"/>
        </w:rPr>
      </w:pPr>
      <w:bookmarkStart w:id="33" w:name="_Toc237525228"/>
      <w:r w:rsidRPr="00DB6570">
        <w:rPr>
          <w:rFonts w:ascii="Times New Roman" w:hAnsi="Times New Roman" w:cs="Times New Roman"/>
          <w:color w:val="auto"/>
          <w:sz w:val="22"/>
          <w:szCs w:val="22"/>
        </w:rPr>
        <w:t>4</w:t>
      </w:r>
      <w:r w:rsidR="00BE6111" w:rsidRPr="00DB6570">
        <w:rPr>
          <w:rFonts w:ascii="Times New Roman" w:hAnsi="Times New Roman" w:cs="Times New Roman"/>
          <w:color w:val="auto"/>
          <w:sz w:val="22"/>
          <w:szCs w:val="22"/>
        </w:rPr>
        <w:t>.7 Industry</w:t>
      </w:r>
      <w:r w:rsidR="00392D28" w:rsidRPr="00DB6570">
        <w:rPr>
          <w:rFonts w:ascii="Times New Roman" w:hAnsi="Times New Roman" w:cs="Times New Roman"/>
          <w:color w:val="auto"/>
          <w:sz w:val="22"/>
          <w:szCs w:val="22"/>
        </w:rPr>
        <w:t xml:space="preserve"> and Employer</w:t>
      </w:r>
      <w:r w:rsidR="00BE6111" w:rsidRPr="00DB6570">
        <w:rPr>
          <w:rFonts w:ascii="Times New Roman" w:hAnsi="Times New Roman" w:cs="Times New Roman"/>
          <w:color w:val="auto"/>
          <w:sz w:val="22"/>
          <w:szCs w:val="22"/>
        </w:rPr>
        <w:t xml:space="preserve"> Partnerships</w:t>
      </w:r>
      <w:bookmarkEnd w:id="33"/>
    </w:p>
    <w:p w14:paraId="15DDB7B8" w14:textId="2DD3F7CE" w:rsidR="009A796C" w:rsidRPr="00DB6570" w:rsidRDefault="009A796C" w:rsidP="005E44DD">
      <w:pPr>
        <w:rPr>
          <w:rFonts w:ascii="Times New Roman" w:hAnsi="Times New Roman" w:cs="Times New Roman"/>
          <w:i/>
          <w:iCs/>
          <w:sz w:val="22"/>
        </w:rPr>
      </w:pPr>
      <w:r w:rsidRPr="00DB6570">
        <w:rPr>
          <w:rFonts w:ascii="Times New Roman" w:hAnsi="Times New Roman" w:cs="Times New Roman"/>
          <w:i/>
          <w:iCs/>
          <w:sz w:val="22"/>
        </w:rPr>
        <w:t>Beyond the Sector Engagement Panel, Centers and RFTIs are expected to engage a broader set of industry, private sector, and sectoral partners. Building on the partnerships identified in the EoI, describe the model for engaging both existing and new partners, and explain how these relationships will inform and shape the Center's/RFTI's applied research agenda, innovation priorities, skills programs, and curricula.</w:t>
      </w:r>
      <w:r w:rsidR="00FE5F81" w:rsidRPr="00DB6570">
        <w:rPr>
          <w:rFonts w:ascii="Times New Roman" w:hAnsi="Times New Roman" w:cs="Times New Roman"/>
          <w:i/>
          <w:iCs/>
          <w:sz w:val="22"/>
        </w:rPr>
        <w:t xml:space="preserve"> Partners should reflect a diversity of scale and geography, spanning local, national, regional, and international stakeholders.</w:t>
      </w:r>
    </w:p>
    <w:p w14:paraId="75DDD579" w14:textId="77777777" w:rsidR="009A796C" w:rsidRPr="00DB6570" w:rsidRDefault="009A796C" w:rsidP="005E44DD">
      <w:pPr>
        <w:rPr>
          <w:rFonts w:ascii="Times New Roman" w:hAnsi="Times New Roman" w:cs="Times New Roman"/>
          <w:sz w:val="22"/>
        </w:rPr>
      </w:pPr>
      <w:r w:rsidRPr="00DB6570">
        <w:rPr>
          <w:rFonts w:ascii="Times New Roman" w:hAnsi="Times New Roman" w:cs="Times New Roman"/>
          <w:i/>
          <w:iCs/>
          <w:sz w:val="22"/>
        </w:rPr>
        <w:t>In the table below, list partners that have made confirmed commitments prior to submission, specifying their concrete contributions — financial and/or in-kind. Contributions may include, but are not limited to, curriculum co-design, guest teaching, internships, faculty and trainer development, contract research, equipment access, co-supervision, student mobility, joint grants, technology validation, and regional networks. Entries should reflect actual commitments, not aspirational intentions.</w:t>
      </w:r>
    </w:p>
    <w:p w14:paraId="212E559B" w14:textId="7FA41A3A" w:rsidR="0061162A" w:rsidRPr="00DB6570" w:rsidRDefault="0061162A">
      <w:pPr>
        <w:pStyle w:val="GuidanceText"/>
        <w:keepNext/>
        <w:rPr>
          <w:rFonts w:ascii="Times New Roman" w:hAnsi="Times New Roman" w:cs="Times New Roman"/>
          <w:color w:val="auto"/>
          <w:sz w:val="22"/>
        </w:rPr>
      </w:pPr>
    </w:p>
    <w:tbl>
      <w:tblPr>
        <w:tblStyle w:val="TableGrid"/>
        <w:tblW w:w="9000" w:type="dxa"/>
        <w:jc w:val="center"/>
        <w:tblLook w:val="04A0" w:firstRow="1" w:lastRow="0" w:firstColumn="1" w:lastColumn="0" w:noHBand="0" w:noVBand="1"/>
      </w:tblPr>
      <w:tblGrid>
        <w:gridCol w:w="9000"/>
      </w:tblGrid>
      <w:tr w:rsidR="0061162A" w:rsidRPr="00DB6570" w14:paraId="3E44612D" w14:textId="77777777" w:rsidTr="00010CCA">
        <w:trPr>
          <w:jc w:val="center"/>
        </w:trPr>
        <w:tc>
          <w:tcPr>
            <w:tcW w:w="9000" w:type="dxa"/>
            <w:shd w:val="clear" w:color="auto" w:fill="FAFAFA"/>
            <w:tcMar>
              <w:top w:w="110" w:type="dxa"/>
              <w:left w:w="120" w:type="dxa"/>
              <w:bottom w:w="110" w:type="dxa"/>
              <w:right w:w="120" w:type="dxa"/>
            </w:tcMar>
          </w:tcPr>
          <w:p w14:paraId="7928EAF5" w14:textId="3429E137" w:rsidR="0061162A" w:rsidRPr="00DB6570" w:rsidRDefault="00F121E4">
            <w:pPr>
              <w:rPr>
                <w:rFonts w:ascii="Times New Roman" w:hAnsi="Times New Roman" w:cs="Times New Roman"/>
                <w:sz w:val="22"/>
              </w:rPr>
            </w:pPr>
            <w:r w:rsidRPr="00F121E4">
              <w:rPr>
                <w:rFonts w:ascii="Times New Roman" w:hAnsi="Times New Roman" w:cs="Times New Roman"/>
                <w:i/>
                <w:sz w:val="22"/>
              </w:rPr>
              <w:t>[Applicant response must not exceed 700 words]</w:t>
            </w:r>
          </w:p>
          <w:p w14:paraId="31CAA74D" w14:textId="77777777" w:rsidR="0061162A" w:rsidRPr="00DB6570" w:rsidRDefault="0061162A">
            <w:pPr>
              <w:rPr>
                <w:rFonts w:ascii="Times New Roman" w:hAnsi="Times New Roman" w:cs="Times New Roman"/>
                <w:sz w:val="22"/>
              </w:rPr>
            </w:pPr>
          </w:p>
          <w:p w14:paraId="4680F6D6" w14:textId="77777777" w:rsidR="0061162A" w:rsidRPr="00DB6570" w:rsidRDefault="0061162A">
            <w:pPr>
              <w:rPr>
                <w:rFonts w:ascii="Times New Roman" w:hAnsi="Times New Roman" w:cs="Times New Roman"/>
                <w:sz w:val="22"/>
              </w:rPr>
            </w:pPr>
          </w:p>
          <w:p w14:paraId="5C8A3C9E" w14:textId="77777777" w:rsidR="0061162A" w:rsidRPr="00DB6570" w:rsidRDefault="0061162A">
            <w:pPr>
              <w:rPr>
                <w:rFonts w:ascii="Times New Roman" w:hAnsi="Times New Roman" w:cs="Times New Roman"/>
                <w:sz w:val="22"/>
              </w:rPr>
            </w:pPr>
          </w:p>
        </w:tc>
      </w:tr>
    </w:tbl>
    <w:p w14:paraId="49CCF24A" w14:textId="77777777" w:rsidR="00010CCA" w:rsidRPr="00DB6570" w:rsidRDefault="00010CCA">
      <w:pPr>
        <w:spacing w:after="0"/>
        <w:rPr>
          <w:rFonts w:ascii="Times New Roman" w:hAnsi="Times New Roman" w:cs="Times New Roman"/>
          <w:sz w:val="22"/>
        </w:rPr>
      </w:pPr>
    </w:p>
    <w:p w14:paraId="1599E06F" w14:textId="304210EA" w:rsidR="0061162A" w:rsidRPr="00DB6570" w:rsidRDefault="00AC154F" w:rsidP="003073BB">
      <w:pPr>
        <w:pStyle w:val="Heading3"/>
        <w:rPr>
          <w:rFonts w:ascii="Times New Roman" w:hAnsi="Times New Roman" w:cs="Times New Roman"/>
          <w:color w:val="auto"/>
          <w:sz w:val="22"/>
        </w:rPr>
      </w:pPr>
      <w:bookmarkStart w:id="34" w:name="_Toc237525229"/>
      <w:r w:rsidRPr="00DB6570">
        <w:rPr>
          <w:rFonts w:ascii="Times New Roman" w:hAnsi="Times New Roman" w:cs="Times New Roman"/>
          <w:color w:val="auto"/>
          <w:sz w:val="22"/>
        </w:rPr>
        <w:t xml:space="preserve">4.7.1 </w:t>
      </w:r>
      <w:r w:rsidR="00BE6111" w:rsidRPr="00DB6570">
        <w:rPr>
          <w:rFonts w:ascii="Times New Roman" w:hAnsi="Times New Roman" w:cs="Times New Roman"/>
          <w:color w:val="auto"/>
          <w:sz w:val="22"/>
        </w:rPr>
        <w:t>Partner Commitment Register</w:t>
      </w:r>
      <w:bookmarkEnd w:id="34"/>
    </w:p>
    <w:p w14:paraId="0082BAFF" w14:textId="77777777" w:rsidR="00781F65" w:rsidRPr="00DB6570" w:rsidRDefault="00781F65" w:rsidP="00781F65">
      <w:pPr>
        <w:spacing w:after="0"/>
        <w:rPr>
          <w:rFonts w:ascii="Times New Roman" w:hAnsi="Times New Roman" w:cs="Times New Roman"/>
          <w:sz w:val="22"/>
        </w:rPr>
      </w:pPr>
    </w:p>
    <w:tbl>
      <w:tblPr>
        <w:tblW w:w="5000" w:type="pct"/>
        <w:jc w:val="center"/>
        <w:tblLook w:val="04A0" w:firstRow="1" w:lastRow="0" w:firstColumn="1" w:lastColumn="0" w:noHBand="0" w:noVBand="1"/>
      </w:tblPr>
      <w:tblGrid>
        <w:gridCol w:w="881"/>
        <w:gridCol w:w="1699"/>
        <w:gridCol w:w="1178"/>
        <w:gridCol w:w="727"/>
        <w:gridCol w:w="1332"/>
        <w:gridCol w:w="1781"/>
        <w:gridCol w:w="1130"/>
        <w:gridCol w:w="1128"/>
      </w:tblGrid>
      <w:tr w:rsidR="00726FF3" w:rsidRPr="00DB6570" w14:paraId="3C600050" w14:textId="77777777" w:rsidTr="0021427D">
        <w:trPr>
          <w:cantSplit/>
          <w:trHeight w:val="677"/>
          <w:tblHeader/>
          <w:jc w:val="center"/>
        </w:trPr>
        <w:tc>
          <w:tcPr>
            <w:tcW w:w="19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3307EC2" w14:textId="77777777" w:rsidR="00726FF3" w:rsidRPr="00DB6570" w:rsidRDefault="00726FF3" w:rsidP="00726FF3">
            <w:pPr>
              <w:spacing w:after="0" w:line="240" w:lineRule="auto"/>
              <w:jc w:val="center"/>
              <w:rPr>
                <w:rFonts w:ascii="Times New Roman" w:hAnsi="Times New Roman" w:cs="Times New Roman"/>
                <w:sz w:val="22"/>
              </w:rPr>
            </w:pPr>
            <w:r w:rsidRPr="00DB6570">
              <w:rPr>
                <w:rFonts w:ascii="Times New Roman" w:hAnsi="Times New Roman" w:cs="Times New Roman"/>
                <w:b/>
                <w:sz w:val="22"/>
              </w:rPr>
              <w:t>#</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7BD60F" w14:textId="77777777" w:rsidR="00726FF3" w:rsidRPr="00DB6570" w:rsidRDefault="00726FF3" w:rsidP="00726FF3">
            <w:pPr>
              <w:spacing w:after="0" w:line="240" w:lineRule="auto"/>
              <w:jc w:val="center"/>
              <w:rPr>
                <w:rFonts w:ascii="Times New Roman" w:hAnsi="Times New Roman" w:cs="Times New Roman"/>
                <w:sz w:val="22"/>
              </w:rPr>
            </w:pPr>
            <w:r w:rsidRPr="00DB6570">
              <w:rPr>
                <w:rFonts w:ascii="Times New Roman" w:hAnsi="Times New Roman" w:cs="Times New Roman"/>
                <w:b/>
                <w:sz w:val="22"/>
              </w:rPr>
              <w:t>Partner/Country</w:t>
            </w:r>
          </w:p>
        </w:tc>
        <w:tc>
          <w:tcPr>
            <w:tcW w:w="71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7CFC168" w14:textId="0C3416D3" w:rsidR="00726FF3" w:rsidRPr="00DB6570" w:rsidRDefault="00726FF3" w:rsidP="00726FF3">
            <w:pPr>
              <w:spacing w:after="0" w:line="240" w:lineRule="auto"/>
              <w:jc w:val="center"/>
              <w:rPr>
                <w:rFonts w:ascii="Times New Roman" w:hAnsi="Times New Roman" w:cs="Times New Roman"/>
                <w:sz w:val="22"/>
              </w:rPr>
            </w:pPr>
            <w:r w:rsidRPr="00DB6570">
              <w:rPr>
                <w:rFonts w:ascii="Times New Roman" w:hAnsi="Times New Roman" w:cs="Times New Roman"/>
                <w:b/>
                <w:sz w:val="22"/>
              </w:rPr>
              <w:t>Focus (Industry)</w:t>
            </w:r>
          </w:p>
        </w:tc>
        <w:tc>
          <w:tcPr>
            <w:tcW w:w="48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83BA951" w14:textId="77777777" w:rsidR="00726FF3" w:rsidRPr="00DB6570" w:rsidRDefault="00726FF3" w:rsidP="00726FF3">
            <w:pPr>
              <w:spacing w:after="0" w:line="240" w:lineRule="auto"/>
              <w:jc w:val="center"/>
              <w:rPr>
                <w:rFonts w:ascii="Times New Roman" w:hAnsi="Times New Roman" w:cs="Times New Roman"/>
                <w:sz w:val="22"/>
              </w:rPr>
            </w:pPr>
            <w:r w:rsidRPr="00DB6570">
              <w:rPr>
                <w:rFonts w:ascii="Times New Roman" w:hAnsi="Times New Roman" w:cs="Times New Roman"/>
                <w:b/>
                <w:sz w:val="22"/>
              </w:rPr>
              <w:t>Type</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3DB700E" w14:textId="77777777" w:rsidR="00726FF3" w:rsidRPr="00DB6570" w:rsidRDefault="00726FF3" w:rsidP="00726FF3">
            <w:pPr>
              <w:spacing w:after="0" w:line="240" w:lineRule="auto"/>
              <w:jc w:val="center"/>
              <w:rPr>
                <w:rFonts w:ascii="Times New Roman" w:hAnsi="Times New Roman" w:cs="Times New Roman"/>
                <w:sz w:val="22"/>
              </w:rPr>
            </w:pPr>
            <w:r w:rsidRPr="00DB6570">
              <w:rPr>
                <w:rFonts w:ascii="Times New Roman" w:hAnsi="Times New Roman" w:cs="Times New Roman"/>
                <w:b/>
                <w:sz w:val="22"/>
              </w:rPr>
              <w:t>Status (Active/New)</w:t>
            </w:r>
          </w:p>
        </w:tc>
        <w:tc>
          <w:tcPr>
            <w:tcW w:w="10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46684A8" w14:textId="77777777" w:rsidR="00726FF3" w:rsidRPr="00DB6570" w:rsidRDefault="00726FF3" w:rsidP="00726FF3">
            <w:pPr>
              <w:spacing w:after="0" w:line="240" w:lineRule="auto"/>
              <w:jc w:val="center"/>
              <w:rPr>
                <w:rFonts w:ascii="Times New Roman" w:hAnsi="Times New Roman" w:cs="Times New Roman"/>
                <w:sz w:val="22"/>
              </w:rPr>
            </w:pPr>
            <w:r w:rsidRPr="00DB6570">
              <w:rPr>
                <w:rFonts w:ascii="Times New Roman" w:hAnsi="Times New Roman" w:cs="Times New Roman"/>
                <w:b/>
                <w:sz w:val="22"/>
              </w:rPr>
              <w:t>Specific collaboration/ contributions</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FBE404" w14:textId="77777777" w:rsidR="00726FF3" w:rsidRPr="00DB6570" w:rsidRDefault="00726FF3" w:rsidP="00726FF3">
            <w:pPr>
              <w:spacing w:after="0" w:line="240" w:lineRule="auto"/>
              <w:jc w:val="center"/>
              <w:rPr>
                <w:rFonts w:ascii="Times New Roman" w:hAnsi="Times New Roman" w:cs="Times New Roman"/>
                <w:sz w:val="22"/>
              </w:rPr>
            </w:pPr>
            <w:r w:rsidRPr="00DB6570">
              <w:rPr>
                <w:rFonts w:ascii="Times New Roman" w:hAnsi="Times New Roman" w:cs="Times New Roman"/>
                <w:b/>
                <w:sz w:val="22"/>
              </w:rPr>
              <w:t>Expected output</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9675620" w14:textId="77777777" w:rsidR="00726FF3" w:rsidRPr="00DB6570" w:rsidRDefault="00726FF3" w:rsidP="00726FF3">
            <w:pPr>
              <w:spacing w:after="0" w:line="240" w:lineRule="auto"/>
              <w:jc w:val="center"/>
              <w:rPr>
                <w:rFonts w:ascii="Times New Roman" w:hAnsi="Times New Roman" w:cs="Times New Roman"/>
                <w:sz w:val="22"/>
              </w:rPr>
            </w:pPr>
            <w:r w:rsidRPr="00DB6570">
              <w:rPr>
                <w:rFonts w:ascii="Times New Roman" w:hAnsi="Times New Roman" w:cs="Times New Roman"/>
                <w:b/>
                <w:sz w:val="22"/>
              </w:rPr>
              <w:t>Financial / in-kind value</w:t>
            </w:r>
          </w:p>
        </w:tc>
      </w:tr>
      <w:tr w:rsidR="00726FF3" w:rsidRPr="00DB6570" w14:paraId="63EA90D0" w14:textId="77777777" w:rsidTr="005E44DD">
        <w:trPr>
          <w:cantSplit/>
          <w:trHeight w:val="749"/>
          <w:jc w:val="center"/>
        </w:trPr>
        <w:tc>
          <w:tcPr>
            <w:tcW w:w="19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9F8CC1D" w14:textId="77777777" w:rsidR="00726FF3" w:rsidRPr="00DB6570" w:rsidRDefault="00726FF3" w:rsidP="00726FF3">
            <w:pPr>
              <w:spacing w:after="0" w:line="240" w:lineRule="auto"/>
              <w:jc w:val="center"/>
              <w:rPr>
                <w:rFonts w:ascii="Times New Roman" w:hAnsi="Times New Roman" w:cs="Times New Roman"/>
                <w:sz w:val="22"/>
              </w:rPr>
            </w:pPr>
            <w:r w:rsidRPr="00DB6570">
              <w:rPr>
                <w:rFonts w:ascii="Times New Roman" w:hAnsi="Times New Roman" w:cs="Times New Roman"/>
                <w:sz w:val="22"/>
              </w:rPr>
              <w:t>1</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8BB4036" w14:textId="77777777" w:rsidR="00726FF3" w:rsidRPr="00DB6570" w:rsidRDefault="00726FF3" w:rsidP="00726FF3">
            <w:pPr>
              <w:spacing w:after="0" w:line="240" w:lineRule="auto"/>
              <w:rPr>
                <w:rFonts w:ascii="Times New Roman" w:hAnsi="Times New Roman" w:cs="Times New Roman"/>
                <w:sz w:val="22"/>
              </w:rPr>
            </w:pPr>
          </w:p>
        </w:tc>
        <w:tc>
          <w:tcPr>
            <w:tcW w:w="71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29B42FD" w14:textId="77777777" w:rsidR="00726FF3" w:rsidRPr="00DB6570" w:rsidRDefault="00726FF3" w:rsidP="00726FF3">
            <w:pPr>
              <w:spacing w:after="0" w:line="240" w:lineRule="auto"/>
              <w:rPr>
                <w:rFonts w:ascii="Times New Roman" w:hAnsi="Times New Roman" w:cs="Times New Roman"/>
                <w:sz w:val="22"/>
              </w:rPr>
            </w:pPr>
          </w:p>
        </w:tc>
        <w:tc>
          <w:tcPr>
            <w:tcW w:w="48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965C8EA" w14:textId="77777777" w:rsidR="00726FF3" w:rsidRPr="00DB6570" w:rsidRDefault="00726FF3" w:rsidP="00726FF3">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0D98D27" w14:textId="77777777" w:rsidR="00726FF3" w:rsidRPr="00DB6570" w:rsidRDefault="00726FF3" w:rsidP="00726FF3">
            <w:pPr>
              <w:spacing w:after="0" w:line="240" w:lineRule="auto"/>
              <w:jc w:val="center"/>
              <w:rPr>
                <w:rFonts w:ascii="Times New Roman" w:hAnsi="Times New Roman" w:cs="Times New Roman"/>
                <w:sz w:val="22"/>
              </w:rPr>
            </w:pPr>
          </w:p>
        </w:tc>
        <w:tc>
          <w:tcPr>
            <w:tcW w:w="10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508EA56" w14:textId="77777777" w:rsidR="00726FF3" w:rsidRPr="00DB6570" w:rsidRDefault="00726FF3" w:rsidP="00726FF3">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2129E91" w14:textId="77777777" w:rsidR="00726FF3" w:rsidRPr="00DB6570" w:rsidRDefault="00726FF3" w:rsidP="00726FF3">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F59D26D" w14:textId="77777777" w:rsidR="00726FF3" w:rsidRPr="00DB6570" w:rsidRDefault="00726FF3" w:rsidP="00726FF3">
            <w:pPr>
              <w:spacing w:after="0" w:line="240" w:lineRule="auto"/>
              <w:jc w:val="center"/>
              <w:rPr>
                <w:rFonts w:ascii="Times New Roman" w:hAnsi="Times New Roman" w:cs="Times New Roman"/>
                <w:sz w:val="22"/>
              </w:rPr>
            </w:pPr>
          </w:p>
        </w:tc>
      </w:tr>
      <w:tr w:rsidR="00726FF3" w:rsidRPr="00DB6570" w14:paraId="37C43A7D" w14:textId="77777777" w:rsidTr="005E44DD">
        <w:trPr>
          <w:cantSplit/>
          <w:trHeight w:val="749"/>
          <w:jc w:val="center"/>
        </w:trPr>
        <w:tc>
          <w:tcPr>
            <w:tcW w:w="19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8C26716" w14:textId="77777777" w:rsidR="00726FF3" w:rsidRPr="00DB6570" w:rsidRDefault="00726FF3" w:rsidP="00726FF3">
            <w:pPr>
              <w:spacing w:after="0" w:line="240" w:lineRule="auto"/>
              <w:jc w:val="center"/>
              <w:rPr>
                <w:rFonts w:ascii="Times New Roman" w:hAnsi="Times New Roman" w:cs="Times New Roman"/>
                <w:sz w:val="22"/>
              </w:rPr>
            </w:pPr>
            <w:r w:rsidRPr="00DB6570">
              <w:rPr>
                <w:rFonts w:ascii="Times New Roman" w:hAnsi="Times New Roman" w:cs="Times New Roman"/>
                <w:sz w:val="22"/>
              </w:rPr>
              <w:t>2</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4F98392" w14:textId="77777777" w:rsidR="00726FF3" w:rsidRPr="00DB6570" w:rsidRDefault="00726FF3" w:rsidP="00726FF3">
            <w:pPr>
              <w:spacing w:after="0" w:line="240" w:lineRule="auto"/>
              <w:rPr>
                <w:rFonts w:ascii="Times New Roman" w:hAnsi="Times New Roman" w:cs="Times New Roman"/>
                <w:sz w:val="22"/>
              </w:rPr>
            </w:pPr>
          </w:p>
        </w:tc>
        <w:tc>
          <w:tcPr>
            <w:tcW w:w="71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33943F1" w14:textId="77777777" w:rsidR="00726FF3" w:rsidRPr="00DB6570" w:rsidRDefault="00726FF3" w:rsidP="00726FF3">
            <w:pPr>
              <w:spacing w:after="0" w:line="240" w:lineRule="auto"/>
              <w:rPr>
                <w:rFonts w:ascii="Times New Roman" w:hAnsi="Times New Roman" w:cs="Times New Roman"/>
                <w:sz w:val="22"/>
              </w:rPr>
            </w:pPr>
          </w:p>
        </w:tc>
        <w:tc>
          <w:tcPr>
            <w:tcW w:w="48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6F04E78" w14:textId="77777777" w:rsidR="00726FF3" w:rsidRPr="00DB6570" w:rsidRDefault="00726FF3" w:rsidP="00726FF3">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BFF03DF" w14:textId="77777777" w:rsidR="00726FF3" w:rsidRPr="00DB6570" w:rsidRDefault="00726FF3" w:rsidP="00726FF3">
            <w:pPr>
              <w:spacing w:after="0" w:line="240" w:lineRule="auto"/>
              <w:jc w:val="center"/>
              <w:rPr>
                <w:rFonts w:ascii="Times New Roman" w:hAnsi="Times New Roman" w:cs="Times New Roman"/>
                <w:sz w:val="22"/>
              </w:rPr>
            </w:pPr>
          </w:p>
        </w:tc>
        <w:tc>
          <w:tcPr>
            <w:tcW w:w="10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1445749" w14:textId="77777777" w:rsidR="00726FF3" w:rsidRPr="00DB6570" w:rsidRDefault="00726FF3" w:rsidP="00726FF3">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5D533C3" w14:textId="77777777" w:rsidR="00726FF3" w:rsidRPr="00DB6570" w:rsidRDefault="00726FF3" w:rsidP="00726FF3">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F2F61B5" w14:textId="77777777" w:rsidR="00726FF3" w:rsidRPr="00DB6570" w:rsidRDefault="00726FF3" w:rsidP="00726FF3">
            <w:pPr>
              <w:spacing w:after="0" w:line="240" w:lineRule="auto"/>
              <w:jc w:val="center"/>
              <w:rPr>
                <w:rFonts w:ascii="Times New Roman" w:hAnsi="Times New Roman" w:cs="Times New Roman"/>
                <w:sz w:val="22"/>
              </w:rPr>
            </w:pPr>
          </w:p>
        </w:tc>
      </w:tr>
      <w:tr w:rsidR="00726FF3" w:rsidRPr="00DB6570" w14:paraId="32641DE9" w14:textId="77777777" w:rsidTr="005E44DD">
        <w:trPr>
          <w:cantSplit/>
          <w:trHeight w:val="749"/>
          <w:jc w:val="center"/>
        </w:trPr>
        <w:tc>
          <w:tcPr>
            <w:tcW w:w="19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E04B02A" w14:textId="77777777" w:rsidR="00726FF3" w:rsidRPr="00DB6570" w:rsidRDefault="00726FF3" w:rsidP="00726FF3">
            <w:pPr>
              <w:spacing w:after="0" w:line="240" w:lineRule="auto"/>
              <w:jc w:val="center"/>
              <w:rPr>
                <w:rFonts w:ascii="Times New Roman" w:hAnsi="Times New Roman" w:cs="Times New Roman"/>
                <w:sz w:val="22"/>
              </w:rPr>
            </w:pPr>
            <w:r w:rsidRPr="00DB6570">
              <w:rPr>
                <w:rFonts w:ascii="Times New Roman" w:hAnsi="Times New Roman" w:cs="Times New Roman"/>
                <w:sz w:val="22"/>
              </w:rPr>
              <w:t>3</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4E72489" w14:textId="77777777" w:rsidR="00726FF3" w:rsidRPr="00DB6570" w:rsidRDefault="00726FF3" w:rsidP="00726FF3">
            <w:pPr>
              <w:spacing w:after="0" w:line="240" w:lineRule="auto"/>
              <w:rPr>
                <w:rFonts w:ascii="Times New Roman" w:hAnsi="Times New Roman" w:cs="Times New Roman"/>
                <w:sz w:val="22"/>
              </w:rPr>
            </w:pPr>
          </w:p>
        </w:tc>
        <w:tc>
          <w:tcPr>
            <w:tcW w:w="71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2715731" w14:textId="77777777" w:rsidR="00726FF3" w:rsidRPr="00DB6570" w:rsidRDefault="00726FF3" w:rsidP="00726FF3">
            <w:pPr>
              <w:spacing w:after="0" w:line="240" w:lineRule="auto"/>
              <w:rPr>
                <w:rFonts w:ascii="Times New Roman" w:hAnsi="Times New Roman" w:cs="Times New Roman"/>
                <w:sz w:val="22"/>
              </w:rPr>
            </w:pPr>
          </w:p>
        </w:tc>
        <w:tc>
          <w:tcPr>
            <w:tcW w:w="48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12AA7D9" w14:textId="77777777" w:rsidR="00726FF3" w:rsidRPr="00DB6570" w:rsidRDefault="00726FF3" w:rsidP="00726FF3">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C7620C0" w14:textId="77777777" w:rsidR="00726FF3" w:rsidRPr="00DB6570" w:rsidRDefault="00726FF3" w:rsidP="00726FF3">
            <w:pPr>
              <w:spacing w:after="0" w:line="240" w:lineRule="auto"/>
              <w:jc w:val="center"/>
              <w:rPr>
                <w:rFonts w:ascii="Times New Roman" w:hAnsi="Times New Roman" w:cs="Times New Roman"/>
                <w:sz w:val="22"/>
              </w:rPr>
            </w:pPr>
          </w:p>
        </w:tc>
        <w:tc>
          <w:tcPr>
            <w:tcW w:w="10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AD34C55" w14:textId="77777777" w:rsidR="00726FF3" w:rsidRPr="00DB6570" w:rsidRDefault="00726FF3" w:rsidP="00726FF3">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723FF9D" w14:textId="77777777" w:rsidR="00726FF3" w:rsidRPr="00DB6570" w:rsidRDefault="00726FF3" w:rsidP="00726FF3">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B1226B7" w14:textId="77777777" w:rsidR="00726FF3" w:rsidRPr="00DB6570" w:rsidRDefault="00726FF3" w:rsidP="00726FF3">
            <w:pPr>
              <w:spacing w:after="0" w:line="240" w:lineRule="auto"/>
              <w:jc w:val="center"/>
              <w:rPr>
                <w:rFonts w:ascii="Times New Roman" w:hAnsi="Times New Roman" w:cs="Times New Roman"/>
                <w:sz w:val="22"/>
              </w:rPr>
            </w:pPr>
          </w:p>
        </w:tc>
      </w:tr>
      <w:tr w:rsidR="00726FF3" w:rsidRPr="00DB6570" w14:paraId="1A56135E" w14:textId="77777777" w:rsidTr="005E44DD">
        <w:trPr>
          <w:cantSplit/>
          <w:trHeight w:val="749"/>
          <w:jc w:val="center"/>
        </w:trPr>
        <w:tc>
          <w:tcPr>
            <w:tcW w:w="19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5DC4EFB" w14:textId="77777777" w:rsidR="00726FF3" w:rsidRPr="00DB6570" w:rsidRDefault="00726FF3" w:rsidP="00726FF3">
            <w:pPr>
              <w:spacing w:after="0" w:line="240" w:lineRule="auto"/>
              <w:jc w:val="center"/>
              <w:rPr>
                <w:rFonts w:ascii="Times New Roman" w:hAnsi="Times New Roman" w:cs="Times New Roman"/>
                <w:sz w:val="22"/>
              </w:rPr>
            </w:pPr>
            <w:r w:rsidRPr="00DB6570">
              <w:rPr>
                <w:rFonts w:ascii="Times New Roman" w:hAnsi="Times New Roman" w:cs="Times New Roman"/>
                <w:sz w:val="22"/>
              </w:rPr>
              <w:t>4</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FCEDD22" w14:textId="77777777" w:rsidR="00726FF3" w:rsidRPr="00DB6570" w:rsidRDefault="00726FF3" w:rsidP="00726FF3">
            <w:pPr>
              <w:spacing w:after="0" w:line="240" w:lineRule="auto"/>
              <w:rPr>
                <w:rFonts w:ascii="Times New Roman" w:hAnsi="Times New Roman" w:cs="Times New Roman"/>
                <w:sz w:val="22"/>
              </w:rPr>
            </w:pPr>
          </w:p>
        </w:tc>
        <w:tc>
          <w:tcPr>
            <w:tcW w:w="71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E06350C" w14:textId="77777777" w:rsidR="00726FF3" w:rsidRPr="00DB6570" w:rsidRDefault="00726FF3" w:rsidP="00726FF3">
            <w:pPr>
              <w:spacing w:after="0" w:line="240" w:lineRule="auto"/>
              <w:rPr>
                <w:rFonts w:ascii="Times New Roman" w:hAnsi="Times New Roman" w:cs="Times New Roman"/>
                <w:sz w:val="22"/>
              </w:rPr>
            </w:pPr>
          </w:p>
        </w:tc>
        <w:tc>
          <w:tcPr>
            <w:tcW w:w="48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F2DE314" w14:textId="77777777" w:rsidR="00726FF3" w:rsidRPr="00DB6570" w:rsidRDefault="00726FF3" w:rsidP="00726FF3">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E6D4850" w14:textId="77777777" w:rsidR="00726FF3" w:rsidRPr="00DB6570" w:rsidRDefault="00726FF3" w:rsidP="00726FF3">
            <w:pPr>
              <w:spacing w:after="0" w:line="240" w:lineRule="auto"/>
              <w:jc w:val="center"/>
              <w:rPr>
                <w:rFonts w:ascii="Times New Roman" w:hAnsi="Times New Roman" w:cs="Times New Roman"/>
                <w:sz w:val="22"/>
              </w:rPr>
            </w:pPr>
          </w:p>
        </w:tc>
        <w:tc>
          <w:tcPr>
            <w:tcW w:w="10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17BFAEF" w14:textId="77777777" w:rsidR="00726FF3" w:rsidRPr="00DB6570" w:rsidRDefault="00726FF3" w:rsidP="00726FF3">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C565C72" w14:textId="77777777" w:rsidR="00726FF3" w:rsidRPr="00DB6570" w:rsidRDefault="00726FF3" w:rsidP="00726FF3">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8254F0B" w14:textId="77777777" w:rsidR="00726FF3" w:rsidRPr="00DB6570" w:rsidRDefault="00726FF3" w:rsidP="00726FF3">
            <w:pPr>
              <w:spacing w:after="0" w:line="240" w:lineRule="auto"/>
              <w:jc w:val="center"/>
              <w:rPr>
                <w:rFonts w:ascii="Times New Roman" w:hAnsi="Times New Roman" w:cs="Times New Roman"/>
                <w:sz w:val="22"/>
              </w:rPr>
            </w:pPr>
          </w:p>
        </w:tc>
      </w:tr>
      <w:tr w:rsidR="00726FF3" w:rsidRPr="00DB6570" w14:paraId="548F7FA6" w14:textId="77777777" w:rsidTr="005E44DD">
        <w:trPr>
          <w:cantSplit/>
          <w:trHeight w:val="749"/>
          <w:jc w:val="center"/>
        </w:trPr>
        <w:tc>
          <w:tcPr>
            <w:tcW w:w="19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331C3BA" w14:textId="77777777" w:rsidR="00726FF3" w:rsidRPr="00DB6570" w:rsidRDefault="00726FF3" w:rsidP="00726FF3">
            <w:pPr>
              <w:spacing w:after="0" w:line="240" w:lineRule="auto"/>
              <w:jc w:val="center"/>
              <w:rPr>
                <w:rFonts w:ascii="Times New Roman" w:hAnsi="Times New Roman" w:cs="Times New Roman"/>
                <w:sz w:val="22"/>
              </w:rPr>
            </w:pPr>
            <w:r w:rsidRPr="00DB6570">
              <w:rPr>
                <w:rFonts w:ascii="Times New Roman" w:hAnsi="Times New Roman" w:cs="Times New Roman"/>
                <w:sz w:val="22"/>
              </w:rPr>
              <w:t>5</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72EBAD1" w14:textId="77777777" w:rsidR="00726FF3" w:rsidRPr="00DB6570" w:rsidRDefault="00726FF3" w:rsidP="00726FF3">
            <w:pPr>
              <w:spacing w:after="0" w:line="240" w:lineRule="auto"/>
              <w:rPr>
                <w:rFonts w:ascii="Times New Roman" w:hAnsi="Times New Roman" w:cs="Times New Roman"/>
                <w:sz w:val="22"/>
              </w:rPr>
            </w:pPr>
          </w:p>
        </w:tc>
        <w:tc>
          <w:tcPr>
            <w:tcW w:w="71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6C1D4B2" w14:textId="77777777" w:rsidR="00726FF3" w:rsidRPr="00DB6570" w:rsidRDefault="00726FF3" w:rsidP="00726FF3">
            <w:pPr>
              <w:spacing w:after="0" w:line="240" w:lineRule="auto"/>
              <w:rPr>
                <w:rFonts w:ascii="Times New Roman" w:hAnsi="Times New Roman" w:cs="Times New Roman"/>
                <w:sz w:val="22"/>
              </w:rPr>
            </w:pPr>
          </w:p>
        </w:tc>
        <w:tc>
          <w:tcPr>
            <w:tcW w:w="48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509724D" w14:textId="77777777" w:rsidR="00726FF3" w:rsidRPr="00DB6570" w:rsidRDefault="00726FF3" w:rsidP="00726FF3">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72D24F" w14:textId="77777777" w:rsidR="00726FF3" w:rsidRPr="00DB6570" w:rsidRDefault="00726FF3" w:rsidP="00726FF3">
            <w:pPr>
              <w:spacing w:after="0" w:line="240" w:lineRule="auto"/>
              <w:jc w:val="center"/>
              <w:rPr>
                <w:rFonts w:ascii="Times New Roman" w:hAnsi="Times New Roman" w:cs="Times New Roman"/>
                <w:sz w:val="22"/>
              </w:rPr>
            </w:pPr>
          </w:p>
        </w:tc>
        <w:tc>
          <w:tcPr>
            <w:tcW w:w="10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DFAEE79" w14:textId="77777777" w:rsidR="00726FF3" w:rsidRPr="00DB6570" w:rsidRDefault="00726FF3" w:rsidP="00726FF3">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E9B86A1" w14:textId="77777777" w:rsidR="00726FF3" w:rsidRPr="00DB6570" w:rsidRDefault="00726FF3" w:rsidP="00726FF3">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F888CD5" w14:textId="77777777" w:rsidR="00726FF3" w:rsidRPr="00DB6570" w:rsidRDefault="00726FF3" w:rsidP="00726FF3">
            <w:pPr>
              <w:spacing w:after="0" w:line="240" w:lineRule="auto"/>
              <w:jc w:val="center"/>
              <w:rPr>
                <w:rFonts w:ascii="Times New Roman" w:hAnsi="Times New Roman" w:cs="Times New Roman"/>
                <w:sz w:val="22"/>
              </w:rPr>
            </w:pPr>
          </w:p>
        </w:tc>
      </w:tr>
      <w:tr w:rsidR="00726FF3" w:rsidRPr="00DB6570" w14:paraId="555C4F67" w14:textId="77777777" w:rsidTr="005E44DD">
        <w:trPr>
          <w:cantSplit/>
          <w:trHeight w:val="432"/>
          <w:jc w:val="center"/>
        </w:trPr>
        <w:tc>
          <w:tcPr>
            <w:tcW w:w="194"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020ECF5" w14:textId="77777777" w:rsidR="00726FF3" w:rsidRPr="00DB6570" w:rsidRDefault="00726FF3" w:rsidP="00726FF3">
            <w:pPr>
              <w:spacing w:after="0" w:line="240" w:lineRule="auto"/>
              <w:jc w:val="center"/>
              <w:rPr>
                <w:rFonts w:ascii="Times New Roman" w:hAnsi="Times New Roman" w:cs="Times New Roman"/>
                <w:sz w:val="22"/>
              </w:rPr>
            </w:pPr>
            <w:r w:rsidRPr="00DB6570">
              <w:rPr>
                <w:rFonts w:ascii="Times New Roman" w:hAnsi="Times New Roman" w:cs="Times New Roman"/>
                <w:b/>
                <w:sz w:val="22"/>
              </w:rPr>
              <w:t>TOTAL</w:t>
            </w:r>
          </w:p>
        </w:tc>
        <w:tc>
          <w:tcPr>
            <w:tcW w:w="687"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A2F2AD4" w14:textId="77777777" w:rsidR="00726FF3" w:rsidRPr="00DB6570" w:rsidRDefault="00726FF3" w:rsidP="00726FF3">
            <w:pPr>
              <w:spacing w:after="0" w:line="240" w:lineRule="auto"/>
              <w:rPr>
                <w:rFonts w:ascii="Times New Roman" w:hAnsi="Times New Roman" w:cs="Times New Roman"/>
                <w:sz w:val="22"/>
              </w:rPr>
            </w:pPr>
          </w:p>
        </w:tc>
        <w:tc>
          <w:tcPr>
            <w:tcW w:w="712"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6E8AC6DA" w14:textId="77777777" w:rsidR="00726FF3" w:rsidRPr="00DB6570" w:rsidRDefault="00726FF3" w:rsidP="00726FF3">
            <w:pPr>
              <w:spacing w:after="0" w:line="240" w:lineRule="auto"/>
              <w:rPr>
                <w:rFonts w:ascii="Times New Roman" w:hAnsi="Times New Roman" w:cs="Times New Roman"/>
                <w:sz w:val="22"/>
              </w:rPr>
            </w:pPr>
          </w:p>
        </w:tc>
        <w:tc>
          <w:tcPr>
            <w:tcW w:w="483"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5CFB901B" w14:textId="77777777" w:rsidR="00726FF3" w:rsidRPr="00DB6570" w:rsidRDefault="00726FF3" w:rsidP="00726FF3">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39D43FD7" w14:textId="77777777" w:rsidR="00726FF3" w:rsidRPr="00DB6570" w:rsidRDefault="00726FF3" w:rsidP="00726FF3">
            <w:pPr>
              <w:spacing w:after="0" w:line="240" w:lineRule="auto"/>
              <w:jc w:val="center"/>
              <w:rPr>
                <w:rFonts w:ascii="Times New Roman" w:hAnsi="Times New Roman" w:cs="Times New Roman"/>
                <w:sz w:val="22"/>
              </w:rPr>
            </w:pPr>
          </w:p>
        </w:tc>
        <w:tc>
          <w:tcPr>
            <w:tcW w:w="1017"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1EA1E164" w14:textId="77777777" w:rsidR="00726FF3" w:rsidRPr="00DB6570" w:rsidRDefault="00726FF3" w:rsidP="00726FF3">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43507B57" w14:textId="77777777" w:rsidR="00726FF3" w:rsidRPr="00DB6570" w:rsidRDefault="00726FF3" w:rsidP="00726FF3">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0198936C" w14:textId="77777777" w:rsidR="00726FF3" w:rsidRPr="00DB6570" w:rsidRDefault="00726FF3" w:rsidP="00726FF3">
            <w:pPr>
              <w:spacing w:after="0" w:line="240" w:lineRule="auto"/>
              <w:jc w:val="center"/>
              <w:rPr>
                <w:rFonts w:ascii="Times New Roman" w:hAnsi="Times New Roman" w:cs="Times New Roman"/>
                <w:sz w:val="22"/>
              </w:rPr>
            </w:pPr>
          </w:p>
        </w:tc>
      </w:tr>
    </w:tbl>
    <w:p w14:paraId="49496476" w14:textId="77777777" w:rsidR="00102331" w:rsidRPr="00DB6570" w:rsidRDefault="00102331" w:rsidP="00781F65">
      <w:pPr>
        <w:spacing w:after="0"/>
        <w:rPr>
          <w:rFonts w:ascii="Times New Roman" w:hAnsi="Times New Roman" w:cs="Times New Roman"/>
          <w:sz w:val="22"/>
        </w:rPr>
      </w:pPr>
    </w:p>
    <w:p w14:paraId="55F4F420" w14:textId="43746022" w:rsidR="008804E9" w:rsidRPr="00DB6570" w:rsidRDefault="00AC154F" w:rsidP="005E44DD">
      <w:pPr>
        <w:pStyle w:val="Heading3"/>
        <w:rPr>
          <w:rFonts w:ascii="Times New Roman" w:hAnsi="Times New Roman" w:cs="Times New Roman"/>
          <w:color w:val="auto"/>
          <w:sz w:val="22"/>
        </w:rPr>
      </w:pPr>
      <w:bookmarkStart w:id="35" w:name="_Toc237525230"/>
      <w:r w:rsidRPr="00DB6570">
        <w:rPr>
          <w:rFonts w:ascii="Times New Roman" w:hAnsi="Times New Roman" w:cs="Times New Roman"/>
          <w:color w:val="auto"/>
          <w:sz w:val="22"/>
        </w:rPr>
        <w:t xml:space="preserve">4.7.2 </w:t>
      </w:r>
      <w:r w:rsidR="008804E9" w:rsidRPr="00DB6570">
        <w:rPr>
          <w:rFonts w:ascii="Times New Roman" w:hAnsi="Times New Roman" w:cs="Times New Roman"/>
          <w:color w:val="auto"/>
          <w:sz w:val="22"/>
        </w:rPr>
        <w:t>Academic Partnerships</w:t>
      </w:r>
      <w:bookmarkEnd w:id="35"/>
      <w:r w:rsidR="008804E9" w:rsidRPr="00DB6570">
        <w:rPr>
          <w:rFonts w:ascii="Times New Roman" w:hAnsi="Times New Roman" w:cs="Times New Roman"/>
          <w:color w:val="auto"/>
          <w:sz w:val="22"/>
        </w:rPr>
        <w:t xml:space="preserve"> </w:t>
      </w:r>
    </w:p>
    <w:p w14:paraId="31465454" w14:textId="77777777" w:rsidR="008804E9" w:rsidRPr="00DB6570" w:rsidRDefault="008804E9" w:rsidP="008804E9">
      <w:pPr>
        <w:spacing w:after="0"/>
        <w:rPr>
          <w:rFonts w:ascii="Times New Roman" w:hAnsi="Times New Roman" w:cs="Times New Roman"/>
          <w:i/>
          <w:iCs/>
          <w:sz w:val="22"/>
        </w:rPr>
      </w:pPr>
      <w:r w:rsidRPr="00DB6570">
        <w:rPr>
          <w:rFonts w:ascii="Times New Roman" w:hAnsi="Times New Roman" w:cs="Times New Roman"/>
          <w:i/>
          <w:iCs/>
          <w:sz w:val="22"/>
        </w:rPr>
        <w:t xml:space="preserve">Centers and RFTIs are expected to develop and maintain academic partnerships that strengthen their research capacity, program quality, and regional reach. These partnerships can be at the department/center/institutional level or with specific researchers/academics and can reflect a diversity of geography, spanning national, regional, and international institutions. Describe the model for engaging academic partners and explain how these relationships contribute to the Center's/RFTI's core activities. </w:t>
      </w:r>
    </w:p>
    <w:p w14:paraId="721DF926" w14:textId="77777777" w:rsidR="008804E9" w:rsidRPr="00DB6570" w:rsidRDefault="008804E9" w:rsidP="008804E9">
      <w:pPr>
        <w:spacing w:after="0"/>
        <w:rPr>
          <w:rFonts w:ascii="Times New Roman" w:hAnsi="Times New Roman" w:cs="Times New Roman"/>
          <w:i/>
          <w:iCs/>
          <w:sz w:val="22"/>
        </w:rPr>
      </w:pPr>
      <w:r w:rsidRPr="00DB6570">
        <w:rPr>
          <w:rFonts w:ascii="Times New Roman" w:hAnsi="Times New Roman" w:cs="Times New Roman"/>
          <w:i/>
          <w:iCs/>
          <w:sz w:val="22"/>
        </w:rPr>
        <w:t>In the table below, list active academic partners that have made confirmed commitments prior to submission, specifying their concrete contributions. Contributions may include, but are not limited to, joint research and publications, faculty and student exchanges, co-supervision of postgraduate students, shared curriculum development, access to specialized facilities, and participation in regional knowledge networks. Entries should reflect actual commitments, not aspirational intentions.</w:t>
      </w:r>
    </w:p>
    <w:p w14:paraId="02EC1075" w14:textId="77777777" w:rsidR="008804E9" w:rsidRPr="00DB6570" w:rsidRDefault="008804E9" w:rsidP="008804E9">
      <w:pPr>
        <w:keepNext/>
        <w:spacing w:after="60" w:line="240" w:lineRule="auto"/>
        <w:rPr>
          <w:rFonts w:ascii="Times New Roman" w:hAnsi="Times New Roman" w:cs="Times New Roman"/>
          <w:i/>
          <w:sz w:val="22"/>
        </w:rPr>
      </w:pPr>
    </w:p>
    <w:tbl>
      <w:tblPr>
        <w:tblStyle w:val="TableGrid"/>
        <w:tblW w:w="9000" w:type="dxa"/>
        <w:jc w:val="center"/>
        <w:tblLook w:val="04A0" w:firstRow="1" w:lastRow="0" w:firstColumn="1" w:lastColumn="0" w:noHBand="0" w:noVBand="1"/>
      </w:tblPr>
      <w:tblGrid>
        <w:gridCol w:w="9000"/>
      </w:tblGrid>
      <w:tr w:rsidR="008804E9" w:rsidRPr="00DB6570" w14:paraId="7E893D02" w14:textId="77777777" w:rsidTr="00D270E1">
        <w:trPr>
          <w:jc w:val="center"/>
        </w:trPr>
        <w:tc>
          <w:tcPr>
            <w:tcW w:w="9866" w:type="dxa"/>
            <w:shd w:val="clear" w:color="auto" w:fill="FAFAFA"/>
            <w:tcMar>
              <w:top w:w="110" w:type="dxa"/>
              <w:left w:w="120" w:type="dxa"/>
              <w:bottom w:w="110" w:type="dxa"/>
              <w:right w:w="120" w:type="dxa"/>
            </w:tcMar>
          </w:tcPr>
          <w:p w14:paraId="75C4E618" w14:textId="199511E4" w:rsidR="008804E9" w:rsidRPr="00DB6570" w:rsidRDefault="00F121E4" w:rsidP="008804E9">
            <w:pPr>
              <w:rPr>
                <w:rFonts w:ascii="Times New Roman" w:hAnsi="Times New Roman" w:cs="Times New Roman"/>
                <w:sz w:val="22"/>
              </w:rPr>
            </w:pPr>
            <w:r w:rsidRPr="00F121E4">
              <w:rPr>
                <w:rFonts w:ascii="Times New Roman" w:hAnsi="Times New Roman" w:cs="Times New Roman"/>
                <w:i/>
                <w:sz w:val="22"/>
              </w:rPr>
              <w:t>[Applicant response must not exceed 700 words]</w:t>
            </w:r>
          </w:p>
          <w:p w14:paraId="1DBC2C65" w14:textId="77777777" w:rsidR="008804E9" w:rsidRPr="00DB6570" w:rsidRDefault="008804E9" w:rsidP="008804E9">
            <w:pPr>
              <w:rPr>
                <w:rFonts w:ascii="Times New Roman" w:hAnsi="Times New Roman" w:cs="Times New Roman"/>
                <w:sz w:val="22"/>
              </w:rPr>
            </w:pPr>
          </w:p>
          <w:p w14:paraId="56FFD3F7" w14:textId="77777777" w:rsidR="008804E9" w:rsidRPr="00DB6570" w:rsidRDefault="008804E9" w:rsidP="008804E9">
            <w:pPr>
              <w:rPr>
                <w:rFonts w:ascii="Times New Roman" w:hAnsi="Times New Roman" w:cs="Times New Roman"/>
                <w:sz w:val="22"/>
              </w:rPr>
            </w:pPr>
          </w:p>
          <w:p w14:paraId="2F738A31" w14:textId="77777777" w:rsidR="008804E9" w:rsidRPr="00DB6570" w:rsidRDefault="008804E9" w:rsidP="008804E9">
            <w:pPr>
              <w:rPr>
                <w:rFonts w:ascii="Times New Roman" w:hAnsi="Times New Roman" w:cs="Times New Roman"/>
                <w:sz w:val="22"/>
              </w:rPr>
            </w:pPr>
          </w:p>
        </w:tc>
      </w:tr>
    </w:tbl>
    <w:p w14:paraId="71F6734E" w14:textId="77777777" w:rsidR="008804E9" w:rsidRPr="00DB6570" w:rsidRDefault="008804E9" w:rsidP="008804E9">
      <w:pPr>
        <w:spacing w:after="0"/>
        <w:rPr>
          <w:rFonts w:ascii="Times New Roman" w:hAnsi="Times New Roman" w:cs="Times New Roman"/>
          <w:sz w:val="22"/>
        </w:rPr>
      </w:pPr>
    </w:p>
    <w:p w14:paraId="16B261A9" w14:textId="096B6C3C" w:rsidR="008804E9" w:rsidRPr="00DB6570" w:rsidRDefault="00AC154F" w:rsidP="005E44DD">
      <w:pPr>
        <w:pStyle w:val="Heading3"/>
        <w:rPr>
          <w:rFonts w:ascii="Times New Roman" w:hAnsi="Times New Roman" w:cs="Times New Roman"/>
          <w:color w:val="auto"/>
          <w:sz w:val="22"/>
        </w:rPr>
      </w:pPr>
      <w:bookmarkStart w:id="36" w:name="_Toc237525231"/>
      <w:r w:rsidRPr="00DB6570">
        <w:rPr>
          <w:rFonts w:ascii="Times New Roman" w:hAnsi="Times New Roman" w:cs="Times New Roman"/>
          <w:color w:val="auto"/>
          <w:sz w:val="22"/>
        </w:rPr>
        <w:t xml:space="preserve">4.7.3 </w:t>
      </w:r>
      <w:r w:rsidR="008804E9" w:rsidRPr="00DB6570">
        <w:rPr>
          <w:rFonts w:ascii="Times New Roman" w:hAnsi="Times New Roman" w:cs="Times New Roman"/>
          <w:color w:val="auto"/>
          <w:sz w:val="22"/>
        </w:rPr>
        <w:t>Partner Commitment Register</w:t>
      </w:r>
      <w:bookmarkEnd w:id="36"/>
    </w:p>
    <w:tbl>
      <w:tblPr>
        <w:tblW w:w="5000" w:type="pct"/>
        <w:jc w:val="center"/>
        <w:tblLook w:val="04A0" w:firstRow="1" w:lastRow="0" w:firstColumn="1" w:lastColumn="0" w:noHBand="0" w:noVBand="1"/>
      </w:tblPr>
      <w:tblGrid>
        <w:gridCol w:w="464"/>
        <w:gridCol w:w="1699"/>
        <w:gridCol w:w="1262"/>
        <w:gridCol w:w="811"/>
        <w:gridCol w:w="1332"/>
        <w:gridCol w:w="1864"/>
        <w:gridCol w:w="1214"/>
        <w:gridCol w:w="1210"/>
      </w:tblGrid>
      <w:tr w:rsidR="00ED0B36" w:rsidRPr="00DB6570" w14:paraId="703C7DCD" w14:textId="77777777" w:rsidTr="0021427D">
        <w:trPr>
          <w:cantSplit/>
          <w:trHeight w:val="677"/>
          <w:tblHeader/>
          <w:jc w:val="center"/>
        </w:trPr>
        <w:tc>
          <w:tcPr>
            <w:tcW w:w="29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306AC5" w14:textId="77777777" w:rsidR="00ED0B36" w:rsidRPr="00DB6570" w:rsidRDefault="00ED0B36"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w:t>
            </w:r>
          </w:p>
        </w:tc>
        <w:tc>
          <w:tcPr>
            <w:tcW w:w="6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87D11BB" w14:textId="77777777" w:rsidR="00ED0B36" w:rsidRPr="00DB6570" w:rsidRDefault="00ED0B36"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Partner/Country</w:t>
            </w:r>
          </w:p>
        </w:tc>
        <w:tc>
          <w:tcPr>
            <w:tcW w:w="69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11E310A" w14:textId="38C6262D" w:rsidR="00ED0B36" w:rsidRPr="00DB6570" w:rsidRDefault="00ED0B36"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Focus (Academic/ research)</w:t>
            </w:r>
          </w:p>
        </w:tc>
        <w:tc>
          <w:tcPr>
            <w:tcW w:w="46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E4C1B03" w14:textId="77777777" w:rsidR="00ED0B36" w:rsidRPr="00DB6570" w:rsidRDefault="00ED0B36"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Type</w:t>
            </w:r>
          </w:p>
        </w:tc>
        <w:tc>
          <w:tcPr>
            <w:tcW w:w="52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8B4F56A" w14:textId="77777777" w:rsidR="00ED0B36" w:rsidRPr="00DB6570" w:rsidRDefault="00ED0B36"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Status (Active/New)</w:t>
            </w:r>
          </w:p>
        </w:tc>
        <w:tc>
          <w:tcPr>
            <w:tcW w:w="100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137CD9C" w14:textId="77777777" w:rsidR="00ED0B36" w:rsidRPr="00DB6570" w:rsidRDefault="00ED0B36"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Specific collaboration/ contributions</w:t>
            </w:r>
          </w:p>
        </w:tc>
        <w:tc>
          <w:tcPr>
            <w:tcW w:w="6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4D794F0" w14:textId="77777777" w:rsidR="00ED0B36" w:rsidRPr="00DB6570" w:rsidRDefault="00ED0B36"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Expected output</w:t>
            </w:r>
          </w:p>
        </w:tc>
        <w:tc>
          <w:tcPr>
            <w:tcW w:w="67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D79AF06" w14:textId="77777777" w:rsidR="00ED0B36" w:rsidRPr="00DB6570" w:rsidRDefault="00ED0B36"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Financial / in-kind value</w:t>
            </w:r>
          </w:p>
        </w:tc>
      </w:tr>
      <w:tr w:rsidR="00ED0B36" w:rsidRPr="00DB6570" w14:paraId="46ABE7E8" w14:textId="77777777" w:rsidTr="005E44DD">
        <w:trPr>
          <w:cantSplit/>
          <w:trHeight w:val="749"/>
          <w:jc w:val="center"/>
        </w:trPr>
        <w:tc>
          <w:tcPr>
            <w:tcW w:w="29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B30ECB" w14:textId="77777777" w:rsidR="00ED0B36" w:rsidRPr="00DB6570" w:rsidRDefault="00ED0B36"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1</w:t>
            </w:r>
          </w:p>
        </w:tc>
        <w:tc>
          <w:tcPr>
            <w:tcW w:w="6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F4B5C2E" w14:textId="77777777" w:rsidR="00ED0B36" w:rsidRPr="00DB6570" w:rsidRDefault="00ED0B36" w:rsidP="00D270E1">
            <w:pPr>
              <w:spacing w:after="0" w:line="240" w:lineRule="auto"/>
              <w:rPr>
                <w:rFonts w:ascii="Times New Roman" w:hAnsi="Times New Roman" w:cs="Times New Roman"/>
                <w:sz w:val="22"/>
              </w:rPr>
            </w:pPr>
          </w:p>
        </w:tc>
        <w:tc>
          <w:tcPr>
            <w:tcW w:w="69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91C5A22" w14:textId="77777777" w:rsidR="00ED0B36" w:rsidRPr="00DB6570" w:rsidRDefault="00ED0B36" w:rsidP="00D270E1">
            <w:pPr>
              <w:spacing w:after="0" w:line="240" w:lineRule="auto"/>
              <w:rPr>
                <w:rFonts w:ascii="Times New Roman" w:hAnsi="Times New Roman" w:cs="Times New Roman"/>
                <w:sz w:val="22"/>
              </w:rPr>
            </w:pPr>
          </w:p>
        </w:tc>
        <w:tc>
          <w:tcPr>
            <w:tcW w:w="46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FBA82ED" w14:textId="77777777" w:rsidR="00ED0B36" w:rsidRPr="00DB6570" w:rsidRDefault="00ED0B36" w:rsidP="00D270E1">
            <w:pPr>
              <w:spacing w:after="0" w:line="240" w:lineRule="auto"/>
              <w:jc w:val="center"/>
              <w:rPr>
                <w:rFonts w:ascii="Times New Roman" w:hAnsi="Times New Roman" w:cs="Times New Roman"/>
                <w:sz w:val="22"/>
              </w:rPr>
            </w:pPr>
          </w:p>
        </w:tc>
        <w:tc>
          <w:tcPr>
            <w:tcW w:w="52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13D76E5" w14:textId="77777777" w:rsidR="00ED0B36" w:rsidRPr="00DB6570" w:rsidRDefault="00ED0B36" w:rsidP="00D270E1">
            <w:pPr>
              <w:spacing w:after="0" w:line="240" w:lineRule="auto"/>
              <w:jc w:val="center"/>
              <w:rPr>
                <w:rFonts w:ascii="Times New Roman" w:hAnsi="Times New Roman" w:cs="Times New Roman"/>
                <w:sz w:val="22"/>
              </w:rPr>
            </w:pPr>
          </w:p>
        </w:tc>
        <w:tc>
          <w:tcPr>
            <w:tcW w:w="100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E06FCE4" w14:textId="77777777" w:rsidR="00ED0B36" w:rsidRPr="00DB6570" w:rsidRDefault="00ED0B36" w:rsidP="00D270E1">
            <w:pPr>
              <w:spacing w:after="0" w:line="240" w:lineRule="auto"/>
              <w:jc w:val="center"/>
              <w:rPr>
                <w:rFonts w:ascii="Times New Roman" w:hAnsi="Times New Roman" w:cs="Times New Roman"/>
                <w:sz w:val="22"/>
              </w:rPr>
            </w:pPr>
          </w:p>
        </w:tc>
        <w:tc>
          <w:tcPr>
            <w:tcW w:w="6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D209E88" w14:textId="77777777" w:rsidR="00ED0B36" w:rsidRPr="00DB6570" w:rsidRDefault="00ED0B36" w:rsidP="00D270E1">
            <w:pPr>
              <w:spacing w:after="0" w:line="240" w:lineRule="auto"/>
              <w:jc w:val="center"/>
              <w:rPr>
                <w:rFonts w:ascii="Times New Roman" w:hAnsi="Times New Roman" w:cs="Times New Roman"/>
                <w:sz w:val="22"/>
              </w:rPr>
            </w:pPr>
          </w:p>
        </w:tc>
        <w:tc>
          <w:tcPr>
            <w:tcW w:w="67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76E89DE" w14:textId="77777777" w:rsidR="00ED0B36" w:rsidRPr="00DB6570" w:rsidRDefault="00ED0B36" w:rsidP="00D270E1">
            <w:pPr>
              <w:spacing w:after="0" w:line="240" w:lineRule="auto"/>
              <w:jc w:val="center"/>
              <w:rPr>
                <w:rFonts w:ascii="Times New Roman" w:hAnsi="Times New Roman" w:cs="Times New Roman"/>
                <w:sz w:val="22"/>
              </w:rPr>
            </w:pPr>
          </w:p>
        </w:tc>
      </w:tr>
      <w:tr w:rsidR="00ED0B36" w:rsidRPr="00DB6570" w14:paraId="3BE5C0C3" w14:textId="77777777" w:rsidTr="005E44DD">
        <w:trPr>
          <w:cantSplit/>
          <w:trHeight w:val="749"/>
          <w:jc w:val="center"/>
        </w:trPr>
        <w:tc>
          <w:tcPr>
            <w:tcW w:w="29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BEC9C74" w14:textId="77777777" w:rsidR="00ED0B36" w:rsidRPr="00DB6570" w:rsidRDefault="00ED0B36"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2</w:t>
            </w:r>
          </w:p>
        </w:tc>
        <w:tc>
          <w:tcPr>
            <w:tcW w:w="6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F3ADA91" w14:textId="77777777" w:rsidR="00ED0B36" w:rsidRPr="00DB6570" w:rsidRDefault="00ED0B36" w:rsidP="00D270E1">
            <w:pPr>
              <w:spacing w:after="0" w:line="240" w:lineRule="auto"/>
              <w:rPr>
                <w:rFonts w:ascii="Times New Roman" w:hAnsi="Times New Roman" w:cs="Times New Roman"/>
                <w:sz w:val="22"/>
              </w:rPr>
            </w:pPr>
          </w:p>
        </w:tc>
        <w:tc>
          <w:tcPr>
            <w:tcW w:w="69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FDFD102" w14:textId="77777777" w:rsidR="00ED0B36" w:rsidRPr="00DB6570" w:rsidRDefault="00ED0B36" w:rsidP="00D270E1">
            <w:pPr>
              <w:spacing w:after="0" w:line="240" w:lineRule="auto"/>
              <w:rPr>
                <w:rFonts w:ascii="Times New Roman" w:hAnsi="Times New Roman" w:cs="Times New Roman"/>
                <w:sz w:val="22"/>
              </w:rPr>
            </w:pPr>
          </w:p>
        </w:tc>
        <w:tc>
          <w:tcPr>
            <w:tcW w:w="46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861F584" w14:textId="77777777" w:rsidR="00ED0B36" w:rsidRPr="00DB6570" w:rsidRDefault="00ED0B36" w:rsidP="00D270E1">
            <w:pPr>
              <w:spacing w:after="0" w:line="240" w:lineRule="auto"/>
              <w:jc w:val="center"/>
              <w:rPr>
                <w:rFonts w:ascii="Times New Roman" w:hAnsi="Times New Roman" w:cs="Times New Roman"/>
                <w:sz w:val="22"/>
              </w:rPr>
            </w:pPr>
          </w:p>
        </w:tc>
        <w:tc>
          <w:tcPr>
            <w:tcW w:w="52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114C736" w14:textId="77777777" w:rsidR="00ED0B36" w:rsidRPr="00DB6570" w:rsidRDefault="00ED0B36" w:rsidP="00D270E1">
            <w:pPr>
              <w:spacing w:after="0" w:line="240" w:lineRule="auto"/>
              <w:jc w:val="center"/>
              <w:rPr>
                <w:rFonts w:ascii="Times New Roman" w:hAnsi="Times New Roman" w:cs="Times New Roman"/>
                <w:sz w:val="22"/>
              </w:rPr>
            </w:pPr>
          </w:p>
        </w:tc>
        <w:tc>
          <w:tcPr>
            <w:tcW w:w="100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52B1890" w14:textId="77777777" w:rsidR="00ED0B36" w:rsidRPr="00DB6570" w:rsidRDefault="00ED0B36" w:rsidP="00D270E1">
            <w:pPr>
              <w:spacing w:after="0" w:line="240" w:lineRule="auto"/>
              <w:jc w:val="center"/>
              <w:rPr>
                <w:rFonts w:ascii="Times New Roman" w:hAnsi="Times New Roman" w:cs="Times New Roman"/>
                <w:sz w:val="22"/>
              </w:rPr>
            </w:pPr>
          </w:p>
        </w:tc>
        <w:tc>
          <w:tcPr>
            <w:tcW w:w="6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15A4420" w14:textId="77777777" w:rsidR="00ED0B36" w:rsidRPr="00DB6570" w:rsidRDefault="00ED0B36" w:rsidP="00D270E1">
            <w:pPr>
              <w:spacing w:after="0" w:line="240" w:lineRule="auto"/>
              <w:jc w:val="center"/>
              <w:rPr>
                <w:rFonts w:ascii="Times New Roman" w:hAnsi="Times New Roman" w:cs="Times New Roman"/>
                <w:sz w:val="22"/>
              </w:rPr>
            </w:pPr>
          </w:p>
        </w:tc>
        <w:tc>
          <w:tcPr>
            <w:tcW w:w="67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EF4441C" w14:textId="77777777" w:rsidR="00ED0B36" w:rsidRPr="00DB6570" w:rsidRDefault="00ED0B36" w:rsidP="00D270E1">
            <w:pPr>
              <w:spacing w:after="0" w:line="240" w:lineRule="auto"/>
              <w:jc w:val="center"/>
              <w:rPr>
                <w:rFonts w:ascii="Times New Roman" w:hAnsi="Times New Roman" w:cs="Times New Roman"/>
                <w:sz w:val="22"/>
              </w:rPr>
            </w:pPr>
          </w:p>
        </w:tc>
      </w:tr>
      <w:tr w:rsidR="00ED0B36" w:rsidRPr="00DB6570" w14:paraId="64CB977B" w14:textId="77777777" w:rsidTr="005E44DD">
        <w:trPr>
          <w:cantSplit/>
          <w:trHeight w:val="749"/>
          <w:jc w:val="center"/>
        </w:trPr>
        <w:tc>
          <w:tcPr>
            <w:tcW w:w="29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820C377" w14:textId="77777777" w:rsidR="00ED0B36" w:rsidRPr="00DB6570" w:rsidRDefault="00ED0B36"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3</w:t>
            </w:r>
          </w:p>
        </w:tc>
        <w:tc>
          <w:tcPr>
            <w:tcW w:w="6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BF7A923" w14:textId="77777777" w:rsidR="00ED0B36" w:rsidRPr="00DB6570" w:rsidRDefault="00ED0B36" w:rsidP="00D270E1">
            <w:pPr>
              <w:spacing w:after="0" w:line="240" w:lineRule="auto"/>
              <w:rPr>
                <w:rFonts w:ascii="Times New Roman" w:hAnsi="Times New Roman" w:cs="Times New Roman"/>
                <w:sz w:val="22"/>
              </w:rPr>
            </w:pPr>
          </w:p>
        </w:tc>
        <w:tc>
          <w:tcPr>
            <w:tcW w:w="69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72075C4" w14:textId="77777777" w:rsidR="00ED0B36" w:rsidRPr="00DB6570" w:rsidRDefault="00ED0B36" w:rsidP="00D270E1">
            <w:pPr>
              <w:spacing w:after="0" w:line="240" w:lineRule="auto"/>
              <w:rPr>
                <w:rFonts w:ascii="Times New Roman" w:hAnsi="Times New Roman" w:cs="Times New Roman"/>
                <w:sz w:val="22"/>
              </w:rPr>
            </w:pPr>
          </w:p>
        </w:tc>
        <w:tc>
          <w:tcPr>
            <w:tcW w:w="46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3528FB6" w14:textId="77777777" w:rsidR="00ED0B36" w:rsidRPr="00DB6570" w:rsidRDefault="00ED0B36" w:rsidP="00D270E1">
            <w:pPr>
              <w:spacing w:after="0" w:line="240" w:lineRule="auto"/>
              <w:jc w:val="center"/>
              <w:rPr>
                <w:rFonts w:ascii="Times New Roman" w:hAnsi="Times New Roman" w:cs="Times New Roman"/>
                <w:sz w:val="22"/>
              </w:rPr>
            </w:pPr>
          </w:p>
        </w:tc>
        <w:tc>
          <w:tcPr>
            <w:tcW w:w="52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15FF2BD" w14:textId="77777777" w:rsidR="00ED0B36" w:rsidRPr="00DB6570" w:rsidRDefault="00ED0B36" w:rsidP="00D270E1">
            <w:pPr>
              <w:spacing w:after="0" w:line="240" w:lineRule="auto"/>
              <w:jc w:val="center"/>
              <w:rPr>
                <w:rFonts w:ascii="Times New Roman" w:hAnsi="Times New Roman" w:cs="Times New Roman"/>
                <w:sz w:val="22"/>
              </w:rPr>
            </w:pPr>
          </w:p>
        </w:tc>
        <w:tc>
          <w:tcPr>
            <w:tcW w:w="100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8F00A4A" w14:textId="77777777" w:rsidR="00ED0B36" w:rsidRPr="00DB6570" w:rsidRDefault="00ED0B36" w:rsidP="00D270E1">
            <w:pPr>
              <w:spacing w:after="0" w:line="240" w:lineRule="auto"/>
              <w:jc w:val="center"/>
              <w:rPr>
                <w:rFonts w:ascii="Times New Roman" w:hAnsi="Times New Roman" w:cs="Times New Roman"/>
                <w:sz w:val="22"/>
              </w:rPr>
            </w:pPr>
          </w:p>
        </w:tc>
        <w:tc>
          <w:tcPr>
            <w:tcW w:w="6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BC78A42" w14:textId="77777777" w:rsidR="00ED0B36" w:rsidRPr="00DB6570" w:rsidRDefault="00ED0B36" w:rsidP="00D270E1">
            <w:pPr>
              <w:spacing w:after="0" w:line="240" w:lineRule="auto"/>
              <w:jc w:val="center"/>
              <w:rPr>
                <w:rFonts w:ascii="Times New Roman" w:hAnsi="Times New Roman" w:cs="Times New Roman"/>
                <w:sz w:val="22"/>
              </w:rPr>
            </w:pPr>
          </w:p>
        </w:tc>
        <w:tc>
          <w:tcPr>
            <w:tcW w:w="67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10FC37E" w14:textId="77777777" w:rsidR="00ED0B36" w:rsidRPr="00DB6570" w:rsidRDefault="00ED0B36" w:rsidP="00D270E1">
            <w:pPr>
              <w:spacing w:after="0" w:line="240" w:lineRule="auto"/>
              <w:jc w:val="center"/>
              <w:rPr>
                <w:rFonts w:ascii="Times New Roman" w:hAnsi="Times New Roman" w:cs="Times New Roman"/>
                <w:sz w:val="22"/>
              </w:rPr>
            </w:pPr>
          </w:p>
        </w:tc>
      </w:tr>
      <w:tr w:rsidR="00ED0B36" w:rsidRPr="00DB6570" w14:paraId="0D0C6E6C" w14:textId="77777777" w:rsidTr="005E44DD">
        <w:trPr>
          <w:cantSplit/>
          <w:trHeight w:val="749"/>
          <w:jc w:val="center"/>
        </w:trPr>
        <w:tc>
          <w:tcPr>
            <w:tcW w:w="29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17F3A4C" w14:textId="77777777" w:rsidR="00ED0B36" w:rsidRPr="00DB6570" w:rsidRDefault="00ED0B36"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4</w:t>
            </w:r>
          </w:p>
        </w:tc>
        <w:tc>
          <w:tcPr>
            <w:tcW w:w="6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8EC760A" w14:textId="77777777" w:rsidR="00ED0B36" w:rsidRPr="00DB6570" w:rsidRDefault="00ED0B36" w:rsidP="00D270E1">
            <w:pPr>
              <w:spacing w:after="0" w:line="240" w:lineRule="auto"/>
              <w:rPr>
                <w:rFonts w:ascii="Times New Roman" w:hAnsi="Times New Roman" w:cs="Times New Roman"/>
                <w:sz w:val="22"/>
              </w:rPr>
            </w:pPr>
          </w:p>
        </w:tc>
        <w:tc>
          <w:tcPr>
            <w:tcW w:w="69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2791DFF" w14:textId="77777777" w:rsidR="00ED0B36" w:rsidRPr="00DB6570" w:rsidRDefault="00ED0B36" w:rsidP="00D270E1">
            <w:pPr>
              <w:spacing w:after="0" w:line="240" w:lineRule="auto"/>
              <w:rPr>
                <w:rFonts w:ascii="Times New Roman" w:hAnsi="Times New Roman" w:cs="Times New Roman"/>
                <w:sz w:val="22"/>
              </w:rPr>
            </w:pPr>
          </w:p>
        </w:tc>
        <w:tc>
          <w:tcPr>
            <w:tcW w:w="46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809A99" w14:textId="77777777" w:rsidR="00ED0B36" w:rsidRPr="00DB6570" w:rsidRDefault="00ED0B36" w:rsidP="00D270E1">
            <w:pPr>
              <w:spacing w:after="0" w:line="240" w:lineRule="auto"/>
              <w:jc w:val="center"/>
              <w:rPr>
                <w:rFonts w:ascii="Times New Roman" w:hAnsi="Times New Roman" w:cs="Times New Roman"/>
                <w:sz w:val="22"/>
              </w:rPr>
            </w:pPr>
          </w:p>
        </w:tc>
        <w:tc>
          <w:tcPr>
            <w:tcW w:w="52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FB7CD0D" w14:textId="77777777" w:rsidR="00ED0B36" w:rsidRPr="00DB6570" w:rsidRDefault="00ED0B36" w:rsidP="00D270E1">
            <w:pPr>
              <w:spacing w:after="0" w:line="240" w:lineRule="auto"/>
              <w:jc w:val="center"/>
              <w:rPr>
                <w:rFonts w:ascii="Times New Roman" w:hAnsi="Times New Roman" w:cs="Times New Roman"/>
                <w:sz w:val="22"/>
              </w:rPr>
            </w:pPr>
          </w:p>
        </w:tc>
        <w:tc>
          <w:tcPr>
            <w:tcW w:w="100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9425405" w14:textId="77777777" w:rsidR="00ED0B36" w:rsidRPr="00DB6570" w:rsidRDefault="00ED0B36" w:rsidP="00D270E1">
            <w:pPr>
              <w:spacing w:after="0" w:line="240" w:lineRule="auto"/>
              <w:jc w:val="center"/>
              <w:rPr>
                <w:rFonts w:ascii="Times New Roman" w:hAnsi="Times New Roman" w:cs="Times New Roman"/>
                <w:sz w:val="22"/>
              </w:rPr>
            </w:pPr>
          </w:p>
        </w:tc>
        <w:tc>
          <w:tcPr>
            <w:tcW w:w="6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09E3E07" w14:textId="77777777" w:rsidR="00ED0B36" w:rsidRPr="00DB6570" w:rsidRDefault="00ED0B36" w:rsidP="00D270E1">
            <w:pPr>
              <w:spacing w:after="0" w:line="240" w:lineRule="auto"/>
              <w:jc w:val="center"/>
              <w:rPr>
                <w:rFonts w:ascii="Times New Roman" w:hAnsi="Times New Roman" w:cs="Times New Roman"/>
                <w:sz w:val="22"/>
              </w:rPr>
            </w:pPr>
          </w:p>
        </w:tc>
        <w:tc>
          <w:tcPr>
            <w:tcW w:w="67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1BE4FE9" w14:textId="77777777" w:rsidR="00ED0B36" w:rsidRPr="00DB6570" w:rsidRDefault="00ED0B36" w:rsidP="00D270E1">
            <w:pPr>
              <w:spacing w:after="0" w:line="240" w:lineRule="auto"/>
              <w:jc w:val="center"/>
              <w:rPr>
                <w:rFonts w:ascii="Times New Roman" w:hAnsi="Times New Roman" w:cs="Times New Roman"/>
                <w:sz w:val="22"/>
              </w:rPr>
            </w:pPr>
          </w:p>
        </w:tc>
      </w:tr>
      <w:tr w:rsidR="00ED0B36" w:rsidRPr="00DB6570" w14:paraId="76092556" w14:textId="77777777" w:rsidTr="005E44DD">
        <w:trPr>
          <w:cantSplit/>
          <w:trHeight w:val="749"/>
          <w:jc w:val="center"/>
        </w:trPr>
        <w:tc>
          <w:tcPr>
            <w:tcW w:w="29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0F4DCD5" w14:textId="77777777" w:rsidR="00ED0B36" w:rsidRPr="00DB6570" w:rsidRDefault="00ED0B36"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5</w:t>
            </w:r>
          </w:p>
        </w:tc>
        <w:tc>
          <w:tcPr>
            <w:tcW w:w="6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CC8A8AD" w14:textId="77777777" w:rsidR="00ED0B36" w:rsidRPr="00DB6570" w:rsidRDefault="00ED0B36" w:rsidP="00D270E1">
            <w:pPr>
              <w:spacing w:after="0" w:line="240" w:lineRule="auto"/>
              <w:rPr>
                <w:rFonts w:ascii="Times New Roman" w:hAnsi="Times New Roman" w:cs="Times New Roman"/>
                <w:sz w:val="22"/>
              </w:rPr>
            </w:pPr>
          </w:p>
        </w:tc>
        <w:tc>
          <w:tcPr>
            <w:tcW w:w="69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8FBD1C1" w14:textId="77777777" w:rsidR="00ED0B36" w:rsidRPr="00DB6570" w:rsidRDefault="00ED0B36" w:rsidP="00D270E1">
            <w:pPr>
              <w:spacing w:after="0" w:line="240" w:lineRule="auto"/>
              <w:rPr>
                <w:rFonts w:ascii="Times New Roman" w:hAnsi="Times New Roman" w:cs="Times New Roman"/>
                <w:sz w:val="22"/>
              </w:rPr>
            </w:pPr>
          </w:p>
        </w:tc>
        <w:tc>
          <w:tcPr>
            <w:tcW w:w="46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FAAE24E" w14:textId="77777777" w:rsidR="00ED0B36" w:rsidRPr="00DB6570" w:rsidRDefault="00ED0B36" w:rsidP="00D270E1">
            <w:pPr>
              <w:spacing w:after="0" w:line="240" w:lineRule="auto"/>
              <w:jc w:val="center"/>
              <w:rPr>
                <w:rFonts w:ascii="Times New Roman" w:hAnsi="Times New Roman" w:cs="Times New Roman"/>
                <w:sz w:val="22"/>
              </w:rPr>
            </w:pPr>
          </w:p>
        </w:tc>
        <w:tc>
          <w:tcPr>
            <w:tcW w:w="52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9B8BAA8" w14:textId="77777777" w:rsidR="00ED0B36" w:rsidRPr="00DB6570" w:rsidRDefault="00ED0B36" w:rsidP="00D270E1">
            <w:pPr>
              <w:spacing w:after="0" w:line="240" w:lineRule="auto"/>
              <w:jc w:val="center"/>
              <w:rPr>
                <w:rFonts w:ascii="Times New Roman" w:hAnsi="Times New Roman" w:cs="Times New Roman"/>
                <w:sz w:val="22"/>
              </w:rPr>
            </w:pPr>
          </w:p>
        </w:tc>
        <w:tc>
          <w:tcPr>
            <w:tcW w:w="100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EDD7D4D" w14:textId="77777777" w:rsidR="00ED0B36" w:rsidRPr="00DB6570" w:rsidRDefault="00ED0B36" w:rsidP="00D270E1">
            <w:pPr>
              <w:spacing w:after="0" w:line="240" w:lineRule="auto"/>
              <w:jc w:val="center"/>
              <w:rPr>
                <w:rFonts w:ascii="Times New Roman" w:hAnsi="Times New Roman" w:cs="Times New Roman"/>
                <w:sz w:val="22"/>
              </w:rPr>
            </w:pPr>
          </w:p>
        </w:tc>
        <w:tc>
          <w:tcPr>
            <w:tcW w:w="6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21CA446" w14:textId="77777777" w:rsidR="00ED0B36" w:rsidRPr="00DB6570" w:rsidRDefault="00ED0B36" w:rsidP="00D270E1">
            <w:pPr>
              <w:spacing w:after="0" w:line="240" w:lineRule="auto"/>
              <w:jc w:val="center"/>
              <w:rPr>
                <w:rFonts w:ascii="Times New Roman" w:hAnsi="Times New Roman" w:cs="Times New Roman"/>
                <w:sz w:val="22"/>
              </w:rPr>
            </w:pPr>
          </w:p>
        </w:tc>
        <w:tc>
          <w:tcPr>
            <w:tcW w:w="67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FD6FF32" w14:textId="77777777" w:rsidR="00ED0B36" w:rsidRPr="00DB6570" w:rsidRDefault="00ED0B36" w:rsidP="00D270E1">
            <w:pPr>
              <w:spacing w:after="0" w:line="240" w:lineRule="auto"/>
              <w:jc w:val="center"/>
              <w:rPr>
                <w:rFonts w:ascii="Times New Roman" w:hAnsi="Times New Roman" w:cs="Times New Roman"/>
                <w:sz w:val="22"/>
              </w:rPr>
            </w:pPr>
          </w:p>
        </w:tc>
      </w:tr>
    </w:tbl>
    <w:p w14:paraId="61BABB88" w14:textId="77777777" w:rsidR="00553351" w:rsidRPr="00DB6570" w:rsidRDefault="00553351" w:rsidP="008804E9">
      <w:pPr>
        <w:spacing w:after="0"/>
        <w:rPr>
          <w:rFonts w:ascii="Times New Roman" w:hAnsi="Times New Roman" w:cs="Times New Roman"/>
          <w:sz w:val="22"/>
        </w:rPr>
      </w:pPr>
    </w:p>
    <w:p w14:paraId="3A42B90B" w14:textId="77777777" w:rsidR="00553351" w:rsidRPr="00DB6570" w:rsidRDefault="00553351" w:rsidP="008804E9">
      <w:pPr>
        <w:spacing w:after="0"/>
        <w:rPr>
          <w:rFonts w:ascii="Times New Roman" w:hAnsi="Times New Roman" w:cs="Times New Roman"/>
          <w:sz w:val="22"/>
        </w:rPr>
      </w:pPr>
    </w:p>
    <w:p w14:paraId="6D57CB91" w14:textId="5A9B3720" w:rsidR="008804E9" w:rsidRPr="00DB6570" w:rsidRDefault="00AC154F" w:rsidP="005E44DD">
      <w:pPr>
        <w:pStyle w:val="Heading2"/>
        <w:rPr>
          <w:rFonts w:ascii="Times New Roman" w:hAnsi="Times New Roman" w:cs="Times New Roman"/>
          <w:color w:val="auto"/>
          <w:sz w:val="22"/>
          <w:szCs w:val="22"/>
        </w:rPr>
      </w:pPr>
      <w:bookmarkStart w:id="37" w:name="_Toc237525232"/>
      <w:r w:rsidRPr="00DB6570">
        <w:rPr>
          <w:rFonts w:ascii="Times New Roman" w:hAnsi="Times New Roman" w:cs="Times New Roman"/>
          <w:color w:val="auto"/>
          <w:sz w:val="22"/>
          <w:szCs w:val="22"/>
        </w:rPr>
        <w:t>4.</w:t>
      </w:r>
      <w:r w:rsidR="00745EC7" w:rsidRPr="00DB6570">
        <w:rPr>
          <w:rFonts w:ascii="Times New Roman" w:hAnsi="Times New Roman" w:cs="Times New Roman"/>
          <w:color w:val="auto"/>
          <w:sz w:val="22"/>
          <w:szCs w:val="22"/>
        </w:rPr>
        <w:t>8</w:t>
      </w:r>
      <w:r w:rsidRPr="00DB6570">
        <w:rPr>
          <w:rFonts w:ascii="Times New Roman" w:hAnsi="Times New Roman" w:cs="Times New Roman"/>
          <w:color w:val="auto"/>
          <w:sz w:val="22"/>
          <w:szCs w:val="22"/>
        </w:rPr>
        <w:t xml:space="preserve"> </w:t>
      </w:r>
      <w:r w:rsidR="008804E9" w:rsidRPr="00DB6570">
        <w:rPr>
          <w:rFonts w:ascii="Times New Roman" w:hAnsi="Times New Roman" w:cs="Times New Roman"/>
          <w:color w:val="auto"/>
          <w:sz w:val="22"/>
          <w:szCs w:val="22"/>
        </w:rPr>
        <w:t>Regional Role and Collaboration</w:t>
      </w:r>
      <w:bookmarkEnd w:id="37"/>
    </w:p>
    <w:p w14:paraId="5C29698B" w14:textId="77777777" w:rsidR="008804E9" w:rsidRPr="00DB6570" w:rsidRDefault="008804E9" w:rsidP="008804E9">
      <w:pPr>
        <w:spacing w:after="0"/>
        <w:rPr>
          <w:rFonts w:ascii="Times New Roman" w:hAnsi="Times New Roman" w:cs="Times New Roman"/>
          <w:i/>
          <w:iCs/>
          <w:sz w:val="22"/>
        </w:rPr>
      </w:pPr>
      <w:r w:rsidRPr="00DB6570">
        <w:rPr>
          <w:rFonts w:ascii="Times New Roman" w:hAnsi="Times New Roman" w:cs="Times New Roman"/>
          <w:i/>
          <w:iCs/>
          <w:sz w:val="22"/>
        </w:rPr>
        <w:t>Centers/RFTIs are expected to function as regional hubs within their priority sector and value chain. Elaborate on the regional role and collaboration described in the EoI providing details on how the proposed Center will develop and grow its regional impact across education, research and innovation activities. Where the host institution has a formal international or regional strategy, explain how it will be leveraged to amplify the Center’s regional role. Outline existing and proposed regional partnerships, participation in regional networks, the center’s contributions to these networks, strategies for postgraduate student and faculty mobility and expected outputs and outcomes. Include areas for technical assistance from regional anchor institutions (like the Institute of Tropical Agriculture and Africa CDC) and how this will be used to support the center’s regional role and collaboration.</w:t>
      </w:r>
    </w:p>
    <w:p w14:paraId="3BC2DAAE" w14:textId="77777777" w:rsidR="008804E9" w:rsidRPr="00DB6570" w:rsidRDefault="008804E9" w:rsidP="008804E9">
      <w:pPr>
        <w:keepNext/>
        <w:spacing w:after="60" w:line="240" w:lineRule="auto"/>
        <w:rPr>
          <w:rFonts w:ascii="Times New Roman" w:hAnsi="Times New Roman" w:cs="Times New Roman"/>
          <w:i/>
          <w:sz w:val="22"/>
        </w:rPr>
      </w:pPr>
    </w:p>
    <w:tbl>
      <w:tblPr>
        <w:tblStyle w:val="TableGrid"/>
        <w:tblW w:w="9000" w:type="dxa"/>
        <w:jc w:val="center"/>
        <w:tblLook w:val="04A0" w:firstRow="1" w:lastRow="0" w:firstColumn="1" w:lastColumn="0" w:noHBand="0" w:noVBand="1"/>
      </w:tblPr>
      <w:tblGrid>
        <w:gridCol w:w="9000"/>
      </w:tblGrid>
      <w:tr w:rsidR="008804E9" w:rsidRPr="00DB6570" w14:paraId="3F2F1AC8" w14:textId="77777777" w:rsidTr="00D270E1">
        <w:trPr>
          <w:jc w:val="center"/>
        </w:trPr>
        <w:tc>
          <w:tcPr>
            <w:tcW w:w="9866" w:type="dxa"/>
            <w:shd w:val="clear" w:color="auto" w:fill="FAFAFA"/>
            <w:tcMar>
              <w:top w:w="110" w:type="dxa"/>
              <w:left w:w="120" w:type="dxa"/>
              <w:bottom w:w="110" w:type="dxa"/>
              <w:right w:w="120" w:type="dxa"/>
            </w:tcMar>
          </w:tcPr>
          <w:p w14:paraId="29F182AF" w14:textId="353C9FB9" w:rsidR="008804E9" w:rsidRPr="00DB6570" w:rsidRDefault="00F121E4" w:rsidP="008804E9">
            <w:pPr>
              <w:rPr>
                <w:rFonts w:ascii="Times New Roman" w:hAnsi="Times New Roman" w:cs="Times New Roman"/>
                <w:sz w:val="22"/>
              </w:rPr>
            </w:pPr>
            <w:r w:rsidRPr="00F121E4">
              <w:rPr>
                <w:rFonts w:ascii="Times New Roman" w:hAnsi="Times New Roman" w:cs="Times New Roman"/>
                <w:i/>
                <w:sz w:val="22"/>
              </w:rPr>
              <w:t>[Applicant response must not exceed 700 words]</w:t>
            </w:r>
          </w:p>
          <w:p w14:paraId="312F4027" w14:textId="77777777" w:rsidR="008804E9" w:rsidRPr="00DB6570" w:rsidRDefault="008804E9" w:rsidP="008804E9">
            <w:pPr>
              <w:rPr>
                <w:rFonts w:ascii="Times New Roman" w:hAnsi="Times New Roman" w:cs="Times New Roman"/>
                <w:sz w:val="22"/>
              </w:rPr>
            </w:pPr>
          </w:p>
          <w:p w14:paraId="7CBCE411" w14:textId="77777777" w:rsidR="008804E9" w:rsidRPr="00DB6570" w:rsidRDefault="008804E9" w:rsidP="008804E9">
            <w:pPr>
              <w:rPr>
                <w:rFonts w:ascii="Times New Roman" w:hAnsi="Times New Roman" w:cs="Times New Roman"/>
                <w:sz w:val="22"/>
              </w:rPr>
            </w:pPr>
          </w:p>
          <w:p w14:paraId="75866073" w14:textId="77777777" w:rsidR="008804E9" w:rsidRPr="00DB6570" w:rsidRDefault="008804E9" w:rsidP="008804E9">
            <w:pPr>
              <w:rPr>
                <w:rFonts w:ascii="Times New Roman" w:hAnsi="Times New Roman" w:cs="Times New Roman"/>
                <w:sz w:val="22"/>
              </w:rPr>
            </w:pPr>
          </w:p>
        </w:tc>
      </w:tr>
    </w:tbl>
    <w:p w14:paraId="0D234001" w14:textId="77777777" w:rsidR="008804E9" w:rsidRPr="00DB6570" w:rsidRDefault="008804E9" w:rsidP="008804E9">
      <w:pPr>
        <w:spacing w:after="0"/>
        <w:rPr>
          <w:rFonts w:ascii="Times New Roman" w:hAnsi="Times New Roman" w:cs="Times New Roman"/>
          <w:sz w:val="22"/>
        </w:rPr>
      </w:pPr>
    </w:p>
    <w:p w14:paraId="1C5B1592" w14:textId="31A01833" w:rsidR="008804E9" w:rsidRPr="00DB6570" w:rsidRDefault="00AC154F" w:rsidP="005E44DD">
      <w:pPr>
        <w:pStyle w:val="Heading2"/>
        <w:rPr>
          <w:rFonts w:ascii="Times New Roman" w:hAnsi="Times New Roman" w:cs="Times New Roman"/>
          <w:color w:val="auto"/>
          <w:sz w:val="22"/>
          <w:szCs w:val="22"/>
        </w:rPr>
      </w:pPr>
      <w:bookmarkStart w:id="38" w:name="_Toc237525233"/>
      <w:r w:rsidRPr="00DB6570">
        <w:rPr>
          <w:rFonts w:ascii="Times New Roman" w:hAnsi="Times New Roman" w:cs="Times New Roman"/>
          <w:color w:val="auto"/>
          <w:sz w:val="22"/>
          <w:szCs w:val="22"/>
        </w:rPr>
        <w:t>4.</w:t>
      </w:r>
      <w:r w:rsidR="00745EC7" w:rsidRPr="00DB6570">
        <w:rPr>
          <w:rFonts w:ascii="Times New Roman" w:hAnsi="Times New Roman" w:cs="Times New Roman"/>
          <w:color w:val="auto"/>
          <w:sz w:val="22"/>
          <w:szCs w:val="22"/>
        </w:rPr>
        <w:t>9</w:t>
      </w:r>
      <w:r w:rsidRPr="00DB6570">
        <w:rPr>
          <w:rFonts w:ascii="Times New Roman" w:hAnsi="Times New Roman" w:cs="Times New Roman"/>
          <w:color w:val="auto"/>
          <w:sz w:val="22"/>
          <w:szCs w:val="22"/>
        </w:rPr>
        <w:t xml:space="preserve"> </w:t>
      </w:r>
      <w:r w:rsidR="008804E9" w:rsidRPr="00DB6570">
        <w:rPr>
          <w:rFonts w:ascii="Times New Roman" w:hAnsi="Times New Roman" w:cs="Times New Roman"/>
          <w:color w:val="auto"/>
          <w:sz w:val="22"/>
          <w:szCs w:val="22"/>
        </w:rPr>
        <w:t>Cross-Cutting Theme: Gender</w:t>
      </w:r>
      <w:bookmarkEnd w:id="38"/>
    </w:p>
    <w:p w14:paraId="6D574625" w14:textId="77777777" w:rsidR="008804E9" w:rsidRPr="00DB6570" w:rsidRDefault="008804E9" w:rsidP="008804E9">
      <w:pPr>
        <w:spacing w:after="0"/>
        <w:rPr>
          <w:rFonts w:ascii="Times New Roman" w:hAnsi="Times New Roman" w:cs="Times New Roman"/>
          <w:i/>
          <w:iCs/>
          <w:sz w:val="22"/>
        </w:rPr>
      </w:pPr>
      <w:r w:rsidRPr="00DB6570">
        <w:rPr>
          <w:rFonts w:ascii="Times New Roman" w:hAnsi="Times New Roman" w:cs="Times New Roman"/>
          <w:i/>
          <w:iCs/>
          <w:sz w:val="22"/>
        </w:rPr>
        <w:t>Describe the strategies, interventions, and policies — at both the Center and host institution level — that will be implemented to increase the participation and advancement of women across education and skilling, research and innovation, faculty development, and leadership. Where strategies or policies are already in place, describe them and provide evidence of their impact to date.</w:t>
      </w:r>
    </w:p>
    <w:p w14:paraId="482AFDEA" w14:textId="77777777" w:rsidR="008804E9" w:rsidRPr="00DB6570" w:rsidRDefault="008804E9" w:rsidP="008804E9">
      <w:pPr>
        <w:spacing w:after="0"/>
        <w:rPr>
          <w:rFonts w:ascii="Times New Roman" w:hAnsi="Times New Roman" w:cs="Times New Roman"/>
          <w:i/>
          <w:iCs/>
          <w:sz w:val="22"/>
        </w:rPr>
      </w:pPr>
      <w:r w:rsidRPr="00DB6570">
        <w:rPr>
          <w:rFonts w:ascii="Times New Roman" w:hAnsi="Times New Roman" w:cs="Times New Roman"/>
          <w:i/>
          <w:iCs/>
          <w:sz w:val="22"/>
        </w:rPr>
        <w:t>Responses should address how planned and ongoing activities will improve gender-related outcomes across the full pipeline: enrollment, retention, completion, employment, career progression, and participation in research and innovation. Relevant activities may include, but are not limited to, targeted outreach and recruitment programs, scholarships and financial support, mentoring and academic support services for students and faculty, anti-discrimination and harassment policies, gender-sensitive hiring and promotion practices, and structured leadership development opportunities for women.</w:t>
      </w:r>
    </w:p>
    <w:p w14:paraId="345BD93E" w14:textId="77777777" w:rsidR="008804E9" w:rsidRPr="00DB6570" w:rsidRDefault="008804E9" w:rsidP="008804E9">
      <w:pPr>
        <w:spacing w:after="0"/>
        <w:rPr>
          <w:rFonts w:ascii="Times New Roman" w:hAnsi="Times New Roman" w:cs="Times New Roman"/>
          <w:i/>
          <w:iCs/>
          <w:sz w:val="22"/>
        </w:rPr>
      </w:pPr>
      <w:r w:rsidRPr="00DB6570">
        <w:rPr>
          <w:rFonts w:ascii="Times New Roman" w:hAnsi="Times New Roman" w:cs="Times New Roman"/>
          <w:i/>
          <w:iCs/>
          <w:sz w:val="22"/>
        </w:rPr>
        <w:t>Entries should be specific and results-oriented. Avoid listing activities without linking them to intended outcomes or, where activities are ongoing, to evidence of impact.</w:t>
      </w:r>
    </w:p>
    <w:p w14:paraId="42A9F431" w14:textId="77777777" w:rsidR="008804E9" w:rsidRPr="00DB6570" w:rsidRDefault="008804E9" w:rsidP="008804E9">
      <w:pPr>
        <w:keepNext/>
        <w:spacing w:after="60" w:line="240" w:lineRule="auto"/>
        <w:rPr>
          <w:rFonts w:ascii="Times New Roman" w:hAnsi="Times New Roman" w:cs="Times New Roman"/>
          <w:i/>
          <w:sz w:val="22"/>
        </w:rPr>
      </w:pPr>
    </w:p>
    <w:tbl>
      <w:tblPr>
        <w:tblStyle w:val="TableGrid"/>
        <w:tblW w:w="9000" w:type="dxa"/>
        <w:jc w:val="center"/>
        <w:tblLook w:val="04A0" w:firstRow="1" w:lastRow="0" w:firstColumn="1" w:lastColumn="0" w:noHBand="0" w:noVBand="1"/>
      </w:tblPr>
      <w:tblGrid>
        <w:gridCol w:w="9000"/>
      </w:tblGrid>
      <w:tr w:rsidR="008804E9" w:rsidRPr="00DB6570" w14:paraId="45C6E769" w14:textId="77777777" w:rsidTr="00D270E1">
        <w:trPr>
          <w:jc w:val="center"/>
        </w:trPr>
        <w:tc>
          <w:tcPr>
            <w:tcW w:w="9866" w:type="dxa"/>
            <w:shd w:val="clear" w:color="auto" w:fill="FAFAFA"/>
            <w:tcMar>
              <w:top w:w="110" w:type="dxa"/>
              <w:left w:w="120" w:type="dxa"/>
              <w:bottom w:w="110" w:type="dxa"/>
              <w:right w:w="120" w:type="dxa"/>
            </w:tcMar>
          </w:tcPr>
          <w:p w14:paraId="0D09DF62" w14:textId="6A939089" w:rsidR="008804E9" w:rsidRPr="00DB6570" w:rsidRDefault="00F121E4" w:rsidP="008804E9">
            <w:pPr>
              <w:spacing w:after="40" w:line="276" w:lineRule="auto"/>
              <w:rPr>
                <w:rFonts w:ascii="Times New Roman" w:hAnsi="Times New Roman" w:cs="Times New Roman"/>
                <w:i/>
                <w:sz w:val="22"/>
              </w:rPr>
            </w:pPr>
            <w:r w:rsidRPr="00F121E4">
              <w:rPr>
                <w:rFonts w:ascii="Times New Roman" w:hAnsi="Times New Roman" w:cs="Times New Roman"/>
                <w:i/>
                <w:sz w:val="22"/>
              </w:rPr>
              <w:t>[Applicant response must not exceed 500 words]</w:t>
            </w:r>
          </w:p>
          <w:p w14:paraId="4ECB7570" w14:textId="77777777" w:rsidR="008804E9" w:rsidRPr="00DB6570" w:rsidRDefault="008804E9" w:rsidP="008804E9">
            <w:pPr>
              <w:rPr>
                <w:rFonts w:ascii="Times New Roman" w:hAnsi="Times New Roman" w:cs="Times New Roman"/>
                <w:sz w:val="22"/>
              </w:rPr>
            </w:pPr>
          </w:p>
          <w:p w14:paraId="6E65246C" w14:textId="77777777" w:rsidR="008804E9" w:rsidRPr="00DB6570" w:rsidRDefault="008804E9" w:rsidP="008804E9">
            <w:pPr>
              <w:rPr>
                <w:rFonts w:ascii="Times New Roman" w:hAnsi="Times New Roman" w:cs="Times New Roman"/>
                <w:sz w:val="22"/>
              </w:rPr>
            </w:pPr>
          </w:p>
          <w:p w14:paraId="3933422A" w14:textId="77777777" w:rsidR="008804E9" w:rsidRPr="00DB6570" w:rsidRDefault="008804E9" w:rsidP="008804E9">
            <w:pPr>
              <w:rPr>
                <w:rFonts w:ascii="Times New Roman" w:hAnsi="Times New Roman" w:cs="Times New Roman"/>
                <w:sz w:val="22"/>
              </w:rPr>
            </w:pPr>
          </w:p>
          <w:p w14:paraId="7E7E13B4" w14:textId="77777777" w:rsidR="008804E9" w:rsidRPr="00DB6570" w:rsidRDefault="008804E9" w:rsidP="008804E9">
            <w:pPr>
              <w:rPr>
                <w:rFonts w:ascii="Times New Roman" w:hAnsi="Times New Roman" w:cs="Times New Roman"/>
                <w:sz w:val="22"/>
              </w:rPr>
            </w:pPr>
          </w:p>
        </w:tc>
      </w:tr>
    </w:tbl>
    <w:p w14:paraId="7AA88D45" w14:textId="77777777" w:rsidR="008804E9" w:rsidRPr="00DB6570" w:rsidRDefault="008804E9" w:rsidP="008804E9">
      <w:pPr>
        <w:spacing w:after="0"/>
        <w:rPr>
          <w:rFonts w:ascii="Times New Roman" w:hAnsi="Times New Roman" w:cs="Times New Roman"/>
          <w:sz w:val="22"/>
        </w:rPr>
      </w:pPr>
    </w:p>
    <w:p w14:paraId="0431A2DB" w14:textId="44C1AB14" w:rsidR="0061162A" w:rsidRPr="00DB6570" w:rsidRDefault="00745EC7">
      <w:pPr>
        <w:pStyle w:val="Heading2"/>
        <w:rPr>
          <w:rFonts w:ascii="Times New Roman" w:hAnsi="Times New Roman" w:cs="Times New Roman"/>
          <w:color w:val="auto"/>
          <w:sz w:val="22"/>
          <w:szCs w:val="22"/>
        </w:rPr>
      </w:pPr>
      <w:bookmarkStart w:id="39" w:name="_Toc237525234"/>
      <w:r w:rsidRPr="00DB6570">
        <w:rPr>
          <w:rFonts w:ascii="Times New Roman" w:hAnsi="Times New Roman" w:cs="Times New Roman"/>
          <w:color w:val="auto"/>
          <w:sz w:val="22"/>
          <w:szCs w:val="22"/>
        </w:rPr>
        <w:t>4.10</w:t>
      </w:r>
      <w:r w:rsidR="00BE6111" w:rsidRPr="00DB6570">
        <w:rPr>
          <w:rFonts w:ascii="Times New Roman" w:hAnsi="Times New Roman" w:cs="Times New Roman"/>
          <w:color w:val="auto"/>
          <w:sz w:val="22"/>
          <w:szCs w:val="22"/>
        </w:rPr>
        <w:t xml:space="preserve"> Management, Governance, Staffing and Center Operations</w:t>
      </w:r>
      <w:bookmarkEnd w:id="39"/>
    </w:p>
    <w:p w14:paraId="7F415956" w14:textId="54CCF2B5" w:rsidR="0061162A" w:rsidRDefault="00BE6111">
      <w:pPr>
        <w:pStyle w:val="GuidanceText"/>
        <w:keepNext/>
        <w:rPr>
          <w:rFonts w:ascii="Times New Roman" w:hAnsi="Times New Roman" w:cs="Times New Roman"/>
          <w:color w:val="auto"/>
          <w:sz w:val="22"/>
        </w:rPr>
      </w:pPr>
      <w:r w:rsidRPr="00DB6570">
        <w:rPr>
          <w:rFonts w:ascii="Times New Roman" w:hAnsi="Times New Roman" w:cs="Times New Roman"/>
          <w:color w:val="auto"/>
          <w:sz w:val="22"/>
        </w:rPr>
        <w:t>Describe the center’s legal/organizational status</w:t>
      </w:r>
      <w:r w:rsidR="00F813D4" w:rsidRPr="00DB6570">
        <w:rPr>
          <w:rFonts w:ascii="Times New Roman" w:hAnsi="Times New Roman" w:cs="Times New Roman"/>
          <w:color w:val="auto"/>
          <w:sz w:val="22"/>
        </w:rPr>
        <w:t xml:space="preserve"> (</w:t>
      </w:r>
      <w:r w:rsidR="002E3F17" w:rsidRPr="00DB6570">
        <w:rPr>
          <w:rFonts w:ascii="Times New Roman" w:hAnsi="Times New Roman" w:cs="Times New Roman"/>
          <w:color w:val="auto"/>
          <w:sz w:val="22"/>
        </w:rPr>
        <w:t>Department</w:t>
      </w:r>
      <w:r w:rsidR="00CA3DF0" w:rsidRPr="00DB6570">
        <w:rPr>
          <w:rFonts w:ascii="Times New Roman" w:hAnsi="Times New Roman" w:cs="Times New Roman"/>
          <w:color w:val="auto"/>
          <w:sz w:val="22"/>
        </w:rPr>
        <w:t>/Semi-Autonomous/Autonomous center/unit)</w:t>
      </w:r>
      <w:r w:rsidRPr="00DB6570">
        <w:rPr>
          <w:rFonts w:ascii="Times New Roman" w:hAnsi="Times New Roman" w:cs="Times New Roman"/>
          <w:color w:val="auto"/>
          <w:sz w:val="22"/>
        </w:rPr>
        <w:t>, leadership</w:t>
      </w:r>
      <w:r w:rsidR="00375F28" w:rsidRPr="00DB6570">
        <w:rPr>
          <w:rFonts w:ascii="Times New Roman" w:hAnsi="Times New Roman" w:cs="Times New Roman"/>
          <w:color w:val="auto"/>
          <w:sz w:val="22"/>
        </w:rPr>
        <w:t xml:space="preserve"> structure</w:t>
      </w:r>
      <w:r w:rsidRPr="00DB6570">
        <w:rPr>
          <w:rFonts w:ascii="Times New Roman" w:hAnsi="Times New Roman" w:cs="Times New Roman"/>
          <w:color w:val="auto"/>
          <w:sz w:val="22"/>
        </w:rPr>
        <w:t xml:space="preserve">, academic management, research and innovation management,. </w:t>
      </w:r>
      <w:r w:rsidR="00F67F09" w:rsidRPr="00DB6570">
        <w:rPr>
          <w:rFonts w:ascii="Times New Roman" w:hAnsi="Times New Roman" w:cs="Times New Roman"/>
          <w:color w:val="auto"/>
          <w:sz w:val="22"/>
        </w:rPr>
        <w:t>Please include names and role of faculty attached to the center along with their departmental affiliation.</w:t>
      </w:r>
      <w:r w:rsidR="00F25536" w:rsidRPr="00DB6570">
        <w:rPr>
          <w:rFonts w:ascii="Times New Roman" w:hAnsi="Times New Roman" w:cs="Times New Roman"/>
          <w:color w:val="auto"/>
          <w:sz w:val="22"/>
        </w:rPr>
        <w:t xml:space="preserve"> This section must </w:t>
      </w:r>
      <w:r w:rsidR="007400C7" w:rsidRPr="00DB6570">
        <w:rPr>
          <w:rFonts w:ascii="Times New Roman" w:hAnsi="Times New Roman" w:cs="Times New Roman"/>
          <w:color w:val="auto"/>
          <w:sz w:val="22"/>
        </w:rPr>
        <w:t xml:space="preserve">also </w:t>
      </w:r>
      <w:r w:rsidR="00F25536" w:rsidRPr="00DB6570">
        <w:rPr>
          <w:rFonts w:ascii="Times New Roman" w:hAnsi="Times New Roman" w:cs="Times New Roman"/>
          <w:color w:val="auto"/>
          <w:sz w:val="22"/>
        </w:rPr>
        <w:t xml:space="preserve">describe </w:t>
      </w:r>
      <w:r w:rsidR="007400C7" w:rsidRPr="00DB6570">
        <w:rPr>
          <w:rFonts w:ascii="Times New Roman" w:hAnsi="Times New Roman" w:cs="Times New Roman"/>
          <w:color w:val="auto"/>
          <w:sz w:val="22"/>
        </w:rPr>
        <w:t>the role of</w:t>
      </w:r>
      <w:r w:rsidR="00F25536" w:rsidRPr="00DB6570">
        <w:rPr>
          <w:rFonts w:ascii="Times New Roman" w:hAnsi="Times New Roman" w:cs="Times New Roman"/>
          <w:color w:val="auto"/>
          <w:sz w:val="22"/>
        </w:rPr>
        <w:t xml:space="preserve"> the institutional leadership (Vice Chancellor, Rector, Director)</w:t>
      </w:r>
      <w:r w:rsidR="007400C7" w:rsidRPr="00DB6570">
        <w:rPr>
          <w:rFonts w:ascii="Times New Roman" w:hAnsi="Times New Roman" w:cs="Times New Roman"/>
          <w:color w:val="auto"/>
          <w:sz w:val="22"/>
        </w:rPr>
        <w:t xml:space="preserve"> in the proposed center/RFTI.</w:t>
      </w:r>
    </w:p>
    <w:p w14:paraId="15D4FB41" w14:textId="62590D40" w:rsidR="00DE2F9D" w:rsidRPr="00DB6570" w:rsidRDefault="00DE2F9D">
      <w:pPr>
        <w:pStyle w:val="GuidanceText"/>
        <w:keepNext/>
        <w:rPr>
          <w:rFonts w:ascii="Times New Roman" w:hAnsi="Times New Roman" w:cs="Times New Roman"/>
          <w:color w:val="auto"/>
          <w:sz w:val="22"/>
        </w:rPr>
      </w:pPr>
      <w:r w:rsidRPr="00DE2F9D">
        <w:rPr>
          <w:rFonts w:ascii="Times New Roman" w:hAnsi="Times New Roman" w:cs="Times New Roman"/>
          <w:color w:val="auto"/>
          <w:sz w:val="22"/>
        </w:rPr>
        <w:t>Please do not repeat information in the narrative that is provided in the table.</w:t>
      </w:r>
    </w:p>
    <w:tbl>
      <w:tblPr>
        <w:tblStyle w:val="TableGrid"/>
        <w:tblW w:w="9000" w:type="dxa"/>
        <w:jc w:val="center"/>
        <w:tblLook w:val="04A0" w:firstRow="1" w:lastRow="0" w:firstColumn="1" w:lastColumn="0" w:noHBand="0" w:noVBand="1"/>
      </w:tblPr>
      <w:tblGrid>
        <w:gridCol w:w="9000"/>
      </w:tblGrid>
      <w:tr w:rsidR="0061162A" w:rsidRPr="00DB6570" w14:paraId="3445EFCD" w14:textId="77777777">
        <w:trPr>
          <w:jc w:val="center"/>
        </w:trPr>
        <w:tc>
          <w:tcPr>
            <w:tcW w:w="9866" w:type="dxa"/>
            <w:shd w:val="clear" w:color="auto" w:fill="FAFAFA"/>
            <w:tcMar>
              <w:top w:w="110" w:type="dxa"/>
              <w:left w:w="120" w:type="dxa"/>
              <w:bottom w:w="110" w:type="dxa"/>
              <w:right w:w="120" w:type="dxa"/>
            </w:tcMar>
          </w:tcPr>
          <w:p w14:paraId="5B216066" w14:textId="36A5B119" w:rsidR="0061162A" w:rsidRPr="00DB6570" w:rsidRDefault="00DE2F9D">
            <w:pPr>
              <w:rPr>
                <w:rFonts w:ascii="Times New Roman" w:hAnsi="Times New Roman" w:cs="Times New Roman"/>
                <w:sz w:val="22"/>
              </w:rPr>
            </w:pPr>
            <w:r w:rsidRPr="00DE2F9D">
              <w:rPr>
                <w:rFonts w:ascii="Times New Roman" w:hAnsi="Times New Roman" w:cs="Times New Roman"/>
                <w:i/>
                <w:sz w:val="22"/>
              </w:rPr>
              <w:t>[Applicant response must not exceed 500 words]</w:t>
            </w:r>
          </w:p>
          <w:p w14:paraId="2A7C0F1C" w14:textId="77777777" w:rsidR="0061162A" w:rsidRPr="00DB6570" w:rsidRDefault="0061162A">
            <w:pPr>
              <w:rPr>
                <w:rFonts w:ascii="Times New Roman" w:hAnsi="Times New Roman" w:cs="Times New Roman"/>
                <w:sz w:val="22"/>
              </w:rPr>
            </w:pPr>
          </w:p>
          <w:p w14:paraId="745C67C8" w14:textId="77777777" w:rsidR="0061162A" w:rsidRPr="00DB6570" w:rsidRDefault="0061162A">
            <w:pPr>
              <w:rPr>
                <w:rFonts w:ascii="Times New Roman" w:hAnsi="Times New Roman" w:cs="Times New Roman"/>
                <w:sz w:val="22"/>
              </w:rPr>
            </w:pPr>
          </w:p>
          <w:p w14:paraId="18064FDB" w14:textId="77777777" w:rsidR="0061162A" w:rsidRPr="00DB6570" w:rsidRDefault="0061162A">
            <w:pPr>
              <w:rPr>
                <w:rFonts w:ascii="Times New Roman" w:hAnsi="Times New Roman" w:cs="Times New Roman"/>
                <w:sz w:val="22"/>
              </w:rPr>
            </w:pPr>
          </w:p>
          <w:p w14:paraId="45324320" w14:textId="77777777" w:rsidR="0061162A" w:rsidRPr="00DB6570" w:rsidRDefault="0061162A">
            <w:pPr>
              <w:rPr>
                <w:rFonts w:ascii="Times New Roman" w:hAnsi="Times New Roman" w:cs="Times New Roman"/>
                <w:sz w:val="22"/>
              </w:rPr>
            </w:pPr>
          </w:p>
        </w:tc>
      </w:tr>
    </w:tbl>
    <w:p w14:paraId="7A0D68C1" w14:textId="77777777" w:rsidR="0061162A" w:rsidRPr="00DB6570" w:rsidRDefault="0061162A">
      <w:pPr>
        <w:spacing w:after="0"/>
        <w:rPr>
          <w:rFonts w:ascii="Times New Roman" w:hAnsi="Times New Roman" w:cs="Times New Roman"/>
          <w:sz w:val="22"/>
        </w:rPr>
      </w:pPr>
    </w:p>
    <w:p w14:paraId="6F78B9C8" w14:textId="690FA47B" w:rsidR="0061162A" w:rsidRPr="00DB6570" w:rsidRDefault="00745EC7">
      <w:pPr>
        <w:pStyle w:val="Heading3"/>
        <w:rPr>
          <w:rFonts w:ascii="Times New Roman" w:hAnsi="Times New Roman" w:cs="Times New Roman"/>
          <w:color w:val="auto"/>
          <w:sz w:val="22"/>
        </w:rPr>
      </w:pPr>
      <w:bookmarkStart w:id="40" w:name="_Toc237525235"/>
      <w:r w:rsidRPr="00DB6570">
        <w:rPr>
          <w:rFonts w:ascii="Times New Roman" w:hAnsi="Times New Roman" w:cs="Times New Roman"/>
          <w:color w:val="auto"/>
          <w:sz w:val="22"/>
        </w:rPr>
        <w:t xml:space="preserve">4.10.1 </w:t>
      </w:r>
      <w:r w:rsidR="00BE6111" w:rsidRPr="00DB6570">
        <w:rPr>
          <w:rFonts w:ascii="Times New Roman" w:hAnsi="Times New Roman" w:cs="Times New Roman"/>
          <w:color w:val="auto"/>
          <w:sz w:val="22"/>
        </w:rPr>
        <w:t>ACE Staffing Plan</w:t>
      </w:r>
      <w:bookmarkEnd w:id="40"/>
    </w:p>
    <w:p w14:paraId="545FD549" w14:textId="77777777" w:rsidR="007F7890" w:rsidRPr="00DB6570" w:rsidRDefault="007F7890" w:rsidP="007F7890">
      <w:pPr>
        <w:keepNext/>
        <w:spacing w:after="80" w:line="240" w:lineRule="auto"/>
        <w:rPr>
          <w:rFonts w:ascii="Times New Roman" w:hAnsi="Times New Roman" w:cs="Times New Roman"/>
          <w:sz w:val="22"/>
        </w:rPr>
      </w:pPr>
      <w:r w:rsidRPr="00DB6570">
        <w:rPr>
          <w:rFonts w:ascii="Times New Roman" w:hAnsi="Times New Roman" w:cs="Times New Roman"/>
          <w:sz w:val="22"/>
        </w:rPr>
        <w:t>List the ten (10) primary faculty at the host institution who will participate in the proposed Center activities. Briefly describe their expected contributions.</w:t>
      </w:r>
    </w:p>
    <w:tbl>
      <w:tblPr>
        <w:tblW w:w="5000" w:type="pct"/>
        <w:jc w:val="center"/>
        <w:tblLook w:val="04A0" w:firstRow="1" w:lastRow="0" w:firstColumn="1" w:lastColumn="0" w:noHBand="0" w:noVBand="1"/>
      </w:tblPr>
      <w:tblGrid>
        <w:gridCol w:w="763"/>
        <w:gridCol w:w="576"/>
        <w:gridCol w:w="1178"/>
        <w:gridCol w:w="1147"/>
        <w:gridCol w:w="416"/>
        <w:gridCol w:w="1085"/>
        <w:gridCol w:w="1158"/>
        <w:gridCol w:w="857"/>
        <w:gridCol w:w="1075"/>
        <w:gridCol w:w="1013"/>
        <w:gridCol w:w="588"/>
      </w:tblGrid>
      <w:tr w:rsidR="007F7890" w:rsidRPr="00DB6570" w14:paraId="2567E068" w14:textId="77777777" w:rsidTr="0021427D">
        <w:trPr>
          <w:cantSplit/>
          <w:trHeight w:val="677"/>
          <w:tblHeader/>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B863492" w14:textId="77777777" w:rsidR="007F7890" w:rsidRPr="00DB6570" w:rsidRDefault="007F7890" w:rsidP="007F7890">
            <w:pPr>
              <w:spacing w:after="0" w:line="240" w:lineRule="auto"/>
              <w:jc w:val="center"/>
              <w:rPr>
                <w:rFonts w:ascii="Times New Roman" w:hAnsi="Times New Roman" w:cs="Times New Roman"/>
                <w:sz w:val="22"/>
              </w:rPr>
            </w:pPr>
            <w:r w:rsidRPr="00DB6570">
              <w:rPr>
                <w:rFonts w:ascii="Times New Roman" w:hAnsi="Times New Roman" w:cs="Times New Roman"/>
                <w:b/>
                <w:sz w:val="22"/>
              </w:rPr>
              <w:t>#</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69BCA2F" w14:textId="77777777" w:rsidR="007F7890" w:rsidRPr="00DB6570" w:rsidRDefault="007F7890" w:rsidP="007F7890">
            <w:pPr>
              <w:spacing w:after="0" w:line="240" w:lineRule="auto"/>
              <w:jc w:val="center"/>
              <w:rPr>
                <w:rFonts w:ascii="Times New Roman" w:hAnsi="Times New Roman" w:cs="Times New Roman"/>
                <w:sz w:val="22"/>
              </w:rPr>
            </w:pPr>
            <w:r w:rsidRPr="00DB6570">
              <w:rPr>
                <w:rFonts w:ascii="Times New Roman" w:hAnsi="Times New Roman" w:cs="Times New Roman"/>
                <w:b/>
                <w:sz w:val="22"/>
              </w:rPr>
              <w:t>Name</w:t>
            </w: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1A864BD" w14:textId="77777777" w:rsidR="007F7890" w:rsidRPr="00DB6570" w:rsidRDefault="007F7890" w:rsidP="007F7890">
            <w:pPr>
              <w:spacing w:after="0" w:line="240" w:lineRule="auto"/>
              <w:jc w:val="center"/>
              <w:rPr>
                <w:rFonts w:ascii="Times New Roman" w:hAnsi="Times New Roman" w:cs="Times New Roman"/>
                <w:sz w:val="22"/>
              </w:rPr>
            </w:pPr>
            <w:r w:rsidRPr="00DB6570">
              <w:rPr>
                <w:rFonts w:ascii="Times New Roman" w:hAnsi="Times New Roman" w:cs="Times New Roman"/>
                <w:b/>
                <w:sz w:val="22"/>
              </w:rPr>
              <w:t>Position/Title</w:t>
            </w: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42D5D36" w14:textId="77777777" w:rsidR="007F7890" w:rsidRPr="00DB6570" w:rsidRDefault="007F7890" w:rsidP="007F7890">
            <w:pPr>
              <w:spacing w:after="0" w:line="240" w:lineRule="auto"/>
              <w:jc w:val="center"/>
              <w:rPr>
                <w:rFonts w:ascii="Times New Roman" w:hAnsi="Times New Roman" w:cs="Times New Roman"/>
                <w:sz w:val="22"/>
              </w:rPr>
            </w:pPr>
            <w:r w:rsidRPr="00DB6570">
              <w:rPr>
                <w:rFonts w:ascii="Times New Roman" w:hAnsi="Times New Roman" w:cs="Times New Roman"/>
                <w:b/>
                <w:sz w:val="22"/>
              </w:rPr>
              <w:t>Male/Female</w:t>
            </w: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B5D9D16" w14:textId="77777777" w:rsidR="007F7890" w:rsidRPr="00DB6570" w:rsidRDefault="007F7890" w:rsidP="007F7890">
            <w:pPr>
              <w:spacing w:after="0" w:line="240" w:lineRule="auto"/>
              <w:jc w:val="center"/>
              <w:rPr>
                <w:rFonts w:ascii="Times New Roman" w:hAnsi="Times New Roman" w:cs="Times New Roman"/>
                <w:sz w:val="22"/>
              </w:rPr>
            </w:pPr>
            <w:r w:rsidRPr="00DB6570">
              <w:rPr>
                <w:rFonts w:ascii="Times New Roman" w:hAnsi="Times New Roman" w:cs="Times New Roman"/>
                <w:b/>
                <w:sz w:val="22"/>
              </w:rPr>
              <w:t>Tel. #</w:t>
            </w: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1602A5F" w14:textId="77777777" w:rsidR="007F7890" w:rsidRPr="00DB6570" w:rsidRDefault="007F7890" w:rsidP="007F7890">
            <w:pPr>
              <w:spacing w:after="0" w:line="240" w:lineRule="auto"/>
              <w:jc w:val="center"/>
              <w:rPr>
                <w:rFonts w:ascii="Times New Roman" w:hAnsi="Times New Roman" w:cs="Times New Roman"/>
                <w:sz w:val="22"/>
              </w:rPr>
            </w:pPr>
            <w:r w:rsidRPr="00DB6570">
              <w:rPr>
                <w:rFonts w:ascii="Times New Roman" w:hAnsi="Times New Roman" w:cs="Times New Roman"/>
                <w:b/>
                <w:sz w:val="22"/>
              </w:rPr>
              <w:t>Disciplinary expertise</w:t>
            </w: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1466AB5" w14:textId="77777777" w:rsidR="007F7890" w:rsidRPr="00DB6570" w:rsidRDefault="007F7890" w:rsidP="007F7890">
            <w:pPr>
              <w:spacing w:after="0" w:line="240" w:lineRule="auto"/>
              <w:jc w:val="center"/>
              <w:rPr>
                <w:rFonts w:ascii="Times New Roman" w:hAnsi="Times New Roman" w:cs="Times New Roman"/>
                <w:sz w:val="22"/>
              </w:rPr>
            </w:pPr>
            <w:r w:rsidRPr="00DB6570">
              <w:rPr>
                <w:rFonts w:ascii="Times New Roman" w:hAnsi="Times New Roman" w:cs="Times New Roman"/>
                <w:b/>
                <w:sz w:val="22"/>
              </w:rPr>
              <w:t>Anticipated Contribution</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57886AF" w14:textId="77777777" w:rsidR="007F7890" w:rsidRPr="00DB6570" w:rsidRDefault="007F7890" w:rsidP="007F7890">
            <w:pPr>
              <w:spacing w:after="0" w:line="240" w:lineRule="auto"/>
              <w:jc w:val="center"/>
              <w:rPr>
                <w:rFonts w:ascii="Times New Roman" w:hAnsi="Times New Roman" w:cs="Times New Roman"/>
                <w:sz w:val="22"/>
              </w:rPr>
            </w:pPr>
            <w:r w:rsidRPr="00DB6570">
              <w:rPr>
                <w:rFonts w:ascii="Times New Roman" w:hAnsi="Times New Roman" w:cs="Times New Roman"/>
                <w:b/>
                <w:sz w:val="22"/>
              </w:rPr>
              <w:t>Highest Degree Obtained</w:t>
            </w: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BD3B4C0" w14:textId="77777777" w:rsidR="007F7890" w:rsidRPr="00DB6570" w:rsidRDefault="007F7890" w:rsidP="007F7890">
            <w:pPr>
              <w:spacing w:after="0" w:line="240" w:lineRule="auto"/>
              <w:jc w:val="center"/>
              <w:rPr>
                <w:rFonts w:ascii="Times New Roman" w:hAnsi="Times New Roman" w:cs="Times New Roman"/>
                <w:sz w:val="22"/>
              </w:rPr>
            </w:pPr>
            <w:r w:rsidRPr="00DB6570">
              <w:rPr>
                <w:rFonts w:ascii="Times New Roman" w:hAnsi="Times New Roman" w:cs="Times New Roman"/>
                <w:b/>
                <w:sz w:val="22"/>
              </w:rPr>
              <w:t>Department</w:t>
            </w: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3CA0709" w14:textId="77777777" w:rsidR="007F7890" w:rsidRPr="00DB6570" w:rsidRDefault="007F7890" w:rsidP="007F7890">
            <w:pPr>
              <w:spacing w:after="0" w:line="240" w:lineRule="auto"/>
              <w:jc w:val="center"/>
              <w:rPr>
                <w:rFonts w:ascii="Times New Roman" w:hAnsi="Times New Roman" w:cs="Times New Roman"/>
                <w:sz w:val="22"/>
              </w:rPr>
            </w:pPr>
            <w:r w:rsidRPr="00DB6570">
              <w:rPr>
                <w:rFonts w:ascii="Times New Roman" w:hAnsi="Times New Roman" w:cs="Times New Roman"/>
                <w:b/>
                <w:sz w:val="22"/>
              </w:rPr>
              <w:t>Citizenship</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87CC394" w14:textId="77777777" w:rsidR="007F7890" w:rsidRPr="00DB6570" w:rsidRDefault="007F7890" w:rsidP="007F7890">
            <w:pPr>
              <w:spacing w:after="0" w:line="240" w:lineRule="auto"/>
              <w:jc w:val="center"/>
              <w:rPr>
                <w:rFonts w:ascii="Times New Roman" w:hAnsi="Times New Roman" w:cs="Times New Roman"/>
                <w:sz w:val="22"/>
              </w:rPr>
            </w:pPr>
            <w:r w:rsidRPr="00DB6570">
              <w:rPr>
                <w:rFonts w:ascii="Times New Roman" w:hAnsi="Times New Roman" w:cs="Times New Roman"/>
                <w:b/>
                <w:sz w:val="22"/>
              </w:rPr>
              <w:t>Email</w:t>
            </w:r>
          </w:p>
        </w:tc>
      </w:tr>
      <w:tr w:rsidR="007F7890" w:rsidRPr="00DB6570" w14:paraId="2ED4B9C4" w14:textId="77777777" w:rsidTr="005E44DD">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D18AEE1" w14:textId="77777777" w:rsidR="007F7890" w:rsidRPr="00DB6570" w:rsidRDefault="007F7890" w:rsidP="007F7890">
            <w:pPr>
              <w:spacing w:after="0" w:line="240" w:lineRule="auto"/>
              <w:jc w:val="center"/>
              <w:rPr>
                <w:rFonts w:ascii="Times New Roman" w:hAnsi="Times New Roman" w:cs="Times New Roman"/>
                <w:sz w:val="22"/>
              </w:rPr>
            </w:pPr>
            <w:r w:rsidRPr="00DB6570">
              <w:rPr>
                <w:rFonts w:ascii="Times New Roman" w:hAnsi="Times New Roman" w:cs="Times New Roman"/>
                <w:sz w:val="22"/>
              </w:rPr>
              <w:t>1</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F9B0F3" w14:textId="77777777" w:rsidR="007F7890" w:rsidRPr="00DB6570" w:rsidRDefault="007F7890" w:rsidP="007F7890">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406317E" w14:textId="77777777" w:rsidR="007F7890" w:rsidRPr="00DB6570" w:rsidRDefault="007F7890" w:rsidP="007F7890">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CA59919" w14:textId="77777777" w:rsidR="007F7890" w:rsidRPr="00DB6570" w:rsidRDefault="007F7890" w:rsidP="007F7890">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7EF2442" w14:textId="77777777" w:rsidR="007F7890" w:rsidRPr="00DB6570" w:rsidRDefault="007F7890" w:rsidP="007F7890">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C4EB916" w14:textId="77777777" w:rsidR="007F7890" w:rsidRPr="00DB6570" w:rsidRDefault="007F7890" w:rsidP="007F7890">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31F7B47" w14:textId="77777777" w:rsidR="007F7890" w:rsidRPr="00DB6570" w:rsidRDefault="007F7890" w:rsidP="007F7890">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9C9170E" w14:textId="77777777" w:rsidR="007F7890" w:rsidRPr="00DB6570" w:rsidRDefault="007F7890" w:rsidP="007F7890">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28639C6" w14:textId="77777777" w:rsidR="007F7890" w:rsidRPr="00DB6570" w:rsidRDefault="007F7890" w:rsidP="007F7890">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263118E" w14:textId="77777777" w:rsidR="007F7890" w:rsidRPr="00DB6570" w:rsidRDefault="007F7890" w:rsidP="007F7890">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DA5705E" w14:textId="77777777" w:rsidR="007F7890" w:rsidRPr="00DB6570" w:rsidRDefault="007F7890" w:rsidP="007F7890">
            <w:pPr>
              <w:spacing w:after="0" w:line="240" w:lineRule="auto"/>
              <w:jc w:val="center"/>
              <w:rPr>
                <w:rFonts w:ascii="Times New Roman" w:hAnsi="Times New Roman" w:cs="Times New Roman"/>
                <w:sz w:val="22"/>
              </w:rPr>
            </w:pPr>
          </w:p>
        </w:tc>
      </w:tr>
      <w:tr w:rsidR="007F7890" w:rsidRPr="00DB6570" w14:paraId="0309209A" w14:textId="77777777" w:rsidTr="005E44DD">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1E75218" w14:textId="77777777" w:rsidR="007F7890" w:rsidRPr="00DB6570" w:rsidRDefault="007F7890" w:rsidP="007F7890">
            <w:pPr>
              <w:spacing w:after="0" w:line="240" w:lineRule="auto"/>
              <w:jc w:val="center"/>
              <w:rPr>
                <w:rFonts w:ascii="Times New Roman" w:hAnsi="Times New Roman" w:cs="Times New Roman"/>
                <w:sz w:val="22"/>
              </w:rPr>
            </w:pPr>
            <w:r w:rsidRPr="00DB6570">
              <w:rPr>
                <w:rFonts w:ascii="Times New Roman" w:hAnsi="Times New Roman" w:cs="Times New Roman"/>
                <w:sz w:val="22"/>
              </w:rPr>
              <w:t>2</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2453DE9" w14:textId="77777777" w:rsidR="007F7890" w:rsidRPr="00DB6570" w:rsidRDefault="007F7890" w:rsidP="007F7890">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564C94C" w14:textId="77777777" w:rsidR="007F7890" w:rsidRPr="00DB6570" w:rsidRDefault="007F7890" w:rsidP="007F7890">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68B1E30" w14:textId="77777777" w:rsidR="007F7890" w:rsidRPr="00DB6570" w:rsidRDefault="007F7890" w:rsidP="007F7890">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211C60C" w14:textId="77777777" w:rsidR="007F7890" w:rsidRPr="00DB6570" w:rsidRDefault="007F7890" w:rsidP="007F7890">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EE76D17" w14:textId="77777777" w:rsidR="007F7890" w:rsidRPr="00DB6570" w:rsidRDefault="007F7890" w:rsidP="007F7890">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F50BDB5" w14:textId="77777777" w:rsidR="007F7890" w:rsidRPr="00DB6570" w:rsidRDefault="007F7890" w:rsidP="007F7890">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78AA4FE" w14:textId="77777777" w:rsidR="007F7890" w:rsidRPr="00DB6570" w:rsidRDefault="007F7890" w:rsidP="007F7890">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CE86EC1" w14:textId="77777777" w:rsidR="007F7890" w:rsidRPr="00DB6570" w:rsidRDefault="007F7890" w:rsidP="007F7890">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BEDAAB7" w14:textId="77777777" w:rsidR="007F7890" w:rsidRPr="00DB6570" w:rsidRDefault="007F7890" w:rsidP="007F7890">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7BB2F0F" w14:textId="77777777" w:rsidR="007F7890" w:rsidRPr="00DB6570" w:rsidRDefault="007F7890" w:rsidP="007F7890">
            <w:pPr>
              <w:spacing w:after="0" w:line="240" w:lineRule="auto"/>
              <w:jc w:val="center"/>
              <w:rPr>
                <w:rFonts w:ascii="Times New Roman" w:hAnsi="Times New Roman" w:cs="Times New Roman"/>
                <w:sz w:val="22"/>
              </w:rPr>
            </w:pPr>
          </w:p>
        </w:tc>
      </w:tr>
      <w:tr w:rsidR="007F7890" w:rsidRPr="00DB6570" w14:paraId="31E06034" w14:textId="77777777" w:rsidTr="005E44DD">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03478BC" w14:textId="77777777" w:rsidR="007F7890" w:rsidRPr="00DB6570" w:rsidRDefault="007F7890" w:rsidP="007F7890">
            <w:pPr>
              <w:spacing w:after="0" w:line="240" w:lineRule="auto"/>
              <w:jc w:val="center"/>
              <w:rPr>
                <w:rFonts w:ascii="Times New Roman" w:hAnsi="Times New Roman" w:cs="Times New Roman"/>
                <w:sz w:val="22"/>
              </w:rPr>
            </w:pPr>
            <w:r w:rsidRPr="00DB6570">
              <w:rPr>
                <w:rFonts w:ascii="Times New Roman" w:hAnsi="Times New Roman" w:cs="Times New Roman"/>
                <w:sz w:val="22"/>
              </w:rPr>
              <w:t>3</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8086E09" w14:textId="77777777" w:rsidR="007F7890" w:rsidRPr="00DB6570" w:rsidRDefault="007F7890" w:rsidP="007F7890">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672206C" w14:textId="77777777" w:rsidR="007F7890" w:rsidRPr="00DB6570" w:rsidRDefault="007F7890" w:rsidP="007F7890">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35277D8" w14:textId="77777777" w:rsidR="007F7890" w:rsidRPr="00DB6570" w:rsidRDefault="007F7890" w:rsidP="007F7890">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DCC848A" w14:textId="77777777" w:rsidR="007F7890" w:rsidRPr="00DB6570" w:rsidRDefault="007F7890" w:rsidP="007F7890">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A0591A0" w14:textId="77777777" w:rsidR="007F7890" w:rsidRPr="00DB6570" w:rsidRDefault="007F7890" w:rsidP="007F7890">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2B08BC1" w14:textId="77777777" w:rsidR="007F7890" w:rsidRPr="00DB6570" w:rsidRDefault="007F7890" w:rsidP="007F7890">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9EE42C7" w14:textId="77777777" w:rsidR="007F7890" w:rsidRPr="00DB6570" w:rsidRDefault="007F7890" w:rsidP="007F7890">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484BA0F" w14:textId="77777777" w:rsidR="007F7890" w:rsidRPr="00DB6570" w:rsidRDefault="007F7890" w:rsidP="007F7890">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2E2D5A0" w14:textId="77777777" w:rsidR="007F7890" w:rsidRPr="00DB6570" w:rsidRDefault="007F7890" w:rsidP="007F7890">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32A1E7C" w14:textId="77777777" w:rsidR="007F7890" w:rsidRPr="00DB6570" w:rsidRDefault="007F7890" w:rsidP="007F7890">
            <w:pPr>
              <w:spacing w:after="0" w:line="240" w:lineRule="auto"/>
              <w:jc w:val="center"/>
              <w:rPr>
                <w:rFonts w:ascii="Times New Roman" w:hAnsi="Times New Roman" w:cs="Times New Roman"/>
                <w:sz w:val="22"/>
              </w:rPr>
            </w:pPr>
          </w:p>
        </w:tc>
      </w:tr>
      <w:tr w:rsidR="007F7890" w:rsidRPr="00DB6570" w14:paraId="3D6EB731" w14:textId="77777777" w:rsidTr="005E44DD">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7D766C3" w14:textId="77777777" w:rsidR="007F7890" w:rsidRPr="00DB6570" w:rsidRDefault="007F7890" w:rsidP="007F7890">
            <w:pPr>
              <w:spacing w:after="0" w:line="240" w:lineRule="auto"/>
              <w:jc w:val="center"/>
              <w:rPr>
                <w:rFonts w:ascii="Times New Roman" w:hAnsi="Times New Roman" w:cs="Times New Roman"/>
                <w:sz w:val="22"/>
              </w:rPr>
            </w:pPr>
            <w:r w:rsidRPr="00DB6570">
              <w:rPr>
                <w:rFonts w:ascii="Times New Roman" w:hAnsi="Times New Roman" w:cs="Times New Roman"/>
                <w:sz w:val="22"/>
              </w:rPr>
              <w:t>4</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D8DFF55" w14:textId="77777777" w:rsidR="007F7890" w:rsidRPr="00DB6570" w:rsidRDefault="007F7890" w:rsidP="007F7890">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B895E6E" w14:textId="77777777" w:rsidR="007F7890" w:rsidRPr="00DB6570" w:rsidRDefault="007F7890" w:rsidP="007F7890">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FF89A38" w14:textId="77777777" w:rsidR="007F7890" w:rsidRPr="00DB6570" w:rsidRDefault="007F7890" w:rsidP="007F7890">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F4144B6" w14:textId="77777777" w:rsidR="007F7890" w:rsidRPr="00DB6570" w:rsidRDefault="007F7890" w:rsidP="007F7890">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5F5E94F" w14:textId="77777777" w:rsidR="007F7890" w:rsidRPr="00DB6570" w:rsidRDefault="007F7890" w:rsidP="007F7890">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046AD2" w14:textId="77777777" w:rsidR="007F7890" w:rsidRPr="00DB6570" w:rsidRDefault="007F7890" w:rsidP="007F7890">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282BC14" w14:textId="77777777" w:rsidR="007F7890" w:rsidRPr="00DB6570" w:rsidRDefault="007F7890" w:rsidP="007F7890">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C76112D" w14:textId="77777777" w:rsidR="007F7890" w:rsidRPr="00DB6570" w:rsidRDefault="007F7890" w:rsidP="007F7890">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87DB0E2" w14:textId="77777777" w:rsidR="007F7890" w:rsidRPr="00DB6570" w:rsidRDefault="007F7890" w:rsidP="007F7890">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8F79729" w14:textId="77777777" w:rsidR="007F7890" w:rsidRPr="00DB6570" w:rsidRDefault="007F7890" w:rsidP="007F7890">
            <w:pPr>
              <w:spacing w:after="0" w:line="240" w:lineRule="auto"/>
              <w:jc w:val="center"/>
              <w:rPr>
                <w:rFonts w:ascii="Times New Roman" w:hAnsi="Times New Roman" w:cs="Times New Roman"/>
                <w:sz w:val="22"/>
              </w:rPr>
            </w:pPr>
          </w:p>
        </w:tc>
      </w:tr>
      <w:tr w:rsidR="007F7890" w:rsidRPr="00DB6570" w14:paraId="670A6534" w14:textId="77777777" w:rsidTr="005E44DD">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76AE96" w14:textId="77777777" w:rsidR="007F7890" w:rsidRPr="00DB6570" w:rsidRDefault="007F7890" w:rsidP="007F7890">
            <w:pPr>
              <w:spacing w:after="0" w:line="240" w:lineRule="auto"/>
              <w:jc w:val="center"/>
              <w:rPr>
                <w:rFonts w:ascii="Times New Roman" w:hAnsi="Times New Roman" w:cs="Times New Roman"/>
                <w:sz w:val="22"/>
              </w:rPr>
            </w:pPr>
            <w:r w:rsidRPr="00DB6570">
              <w:rPr>
                <w:rFonts w:ascii="Times New Roman" w:hAnsi="Times New Roman" w:cs="Times New Roman"/>
                <w:sz w:val="22"/>
              </w:rPr>
              <w:t>5</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3149DE2" w14:textId="77777777" w:rsidR="007F7890" w:rsidRPr="00DB6570" w:rsidRDefault="007F7890" w:rsidP="007F7890">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8F9EECB" w14:textId="77777777" w:rsidR="007F7890" w:rsidRPr="00DB6570" w:rsidRDefault="007F7890" w:rsidP="007F7890">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74AE027" w14:textId="77777777" w:rsidR="007F7890" w:rsidRPr="00DB6570" w:rsidRDefault="007F7890" w:rsidP="007F7890">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E85FC20" w14:textId="77777777" w:rsidR="007F7890" w:rsidRPr="00DB6570" w:rsidRDefault="007F7890" w:rsidP="007F7890">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5264E29" w14:textId="77777777" w:rsidR="007F7890" w:rsidRPr="00DB6570" w:rsidRDefault="007F7890" w:rsidP="007F7890">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9916285" w14:textId="77777777" w:rsidR="007F7890" w:rsidRPr="00DB6570" w:rsidRDefault="007F7890" w:rsidP="007F7890">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97D6A40" w14:textId="77777777" w:rsidR="007F7890" w:rsidRPr="00DB6570" w:rsidRDefault="007F7890" w:rsidP="007F7890">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B61DC3D" w14:textId="77777777" w:rsidR="007F7890" w:rsidRPr="00DB6570" w:rsidRDefault="007F7890" w:rsidP="007F7890">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44AD27A" w14:textId="77777777" w:rsidR="007F7890" w:rsidRPr="00DB6570" w:rsidRDefault="007F7890" w:rsidP="007F7890">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5793C48" w14:textId="77777777" w:rsidR="007F7890" w:rsidRPr="00DB6570" w:rsidRDefault="007F7890" w:rsidP="007F7890">
            <w:pPr>
              <w:spacing w:after="0" w:line="240" w:lineRule="auto"/>
              <w:jc w:val="center"/>
              <w:rPr>
                <w:rFonts w:ascii="Times New Roman" w:hAnsi="Times New Roman" w:cs="Times New Roman"/>
                <w:sz w:val="22"/>
              </w:rPr>
            </w:pPr>
          </w:p>
        </w:tc>
      </w:tr>
      <w:tr w:rsidR="007F7890" w:rsidRPr="00DB6570" w14:paraId="5879C1DB" w14:textId="77777777" w:rsidTr="005E44DD">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4D96DEF" w14:textId="77777777" w:rsidR="007F7890" w:rsidRPr="00DB6570" w:rsidRDefault="007F7890" w:rsidP="007F7890">
            <w:pPr>
              <w:spacing w:after="0" w:line="240" w:lineRule="auto"/>
              <w:jc w:val="center"/>
              <w:rPr>
                <w:rFonts w:ascii="Times New Roman" w:hAnsi="Times New Roman" w:cs="Times New Roman"/>
                <w:sz w:val="22"/>
              </w:rPr>
            </w:pPr>
            <w:r w:rsidRPr="00DB6570">
              <w:rPr>
                <w:rFonts w:ascii="Times New Roman" w:hAnsi="Times New Roman" w:cs="Times New Roman"/>
                <w:sz w:val="22"/>
              </w:rPr>
              <w:t>6</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45B2ED5" w14:textId="77777777" w:rsidR="007F7890" w:rsidRPr="00DB6570" w:rsidRDefault="007F7890" w:rsidP="007F7890">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9208661" w14:textId="77777777" w:rsidR="007F7890" w:rsidRPr="00DB6570" w:rsidRDefault="007F7890" w:rsidP="007F7890">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FD031C0" w14:textId="77777777" w:rsidR="007F7890" w:rsidRPr="00DB6570" w:rsidRDefault="007F7890" w:rsidP="007F7890">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111458E" w14:textId="77777777" w:rsidR="007F7890" w:rsidRPr="00DB6570" w:rsidRDefault="007F7890" w:rsidP="007F7890">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EA611E8" w14:textId="77777777" w:rsidR="007F7890" w:rsidRPr="00DB6570" w:rsidRDefault="007F7890" w:rsidP="007F7890">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409C966" w14:textId="77777777" w:rsidR="007F7890" w:rsidRPr="00DB6570" w:rsidRDefault="007F7890" w:rsidP="007F7890">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8018E9" w14:textId="77777777" w:rsidR="007F7890" w:rsidRPr="00DB6570" w:rsidRDefault="007F7890" w:rsidP="007F7890">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B4867BB" w14:textId="77777777" w:rsidR="007F7890" w:rsidRPr="00DB6570" w:rsidRDefault="007F7890" w:rsidP="007F7890">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3C0368B" w14:textId="77777777" w:rsidR="007F7890" w:rsidRPr="00DB6570" w:rsidRDefault="007F7890" w:rsidP="007F7890">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FF94285" w14:textId="77777777" w:rsidR="007F7890" w:rsidRPr="00DB6570" w:rsidRDefault="007F7890" w:rsidP="007F7890">
            <w:pPr>
              <w:spacing w:after="0" w:line="240" w:lineRule="auto"/>
              <w:jc w:val="center"/>
              <w:rPr>
                <w:rFonts w:ascii="Times New Roman" w:hAnsi="Times New Roman" w:cs="Times New Roman"/>
                <w:sz w:val="22"/>
              </w:rPr>
            </w:pPr>
          </w:p>
        </w:tc>
      </w:tr>
      <w:tr w:rsidR="007F7890" w:rsidRPr="00DB6570" w14:paraId="4509A4F2" w14:textId="77777777" w:rsidTr="005E44DD">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20ECAB8" w14:textId="77777777" w:rsidR="007F7890" w:rsidRPr="00DB6570" w:rsidRDefault="007F7890" w:rsidP="007F7890">
            <w:pPr>
              <w:spacing w:after="0" w:line="240" w:lineRule="auto"/>
              <w:jc w:val="center"/>
              <w:rPr>
                <w:rFonts w:ascii="Times New Roman" w:hAnsi="Times New Roman" w:cs="Times New Roman"/>
                <w:sz w:val="22"/>
              </w:rPr>
            </w:pPr>
            <w:r w:rsidRPr="00DB6570">
              <w:rPr>
                <w:rFonts w:ascii="Times New Roman" w:hAnsi="Times New Roman" w:cs="Times New Roman"/>
                <w:sz w:val="22"/>
              </w:rPr>
              <w:t>7</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C83DEB8" w14:textId="77777777" w:rsidR="007F7890" w:rsidRPr="00DB6570" w:rsidRDefault="007F7890" w:rsidP="007F7890">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A040593" w14:textId="77777777" w:rsidR="007F7890" w:rsidRPr="00DB6570" w:rsidRDefault="007F7890" w:rsidP="007F7890">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7568BE1" w14:textId="77777777" w:rsidR="007F7890" w:rsidRPr="00DB6570" w:rsidRDefault="007F7890" w:rsidP="007F7890">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E410869" w14:textId="77777777" w:rsidR="007F7890" w:rsidRPr="00DB6570" w:rsidRDefault="007F7890" w:rsidP="007F7890">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FEC7D8A" w14:textId="77777777" w:rsidR="007F7890" w:rsidRPr="00DB6570" w:rsidRDefault="007F7890" w:rsidP="007F7890">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E98BEFE" w14:textId="77777777" w:rsidR="007F7890" w:rsidRPr="00DB6570" w:rsidRDefault="007F7890" w:rsidP="007F7890">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4E40864" w14:textId="77777777" w:rsidR="007F7890" w:rsidRPr="00DB6570" w:rsidRDefault="007F7890" w:rsidP="007F7890">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B22B061" w14:textId="77777777" w:rsidR="007F7890" w:rsidRPr="00DB6570" w:rsidRDefault="007F7890" w:rsidP="007F7890">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D56116" w14:textId="77777777" w:rsidR="007F7890" w:rsidRPr="00DB6570" w:rsidRDefault="007F7890" w:rsidP="007F7890">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0FA7FE8" w14:textId="77777777" w:rsidR="007F7890" w:rsidRPr="00DB6570" w:rsidRDefault="007F7890" w:rsidP="007F7890">
            <w:pPr>
              <w:spacing w:after="0" w:line="240" w:lineRule="auto"/>
              <w:jc w:val="center"/>
              <w:rPr>
                <w:rFonts w:ascii="Times New Roman" w:hAnsi="Times New Roman" w:cs="Times New Roman"/>
                <w:sz w:val="22"/>
              </w:rPr>
            </w:pPr>
          </w:p>
        </w:tc>
      </w:tr>
      <w:tr w:rsidR="007F7890" w:rsidRPr="00DB6570" w14:paraId="7F6641E0" w14:textId="77777777" w:rsidTr="005E44DD">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E09C490" w14:textId="77777777" w:rsidR="007F7890" w:rsidRPr="00DB6570" w:rsidRDefault="007F7890" w:rsidP="007F7890">
            <w:pPr>
              <w:spacing w:after="0" w:line="240" w:lineRule="auto"/>
              <w:jc w:val="center"/>
              <w:rPr>
                <w:rFonts w:ascii="Times New Roman" w:hAnsi="Times New Roman" w:cs="Times New Roman"/>
                <w:sz w:val="22"/>
              </w:rPr>
            </w:pPr>
            <w:r w:rsidRPr="00DB6570">
              <w:rPr>
                <w:rFonts w:ascii="Times New Roman" w:hAnsi="Times New Roman" w:cs="Times New Roman"/>
                <w:sz w:val="22"/>
              </w:rPr>
              <w:t>8</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7C68A52" w14:textId="77777777" w:rsidR="007F7890" w:rsidRPr="00DB6570" w:rsidRDefault="007F7890" w:rsidP="007F7890">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B56CF8" w14:textId="77777777" w:rsidR="007F7890" w:rsidRPr="00DB6570" w:rsidRDefault="007F7890" w:rsidP="007F7890">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9221F44" w14:textId="77777777" w:rsidR="007F7890" w:rsidRPr="00DB6570" w:rsidRDefault="007F7890" w:rsidP="007F7890">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D163DE2" w14:textId="77777777" w:rsidR="007F7890" w:rsidRPr="00DB6570" w:rsidRDefault="007F7890" w:rsidP="007F7890">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50DA33" w14:textId="77777777" w:rsidR="007F7890" w:rsidRPr="00DB6570" w:rsidRDefault="007F7890" w:rsidP="007F7890">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DCF9ADD" w14:textId="77777777" w:rsidR="007F7890" w:rsidRPr="00DB6570" w:rsidRDefault="007F7890" w:rsidP="007F7890">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074DCF0" w14:textId="77777777" w:rsidR="007F7890" w:rsidRPr="00DB6570" w:rsidRDefault="007F7890" w:rsidP="007F7890">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E4CB610" w14:textId="77777777" w:rsidR="007F7890" w:rsidRPr="00DB6570" w:rsidRDefault="007F7890" w:rsidP="007F7890">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FF1333E" w14:textId="77777777" w:rsidR="007F7890" w:rsidRPr="00DB6570" w:rsidRDefault="007F7890" w:rsidP="007F7890">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347AA8A" w14:textId="77777777" w:rsidR="007F7890" w:rsidRPr="00DB6570" w:rsidRDefault="007F7890" w:rsidP="007F7890">
            <w:pPr>
              <w:spacing w:after="0" w:line="240" w:lineRule="auto"/>
              <w:jc w:val="center"/>
              <w:rPr>
                <w:rFonts w:ascii="Times New Roman" w:hAnsi="Times New Roman" w:cs="Times New Roman"/>
                <w:sz w:val="22"/>
              </w:rPr>
            </w:pPr>
          </w:p>
        </w:tc>
      </w:tr>
      <w:tr w:rsidR="007F7890" w:rsidRPr="00DB6570" w14:paraId="60EECC6F" w14:textId="77777777" w:rsidTr="005E44DD">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0FA3519" w14:textId="77777777" w:rsidR="007F7890" w:rsidRPr="00DB6570" w:rsidRDefault="007F7890" w:rsidP="007F7890">
            <w:pPr>
              <w:spacing w:after="0" w:line="240" w:lineRule="auto"/>
              <w:jc w:val="center"/>
              <w:rPr>
                <w:rFonts w:ascii="Times New Roman" w:hAnsi="Times New Roman" w:cs="Times New Roman"/>
                <w:sz w:val="22"/>
              </w:rPr>
            </w:pPr>
            <w:r w:rsidRPr="00DB6570">
              <w:rPr>
                <w:rFonts w:ascii="Times New Roman" w:hAnsi="Times New Roman" w:cs="Times New Roman"/>
                <w:sz w:val="22"/>
              </w:rPr>
              <w:t>9</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9D3CA55" w14:textId="77777777" w:rsidR="007F7890" w:rsidRPr="00DB6570" w:rsidRDefault="007F7890" w:rsidP="007F7890">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D061F4D" w14:textId="77777777" w:rsidR="007F7890" w:rsidRPr="00DB6570" w:rsidRDefault="007F7890" w:rsidP="007F7890">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EEBD9E9" w14:textId="77777777" w:rsidR="007F7890" w:rsidRPr="00DB6570" w:rsidRDefault="007F7890" w:rsidP="007F7890">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913B31B" w14:textId="77777777" w:rsidR="007F7890" w:rsidRPr="00DB6570" w:rsidRDefault="007F7890" w:rsidP="007F7890">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3CB0F91" w14:textId="77777777" w:rsidR="007F7890" w:rsidRPr="00DB6570" w:rsidRDefault="007F7890" w:rsidP="007F7890">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020F1B7" w14:textId="77777777" w:rsidR="007F7890" w:rsidRPr="00DB6570" w:rsidRDefault="007F7890" w:rsidP="007F7890">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AE5AA42" w14:textId="77777777" w:rsidR="007F7890" w:rsidRPr="00DB6570" w:rsidRDefault="007F7890" w:rsidP="007F7890">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7C18955" w14:textId="77777777" w:rsidR="007F7890" w:rsidRPr="00DB6570" w:rsidRDefault="007F7890" w:rsidP="007F7890">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BE562D" w14:textId="77777777" w:rsidR="007F7890" w:rsidRPr="00DB6570" w:rsidRDefault="007F7890" w:rsidP="007F7890">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EFCBD17" w14:textId="77777777" w:rsidR="007F7890" w:rsidRPr="00DB6570" w:rsidRDefault="007F7890" w:rsidP="007F7890">
            <w:pPr>
              <w:spacing w:after="0" w:line="240" w:lineRule="auto"/>
              <w:jc w:val="center"/>
              <w:rPr>
                <w:rFonts w:ascii="Times New Roman" w:hAnsi="Times New Roman" w:cs="Times New Roman"/>
                <w:sz w:val="22"/>
              </w:rPr>
            </w:pPr>
          </w:p>
        </w:tc>
      </w:tr>
      <w:tr w:rsidR="007F7890" w:rsidRPr="00DB6570" w14:paraId="1BA5EE4D" w14:textId="77777777" w:rsidTr="005E44DD">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4259730" w14:textId="77777777" w:rsidR="007F7890" w:rsidRPr="00DB6570" w:rsidRDefault="007F7890" w:rsidP="007F7890">
            <w:pPr>
              <w:spacing w:after="0" w:line="240" w:lineRule="auto"/>
              <w:jc w:val="center"/>
              <w:rPr>
                <w:rFonts w:ascii="Times New Roman" w:hAnsi="Times New Roman" w:cs="Times New Roman"/>
                <w:sz w:val="22"/>
              </w:rPr>
            </w:pPr>
            <w:r w:rsidRPr="00DB6570">
              <w:rPr>
                <w:rFonts w:ascii="Times New Roman" w:hAnsi="Times New Roman" w:cs="Times New Roman"/>
                <w:sz w:val="22"/>
              </w:rPr>
              <w:t>10</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125F69C" w14:textId="77777777" w:rsidR="007F7890" w:rsidRPr="00DB6570" w:rsidRDefault="007F7890" w:rsidP="007F7890">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872A745" w14:textId="77777777" w:rsidR="007F7890" w:rsidRPr="00DB6570" w:rsidRDefault="007F7890" w:rsidP="007F7890">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187F1C9" w14:textId="77777777" w:rsidR="007F7890" w:rsidRPr="00DB6570" w:rsidRDefault="007F7890" w:rsidP="007F7890">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7537F31" w14:textId="77777777" w:rsidR="007F7890" w:rsidRPr="00DB6570" w:rsidRDefault="007F7890" w:rsidP="007F7890">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943461A" w14:textId="77777777" w:rsidR="007F7890" w:rsidRPr="00DB6570" w:rsidRDefault="007F7890" w:rsidP="007F7890">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4E54257" w14:textId="77777777" w:rsidR="007F7890" w:rsidRPr="00DB6570" w:rsidRDefault="007F7890" w:rsidP="007F7890">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A2ED6DB" w14:textId="77777777" w:rsidR="007F7890" w:rsidRPr="00DB6570" w:rsidRDefault="007F7890" w:rsidP="007F7890">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1F53B77" w14:textId="77777777" w:rsidR="007F7890" w:rsidRPr="00DB6570" w:rsidRDefault="007F7890" w:rsidP="007F7890">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7F72F00" w14:textId="77777777" w:rsidR="007F7890" w:rsidRPr="00DB6570" w:rsidRDefault="007F7890" w:rsidP="007F7890">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0D30CFB" w14:textId="77777777" w:rsidR="007F7890" w:rsidRPr="00DB6570" w:rsidRDefault="007F7890" w:rsidP="007F7890">
            <w:pPr>
              <w:spacing w:after="0" w:line="240" w:lineRule="auto"/>
              <w:jc w:val="center"/>
              <w:rPr>
                <w:rFonts w:ascii="Times New Roman" w:hAnsi="Times New Roman" w:cs="Times New Roman"/>
                <w:sz w:val="22"/>
              </w:rPr>
            </w:pPr>
          </w:p>
        </w:tc>
      </w:tr>
      <w:tr w:rsidR="007F7890" w:rsidRPr="00DB6570" w14:paraId="3AAE05AB" w14:textId="77777777" w:rsidTr="005E44DD">
        <w:trPr>
          <w:cantSplit/>
          <w:trHeight w:val="432"/>
          <w:jc w:val="center"/>
        </w:trPr>
        <w:tc>
          <w:tcPr>
            <w:tcW w:w="173"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47B3AFC7" w14:textId="77777777" w:rsidR="007F7890" w:rsidRPr="00DB6570" w:rsidRDefault="007F7890" w:rsidP="007F7890">
            <w:pPr>
              <w:spacing w:after="0" w:line="240" w:lineRule="auto"/>
              <w:jc w:val="center"/>
              <w:rPr>
                <w:rFonts w:ascii="Times New Roman" w:hAnsi="Times New Roman" w:cs="Times New Roman"/>
                <w:sz w:val="22"/>
              </w:rPr>
            </w:pPr>
            <w:r w:rsidRPr="00DB6570">
              <w:rPr>
                <w:rFonts w:ascii="Times New Roman" w:hAnsi="Times New Roman" w:cs="Times New Roman"/>
                <w:b/>
                <w:sz w:val="22"/>
              </w:rPr>
              <w:t>TOTAL</w:t>
            </w:r>
          </w:p>
        </w:tc>
        <w:tc>
          <w:tcPr>
            <w:tcW w:w="534"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536B3AC9" w14:textId="77777777" w:rsidR="007F7890" w:rsidRPr="00DB6570" w:rsidRDefault="007F7890" w:rsidP="007F7890">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53BB1486" w14:textId="77777777" w:rsidR="007F7890" w:rsidRPr="00DB6570" w:rsidRDefault="007F7890" w:rsidP="007F7890">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4B0F3AE9" w14:textId="77777777" w:rsidR="007F7890" w:rsidRPr="00DB6570" w:rsidRDefault="007F7890" w:rsidP="007F7890">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253DB82" w14:textId="77777777" w:rsidR="007F7890" w:rsidRPr="00DB6570" w:rsidRDefault="007F7890" w:rsidP="007F7890">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0618BC0F" w14:textId="77777777" w:rsidR="007F7890" w:rsidRPr="00DB6570" w:rsidRDefault="007F7890" w:rsidP="007F7890">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7DF336E7" w14:textId="77777777" w:rsidR="007F7890" w:rsidRPr="00DB6570" w:rsidRDefault="007F7890" w:rsidP="007F7890">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768E499B" w14:textId="77777777" w:rsidR="007F7890" w:rsidRPr="00DB6570" w:rsidRDefault="007F7890" w:rsidP="007F7890">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4BAAABBB" w14:textId="77777777" w:rsidR="007F7890" w:rsidRPr="00DB6570" w:rsidRDefault="007F7890" w:rsidP="007F7890">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6D8AF87A" w14:textId="77777777" w:rsidR="007F7890" w:rsidRPr="00DB6570" w:rsidRDefault="007F7890" w:rsidP="007F7890">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076B4E78" w14:textId="77777777" w:rsidR="007F7890" w:rsidRPr="00DB6570" w:rsidRDefault="007F7890" w:rsidP="007F7890">
            <w:pPr>
              <w:spacing w:after="0" w:line="240" w:lineRule="auto"/>
              <w:jc w:val="center"/>
              <w:rPr>
                <w:rFonts w:ascii="Times New Roman" w:hAnsi="Times New Roman" w:cs="Times New Roman"/>
                <w:sz w:val="22"/>
              </w:rPr>
            </w:pPr>
          </w:p>
        </w:tc>
      </w:tr>
    </w:tbl>
    <w:p w14:paraId="5D11C227" w14:textId="77777777" w:rsidR="0061162A" w:rsidRPr="00DB6570" w:rsidRDefault="0061162A">
      <w:pPr>
        <w:spacing w:after="0"/>
        <w:rPr>
          <w:rFonts w:ascii="Times New Roman" w:hAnsi="Times New Roman" w:cs="Times New Roman"/>
          <w:sz w:val="22"/>
        </w:rPr>
      </w:pPr>
    </w:p>
    <w:p w14:paraId="0D5232D5" w14:textId="0071FCD6" w:rsidR="0061162A" w:rsidRPr="00DB6570" w:rsidRDefault="00B2337B">
      <w:pPr>
        <w:pStyle w:val="Heading2"/>
        <w:rPr>
          <w:rFonts w:ascii="Times New Roman" w:hAnsi="Times New Roman" w:cs="Times New Roman"/>
          <w:color w:val="auto"/>
          <w:sz w:val="22"/>
          <w:szCs w:val="22"/>
        </w:rPr>
      </w:pPr>
      <w:bookmarkStart w:id="41" w:name="_Toc237525236"/>
      <w:r w:rsidRPr="00DB6570">
        <w:rPr>
          <w:rFonts w:ascii="Times New Roman" w:hAnsi="Times New Roman" w:cs="Times New Roman"/>
          <w:color w:val="auto"/>
          <w:sz w:val="22"/>
          <w:szCs w:val="22"/>
        </w:rPr>
        <w:t>4.11</w:t>
      </w:r>
      <w:r w:rsidR="00BE6111" w:rsidRPr="00DB6570">
        <w:rPr>
          <w:rFonts w:ascii="Times New Roman" w:hAnsi="Times New Roman" w:cs="Times New Roman"/>
          <w:color w:val="auto"/>
          <w:sz w:val="22"/>
          <w:szCs w:val="22"/>
        </w:rPr>
        <w:t xml:space="preserve"> Staff and Faculty Development</w:t>
      </w:r>
      <w:bookmarkEnd w:id="41"/>
    </w:p>
    <w:p w14:paraId="2B7E25B7" w14:textId="77777777" w:rsidR="00011860" w:rsidRPr="00011860" w:rsidRDefault="00011860" w:rsidP="00011860">
      <w:pPr>
        <w:pStyle w:val="GuidanceText"/>
        <w:keepNext/>
        <w:rPr>
          <w:rFonts w:ascii="Times New Roman" w:hAnsi="Times New Roman" w:cs="Times New Roman"/>
          <w:color w:val="auto"/>
          <w:sz w:val="22"/>
        </w:rPr>
      </w:pPr>
      <w:r w:rsidRPr="00011860">
        <w:rPr>
          <w:rFonts w:ascii="Times New Roman" w:hAnsi="Times New Roman" w:cs="Times New Roman"/>
          <w:color w:val="auto"/>
          <w:sz w:val="22"/>
        </w:rPr>
        <w:t xml:space="preserve">Describe how the proposed center will support ongoing training, career development and mentoring for staff and faculty. Faculty and staff development can include pedagogical development, digital skills development, industry exposure, research methods, grant management, technology transfer, quality assurance, leadership, technical certification, succession planning, etc. In the narrative, please describe the approach to faculty and professional staff development and in the table please highlight a proposed plan with no more than 5 activities that summarizes areas to be targeted and proposed development activities . </w:t>
      </w:r>
    </w:p>
    <w:p w14:paraId="2574C5A2" w14:textId="2179A4E4" w:rsidR="0061162A" w:rsidRPr="00DB6570" w:rsidRDefault="00011860" w:rsidP="00011860">
      <w:pPr>
        <w:pStyle w:val="GuidanceText"/>
        <w:keepNext/>
        <w:rPr>
          <w:rFonts w:ascii="Times New Roman" w:hAnsi="Times New Roman" w:cs="Times New Roman"/>
          <w:color w:val="auto"/>
          <w:sz w:val="22"/>
        </w:rPr>
      </w:pPr>
      <w:r w:rsidRPr="00011860">
        <w:rPr>
          <w:rFonts w:ascii="Times New Roman" w:hAnsi="Times New Roman" w:cs="Times New Roman"/>
          <w:color w:val="auto"/>
          <w:sz w:val="22"/>
        </w:rPr>
        <w:t>Please ensure that the information in the table below is not repeated in the narrative section</w:t>
      </w:r>
      <w:r w:rsidR="00C0780F" w:rsidRPr="00DB6570">
        <w:rPr>
          <w:rFonts w:ascii="Times New Roman" w:hAnsi="Times New Roman" w:cs="Times New Roman"/>
          <w:color w:val="auto"/>
          <w:sz w:val="22"/>
        </w:rPr>
        <w:t xml:space="preserve"> </w:t>
      </w:r>
    </w:p>
    <w:tbl>
      <w:tblPr>
        <w:tblStyle w:val="TableGrid"/>
        <w:tblW w:w="9000" w:type="dxa"/>
        <w:jc w:val="center"/>
        <w:tblLook w:val="04A0" w:firstRow="1" w:lastRow="0" w:firstColumn="1" w:lastColumn="0" w:noHBand="0" w:noVBand="1"/>
      </w:tblPr>
      <w:tblGrid>
        <w:gridCol w:w="9000"/>
      </w:tblGrid>
      <w:tr w:rsidR="0061162A" w:rsidRPr="00DB6570" w14:paraId="44A77EC6" w14:textId="77777777">
        <w:trPr>
          <w:jc w:val="center"/>
        </w:trPr>
        <w:tc>
          <w:tcPr>
            <w:tcW w:w="9866" w:type="dxa"/>
            <w:shd w:val="clear" w:color="auto" w:fill="FAFAFA"/>
            <w:tcMar>
              <w:top w:w="110" w:type="dxa"/>
              <w:left w:w="120" w:type="dxa"/>
              <w:bottom w:w="110" w:type="dxa"/>
              <w:right w:w="120" w:type="dxa"/>
            </w:tcMar>
          </w:tcPr>
          <w:p w14:paraId="13612687" w14:textId="72A30B20" w:rsidR="0061162A" w:rsidRPr="00DB6570" w:rsidRDefault="00011860">
            <w:pPr>
              <w:rPr>
                <w:rFonts w:ascii="Times New Roman" w:hAnsi="Times New Roman" w:cs="Times New Roman"/>
                <w:sz w:val="22"/>
              </w:rPr>
            </w:pPr>
            <w:r w:rsidRPr="00011860">
              <w:rPr>
                <w:rFonts w:ascii="Times New Roman" w:hAnsi="Times New Roman" w:cs="Times New Roman"/>
                <w:i/>
                <w:sz w:val="22"/>
              </w:rPr>
              <w:t>[Applicant response must not exceed 500 words]</w:t>
            </w:r>
          </w:p>
          <w:p w14:paraId="110FC729" w14:textId="77777777" w:rsidR="0061162A" w:rsidRPr="00DB6570" w:rsidRDefault="0061162A">
            <w:pPr>
              <w:rPr>
                <w:rFonts w:ascii="Times New Roman" w:hAnsi="Times New Roman" w:cs="Times New Roman"/>
                <w:sz w:val="22"/>
              </w:rPr>
            </w:pPr>
          </w:p>
          <w:p w14:paraId="255839A0" w14:textId="77777777" w:rsidR="0061162A" w:rsidRPr="00DB6570" w:rsidRDefault="0061162A">
            <w:pPr>
              <w:rPr>
                <w:rFonts w:ascii="Times New Roman" w:hAnsi="Times New Roman" w:cs="Times New Roman"/>
                <w:sz w:val="22"/>
              </w:rPr>
            </w:pPr>
          </w:p>
        </w:tc>
      </w:tr>
    </w:tbl>
    <w:p w14:paraId="68B74EFD" w14:textId="77777777" w:rsidR="0061162A" w:rsidRPr="00DB6570" w:rsidRDefault="0061162A">
      <w:pPr>
        <w:spacing w:after="0"/>
        <w:rPr>
          <w:rFonts w:ascii="Times New Roman" w:hAnsi="Times New Roman" w:cs="Times New Roman"/>
          <w:sz w:val="22"/>
        </w:rPr>
      </w:pPr>
    </w:p>
    <w:p w14:paraId="5B5E30AD" w14:textId="085EE39D" w:rsidR="0061162A" w:rsidRPr="00DB6570" w:rsidRDefault="00B2337B">
      <w:pPr>
        <w:pStyle w:val="Heading3"/>
        <w:rPr>
          <w:rFonts w:ascii="Times New Roman" w:hAnsi="Times New Roman" w:cs="Times New Roman"/>
          <w:color w:val="auto"/>
          <w:sz w:val="22"/>
        </w:rPr>
      </w:pPr>
      <w:bookmarkStart w:id="42" w:name="_Toc237525237"/>
      <w:r w:rsidRPr="00DB6570">
        <w:rPr>
          <w:rFonts w:ascii="Times New Roman" w:hAnsi="Times New Roman" w:cs="Times New Roman"/>
          <w:color w:val="auto"/>
          <w:sz w:val="22"/>
        </w:rPr>
        <w:t xml:space="preserve">4.11.1 </w:t>
      </w:r>
      <w:r w:rsidR="00BE6111" w:rsidRPr="00DB6570">
        <w:rPr>
          <w:rFonts w:ascii="Times New Roman" w:hAnsi="Times New Roman" w:cs="Times New Roman"/>
          <w:color w:val="auto"/>
          <w:sz w:val="22"/>
        </w:rPr>
        <w:t>Staff Development Plan</w:t>
      </w:r>
      <w:bookmarkEnd w:id="42"/>
    </w:p>
    <w:tbl>
      <w:tblPr>
        <w:tblW w:w="5000" w:type="pct"/>
        <w:jc w:val="center"/>
        <w:tblLook w:val="04A0" w:firstRow="1" w:lastRow="0" w:firstColumn="1" w:lastColumn="0" w:noHBand="0" w:noVBand="1"/>
      </w:tblPr>
      <w:tblGrid>
        <w:gridCol w:w="881"/>
        <w:gridCol w:w="1211"/>
        <w:gridCol w:w="1211"/>
        <w:gridCol w:w="1345"/>
        <w:gridCol w:w="1077"/>
        <w:gridCol w:w="1712"/>
        <w:gridCol w:w="1314"/>
        <w:gridCol w:w="1105"/>
      </w:tblGrid>
      <w:tr w:rsidR="007F7890" w:rsidRPr="00DB6570" w14:paraId="3FA58845" w14:textId="77777777" w:rsidTr="0021427D">
        <w:trPr>
          <w:cantSplit/>
          <w:trHeight w:val="677"/>
          <w:tblHeader/>
          <w:jc w:val="center"/>
        </w:trPr>
        <w:tc>
          <w:tcPr>
            <w:tcW w:w="19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FCF03C6" w14:textId="77777777" w:rsidR="007F7890" w:rsidRPr="00DB6570" w:rsidRDefault="007F7890"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w:t>
            </w: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3D0BC3E" w14:textId="77777777" w:rsidR="007F7890" w:rsidRPr="00DB6570" w:rsidRDefault="007F7890"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Target group</w:t>
            </w: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D24CED" w14:textId="77777777" w:rsidR="007F7890" w:rsidRPr="00DB6570" w:rsidRDefault="007F7890"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Capability gap</w:t>
            </w: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3DDCEA1" w14:textId="77777777" w:rsidR="007F7890" w:rsidRPr="00DB6570" w:rsidRDefault="007F7890"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Development activity</w:t>
            </w: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F4CC89C" w14:textId="77777777" w:rsidR="007F7890" w:rsidRPr="00DB6570" w:rsidRDefault="007F7890"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Provider / partner</w:t>
            </w:r>
          </w:p>
        </w:tc>
        <w:tc>
          <w:tcPr>
            <w:tcW w:w="57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FB8E583" w14:textId="77777777" w:rsidR="007F7890" w:rsidRPr="00DB6570" w:rsidRDefault="007F7890"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Duration/Timing</w:t>
            </w:r>
          </w:p>
        </w:tc>
        <w:tc>
          <w:tcPr>
            <w:tcW w:w="75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498817" w14:textId="77777777" w:rsidR="007F7890" w:rsidRPr="00DB6570" w:rsidRDefault="007F7890"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Expected result/skills</w:t>
            </w:r>
          </w:p>
        </w:tc>
        <w:tc>
          <w:tcPr>
            <w:tcW w:w="65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6F6A85C" w14:textId="77777777" w:rsidR="007F7890" w:rsidRPr="00DB6570" w:rsidRDefault="007F7890"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End of Project Total (Yr 1–5)</w:t>
            </w:r>
          </w:p>
        </w:tc>
      </w:tr>
      <w:tr w:rsidR="007F7890" w:rsidRPr="00DB6570" w14:paraId="722A0A93" w14:textId="77777777" w:rsidTr="005E44DD">
        <w:trPr>
          <w:cantSplit/>
          <w:trHeight w:val="720"/>
          <w:jc w:val="center"/>
        </w:trPr>
        <w:tc>
          <w:tcPr>
            <w:tcW w:w="19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C699768" w14:textId="77777777" w:rsidR="007F7890" w:rsidRPr="00DB6570" w:rsidRDefault="007F7890"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1</w:t>
            </w: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9E2508B" w14:textId="77777777" w:rsidR="007F7890" w:rsidRPr="00DB6570" w:rsidRDefault="007F7890" w:rsidP="00D270E1">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389D37" w14:textId="77777777" w:rsidR="007F7890" w:rsidRPr="00DB6570" w:rsidRDefault="007F7890" w:rsidP="00D270E1">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8F43413" w14:textId="77777777" w:rsidR="007F7890" w:rsidRPr="00DB6570" w:rsidRDefault="007F7890" w:rsidP="00D270E1">
            <w:pPr>
              <w:spacing w:after="0" w:line="240" w:lineRule="auto"/>
              <w:jc w:val="center"/>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B7EA8B9" w14:textId="77777777" w:rsidR="007F7890" w:rsidRPr="00DB6570" w:rsidRDefault="007F7890" w:rsidP="00D270E1">
            <w:pPr>
              <w:spacing w:after="0" w:line="240" w:lineRule="auto"/>
              <w:jc w:val="center"/>
              <w:rPr>
                <w:rFonts w:ascii="Times New Roman" w:hAnsi="Times New Roman" w:cs="Times New Roman"/>
                <w:sz w:val="22"/>
              </w:rPr>
            </w:pPr>
          </w:p>
        </w:tc>
        <w:tc>
          <w:tcPr>
            <w:tcW w:w="57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51BA9BB" w14:textId="77777777" w:rsidR="007F7890" w:rsidRPr="00DB6570" w:rsidRDefault="007F7890" w:rsidP="00D270E1">
            <w:pPr>
              <w:spacing w:after="0" w:line="240" w:lineRule="auto"/>
              <w:jc w:val="center"/>
              <w:rPr>
                <w:rFonts w:ascii="Times New Roman" w:hAnsi="Times New Roman" w:cs="Times New Roman"/>
                <w:sz w:val="22"/>
              </w:rPr>
            </w:pPr>
          </w:p>
        </w:tc>
        <w:tc>
          <w:tcPr>
            <w:tcW w:w="75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14B53AF" w14:textId="77777777" w:rsidR="007F7890" w:rsidRPr="00DB6570" w:rsidRDefault="007F7890" w:rsidP="00D270E1">
            <w:pPr>
              <w:spacing w:after="0" w:line="240" w:lineRule="auto"/>
              <w:jc w:val="center"/>
              <w:rPr>
                <w:rFonts w:ascii="Times New Roman" w:hAnsi="Times New Roman" w:cs="Times New Roman"/>
                <w:sz w:val="22"/>
              </w:rPr>
            </w:pPr>
          </w:p>
        </w:tc>
        <w:tc>
          <w:tcPr>
            <w:tcW w:w="65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1D637DD" w14:textId="77777777" w:rsidR="007F7890" w:rsidRPr="00DB6570" w:rsidRDefault="007F7890" w:rsidP="00D270E1">
            <w:pPr>
              <w:spacing w:after="0" w:line="240" w:lineRule="auto"/>
              <w:jc w:val="center"/>
              <w:rPr>
                <w:rFonts w:ascii="Times New Roman" w:hAnsi="Times New Roman" w:cs="Times New Roman"/>
                <w:sz w:val="22"/>
              </w:rPr>
            </w:pPr>
          </w:p>
        </w:tc>
      </w:tr>
      <w:tr w:rsidR="007F7890" w:rsidRPr="00DB6570" w14:paraId="6221B907" w14:textId="77777777" w:rsidTr="005E44DD">
        <w:trPr>
          <w:cantSplit/>
          <w:trHeight w:val="720"/>
          <w:jc w:val="center"/>
        </w:trPr>
        <w:tc>
          <w:tcPr>
            <w:tcW w:w="19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1E49BD1" w14:textId="77777777" w:rsidR="007F7890" w:rsidRPr="00DB6570" w:rsidRDefault="007F7890"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2</w:t>
            </w: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3A88DA" w14:textId="77777777" w:rsidR="007F7890" w:rsidRPr="00DB6570" w:rsidRDefault="007F7890" w:rsidP="00D270E1">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2A0EA90" w14:textId="77777777" w:rsidR="007F7890" w:rsidRPr="00DB6570" w:rsidRDefault="007F7890" w:rsidP="00D270E1">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2536836" w14:textId="77777777" w:rsidR="007F7890" w:rsidRPr="00DB6570" w:rsidRDefault="007F7890" w:rsidP="00D270E1">
            <w:pPr>
              <w:spacing w:after="0" w:line="240" w:lineRule="auto"/>
              <w:jc w:val="center"/>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4D1A78C" w14:textId="77777777" w:rsidR="007F7890" w:rsidRPr="00DB6570" w:rsidRDefault="007F7890" w:rsidP="00D270E1">
            <w:pPr>
              <w:spacing w:after="0" w:line="240" w:lineRule="auto"/>
              <w:jc w:val="center"/>
              <w:rPr>
                <w:rFonts w:ascii="Times New Roman" w:hAnsi="Times New Roman" w:cs="Times New Roman"/>
                <w:sz w:val="22"/>
              </w:rPr>
            </w:pPr>
          </w:p>
        </w:tc>
        <w:tc>
          <w:tcPr>
            <w:tcW w:w="57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158E16" w14:textId="77777777" w:rsidR="007F7890" w:rsidRPr="00DB6570" w:rsidRDefault="007F7890" w:rsidP="00D270E1">
            <w:pPr>
              <w:spacing w:after="0" w:line="240" w:lineRule="auto"/>
              <w:jc w:val="center"/>
              <w:rPr>
                <w:rFonts w:ascii="Times New Roman" w:hAnsi="Times New Roman" w:cs="Times New Roman"/>
                <w:sz w:val="22"/>
              </w:rPr>
            </w:pPr>
          </w:p>
        </w:tc>
        <w:tc>
          <w:tcPr>
            <w:tcW w:w="75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7F8AEDE" w14:textId="77777777" w:rsidR="007F7890" w:rsidRPr="00DB6570" w:rsidRDefault="007F7890" w:rsidP="00D270E1">
            <w:pPr>
              <w:spacing w:after="0" w:line="240" w:lineRule="auto"/>
              <w:jc w:val="center"/>
              <w:rPr>
                <w:rFonts w:ascii="Times New Roman" w:hAnsi="Times New Roman" w:cs="Times New Roman"/>
                <w:sz w:val="22"/>
              </w:rPr>
            </w:pPr>
          </w:p>
        </w:tc>
        <w:tc>
          <w:tcPr>
            <w:tcW w:w="65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59626C" w14:textId="77777777" w:rsidR="007F7890" w:rsidRPr="00DB6570" w:rsidRDefault="007F7890" w:rsidP="00D270E1">
            <w:pPr>
              <w:spacing w:after="0" w:line="240" w:lineRule="auto"/>
              <w:jc w:val="center"/>
              <w:rPr>
                <w:rFonts w:ascii="Times New Roman" w:hAnsi="Times New Roman" w:cs="Times New Roman"/>
                <w:sz w:val="22"/>
              </w:rPr>
            </w:pPr>
          </w:p>
        </w:tc>
      </w:tr>
      <w:tr w:rsidR="007F7890" w:rsidRPr="00DB6570" w14:paraId="5DACF10B" w14:textId="77777777" w:rsidTr="005E44DD">
        <w:trPr>
          <w:cantSplit/>
          <w:trHeight w:val="720"/>
          <w:jc w:val="center"/>
        </w:trPr>
        <w:tc>
          <w:tcPr>
            <w:tcW w:w="19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2C41BAF" w14:textId="77777777" w:rsidR="007F7890" w:rsidRPr="00DB6570" w:rsidRDefault="007F7890"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3</w:t>
            </w: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866CFC1" w14:textId="77777777" w:rsidR="007F7890" w:rsidRPr="00DB6570" w:rsidRDefault="007F7890" w:rsidP="00D270E1">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B3D0E62" w14:textId="77777777" w:rsidR="007F7890" w:rsidRPr="00DB6570" w:rsidRDefault="007F7890" w:rsidP="00D270E1">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05D9567" w14:textId="77777777" w:rsidR="007F7890" w:rsidRPr="00DB6570" w:rsidRDefault="007F7890" w:rsidP="00D270E1">
            <w:pPr>
              <w:spacing w:after="0" w:line="240" w:lineRule="auto"/>
              <w:jc w:val="center"/>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139550D" w14:textId="77777777" w:rsidR="007F7890" w:rsidRPr="00DB6570" w:rsidRDefault="007F7890" w:rsidP="00D270E1">
            <w:pPr>
              <w:spacing w:after="0" w:line="240" w:lineRule="auto"/>
              <w:jc w:val="center"/>
              <w:rPr>
                <w:rFonts w:ascii="Times New Roman" w:hAnsi="Times New Roman" w:cs="Times New Roman"/>
                <w:sz w:val="22"/>
              </w:rPr>
            </w:pPr>
          </w:p>
        </w:tc>
        <w:tc>
          <w:tcPr>
            <w:tcW w:w="57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F80BC3F" w14:textId="77777777" w:rsidR="007F7890" w:rsidRPr="00DB6570" w:rsidRDefault="007F7890" w:rsidP="00D270E1">
            <w:pPr>
              <w:spacing w:after="0" w:line="240" w:lineRule="auto"/>
              <w:jc w:val="center"/>
              <w:rPr>
                <w:rFonts w:ascii="Times New Roman" w:hAnsi="Times New Roman" w:cs="Times New Roman"/>
                <w:sz w:val="22"/>
              </w:rPr>
            </w:pPr>
          </w:p>
        </w:tc>
        <w:tc>
          <w:tcPr>
            <w:tcW w:w="75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8C2A5B6" w14:textId="77777777" w:rsidR="007F7890" w:rsidRPr="00DB6570" w:rsidRDefault="007F7890" w:rsidP="00D270E1">
            <w:pPr>
              <w:spacing w:after="0" w:line="240" w:lineRule="auto"/>
              <w:jc w:val="center"/>
              <w:rPr>
                <w:rFonts w:ascii="Times New Roman" w:hAnsi="Times New Roman" w:cs="Times New Roman"/>
                <w:sz w:val="22"/>
              </w:rPr>
            </w:pPr>
          </w:p>
        </w:tc>
        <w:tc>
          <w:tcPr>
            <w:tcW w:w="65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E5C1560" w14:textId="77777777" w:rsidR="007F7890" w:rsidRPr="00DB6570" w:rsidRDefault="007F7890" w:rsidP="00D270E1">
            <w:pPr>
              <w:spacing w:after="0" w:line="240" w:lineRule="auto"/>
              <w:jc w:val="center"/>
              <w:rPr>
                <w:rFonts w:ascii="Times New Roman" w:hAnsi="Times New Roman" w:cs="Times New Roman"/>
                <w:sz w:val="22"/>
              </w:rPr>
            </w:pPr>
          </w:p>
        </w:tc>
      </w:tr>
      <w:tr w:rsidR="007F7890" w:rsidRPr="00DB6570" w14:paraId="5A29377C" w14:textId="77777777" w:rsidTr="005E44DD">
        <w:trPr>
          <w:cantSplit/>
          <w:trHeight w:val="720"/>
          <w:jc w:val="center"/>
        </w:trPr>
        <w:tc>
          <w:tcPr>
            <w:tcW w:w="19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EA825DC" w14:textId="77777777" w:rsidR="007F7890" w:rsidRPr="00DB6570" w:rsidRDefault="007F7890"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4</w:t>
            </w: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3C15439" w14:textId="77777777" w:rsidR="007F7890" w:rsidRPr="00DB6570" w:rsidRDefault="007F7890" w:rsidP="00D270E1">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C8C661" w14:textId="77777777" w:rsidR="007F7890" w:rsidRPr="00DB6570" w:rsidRDefault="007F7890" w:rsidP="00D270E1">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6F4F82" w14:textId="77777777" w:rsidR="007F7890" w:rsidRPr="00DB6570" w:rsidRDefault="007F7890" w:rsidP="00D270E1">
            <w:pPr>
              <w:spacing w:after="0" w:line="240" w:lineRule="auto"/>
              <w:jc w:val="center"/>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049E0A8" w14:textId="77777777" w:rsidR="007F7890" w:rsidRPr="00DB6570" w:rsidRDefault="007F7890" w:rsidP="00D270E1">
            <w:pPr>
              <w:spacing w:after="0" w:line="240" w:lineRule="auto"/>
              <w:jc w:val="center"/>
              <w:rPr>
                <w:rFonts w:ascii="Times New Roman" w:hAnsi="Times New Roman" w:cs="Times New Roman"/>
                <w:sz w:val="22"/>
              </w:rPr>
            </w:pPr>
          </w:p>
        </w:tc>
        <w:tc>
          <w:tcPr>
            <w:tcW w:w="57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D3C49E0" w14:textId="77777777" w:rsidR="007F7890" w:rsidRPr="00DB6570" w:rsidRDefault="007F7890" w:rsidP="00D270E1">
            <w:pPr>
              <w:spacing w:after="0" w:line="240" w:lineRule="auto"/>
              <w:jc w:val="center"/>
              <w:rPr>
                <w:rFonts w:ascii="Times New Roman" w:hAnsi="Times New Roman" w:cs="Times New Roman"/>
                <w:sz w:val="22"/>
              </w:rPr>
            </w:pPr>
          </w:p>
        </w:tc>
        <w:tc>
          <w:tcPr>
            <w:tcW w:w="75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CEADCBC" w14:textId="77777777" w:rsidR="007F7890" w:rsidRPr="00DB6570" w:rsidRDefault="007F7890" w:rsidP="00D270E1">
            <w:pPr>
              <w:spacing w:after="0" w:line="240" w:lineRule="auto"/>
              <w:jc w:val="center"/>
              <w:rPr>
                <w:rFonts w:ascii="Times New Roman" w:hAnsi="Times New Roman" w:cs="Times New Roman"/>
                <w:sz w:val="22"/>
              </w:rPr>
            </w:pPr>
          </w:p>
        </w:tc>
        <w:tc>
          <w:tcPr>
            <w:tcW w:w="65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922E147" w14:textId="77777777" w:rsidR="007F7890" w:rsidRPr="00DB6570" w:rsidRDefault="007F7890" w:rsidP="00D270E1">
            <w:pPr>
              <w:spacing w:after="0" w:line="240" w:lineRule="auto"/>
              <w:jc w:val="center"/>
              <w:rPr>
                <w:rFonts w:ascii="Times New Roman" w:hAnsi="Times New Roman" w:cs="Times New Roman"/>
                <w:sz w:val="22"/>
              </w:rPr>
            </w:pPr>
          </w:p>
        </w:tc>
      </w:tr>
      <w:tr w:rsidR="007F7890" w:rsidRPr="00DB6570" w14:paraId="588B5A1D" w14:textId="77777777" w:rsidTr="005E44DD">
        <w:trPr>
          <w:cantSplit/>
          <w:trHeight w:val="720"/>
          <w:jc w:val="center"/>
        </w:trPr>
        <w:tc>
          <w:tcPr>
            <w:tcW w:w="19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A426FF4" w14:textId="77777777" w:rsidR="007F7890" w:rsidRPr="00DB6570" w:rsidRDefault="007F7890"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5</w:t>
            </w: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1CDD0A9" w14:textId="77777777" w:rsidR="007F7890" w:rsidRPr="00DB6570" w:rsidRDefault="007F7890" w:rsidP="00D270E1">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FCAC853" w14:textId="77777777" w:rsidR="007F7890" w:rsidRPr="00DB6570" w:rsidRDefault="007F7890" w:rsidP="00D270E1">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173E555" w14:textId="77777777" w:rsidR="007F7890" w:rsidRPr="00DB6570" w:rsidRDefault="007F7890" w:rsidP="00D270E1">
            <w:pPr>
              <w:spacing w:after="0" w:line="240" w:lineRule="auto"/>
              <w:jc w:val="center"/>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31A4CE" w14:textId="77777777" w:rsidR="007F7890" w:rsidRPr="00DB6570" w:rsidRDefault="007F7890" w:rsidP="00D270E1">
            <w:pPr>
              <w:spacing w:after="0" w:line="240" w:lineRule="auto"/>
              <w:jc w:val="center"/>
              <w:rPr>
                <w:rFonts w:ascii="Times New Roman" w:hAnsi="Times New Roman" w:cs="Times New Roman"/>
                <w:sz w:val="22"/>
              </w:rPr>
            </w:pPr>
          </w:p>
        </w:tc>
        <w:tc>
          <w:tcPr>
            <w:tcW w:w="57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98C2BC8" w14:textId="77777777" w:rsidR="007F7890" w:rsidRPr="00DB6570" w:rsidRDefault="007F7890" w:rsidP="00D270E1">
            <w:pPr>
              <w:spacing w:after="0" w:line="240" w:lineRule="auto"/>
              <w:jc w:val="center"/>
              <w:rPr>
                <w:rFonts w:ascii="Times New Roman" w:hAnsi="Times New Roman" w:cs="Times New Roman"/>
                <w:sz w:val="22"/>
              </w:rPr>
            </w:pPr>
          </w:p>
        </w:tc>
        <w:tc>
          <w:tcPr>
            <w:tcW w:w="75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178734A" w14:textId="77777777" w:rsidR="007F7890" w:rsidRPr="00DB6570" w:rsidRDefault="007F7890" w:rsidP="00D270E1">
            <w:pPr>
              <w:spacing w:after="0" w:line="240" w:lineRule="auto"/>
              <w:jc w:val="center"/>
              <w:rPr>
                <w:rFonts w:ascii="Times New Roman" w:hAnsi="Times New Roman" w:cs="Times New Roman"/>
                <w:sz w:val="22"/>
              </w:rPr>
            </w:pPr>
          </w:p>
        </w:tc>
        <w:tc>
          <w:tcPr>
            <w:tcW w:w="65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4EBE3B5" w14:textId="77777777" w:rsidR="007F7890" w:rsidRPr="00DB6570" w:rsidRDefault="007F7890" w:rsidP="00D270E1">
            <w:pPr>
              <w:spacing w:after="0" w:line="240" w:lineRule="auto"/>
              <w:jc w:val="center"/>
              <w:rPr>
                <w:rFonts w:ascii="Times New Roman" w:hAnsi="Times New Roman" w:cs="Times New Roman"/>
                <w:sz w:val="22"/>
              </w:rPr>
            </w:pPr>
          </w:p>
        </w:tc>
      </w:tr>
      <w:tr w:rsidR="007F7890" w:rsidRPr="00DB6570" w14:paraId="27A49B36" w14:textId="77777777" w:rsidTr="005E44DD">
        <w:trPr>
          <w:cantSplit/>
          <w:trHeight w:val="432"/>
          <w:jc w:val="center"/>
        </w:trPr>
        <w:tc>
          <w:tcPr>
            <w:tcW w:w="198"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750CEFAF" w14:textId="77777777" w:rsidR="007F7890" w:rsidRPr="00DB6570" w:rsidRDefault="007F7890"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TOTAL</w:t>
            </w:r>
          </w:p>
        </w:tc>
        <w:tc>
          <w:tcPr>
            <w:tcW w:w="70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0C541506" w14:textId="77777777" w:rsidR="007F7890" w:rsidRPr="00DB6570" w:rsidRDefault="007F7890" w:rsidP="00D270E1">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10B731D1" w14:textId="77777777" w:rsidR="007F7890" w:rsidRPr="00DB6570" w:rsidRDefault="007F7890" w:rsidP="00D270E1">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5EFEDFF6" w14:textId="77777777" w:rsidR="007F7890" w:rsidRPr="00DB6570" w:rsidRDefault="007F7890" w:rsidP="00D270E1">
            <w:pPr>
              <w:spacing w:after="0" w:line="240" w:lineRule="auto"/>
              <w:jc w:val="center"/>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72E2D3AE" w14:textId="77777777" w:rsidR="007F7890" w:rsidRPr="00DB6570" w:rsidRDefault="007F7890" w:rsidP="00D270E1">
            <w:pPr>
              <w:spacing w:after="0" w:line="240" w:lineRule="auto"/>
              <w:jc w:val="center"/>
              <w:rPr>
                <w:rFonts w:ascii="Times New Roman" w:hAnsi="Times New Roman" w:cs="Times New Roman"/>
                <w:sz w:val="22"/>
              </w:rPr>
            </w:pPr>
          </w:p>
        </w:tc>
        <w:tc>
          <w:tcPr>
            <w:tcW w:w="574"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02DFA8F6" w14:textId="77777777" w:rsidR="007F7890" w:rsidRPr="00DB6570" w:rsidRDefault="007F7890" w:rsidP="00D270E1">
            <w:pPr>
              <w:spacing w:after="0" w:line="240" w:lineRule="auto"/>
              <w:jc w:val="center"/>
              <w:rPr>
                <w:rFonts w:ascii="Times New Roman" w:hAnsi="Times New Roman" w:cs="Times New Roman"/>
                <w:sz w:val="22"/>
              </w:rPr>
            </w:pPr>
          </w:p>
        </w:tc>
        <w:tc>
          <w:tcPr>
            <w:tcW w:w="757"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59618476" w14:textId="77777777" w:rsidR="007F7890" w:rsidRPr="00DB6570" w:rsidRDefault="007F7890" w:rsidP="00D270E1">
            <w:pPr>
              <w:spacing w:after="0" w:line="240" w:lineRule="auto"/>
              <w:jc w:val="center"/>
              <w:rPr>
                <w:rFonts w:ascii="Times New Roman" w:hAnsi="Times New Roman" w:cs="Times New Roman"/>
                <w:sz w:val="22"/>
              </w:rPr>
            </w:pPr>
          </w:p>
        </w:tc>
        <w:tc>
          <w:tcPr>
            <w:tcW w:w="652"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0D238B53" w14:textId="77777777" w:rsidR="007F7890" w:rsidRPr="00DB6570" w:rsidRDefault="007F7890" w:rsidP="00D270E1">
            <w:pPr>
              <w:spacing w:after="0" w:line="240" w:lineRule="auto"/>
              <w:jc w:val="center"/>
              <w:rPr>
                <w:rFonts w:ascii="Times New Roman" w:hAnsi="Times New Roman" w:cs="Times New Roman"/>
                <w:sz w:val="22"/>
              </w:rPr>
            </w:pPr>
          </w:p>
        </w:tc>
      </w:tr>
    </w:tbl>
    <w:p w14:paraId="19190A4F" w14:textId="77777777" w:rsidR="0061162A" w:rsidRPr="00DB6570" w:rsidRDefault="0061162A">
      <w:pPr>
        <w:spacing w:after="0"/>
        <w:rPr>
          <w:rFonts w:ascii="Times New Roman" w:hAnsi="Times New Roman" w:cs="Times New Roman"/>
          <w:sz w:val="22"/>
        </w:rPr>
      </w:pPr>
    </w:p>
    <w:p w14:paraId="70AD268E" w14:textId="5D3161D5" w:rsidR="0061162A" w:rsidRPr="00DB6570" w:rsidRDefault="00C3469D">
      <w:pPr>
        <w:pStyle w:val="Heading2"/>
        <w:rPr>
          <w:rFonts w:ascii="Times New Roman" w:hAnsi="Times New Roman" w:cs="Times New Roman"/>
          <w:color w:val="auto"/>
          <w:sz w:val="22"/>
          <w:szCs w:val="22"/>
        </w:rPr>
      </w:pPr>
      <w:bookmarkStart w:id="43" w:name="_Toc237525238"/>
      <w:r w:rsidRPr="00DB6570">
        <w:rPr>
          <w:rFonts w:ascii="Times New Roman" w:hAnsi="Times New Roman" w:cs="Times New Roman"/>
          <w:color w:val="auto"/>
          <w:sz w:val="22"/>
          <w:szCs w:val="22"/>
        </w:rPr>
        <w:t>4</w:t>
      </w:r>
      <w:r w:rsidR="00BE6111" w:rsidRPr="00DB6570">
        <w:rPr>
          <w:rFonts w:ascii="Times New Roman" w:hAnsi="Times New Roman" w:cs="Times New Roman"/>
          <w:color w:val="auto"/>
          <w:sz w:val="22"/>
          <w:szCs w:val="22"/>
        </w:rPr>
        <w:t>.1</w:t>
      </w:r>
      <w:r w:rsidRPr="00DB6570">
        <w:rPr>
          <w:rFonts w:ascii="Times New Roman" w:hAnsi="Times New Roman" w:cs="Times New Roman"/>
          <w:color w:val="auto"/>
          <w:sz w:val="22"/>
          <w:szCs w:val="22"/>
        </w:rPr>
        <w:t>2</w:t>
      </w:r>
      <w:r w:rsidR="00BE6111" w:rsidRPr="00DB6570">
        <w:rPr>
          <w:rFonts w:ascii="Times New Roman" w:hAnsi="Times New Roman" w:cs="Times New Roman"/>
          <w:color w:val="auto"/>
          <w:sz w:val="22"/>
          <w:szCs w:val="22"/>
        </w:rPr>
        <w:t xml:space="preserve"> Institutional Strengthening Investment Plan</w:t>
      </w:r>
      <w:bookmarkEnd w:id="43"/>
    </w:p>
    <w:p w14:paraId="3DAD0139" w14:textId="50A68404" w:rsidR="0061162A" w:rsidRPr="00DB6570" w:rsidRDefault="5884F2F1">
      <w:pPr>
        <w:pStyle w:val="GuidanceText"/>
        <w:keepNext/>
        <w:rPr>
          <w:rFonts w:ascii="Times New Roman" w:hAnsi="Times New Roman" w:cs="Times New Roman"/>
          <w:color w:val="auto"/>
          <w:sz w:val="22"/>
        </w:rPr>
      </w:pPr>
      <w:r w:rsidRPr="00DB6570">
        <w:rPr>
          <w:rFonts w:ascii="Times New Roman" w:hAnsi="Times New Roman" w:cs="Times New Roman"/>
          <w:color w:val="auto"/>
          <w:sz w:val="22"/>
        </w:rPr>
        <w:t>Up to 1</w:t>
      </w:r>
      <w:r w:rsidR="5895B410" w:rsidRPr="00DB6570">
        <w:rPr>
          <w:rFonts w:ascii="Times New Roman" w:hAnsi="Times New Roman" w:cs="Times New Roman"/>
          <w:color w:val="auto"/>
          <w:sz w:val="22"/>
        </w:rPr>
        <w:t>5</w:t>
      </w:r>
      <w:r w:rsidRPr="00DB6570">
        <w:rPr>
          <w:rFonts w:ascii="Times New Roman" w:hAnsi="Times New Roman" w:cs="Times New Roman"/>
          <w:color w:val="auto"/>
          <w:sz w:val="22"/>
        </w:rPr>
        <w:t xml:space="preserve">% of the institutional allocation </w:t>
      </w:r>
      <w:r w:rsidR="48C146AA" w:rsidRPr="00DB6570">
        <w:rPr>
          <w:rFonts w:ascii="Times New Roman" w:hAnsi="Times New Roman" w:cs="Times New Roman"/>
          <w:color w:val="auto"/>
          <w:sz w:val="22"/>
        </w:rPr>
        <w:t>can be committed to institutions that host centers/RFTIs.</w:t>
      </w:r>
      <w:r w:rsidR="503F16E3" w:rsidRPr="00DB6570">
        <w:rPr>
          <w:rFonts w:ascii="Times New Roman" w:hAnsi="Times New Roman" w:cs="Times New Roman"/>
          <w:color w:val="auto"/>
          <w:sz w:val="22"/>
        </w:rPr>
        <w:t xml:space="preserve"> Describe the activities and innovations in institutional policies and practices that will </w:t>
      </w:r>
      <w:r w:rsidR="47B264C3" w:rsidRPr="00DB6570">
        <w:rPr>
          <w:rFonts w:ascii="Times New Roman" w:hAnsi="Times New Roman" w:cs="Times New Roman"/>
          <w:color w:val="auto"/>
          <w:sz w:val="22"/>
        </w:rPr>
        <w:t xml:space="preserve">be prioritized over the project period </w:t>
      </w:r>
      <w:r w:rsidR="0D945E76" w:rsidRPr="00DB6570">
        <w:rPr>
          <w:rFonts w:ascii="Times New Roman" w:hAnsi="Times New Roman" w:cs="Times New Roman"/>
          <w:color w:val="auto"/>
          <w:sz w:val="22"/>
        </w:rPr>
        <w:t>from among the following options:</w:t>
      </w:r>
      <w:r w:rsidR="6341798F" w:rsidRPr="00DB6570">
        <w:rPr>
          <w:rFonts w:ascii="Times New Roman" w:hAnsi="Times New Roman" w:cs="Times New Roman"/>
          <w:color w:val="auto"/>
          <w:sz w:val="22"/>
        </w:rPr>
        <w:t xml:space="preserve"> student career services, </w:t>
      </w:r>
      <w:r w:rsidR="0394DBEF" w:rsidRPr="00DB6570">
        <w:rPr>
          <w:rFonts w:ascii="Times New Roman" w:hAnsi="Times New Roman" w:cs="Times New Roman"/>
          <w:color w:val="auto"/>
          <w:sz w:val="22"/>
        </w:rPr>
        <w:t xml:space="preserve">student tracer studies, data and analysis for measuring institutional performance, </w:t>
      </w:r>
      <w:r w:rsidR="2EAFBE1C" w:rsidRPr="00DB6570">
        <w:rPr>
          <w:rFonts w:ascii="Times New Roman" w:hAnsi="Times New Roman" w:cs="Times New Roman"/>
          <w:color w:val="auto"/>
          <w:sz w:val="22"/>
        </w:rPr>
        <w:t xml:space="preserve">digital learning, research management, innovation and technology transfer, </w:t>
      </w:r>
      <w:r w:rsidR="6341798F" w:rsidRPr="00DB6570">
        <w:rPr>
          <w:rFonts w:ascii="Times New Roman" w:hAnsi="Times New Roman" w:cs="Times New Roman"/>
          <w:color w:val="auto"/>
          <w:sz w:val="22"/>
        </w:rPr>
        <w:t>quality assurance and education management systems</w:t>
      </w:r>
      <w:r w:rsidR="12F15C38" w:rsidRPr="00DB6570">
        <w:rPr>
          <w:rFonts w:ascii="Times New Roman" w:hAnsi="Times New Roman" w:cs="Times New Roman"/>
          <w:color w:val="auto"/>
          <w:sz w:val="22"/>
        </w:rPr>
        <w:t xml:space="preserve">, leadership and </w:t>
      </w:r>
      <w:r w:rsidR="15D7EB7E" w:rsidRPr="00DB6570">
        <w:rPr>
          <w:rFonts w:ascii="Times New Roman" w:hAnsi="Times New Roman" w:cs="Times New Roman"/>
          <w:color w:val="auto"/>
          <w:sz w:val="22"/>
        </w:rPr>
        <w:t xml:space="preserve">faculty development, </w:t>
      </w:r>
      <w:r w:rsidR="0394DBEF" w:rsidRPr="00DB6570">
        <w:rPr>
          <w:rFonts w:ascii="Times New Roman" w:hAnsi="Times New Roman" w:cs="Times New Roman"/>
          <w:color w:val="auto"/>
          <w:sz w:val="22"/>
        </w:rPr>
        <w:t>institutional accreditation</w:t>
      </w:r>
      <w:r w:rsidRPr="00DB6570">
        <w:rPr>
          <w:rFonts w:ascii="Times New Roman" w:hAnsi="Times New Roman" w:cs="Times New Roman"/>
          <w:color w:val="auto"/>
          <w:sz w:val="22"/>
        </w:rPr>
        <w:t xml:space="preserve">. Prioritize investments required for </w:t>
      </w:r>
      <w:r w:rsidR="45D19FC9" w:rsidRPr="00DB6570">
        <w:rPr>
          <w:rFonts w:ascii="Times New Roman" w:hAnsi="Times New Roman" w:cs="Times New Roman"/>
          <w:color w:val="auto"/>
          <w:sz w:val="22"/>
        </w:rPr>
        <w:t xml:space="preserve">achieving and sustaining project objectives. For topics outside of the suggested options, provide a rationale justifying the need for investments in the proposed area, how it enables achieving and sustaining project objectives and expected outputs and outcomes. </w:t>
      </w:r>
    </w:p>
    <w:tbl>
      <w:tblPr>
        <w:tblStyle w:val="TableGrid"/>
        <w:tblW w:w="5000" w:type="pct"/>
        <w:jc w:val="center"/>
        <w:tblLook w:val="04A0" w:firstRow="1" w:lastRow="0" w:firstColumn="1" w:lastColumn="0" w:noHBand="0" w:noVBand="1"/>
      </w:tblPr>
      <w:tblGrid>
        <w:gridCol w:w="1882"/>
        <w:gridCol w:w="1102"/>
        <w:gridCol w:w="1364"/>
        <w:gridCol w:w="1713"/>
        <w:gridCol w:w="2080"/>
        <w:gridCol w:w="1715"/>
      </w:tblGrid>
      <w:tr w:rsidR="0061162A" w:rsidRPr="00DB6570" w14:paraId="2D666FF8" w14:textId="77777777" w:rsidTr="001F7DB8">
        <w:trPr>
          <w:tblHeader/>
          <w:jc w:val="center"/>
        </w:trPr>
        <w:tc>
          <w:tcPr>
            <w:tcW w:w="954" w:type="pct"/>
            <w:tcMar>
              <w:top w:w="70" w:type="dxa"/>
              <w:left w:w="70" w:type="dxa"/>
              <w:bottom w:w="70" w:type="dxa"/>
              <w:right w:w="70" w:type="dxa"/>
            </w:tcMar>
          </w:tcPr>
          <w:p w14:paraId="3114ABAB"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Investment area</w:t>
            </w:r>
          </w:p>
        </w:tc>
        <w:tc>
          <w:tcPr>
            <w:tcW w:w="559" w:type="pct"/>
            <w:tcMar>
              <w:top w:w="70" w:type="dxa"/>
              <w:left w:w="70" w:type="dxa"/>
              <w:bottom w:w="70" w:type="dxa"/>
              <w:right w:w="70" w:type="dxa"/>
            </w:tcMar>
          </w:tcPr>
          <w:p w14:paraId="010A8F4C"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Priority rank</w:t>
            </w:r>
          </w:p>
        </w:tc>
        <w:tc>
          <w:tcPr>
            <w:tcW w:w="692" w:type="pct"/>
            <w:tcMar>
              <w:top w:w="70" w:type="dxa"/>
              <w:left w:w="70" w:type="dxa"/>
              <w:bottom w:w="70" w:type="dxa"/>
              <w:right w:w="70" w:type="dxa"/>
            </w:tcMar>
          </w:tcPr>
          <w:p w14:paraId="0D2817BA"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Budget (USD)</w:t>
            </w:r>
          </w:p>
        </w:tc>
        <w:tc>
          <w:tcPr>
            <w:tcW w:w="869" w:type="pct"/>
            <w:tcMar>
              <w:top w:w="70" w:type="dxa"/>
              <w:left w:w="70" w:type="dxa"/>
              <w:bottom w:w="70" w:type="dxa"/>
              <w:right w:w="70" w:type="dxa"/>
            </w:tcMar>
          </w:tcPr>
          <w:p w14:paraId="5622E820"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 of institutional strengthening allocation</w:t>
            </w:r>
          </w:p>
        </w:tc>
        <w:tc>
          <w:tcPr>
            <w:tcW w:w="1055" w:type="pct"/>
            <w:tcMar>
              <w:top w:w="70" w:type="dxa"/>
              <w:left w:w="70" w:type="dxa"/>
              <w:bottom w:w="70" w:type="dxa"/>
              <w:right w:w="70" w:type="dxa"/>
            </w:tcMar>
          </w:tcPr>
          <w:p w14:paraId="143009C1"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Expected usage and result</w:t>
            </w:r>
          </w:p>
        </w:tc>
        <w:tc>
          <w:tcPr>
            <w:tcW w:w="870" w:type="pct"/>
            <w:tcMar>
              <w:top w:w="70" w:type="dxa"/>
              <w:left w:w="70" w:type="dxa"/>
              <w:bottom w:w="70" w:type="dxa"/>
              <w:right w:w="70" w:type="dxa"/>
            </w:tcMar>
          </w:tcPr>
          <w:p w14:paraId="11F2DF1F"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Sustainability / owner</w:t>
            </w:r>
          </w:p>
        </w:tc>
      </w:tr>
      <w:tr w:rsidR="0061162A" w:rsidRPr="00DB6570" w14:paraId="7E4BC84B" w14:textId="77777777" w:rsidTr="001F7DB8">
        <w:trPr>
          <w:cantSplit/>
          <w:jc w:val="center"/>
        </w:trPr>
        <w:tc>
          <w:tcPr>
            <w:tcW w:w="954" w:type="pct"/>
            <w:tcMar>
              <w:top w:w="70" w:type="dxa"/>
              <w:left w:w="70" w:type="dxa"/>
              <w:bottom w:w="70" w:type="dxa"/>
              <w:right w:w="70" w:type="dxa"/>
            </w:tcMar>
          </w:tcPr>
          <w:p w14:paraId="4DE2506A" w14:textId="1F23760E" w:rsidR="0061162A" w:rsidRPr="00DB6570" w:rsidRDefault="0061162A">
            <w:pPr>
              <w:pStyle w:val="ResponsePlaceholder"/>
              <w:rPr>
                <w:rFonts w:ascii="Times New Roman" w:hAnsi="Times New Roman" w:cs="Times New Roman"/>
                <w:color w:val="auto"/>
                <w:sz w:val="22"/>
              </w:rPr>
            </w:pPr>
          </w:p>
        </w:tc>
        <w:tc>
          <w:tcPr>
            <w:tcW w:w="559" w:type="pct"/>
            <w:tcMar>
              <w:top w:w="70" w:type="dxa"/>
              <w:left w:w="70" w:type="dxa"/>
              <w:bottom w:w="70" w:type="dxa"/>
              <w:right w:w="70" w:type="dxa"/>
            </w:tcMar>
          </w:tcPr>
          <w:p w14:paraId="7E33CBBE" w14:textId="2E74C071" w:rsidR="0061162A" w:rsidRPr="00DB6570" w:rsidRDefault="0061162A">
            <w:pPr>
              <w:pStyle w:val="ResponsePlaceholder"/>
              <w:rPr>
                <w:rFonts w:ascii="Times New Roman" w:hAnsi="Times New Roman" w:cs="Times New Roman"/>
                <w:color w:val="auto"/>
                <w:sz w:val="22"/>
              </w:rPr>
            </w:pPr>
          </w:p>
        </w:tc>
        <w:tc>
          <w:tcPr>
            <w:tcW w:w="692" w:type="pct"/>
            <w:tcMar>
              <w:top w:w="70" w:type="dxa"/>
              <w:left w:w="70" w:type="dxa"/>
              <w:bottom w:w="70" w:type="dxa"/>
              <w:right w:w="70" w:type="dxa"/>
            </w:tcMar>
          </w:tcPr>
          <w:p w14:paraId="241C450A" w14:textId="50078238" w:rsidR="0061162A" w:rsidRPr="00DB6570" w:rsidRDefault="0061162A">
            <w:pPr>
              <w:pStyle w:val="ResponsePlaceholder"/>
              <w:rPr>
                <w:rFonts w:ascii="Times New Roman" w:hAnsi="Times New Roman" w:cs="Times New Roman"/>
                <w:color w:val="auto"/>
                <w:sz w:val="22"/>
              </w:rPr>
            </w:pPr>
          </w:p>
        </w:tc>
        <w:tc>
          <w:tcPr>
            <w:tcW w:w="869" w:type="pct"/>
            <w:tcMar>
              <w:top w:w="70" w:type="dxa"/>
              <w:left w:w="70" w:type="dxa"/>
              <w:bottom w:w="70" w:type="dxa"/>
              <w:right w:w="70" w:type="dxa"/>
            </w:tcMar>
          </w:tcPr>
          <w:p w14:paraId="6B9164C6" w14:textId="4B1B9002" w:rsidR="0061162A" w:rsidRPr="00DB6570" w:rsidRDefault="0061162A">
            <w:pPr>
              <w:pStyle w:val="ResponsePlaceholder"/>
              <w:rPr>
                <w:rFonts w:ascii="Times New Roman" w:hAnsi="Times New Roman" w:cs="Times New Roman"/>
                <w:color w:val="auto"/>
                <w:sz w:val="22"/>
              </w:rPr>
            </w:pPr>
          </w:p>
        </w:tc>
        <w:tc>
          <w:tcPr>
            <w:tcW w:w="1055" w:type="pct"/>
            <w:tcMar>
              <w:top w:w="70" w:type="dxa"/>
              <w:left w:w="70" w:type="dxa"/>
              <w:bottom w:w="70" w:type="dxa"/>
              <w:right w:w="70" w:type="dxa"/>
            </w:tcMar>
          </w:tcPr>
          <w:p w14:paraId="43D3FF75" w14:textId="7B708B9E" w:rsidR="0061162A" w:rsidRPr="00DB6570" w:rsidRDefault="0061162A">
            <w:pPr>
              <w:pStyle w:val="ResponsePlaceholder"/>
              <w:rPr>
                <w:rFonts w:ascii="Times New Roman" w:hAnsi="Times New Roman" w:cs="Times New Roman"/>
                <w:color w:val="auto"/>
                <w:sz w:val="22"/>
              </w:rPr>
            </w:pPr>
          </w:p>
        </w:tc>
        <w:tc>
          <w:tcPr>
            <w:tcW w:w="870" w:type="pct"/>
            <w:tcMar>
              <w:top w:w="70" w:type="dxa"/>
              <w:left w:w="70" w:type="dxa"/>
              <w:bottom w:w="70" w:type="dxa"/>
              <w:right w:w="70" w:type="dxa"/>
            </w:tcMar>
          </w:tcPr>
          <w:p w14:paraId="36FC0B57" w14:textId="27A92602" w:rsidR="0061162A" w:rsidRPr="00DB6570" w:rsidRDefault="0061162A">
            <w:pPr>
              <w:pStyle w:val="ResponsePlaceholder"/>
              <w:rPr>
                <w:rFonts w:ascii="Times New Roman" w:hAnsi="Times New Roman" w:cs="Times New Roman"/>
                <w:color w:val="auto"/>
                <w:sz w:val="22"/>
              </w:rPr>
            </w:pPr>
          </w:p>
        </w:tc>
      </w:tr>
      <w:tr w:rsidR="0061162A" w:rsidRPr="00DB6570" w14:paraId="10127381" w14:textId="77777777" w:rsidTr="001F7DB8">
        <w:trPr>
          <w:cantSplit/>
          <w:jc w:val="center"/>
        </w:trPr>
        <w:tc>
          <w:tcPr>
            <w:tcW w:w="954" w:type="pct"/>
            <w:tcMar>
              <w:top w:w="70" w:type="dxa"/>
              <w:left w:w="70" w:type="dxa"/>
              <w:bottom w:w="70" w:type="dxa"/>
              <w:right w:w="70" w:type="dxa"/>
            </w:tcMar>
          </w:tcPr>
          <w:p w14:paraId="3C4FCE39" w14:textId="1F23ED13" w:rsidR="0061162A" w:rsidRPr="00DB6570" w:rsidRDefault="0061162A">
            <w:pPr>
              <w:pStyle w:val="ResponsePlaceholder"/>
              <w:rPr>
                <w:rFonts w:ascii="Times New Roman" w:hAnsi="Times New Roman" w:cs="Times New Roman"/>
                <w:color w:val="auto"/>
                <w:sz w:val="22"/>
              </w:rPr>
            </w:pPr>
          </w:p>
        </w:tc>
        <w:tc>
          <w:tcPr>
            <w:tcW w:w="559" w:type="pct"/>
            <w:tcMar>
              <w:top w:w="70" w:type="dxa"/>
              <w:left w:w="70" w:type="dxa"/>
              <w:bottom w:w="70" w:type="dxa"/>
              <w:right w:w="70" w:type="dxa"/>
            </w:tcMar>
          </w:tcPr>
          <w:p w14:paraId="5CA7269D" w14:textId="404ABD48" w:rsidR="0061162A" w:rsidRPr="00DB6570" w:rsidRDefault="0061162A">
            <w:pPr>
              <w:pStyle w:val="ResponsePlaceholder"/>
              <w:rPr>
                <w:rFonts w:ascii="Times New Roman" w:hAnsi="Times New Roman" w:cs="Times New Roman"/>
                <w:color w:val="auto"/>
                <w:sz w:val="22"/>
              </w:rPr>
            </w:pPr>
          </w:p>
        </w:tc>
        <w:tc>
          <w:tcPr>
            <w:tcW w:w="692" w:type="pct"/>
            <w:tcMar>
              <w:top w:w="70" w:type="dxa"/>
              <w:left w:w="70" w:type="dxa"/>
              <w:bottom w:w="70" w:type="dxa"/>
              <w:right w:w="70" w:type="dxa"/>
            </w:tcMar>
          </w:tcPr>
          <w:p w14:paraId="138140EF" w14:textId="0E4C42A9" w:rsidR="0061162A" w:rsidRPr="00DB6570" w:rsidRDefault="0061162A">
            <w:pPr>
              <w:pStyle w:val="ResponsePlaceholder"/>
              <w:rPr>
                <w:rFonts w:ascii="Times New Roman" w:hAnsi="Times New Roman" w:cs="Times New Roman"/>
                <w:color w:val="auto"/>
                <w:sz w:val="22"/>
              </w:rPr>
            </w:pPr>
          </w:p>
        </w:tc>
        <w:tc>
          <w:tcPr>
            <w:tcW w:w="869" w:type="pct"/>
            <w:tcMar>
              <w:top w:w="70" w:type="dxa"/>
              <w:left w:w="70" w:type="dxa"/>
              <w:bottom w:w="70" w:type="dxa"/>
              <w:right w:w="70" w:type="dxa"/>
            </w:tcMar>
          </w:tcPr>
          <w:p w14:paraId="60A4D9E1" w14:textId="1EA5F628" w:rsidR="0061162A" w:rsidRPr="00DB6570" w:rsidRDefault="0061162A">
            <w:pPr>
              <w:pStyle w:val="ResponsePlaceholder"/>
              <w:rPr>
                <w:rFonts w:ascii="Times New Roman" w:hAnsi="Times New Roman" w:cs="Times New Roman"/>
                <w:color w:val="auto"/>
                <w:sz w:val="22"/>
              </w:rPr>
            </w:pPr>
          </w:p>
        </w:tc>
        <w:tc>
          <w:tcPr>
            <w:tcW w:w="1055" w:type="pct"/>
            <w:tcMar>
              <w:top w:w="70" w:type="dxa"/>
              <w:left w:w="70" w:type="dxa"/>
              <w:bottom w:w="70" w:type="dxa"/>
              <w:right w:w="70" w:type="dxa"/>
            </w:tcMar>
          </w:tcPr>
          <w:p w14:paraId="2F476A66" w14:textId="5FE12F2D" w:rsidR="0061162A" w:rsidRPr="00DB6570" w:rsidRDefault="0061162A">
            <w:pPr>
              <w:pStyle w:val="ResponsePlaceholder"/>
              <w:rPr>
                <w:rFonts w:ascii="Times New Roman" w:hAnsi="Times New Roman" w:cs="Times New Roman"/>
                <w:color w:val="auto"/>
                <w:sz w:val="22"/>
              </w:rPr>
            </w:pPr>
          </w:p>
        </w:tc>
        <w:tc>
          <w:tcPr>
            <w:tcW w:w="870" w:type="pct"/>
            <w:tcMar>
              <w:top w:w="70" w:type="dxa"/>
              <w:left w:w="70" w:type="dxa"/>
              <w:bottom w:w="70" w:type="dxa"/>
              <w:right w:w="70" w:type="dxa"/>
            </w:tcMar>
          </w:tcPr>
          <w:p w14:paraId="61C9A6D7" w14:textId="5CDBB899" w:rsidR="0061162A" w:rsidRPr="00DB6570" w:rsidRDefault="0061162A">
            <w:pPr>
              <w:pStyle w:val="ResponsePlaceholder"/>
              <w:rPr>
                <w:rFonts w:ascii="Times New Roman" w:hAnsi="Times New Roman" w:cs="Times New Roman"/>
                <w:color w:val="auto"/>
                <w:sz w:val="22"/>
              </w:rPr>
            </w:pPr>
          </w:p>
        </w:tc>
      </w:tr>
      <w:tr w:rsidR="0061162A" w:rsidRPr="00DB6570" w14:paraId="19090731" w14:textId="77777777" w:rsidTr="001F7DB8">
        <w:trPr>
          <w:cantSplit/>
          <w:jc w:val="center"/>
        </w:trPr>
        <w:tc>
          <w:tcPr>
            <w:tcW w:w="954" w:type="pct"/>
            <w:tcMar>
              <w:top w:w="70" w:type="dxa"/>
              <w:left w:w="70" w:type="dxa"/>
              <w:bottom w:w="70" w:type="dxa"/>
              <w:right w:w="70" w:type="dxa"/>
            </w:tcMar>
          </w:tcPr>
          <w:p w14:paraId="2EE5D6D5" w14:textId="7445AAF5" w:rsidR="0061162A" w:rsidRPr="00DB6570" w:rsidRDefault="0061162A">
            <w:pPr>
              <w:pStyle w:val="ResponsePlaceholder"/>
              <w:rPr>
                <w:rFonts w:ascii="Times New Roman" w:hAnsi="Times New Roman" w:cs="Times New Roman"/>
                <w:color w:val="auto"/>
                <w:sz w:val="22"/>
              </w:rPr>
            </w:pPr>
          </w:p>
        </w:tc>
        <w:tc>
          <w:tcPr>
            <w:tcW w:w="559" w:type="pct"/>
            <w:tcMar>
              <w:top w:w="70" w:type="dxa"/>
              <w:left w:w="70" w:type="dxa"/>
              <w:bottom w:w="70" w:type="dxa"/>
              <w:right w:w="70" w:type="dxa"/>
            </w:tcMar>
          </w:tcPr>
          <w:p w14:paraId="426F8158" w14:textId="2FBC6FFE" w:rsidR="0061162A" w:rsidRPr="00DB6570" w:rsidRDefault="0061162A">
            <w:pPr>
              <w:pStyle w:val="ResponsePlaceholder"/>
              <w:rPr>
                <w:rFonts w:ascii="Times New Roman" w:hAnsi="Times New Roman" w:cs="Times New Roman"/>
                <w:color w:val="auto"/>
                <w:sz w:val="22"/>
              </w:rPr>
            </w:pPr>
          </w:p>
        </w:tc>
        <w:tc>
          <w:tcPr>
            <w:tcW w:w="692" w:type="pct"/>
            <w:tcMar>
              <w:top w:w="70" w:type="dxa"/>
              <w:left w:w="70" w:type="dxa"/>
              <w:bottom w:w="70" w:type="dxa"/>
              <w:right w:w="70" w:type="dxa"/>
            </w:tcMar>
          </w:tcPr>
          <w:p w14:paraId="4AC1F040" w14:textId="6B2127D5" w:rsidR="0061162A" w:rsidRPr="00DB6570" w:rsidRDefault="0061162A">
            <w:pPr>
              <w:pStyle w:val="ResponsePlaceholder"/>
              <w:rPr>
                <w:rFonts w:ascii="Times New Roman" w:hAnsi="Times New Roman" w:cs="Times New Roman"/>
                <w:color w:val="auto"/>
                <w:sz w:val="22"/>
              </w:rPr>
            </w:pPr>
          </w:p>
        </w:tc>
        <w:tc>
          <w:tcPr>
            <w:tcW w:w="869" w:type="pct"/>
            <w:tcMar>
              <w:top w:w="70" w:type="dxa"/>
              <w:left w:w="70" w:type="dxa"/>
              <w:bottom w:w="70" w:type="dxa"/>
              <w:right w:w="70" w:type="dxa"/>
            </w:tcMar>
          </w:tcPr>
          <w:p w14:paraId="0D2A9494" w14:textId="7201F7EF" w:rsidR="0061162A" w:rsidRPr="00DB6570" w:rsidRDefault="0061162A">
            <w:pPr>
              <w:pStyle w:val="ResponsePlaceholder"/>
              <w:rPr>
                <w:rFonts w:ascii="Times New Roman" w:hAnsi="Times New Roman" w:cs="Times New Roman"/>
                <w:color w:val="auto"/>
                <w:sz w:val="22"/>
              </w:rPr>
            </w:pPr>
          </w:p>
        </w:tc>
        <w:tc>
          <w:tcPr>
            <w:tcW w:w="1055" w:type="pct"/>
            <w:tcMar>
              <w:top w:w="70" w:type="dxa"/>
              <w:left w:w="70" w:type="dxa"/>
              <w:bottom w:w="70" w:type="dxa"/>
              <w:right w:w="70" w:type="dxa"/>
            </w:tcMar>
          </w:tcPr>
          <w:p w14:paraId="3592B6A0" w14:textId="509178D8" w:rsidR="0061162A" w:rsidRPr="00DB6570" w:rsidRDefault="0061162A">
            <w:pPr>
              <w:pStyle w:val="ResponsePlaceholder"/>
              <w:rPr>
                <w:rFonts w:ascii="Times New Roman" w:hAnsi="Times New Roman" w:cs="Times New Roman"/>
                <w:color w:val="auto"/>
                <w:sz w:val="22"/>
              </w:rPr>
            </w:pPr>
          </w:p>
        </w:tc>
        <w:tc>
          <w:tcPr>
            <w:tcW w:w="870" w:type="pct"/>
            <w:tcMar>
              <w:top w:w="70" w:type="dxa"/>
              <w:left w:w="70" w:type="dxa"/>
              <w:bottom w:w="70" w:type="dxa"/>
              <w:right w:w="70" w:type="dxa"/>
            </w:tcMar>
          </w:tcPr>
          <w:p w14:paraId="5874EF31" w14:textId="77D5DB65" w:rsidR="0061162A" w:rsidRPr="00DB6570" w:rsidRDefault="0061162A">
            <w:pPr>
              <w:pStyle w:val="ResponsePlaceholder"/>
              <w:rPr>
                <w:rFonts w:ascii="Times New Roman" w:hAnsi="Times New Roman" w:cs="Times New Roman"/>
                <w:color w:val="auto"/>
                <w:sz w:val="22"/>
              </w:rPr>
            </w:pPr>
          </w:p>
        </w:tc>
      </w:tr>
    </w:tbl>
    <w:p w14:paraId="566C2A67" w14:textId="77777777" w:rsidR="0061162A" w:rsidRPr="00DB6570" w:rsidRDefault="0061162A">
      <w:pPr>
        <w:spacing w:after="0"/>
        <w:rPr>
          <w:rFonts w:ascii="Times New Roman" w:hAnsi="Times New Roman" w:cs="Times New Roman"/>
          <w:sz w:val="22"/>
        </w:rPr>
      </w:pPr>
    </w:p>
    <w:p w14:paraId="0EA392FA" w14:textId="7E5DB53B" w:rsidR="0061162A" w:rsidRPr="00DB6570" w:rsidRDefault="00C3469D">
      <w:pPr>
        <w:pStyle w:val="Heading2"/>
        <w:rPr>
          <w:rFonts w:ascii="Times New Roman" w:hAnsi="Times New Roman" w:cs="Times New Roman"/>
          <w:color w:val="auto"/>
          <w:sz w:val="22"/>
          <w:szCs w:val="22"/>
        </w:rPr>
      </w:pPr>
      <w:bookmarkStart w:id="44" w:name="_Toc237525239"/>
      <w:r w:rsidRPr="00DB6570">
        <w:rPr>
          <w:rFonts w:ascii="Times New Roman" w:hAnsi="Times New Roman" w:cs="Times New Roman"/>
          <w:color w:val="auto"/>
          <w:sz w:val="22"/>
          <w:szCs w:val="22"/>
        </w:rPr>
        <w:t>4</w:t>
      </w:r>
      <w:r w:rsidR="00BE6111" w:rsidRPr="00DB6570">
        <w:rPr>
          <w:rFonts w:ascii="Times New Roman" w:hAnsi="Times New Roman" w:cs="Times New Roman"/>
          <w:color w:val="auto"/>
          <w:sz w:val="22"/>
          <w:szCs w:val="22"/>
        </w:rPr>
        <w:t>.1</w:t>
      </w:r>
      <w:r w:rsidRPr="00DB6570">
        <w:rPr>
          <w:rFonts w:ascii="Times New Roman" w:hAnsi="Times New Roman" w:cs="Times New Roman"/>
          <w:color w:val="auto"/>
          <w:sz w:val="22"/>
          <w:szCs w:val="22"/>
        </w:rPr>
        <w:t>3</w:t>
      </w:r>
      <w:r w:rsidR="00BE6111" w:rsidRPr="00DB6570">
        <w:rPr>
          <w:rFonts w:ascii="Times New Roman" w:hAnsi="Times New Roman" w:cs="Times New Roman"/>
          <w:color w:val="auto"/>
          <w:sz w:val="22"/>
          <w:szCs w:val="22"/>
        </w:rPr>
        <w:t xml:space="preserve"> Physical Resources, Equipment and Civil Works</w:t>
      </w:r>
      <w:bookmarkEnd w:id="44"/>
    </w:p>
    <w:p w14:paraId="2CBFFB2C" w14:textId="77777777" w:rsidR="00762F07" w:rsidRPr="00762F07" w:rsidRDefault="00762F07" w:rsidP="00762F07">
      <w:pPr>
        <w:pStyle w:val="GuidanceText"/>
        <w:keepNext/>
        <w:rPr>
          <w:rFonts w:ascii="Times New Roman" w:hAnsi="Times New Roman" w:cs="Times New Roman"/>
          <w:color w:val="auto"/>
          <w:sz w:val="22"/>
        </w:rPr>
      </w:pPr>
      <w:r w:rsidRPr="00762F07">
        <w:rPr>
          <w:rFonts w:ascii="Times New Roman" w:hAnsi="Times New Roman" w:cs="Times New Roman"/>
          <w:color w:val="auto"/>
          <w:sz w:val="22"/>
        </w:rPr>
        <w:t xml:space="preserve">Up to 25% of the budget may be used for infrastructure (inclusive of major equipment and civil works). Briefly describe how existing physical resources ( facilities,laboratories, workshops and major equipment) support the delivery of the activities proposed in this application. Identify any significant gaps between current capacity and what is required to deliver the proposed program. </w:t>
      </w:r>
    </w:p>
    <w:p w14:paraId="344A4754" w14:textId="5C138EB0" w:rsidR="0061162A" w:rsidRPr="00DB6570" w:rsidRDefault="00762F07" w:rsidP="00762F07">
      <w:pPr>
        <w:pStyle w:val="GuidanceText"/>
        <w:keepNext/>
        <w:rPr>
          <w:rFonts w:ascii="Times New Roman" w:hAnsi="Times New Roman" w:cs="Times New Roman"/>
          <w:color w:val="auto"/>
          <w:sz w:val="22"/>
        </w:rPr>
      </w:pPr>
      <w:r w:rsidRPr="00762F07">
        <w:rPr>
          <w:rFonts w:ascii="Times New Roman" w:hAnsi="Times New Roman" w:cs="Times New Roman"/>
          <w:color w:val="auto"/>
          <w:sz w:val="22"/>
        </w:rPr>
        <w:t xml:space="preserve">Please do not list individual physical resources in the narrative section. These must be listed in the table.  </w:t>
      </w:r>
    </w:p>
    <w:tbl>
      <w:tblPr>
        <w:tblStyle w:val="TableGrid"/>
        <w:tblW w:w="9000" w:type="dxa"/>
        <w:jc w:val="center"/>
        <w:tblLook w:val="04A0" w:firstRow="1" w:lastRow="0" w:firstColumn="1" w:lastColumn="0" w:noHBand="0" w:noVBand="1"/>
      </w:tblPr>
      <w:tblGrid>
        <w:gridCol w:w="9000"/>
      </w:tblGrid>
      <w:tr w:rsidR="0061162A" w:rsidRPr="00DB6570" w14:paraId="6BA28AE6" w14:textId="77777777" w:rsidTr="00CF529C">
        <w:trPr>
          <w:jc w:val="center"/>
        </w:trPr>
        <w:tc>
          <w:tcPr>
            <w:tcW w:w="9000" w:type="dxa"/>
            <w:shd w:val="clear" w:color="auto" w:fill="FAFAFA"/>
            <w:tcMar>
              <w:top w:w="110" w:type="dxa"/>
              <w:left w:w="120" w:type="dxa"/>
              <w:bottom w:w="110" w:type="dxa"/>
              <w:right w:w="120" w:type="dxa"/>
            </w:tcMar>
          </w:tcPr>
          <w:p w14:paraId="1744C8C7" w14:textId="1B35B0B7" w:rsidR="0061162A" w:rsidRPr="00DB6570" w:rsidRDefault="00762F07">
            <w:pPr>
              <w:rPr>
                <w:rFonts w:ascii="Times New Roman" w:hAnsi="Times New Roman" w:cs="Times New Roman"/>
                <w:sz w:val="22"/>
              </w:rPr>
            </w:pPr>
            <w:r w:rsidRPr="00762F07">
              <w:rPr>
                <w:rFonts w:ascii="Times New Roman" w:hAnsi="Times New Roman" w:cs="Times New Roman"/>
                <w:i/>
                <w:sz w:val="22"/>
              </w:rPr>
              <w:t>[Applicant response must not exceed 700 words]</w:t>
            </w:r>
          </w:p>
          <w:p w14:paraId="44D73496" w14:textId="77777777" w:rsidR="0061162A" w:rsidRPr="00DB6570" w:rsidRDefault="0061162A">
            <w:pPr>
              <w:rPr>
                <w:rFonts w:ascii="Times New Roman" w:hAnsi="Times New Roman" w:cs="Times New Roman"/>
                <w:sz w:val="22"/>
              </w:rPr>
            </w:pPr>
          </w:p>
          <w:p w14:paraId="0F094479" w14:textId="77777777" w:rsidR="0061162A" w:rsidRPr="00DB6570" w:rsidRDefault="0061162A">
            <w:pPr>
              <w:rPr>
                <w:rFonts w:ascii="Times New Roman" w:hAnsi="Times New Roman" w:cs="Times New Roman"/>
                <w:sz w:val="22"/>
              </w:rPr>
            </w:pPr>
          </w:p>
          <w:p w14:paraId="71949199" w14:textId="77777777" w:rsidR="0061162A" w:rsidRPr="00DB6570" w:rsidRDefault="0061162A">
            <w:pPr>
              <w:rPr>
                <w:rFonts w:ascii="Times New Roman" w:hAnsi="Times New Roman" w:cs="Times New Roman"/>
                <w:sz w:val="22"/>
              </w:rPr>
            </w:pPr>
          </w:p>
        </w:tc>
      </w:tr>
    </w:tbl>
    <w:p w14:paraId="22966C95" w14:textId="77777777" w:rsidR="00190A07" w:rsidRDefault="00190A07" w:rsidP="00762F07">
      <w:pPr>
        <w:rPr>
          <w:i/>
          <w:iCs/>
        </w:rPr>
      </w:pPr>
    </w:p>
    <w:p w14:paraId="2F4A2A3D" w14:textId="56BCC31F" w:rsidR="00CF529C" w:rsidRPr="00762F07" w:rsidRDefault="00762F07" w:rsidP="00762F07">
      <w:pPr>
        <w:rPr>
          <w:i/>
          <w:iCs/>
        </w:rPr>
      </w:pPr>
      <w:r w:rsidRPr="00762F07">
        <w:rPr>
          <w:i/>
          <w:iCs/>
        </w:rPr>
        <w:t>In this table, only identify items that are directly required to deliver the proposed program</w:t>
      </w:r>
    </w:p>
    <w:tbl>
      <w:tblPr>
        <w:tblStyle w:val="TableGrid"/>
        <w:tblW w:w="5000" w:type="pct"/>
        <w:jc w:val="center"/>
        <w:tblLook w:val="04A0" w:firstRow="1" w:lastRow="0" w:firstColumn="1" w:lastColumn="0" w:noHBand="0" w:noVBand="1"/>
      </w:tblPr>
      <w:tblGrid>
        <w:gridCol w:w="3873"/>
        <w:gridCol w:w="2977"/>
        <w:gridCol w:w="3006"/>
      </w:tblGrid>
      <w:tr w:rsidR="00B779FC" w:rsidRPr="00DB6570" w14:paraId="2707A5A6" w14:textId="77777777" w:rsidTr="0021427D">
        <w:trPr>
          <w:tblHeader/>
          <w:jc w:val="center"/>
        </w:trPr>
        <w:tc>
          <w:tcPr>
            <w:tcW w:w="1965" w:type="pct"/>
            <w:tcMar>
              <w:top w:w="70" w:type="dxa"/>
              <w:left w:w="70" w:type="dxa"/>
              <w:bottom w:w="70" w:type="dxa"/>
              <w:right w:w="70" w:type="dxa"/>
            </w:tcMar>
          </w:tcPr>
          <w:p w14:paraId="4B432493" w14:textId="77777777" w:rsidR="00B779FC" w:rsidRPr="00DB6570" w:rsidRDefault="00B779FC" w:rsidP="00D270E1">
            <w:pPr>
              <w:rPr>
                <w:rFonts w:ascii="Times New Roman" w:hAnsi="Times New Roman" w:cs="Times New Roman"/>
                <w:sz w:val="22"/>
              </w:rPr>
            </w:pPr>
            <w:r w:rsidRPr="00DB6570">
              <w:rPr>
                <w:rFonts w:ascii="Times New Roman" w:hAnsi="Times New Roman" w:cs="Times New Roman"/>
                <w:b/>
                <w:sz w:val="22"/>
              </w:rPr>
              <w:t>Facility/Infrastructure/Equipment</w:t>
            </w:r>
          </w:p>
        </w:tc>
        <w:tc>
          <w:tcPr>
            <w:tcW w:w="1510" w:type="pct"/>
            <w:tcMar>
              <w:top w:w="70" w:type="dxa"/>
              <w:left w:w="70" w:type="dxa"/>
              <w:bottom w:w="70" w:type="dxa"/>
              <w:right w:w="70" w:type="dxa"/>
            </w:tcMar>
          </w:tcPr>
          <w:p w14:paraId="69DF0101" w14:textId="77777777" w:rsidR="00B779FC" w:rsidRPr="00DB6570" w:rsidRDefault="00B779FC" w:rsidP="00D270E1">
            <w:pPr>
              <w:rPr>
                <w:rFonts w:ascii="Times New Roman" w:hAnsi="Times New Roman" w:cs="Times New Roman"/>
                <w:sz w:val="22"/>
              </w:rPr>
            </w:pPr>
            <w:r w:rsidRPr="00DB6570">
              <w:rPr>
                <w:rFonts w:ascii="Times New Roman" w:hAnsi="Times New Roman" w:cs="Times New Roman"/>
                <w:b/>
                <w:sz w:val="22"/>
              </w:rPr>
              <w:t>Current capability/capacity gaps</w:t>
            </w:r>
          </w:p>
        </w:tc>
        <w:tc>
          <w:tcPr>
            <w:tcW w:w="1525" w:type="pct"/>
            <w:tcMar>
              <w:top w:w="70" w:type="dxa"/>
              <w:left w:w="70" w:type="dxa"/>
              <w:bottom w:w="70" w:type="dxa"/>
              <w:right w:w="70" w:type="dxa"/>
            </w:tcMar>
          </w:tcPr>
          <w:p w14:paraId="2B3668E5" w14:textId="77777777" w:rsidR="00B779FC" w:rsidRPr="00DB6570" w:rsidRDefault="00B779FC" w:rsidP="00D270E1">
            <w:pPr>
              <w:rPr>
                <w:rFonts w:ascii="Times New Roman" w:hAnsi="Times New Roman" w:cs="Times New Roman"/>
                <w:sz w:val="22"/>
              </w:rPr>
            </w:pPr>
            <w:r w:rsidRPr="00DB6570">
              <w:rPr>
                <w:rFonts w:ascii="Times New Roman" w:hAnsi="Times New Roman" w:cs="Times New Roman"/>
                <w:b/>
                <w:sz w:val="22"/>
              </w:rPr>
              <w:t>Proposed investment</w:t>
            </w:r>
          </w:p>
        </w:tc>
      </w:tr>
      <w:tr w:rsidR="00B779FC" w:rsidRPr="00DB6570" w14:paraId="45FF8883" w14:textId="77777777" w:rsidTr="005E44DD">
        <w:trPr>
          <w:cantSplit/>
          <w:jc w:val="center"/>
        </w:trPr>
        <w:tc>
          <w:tcPr>
            <w:tcW w:w="1965" w:type="pct"/>
            <w:tcMar>
              <w:top w:w="70" w:type="dxa"/>
              <w:left w:w="70" w:type="dxa"/>
              <w:bottom w:w="70" w:type="dxa"/>
              <w:right w:w="70" w:type="dxa"/>
            </w:tcMar>
          </w:tcPr>
          <w:p w14:paraId="6B6A8D3F" w14:textId="34195E0C" w:rsidR="00B779FC" w:rsidRPr="00DB6570" w:rsidRDefault="00B779FC" w:rsidP="00D270E1">
            <w:pPr>
              <w:pStyle w:val="ResponsePlaceholder"/>
              <w:rPr>
                <w:rFonts w:ascii="Times New Roman" w:hAnsi="Times New Roman" w:cs="Times New Roman"/>
                <w:color w:val="auto"/>
                <w:sz w:val="22"/>
              </w:rPr>
            </w:pPr>
          </w:p>
        </w:tc>
        <w:tc>
          <w:tcPr>
            <w:tcW w:w="1510" w:type="pct"/>
            <w:tcMar>
              <w:top w:w="70" w:type="dxa"/>
              <w:left w:w="70" w:type="dxa"/>
              <w:bottom w:w="70" w:type="dxa"/>
              <w:right w:w="70" w:type="dxa"/>
            </w:tcMar>
          </w:tcPr>
          <w:p w14:paraId="71B98FB6" w14:textId="5A555017" w:rsidR="00B779FC" w:rsidRPr="00DB6570" w:rsidRDefault="00B779FC" w:rsidP="00D270E1">
            <w:pPr>
              <w:pStyle w:val="ResponsePlaceholder"/>
              <w:rPr>
                <w:rFonts w:ascii="Times New Roman" w:hAnsi="Times New Roman" w:cs="Times New Roman"/>
                <w:color w:val="auto"/>
                <w:sz w:val="22"/>
              </w:rPr>
            </w:pPr>
          </w:p>
        </w:tc>
        <w:tc>
          <w:tcPr>
            <w:tcW w:w="1525" w:type="pct"/>
            <w:tcMar>
              <w:top w:w="70" w:type="dxa"/>
              <w:left w:w="70" w:type="dxa"/>
              <w:bottom w:w="70" w:type="dxa"/>
              <w:right w:w="70" w:type="dxa"/>
            </w:tcMar>
          </w:tcPr>
          <w:p w14:paraId="76CB339F" w14:textId="7BAE9342" w:rsidR="00B779FC" w:rsidRPr="00DB6570" w:rsidRDefault="00B779FC" w:rsidP="00D270E1">
            <w:pPr>
              <w:pStyle w:val="ResponsePlaceholder"/>
              <w:rPr>
                <w:rFonts w:ascii="Times New Roman" w:hAnsi="Times New Roman" w:cs="Times New Roman"/>
                <w:color w:val="auto"/>
                <w:sz w:val="22"/>
              </w:rPr>
            </w:pPr>
          </w:p>
        </w:tc>
      </w:tr>
      <w:tr w:rsidR="00B779FC" w:rsidRPr="00DB6570" w14:paraId="784D872F" w14:textId="77777777" w:rsidTr="005E44DD">
        <w:trPr>
          <w:cantSplit/>
          <w:jc w:val="center"/>
        </w:trPr>
        <w:tc>
          <w:tcPr>
            <w:tcW w:w="1965" w:type="pct"/>
            <w:tcMar>
              <w:top w:w="70" w:type="dxa"/>
              <w:left w:w="70" w:type="dxa"/>
              <w:bottom w:w="70" w:type="dxa"/>
              <w:right w:w="70" w:type="dxa"/>
            </w:tcMar>
          </w:tcPr>
          <w:p w14:paraId="7724E4A0" w14:textId="6507AAC2" w:rsidR="00B779FC" w:rsidRPr="00DB6570" w:rsidRDefault="00B779FC" w:rsidP="00D270E1">
            <w:pPr>
              <w:pStyle w:val="ResponsePlaceholder"/>
              <w:rPr>
                <w:rFonts w:ascii="Times New Roman" w:hAnsi="Times New Roman" w:cs="Times New Roman"/>
                <w:color w:val="auto"/>
                <w:sz w:val="22"/>
              </w:rPr>
            </w:pPr>
          </w:p>
        </w:tc>
        <w:tc>
          <w:tcPr>
            <w:tcW w:w="1510" w:type="pct"/>
            <w:tcMar>
              <w:top w:w="70" w:type="dxa"/>
              <w:left w:w="70" w:type="dxa"/>
              <w:bottom w:w="70" w:type="dxa"/>
              <w:right w:w="70" w:type="dxa"/>
            </w:tcMar>
          </w:tcPr>
          <w:p w14:paraId="5D63C290" w14:textId="56C9C15B" w:rsidR="00B779FC" w:rsidRPr="00DB6570" w:rsidRDefault="00B779FC" w:rsidP="00D270E1">
            <w:pPr>
              <w:pStyle w:val="ResponsePlaceholder"/>
              <w:rPr>
                <w:rFonts w:ascii="Times New Roman" w:hAnsi="Times New Roman" w:cs="Times New Roman"/>
                <w:color w:val="auto"/>
                <w:sz w:val="22"/>
              </w:rPr>
            </w:pPr>
          </w:p>
        </w:tc>
        <w:tc>
          <w:tcPr>
            <w:tcW w:w="1525" w:type="pct"/>
            <w:tcMar>
              <w:top w:w="70" w:type="dxa"/>
              <w:left w:w="70" w:type="dxa"/>
              <w:bottom w:w="70" w:type="dxa"/>
              <w:right w:w="70" w:type="dxa"/>
            </w:tcMar>
          </w:tcPr>
          <w:p w14:paraId="572BF2A4" w14:textId="7F50B03C" w:rsidR="00B779FC" w:rsidRPr="00DB6570" w:rsidRDefault="00B779FC" w:rsidP="00D270E1">
            <w:pPr>
              <w:pStyle w:val="ResponsePlaceholder"/>
              <w:rPr>
                <w:rFonts w:ascii="Times New Roman" w:hAnsi="Times New Roman" w:cs="Times New Roman"/>
                <w:color w:val="auto"/>
                <w:sz w:val="22"/>
              </w:rPr>
            </w:pPr>
          </w:p>
        </w:tc>
      </w:tr>
      <w:tr w:rsidR="00B779FC" w:rsidRPr="00DB6570" w14:paraId="6C40D2D6" w14:textId="77777777" w:rsidTr="005E44DD">
        <w:trPr>
          <w:cantSplit/>
          <w:jc w:val="center"/>
        </w:trPr>
        <w:tc>
          <w:tcPr>
            <w:tcW w:w="1965" w:type="pct"/>
            <w:tcMar>
              <w:top w:w="70" w:type="dxa"/>
              <w:left w:w="70" w:type="dxa"/>
              <w:bottom w:w="70" w:type="dxa"/>
              <w:right w:w="70" w:type="dxa"/>
            </w:tcMar>
          </w:tcPr>
          <w:p w14:paraId="514818C0" w14:textId="4C8A22D0" w:rsidR="00B779FC" w:rsidRPr="00DB6570" w:rsidRDefault="00B779FC" w:rsidP="00D270E1">
            <w:pPr>
              <w:pStyle w:val="ResponsePlaceholder"/>
              <w:rPr>
                <w:rFonts w:ascii="Times New Roman" w:hAnsi="Times New Roman" w:cs="Times New Roman"/>
                <w:color w:val="auto"/>
                <w:sz w:val="22"/>
              </w:rPr>
            </w:pPr>
          </w:p>
        </w:tc>
        <w:tc>
          <w:tcPr>
            <w:tcW w:w="1510" w:type="pct"/>
            <w:tcMar>
              <w:top w:w="70" w:type="dxa"/>
              <w:left w:w="70" w:type="dxa"/>
              <w:bottom w:w="70" w:type="dxa"/>
              <w:right w:w="70" w:type="dxa"/>
            </w:tcMar>
          </w:tcPr>
          <w:p w14:paraId="55EA4F32" w14:textId="50D1575B" w:rsidR="00B779FC" w:rsidRPr="00DB6570" w:rsidRDefault="00B779FC" w:rsidP="00D270E1">
            <w:pPr>
              <w:pStyle w:val="ResponsePlaceholder"/>
              <w:rPr>
                <w:rFonts w:ascii="Times New Roman" w:hAnsi="Times New Roman" w:cs="Times New Roman"/>
                <w:color w:val="auto"/>
                <w:sz w:val="22"/>
              </w:rPr>
            </w:pPr>
          </w:p>
        </w:tc>
        <w:tc>
          <w:tcPr>
            <w:tcW w:w="1525" w:type="pct"/>
            <w:tcMar>
              <w:top w:w="70" w:type="dxa"/>
              <w:left w:w="70" w:type="dxa"/>
              <w:bottom w:w="70" w:type="dxa"/>
              <w:right w:w="70" w:type="dxa"/>
            </w:tcMar>
          </w:tcPr>
          <w:p w14:paraId="18ED1C04" w14:textId="24A86080" w:rsidR="00B779FC" w:rsidRPr="00DB6570" w:rsidRDefault="00B779FC" w:rsidP="00D270E1">
            <w:pPr>
              <w:pStyle w:val="ResponsePlaceholder"/>
              <w:rPr>
                <w:rFonts w:ascii="Times New Roman" w:hAnsi="Times New Roman" w:cs="Times New Roman"/>
                <w:color w:val="auto"/>
                <w:sz w:val="22"/>
              </w:rPr>
            </w:pPr>
          </w:p>
        </w:tc>
      </w:tr>
      <w:tr w:rsidR="00B779FC" w:rsidRPr="00DB6570" w14:paraId="477A094F" w14:textId="77777777" w:rsidTr="005E44DD">
        <w:trPr>
          <w:cantSplit/>
          <w:jc w:val="center"/>
        </w:trPr>
        <w:tc>
          <w:tcPr>
            <w:tcW w:w="1965" w:type="pct"/>
            <w:tcMar>
              <w:top w:w="70" w:type="dxa"/>
              <w:left w:w="70" w:type="dxa"/>
              <w:bottom w:w="70" w:type="dxa"/>
              <w:right w:w="70" w:type="dxa"/>
            </w:tcMar>
          </w:tcPr>
          <w:p w14:paraId="0DE558A7" w14:textId="31D1202D" w:rsidR="00B779FC" w:rsidRPr="00DB6570" w:rsidRDefault="00B779FC" w:rsidP="00D270E1">
            <w:pPr>
              <w:pStyle w:val="ResponsePlaceholder"/>
              <w:rPr>
                <w:rFonts w:ascii="Times New Roman" w:hAnsi="Times New Roman" w:cs="Times New Roman"/>
                <w:color w:val="auto"/>
                <w:sz w:val="22"/>
              </w:rPr>
            </w:pPr>
          </w:p>
        </w:tc>
        <w:tc>
          <w:tcPr>
            <w:tcW w:w="1510" w:type="pct"/>
            <w:tcMar>
              <w:top w:w="70" w:type="dxa"/>
              <w:left w:w="70" w:type="dxa"/>
              <w:bottom w:w="70" w:type="dxa"/>
              <w:right w:w="70" w:type="dxa"/>
            </w:tcMar>
          </w:tcPr>
          <w:p w14:paraId="3286AA5A" w14:textId="17B0B64D" w:rsidR="00B779FC" w:rsidRPr="00DB6570" w:rsidRDefault="00B779FC" w:rsidP="00D270E1">
            <w:pPr>
              <w:pStyle w:val="ResponsePlaceholder"/>
              <w:rPr>
                <w:rFonts w:ascii="Times New Roman" w:hAnsi="Times New Roman" w:cs="Times New Roman"/>
                <w:color w:val="auto"/>
                <w:sz w:val="22"/>
              </w:rPr>
            </w:pPr>
          </w:p>
        </w:tc>
        <w:tc>
          <w:tcPr>
            <w:tcW w:w="1525" w:type="pct"/>
            <w:tcMar>
              <w:top w:w="70" w:type="dxa"/>
              <w:left w:w="70" w:type="dxa"/>
              <w:bottom w:w="70" w:type="dxa"/>
              <w:right w:w="70" w:type="dxa"/>
            </w:tcMar>
          </w:tcPr>
          <w:p w14:paraId="7342148F" w14:textId="412C0332" w:rsidR="00B779FC" w:rsidRPr="00DB6570" w:rsidRDefault="00B779FC" w:rsidP="00D270E1">
            <w:pPr>
              <w:pStyle w:val="ResponsePlaceholder"/>
              <w:rPr>
                <w:rFonts w:ascii="Times New Roman" w:hAnsi="Times New Roman" w:cs="Times New Roman"/>
                <w:color w:val="auto"/>
                <w:sz w:val="22"/>
              </w:rPr>
            </w:pPr>
          </w:p>
        </w:tc>
      </w:tr>
    </w:tbl>
    <w:p w14:paraId="55B77E2F" w14:textId="77777777" w:rsidR="0061162A" w:rsidRPr="00DB6570" w:rsidRDefault="0061162A">
      <w:pPr>
        <w:spacing w:after="0"/>
        <w:rPr>
          <w:rFonts w:ascii="Times New Roman" w:hAnsi="Times New Roman" w:cs="Times New Roman"/>
          <w:sz w:val="22"/>
        </w:rPr>
      </w:pPr>
    </w:p>
    <w:p w14:paraId="04A3FC32" w14:textId="087E9176" w:rsidR="00A7517F" w:rsidRDefault="00C3469D" w:rsidP="00A7517F">
      <w:pPr>
        <w:pStyle w:val="Heading3"/>
        <w:rPr>
          <w:rFonts w:ascii="Times New Roman" w:hAnsi="Times New Roman" w:cs="Times New Roman"/>
          <w:color w:val="auto"/>
          <w:sz w:val="22"/>
        </w:rPr>
      </w:pPr>
      <w:bookmarkStart w:id="45" w:name="_Toc237525240"/>
      <w:r w:rsidRPr="00DB6570">
        <w:rPr>
          <w:rFonts w:ascii="Times New Roman" w:hAnsi="Times New Roman" w:cs="Times New Roman"/>
          <w:color w:val="auto"/>
          <w:sz w:val="22"/>
        </w:rPr>
        <w:t xml:space="preserve">4.13.1 </w:t>
      </w:r>
      <w:r w:rsidR="00A7517F" w:rsidRPr="00DB6570">
        <w:rPr>
          <w:rFonts w:ascii="Times New Roman" w:hAnsi="Times New Roman" w:cs="Times New Roman"/>
          <w:color w:val="auto"/>
          <w:sz w:val="22"/>
        </w:rPr>
        <w:t>Civil Works and Construction Plan</w:t>
      </w:r>
      <w:bookmarkEnd w:id="45"/>
    </w:p>
    <w:p w14:paraId="4C23BB4B" w14:textId="77777777" w:rsidR="00190A07" w:rsidRPr="00190A07" w:rsidRDefault="00190A07" w:rsidP="00190A07"/>
    <w:p w14:paraId="4C738B29" w14:textId="7438A927" w:rsidR="00792135" w:rsidRPr="00DB6570" w:rsidRDefault="00190A07" w:rsidP="00A7517F">
      <w:pPr>
        <w:spacing w:after="0"/>
        <w:rPr>
          <w:rFonts w:ascii="Times New Roman" w:hAnsi="Times New Roman" w:cs="Times New Roman"/>
          <w:sz w:val="22"/>
        </w:rPr>
      </w:pPr>
      <w:r w:rsidRPr="00190A07">
        <w:rPr>
          <w:rFonts w:ascii="Times New Roman" w:hAnsi="Times New Roman" w:cs="Times New Roman"/>
          <w:i/>
          <w:iCs/>
          <w:sz w:val="22"/>
        </w:rPr>
        <w:t>Complete this table only if civil works or construction is proposed. All proposed sites must demonstrate site readiness at the time of submission and the proposal must include a credible operations and maintenance plan</w:t>
      </w:r>
    </w:p>
    <w:tbl>
      <w:tblPr>
        <w:tblStyle w:val="TableGrid"/>
        <w:tblW w:w="0" w:type="auto"/>
        <w:tblLook w:val="04A0" w:firstRow="1" w:lastRow="0" w:firstColumn="1" w:lastColumn="0" w:noHBand="0" w:noVBand="1"/>
      </w:tblPr>
      <w:tblGrid>
        <w:gridCol w:w="1301"/>
        <w:gridCol w:w="1042"/>
        <w:gridCol w:w="2013"/>
        <w:gridCol w:w="1185"/>
        <w:gridCol w:w="1353"/>
        <w:gridCol w:w="1707"/>
        <w:gridCol w:w="1255"/>
      </w:tblGrid>
      <w:tr w:rsidR="006E1632" w:rsidRPr="00DB6570" w14:paraId="1A77F72F" w14:textId="4CC27B7D" w:rsidTr="006E1632">
        <w:tc>
          <w:tcPr>
            <w:tcW w:w="1737" w:type="dxa"/>
          </w:tcPr>
          <w:p w14:paraId="4863B00D" w14:textId="31974ACE" w:rsidR="006E1632" w:rsidRPr="00DB6570" w:rsidRDefault="006E1632">
            <w:pPr>
              <w:spacing w:after="0"/>
              <w:rPr>
                <w:rFonts w:ascii="Times New Roman" w:hAnsi="Times New Roman" w:cs="Times New Roman"/>
                <w:sz w:val="22"/>
              </w:rPr>
            </w:pPr>
            <w:r w:rsidRPr="00DB6570">
              <w:rPr>
                <w:rFonts w:ascii="Times New Roman" w:hAnsi="Times New Roman" w:cs="Times New Roman"/>
                <w:sz w:val="22"/>
              </w:rPr>
              <w:t>Site</w:t>
            </w:r>
            <w:r w:rsidR="00792135" w:rsidRPr="00DB6570">
              <w:rPr>
                <w:rFonts w:ascii="Times New Roman" w:hAnsi="Times New Roman" w:cs="Times New Roman"/>
                <w:sz w:val="22"/>
              </w:rPr>
              <w:t xml:space="preserve"> </w:t>
            </w:r>
            <w:r w:rsidRPr="00DB6570">
              <w:rPr>
                <w:rFonts w:ascii="Times New Roman" w:hAnsi="Times New Roman" w:cs="Times New Roman"/>
                <w:sz w:val="22"/>
              </w:rPr>
              <w:t>/Institution</w:t>
            </w:r>
          </w:p>
        </w:tc>
        <w:tc>
          <w:tcPr>
            <w:tcW w:w="1429" w:type="dxa"/>
          </w:tcPr>
          <w:p w14:paraId="3365B8E4" w14:textId="169EAD72" w:rsidR="006E1632" w:rsidRPr="00DB6570" w:rsidRDefault="006E1632">
            <w:pPr>
              <w:spacing w:after="0"/>
              <w:rPr>
                <w:rFonts w:ascii="Times New Roman" w:hAnsi="Times New Roman" w:cs="Times New Roman"/>
                <w:sz w:val="22"/>
              </w:rPr>
            </w:pPr>
            <w:r w:rsidRPr="00DB6570">
              <w:rPr>
                <w:rFonts w:ascii="Times New Roman" w:hAnsi="Times New Roman" w:cs="Times New Roman"/>
                <w:sz w:val="22"/>
              </w:rPr>
              <w:t>Civil works package</w:t>
            </w:r>
          </w:p>
        </w:tc>
        <w:tc>
          <w:tcPr>
            <w:tcW w:w="2013" w:type="dxa"/>
          </w:tcPr>
          <w:p w14:paraId="6072D852" w14:textId="1888A4F1" w:rsidR="006E1632" w:rsidRPr="00DB6570" w:rsidRDefault="006E1632">
            <w:pPr>
              <w:spacing w:after="0"/>
              <w:rPr>
                <w:rFonts w:ascii="Times New Roman" w:hAnsi="Times New Roman" w:cs="Times New Roman"/>
                <w:sz w:val="22"/>
              </w:rPr>
            </w:pPr>
            <w:r w:rsidRPr="00DB6570">
              <w:rPr>
                <w:rFonts w:ascii="Times New Roman" w:hAnsi="Times New Roman" w:cs="Times New Roman"/>
                <w:sz w:val="22"/>
              </w:rPr>
              <w:t>Type (Rehabilitation/New construction)</w:t>
            </w:r>
          </w:p>
        </w:tc>
        <w:tc>
          <w:tcPr>
            <w:tcW w:w="1512" w:type="dxa"/>
          </w:tcPr>
          <w:p w14:paraId="30E1A54C" w14:textId="7214B0B2" w:rsidR="006E1632" w:rsidRPr="00DB6570" w:rsidRDefault="006E1632">
            <w:pPr>
              <w:spacing w:after="0"/>
              <w:rPr>
                <w:rFonts w:ascii="Times New Roman" w:hAnsi="Times New Roman" w:cs="Times New Roman"/>
                <w:sz w:val="22"/>
              </w:rPr>
            </w:pPr>
            <w:r w:rsidRPr="00DB6570">
              <w:rPr>
                <w:rFonts w:ascii="Times New Roman" w:hAnsi="Times New Roman" w:cs="Times New Roman"/>
                <w:sz w:val="22"/>
              </w:rPr>
              <w:t>Estimated Cost (USD)</w:t>
            </w:r>
          </w:p>
        </w:tc>
        <w:tc>
          <w:tcPr>
            <w:tcW w:w="1055" w:type="dxa"/>
          </w:tcPr>
          <w:p w14:paraId="5B8F107A" w14:textId="23ECFD20" w:rsidR="006E1632" w:rsidRPr="00DB6570" w:rsidRDefault="00205730">
            <w:pPr>
              <w:spacing w:after="0"/>
              <w:rPr>
                <w:rFonts w:ascii="Times New Roman" w:hAnsi="Times New Roman" w:cs="Times New Roman"/>
                <w:sz w:val="22"/>
              </w:rPr>
            </w:pPr>
            <w:r w:rsidRPr="00DB6570">
              <w:rPr>
                <w:rFonts w:ascii="Times New Roman" w:hAnsi="Times New Roman" w:cs="Times New Roman"/>
                <w:b/>
                <w:sz w:val="22"/>
              </w:rPr>
              <w:t>% of institutional grant</w:t>
            </w:r>
          </w:p>
        </w:tc>
        <w:tc>
          <w:tcPr>
            <w:tcW w:w="1055" w:type="dxa"/>
          </w:tcPr>
          <w:p w14:paraId="719291BB" w14:textId="2D21E3D5" w:rsidR="006E1632" w:rsidRPr="00DB6570" w:rsidRDefault="00205730">
            <w:pPr>
              <w:spacing w:after="0"/>
              <w:rPr>
                <w:rFonts w:ascii="Times New Roman" w:hAnsi="Times New Roman" w:cs="Times New Roman"/>
                <w:sz w:val="22"/>
              </w:rPr>
            </w:pPr>
            <w:r w:rsidRPr="00DB6570">
              <w:rPr>
                <w:rFonts w:ascii="Times New Roman" w:hAnsi="Times New Roman" w:cs="Times New Roman"/>
                <w:sz w:val="22"/>
              </w:rPr>
              <w:t>Readiness (Concept/Design Ready/Bidding Ready)</w:t>
            </w:r>
          </w:p>
        </w:tc>
        <w:tc>
          <w:tcPr>
            <w:tcW w:w="1055" w:type="dxa"/>
          </w:tcPr>
          <w:p w14:paraId="5C084B24" w14:textId="21F6F2DE" w:rsidR="006E1632" w:rsidRPr="00DB6570" w:rsidRDefault="0022222C">
            <w:pPr>
              <w:spacing w:after="0"/>
              <w:rPr>
                <w:rFonts w:ascii="Times New Roman" w:hAnsi="Times New Roman" w:cs="Times New Roman"/>
                <w:sz w:val="22"/>
              </w:rPr>
            </w:pPr>
            <w:r w:rsidRPr="00DB6570">
              <w:rPr>
                <w:rFonts w:ascii="Times New Roman" w:hAnsi="Times New Roman" w:cs="Times New Roman"/>
                <w:sz w:val="22"/>
              </w:rPr>
              <w:t>Target Completion</w:t>
            </w:r>
          </w:p>
        </w:tc>
      </w:tr>
      <w:tr w:rsidR="006E1632" w:rsidRPr="00DB6570" w14:paraId="6B7BA0D7" w14:textId="07D56382" w:rsidTr="006E1632">
        <w:tc>
          <w:tcPr>
            <w:tcW w:w="1737" w:type="dxa"/>
          </w:tcPr>
          <w:p w14:paraId="075277E8" w14:textId="77777777" w:rsidR="006E1632" w:rsidRPr="00DB6570" w:rsidRDefault="006E1632">
            <w:pPr>
              <w:spacing w:after="0"/>
              <w:rPr>
                <w:rFonts w:ascii="Times New Roman" w:hAnsi="Times New Roman" w:cs="Times New Roman"/>
                <w:sz w:val="22"/>
              </w:rPr>
            </w:pPr>
          </w:p>
        </w:tc>
        <w:tc>
          <w:tcPr>
            <w:tcW w:w="1429" w:type="dxa"/>
          </w:tcPr>
          <w:p w14:paraId="01CEAABE" w14:textId="77777777" w:rsidR="006E1632" w:rsidRPr="00DB6570" w:rsidRDefault="006E1632">
            <w:pPr>
              <w:spacing w:after="0"/>
              <w:rPr>
                <w:rFonts w:ascii="Times New Roman" w:hAnsi="Times New Roman" w:cs="Times New Roman"/>
                <w:sz w:val="22"/>
              </w:rPr>
            </w:pPr>
          </w:p>
        </w:tc>
        <w:tc>
          <w:tcPr>
            <w:tcW w:w="2013" w:type="dxa"/>
          </w:tcPr>
          <w:p w14:paraId="7078FBFC" w14:textId="77777777" w:rsidR="006E1632" w:rsidRPr="00DB6570" w:rsidRDefault="006E1632">
            <w:pPr>
              <w:spacing w:after="0"/>
              <w:rPr>
                <w:rFonts w:ascii="Times New Roman" w:hAnsi="Times New Roman" w:cs="Times New Roman"/>
                <w:sz w:val="22"/>
              </w:rPr>
            </w:pPr>
          </w:p>
        </w:tc>
        <w:tc>
          <w:tcPr>
            <w:tcW w:w="1512" w:type="dxa"/>
          </w:tcPr>
          <w:p w14:paraId="6C67DEE5" w14:textId="77777777" w:rsidR="006E1632" w:rsidRPr="00DB6570" w:rsidRDefault="006E1632">
            <w:pPr>
              <w:spacing w:after="0"/>
              <w:rPr>
                <w:rFonts w:ascii="Times New Roman" w:hAnsi="Times New Roman" w:cs="Times New Roman"/>
                <w:sz w:val="22"/>
              </w:rPr>
            </w:pPr>
          </w:p>
        </w:tc>
        <w:tc>
          <w:tcPr>
            <w:tcW w:w="1055" w:type="dxa"/>
          </w:tcPr>
          <w:p w14:paraId="67DEDAC5" w14:textId="77777777" w:rsidR="006E1632" w:rsidRPr="00DB6570" w:rsidRDefault="006E1632">
            <w:pPr>
              <w:spacing w:after="0"/>
              <w:rPr>
                <w:rFonts w:ascii="Times New Roman" w:hAnsi="Times New Roman" w:cs="Times New Roman"/>
                <w:sz w:val="22"/>
              </w:rPr>
            </w:pPr>
          </w:p>
        </w:tc>
        <w:tc>
          <w:tcPr>
            <w:tcW w:w="1055" w:type="dxa"/>
          </w:tcPr>
          <w:p w14:paraId="65591B49" w14:textId="77777777" w:rsidR="006E1632" w:rsidRPr="00DB6570" w:rsidRDefault="006E1632">
            <w:pPr>
              <w:spacing w:after="0"/>
              <w:rPr>
                <w:rFonts w:ascii="Times New Roman" w:hAnsi="Times New Roman" w:cs="Times New Roman"/>
                <w:sz w:val="22"/>
              </w:rPr>
            </w:pPr>
          </w:p>
        </w:tc>
        <w:tc>
          <w:tcPr>
            <w:tcW w:w="1055" w:type="dxa"/>
          </w:tcPr>
          <w:p w14:paraId="20572CE6" w14:textId="77777777" w:rsidR="006E1632" w:rsidRPr="00DB6570" w:rsidRDefault="006E1632">
            <w:pPr>
              <w:spacing w:after="0"/>
              <w:rPr>
                <w:rFonts w:ascii="Times New Roman" w:hAnsi="Times New Roman" w:cs="Times New Roman"/>
                <w:sz w:val="22"/>
              </w:rPr>
            </w:pPr>
          </w:p>
        </w:tc>
      </w:tr>
      <w:tr w:rsidR="006E1632" w:rsidRPr="00DB6570" w14:paraId="6ED8A47D" w14:textId="4D4FAB95" w:rsidTr="006E1632">
        <w:tc>
          <w:tcPr>
            <w:tcW w:w="1737" w:type="dxa"/>
          </w:tcPr>
          <w:p w14:paraId="00D639D1" w14:textId="77777777" w:rsidR="006E1632" w:rsidRPr="00DB6570" w:rsidRDefault="006E1632">
            <w:pPr>
              <w:spacing w:after="0"/>
              <w:rPr>
                <w:rFonts w:ascii="Times New Roman" w:hAnsi="Times New Roman" w:cs="Times New Roman"/>
                <w:sz w:val="22"/>
              </w:rPr>
            </w:pPr>
          </w:p>
        </w:tc>
        <w:tc>
          <w:tcPr>
            <w:tcW w:w="1429" w:type="dxa"/>
          </w:tcPr>
          <w:p w14:paraId="3574B502" w14:textId="77777777" w:rsidR="006E1632" w:rsidRPr="00DB6570" w:rsidRDefault="006E1632">
            <w:pPr>
              <w:spacing w:after="0"/>
              <w:rPr>
                <w:rFonts w:ascii="Times New Roman" w:hAnsi="Times New Roman" w:cs="Times New Roman"/>
                <w:sz w:val="22"/>
              </w:rPr>
            </w:pPr>
          </w:p>
        </w:tc>
        <w:tc>
          <w:tcPr>
            <w:tcW w:w="2013" w:type="dxa"/>
          </w:tcPr>
          <w:p w14:paraId="5950DC67" w14:textId="77777777" w:rsidR="006E1632" w:rsidRPr="00DB6570" w:rsidRDefault="006E1632">
            <w:pPr>
              <w:spacing w:after="0"/>
              <w:rPr>
                <w:rFonts w:ascii="Times New Roman" w:hAnsi="Times New Roman" w:cs="Times New Roman"/>
                <w:sz w:val="22"/>
              </w:rPr>
            </w:pPr>
          </w:p>
        </w:tc>
        <w:tc>
          <w:tcPr>
            <w:tcW w:w="1512" w:type="dxa"/>
          </w:tcPr>
          <w:p w14:paraId="0E243616" w14:textId="77777777" w:rsidR="006E1632" w:rsidRPr="00DB6570" w:rsidRDefault="006E1632">
            <w:pPr>
              <w:spacing w:after="0"/>
              <w:rPr>
                <w:rFonts w:ascii="Times New Roman" w:hAnsi="Times New Roman" w:cs="Times New Roman"/>
                <w:sz w:val="22"/>
              </w:rPr>
            </w:pPr>
          </w:p>
        </w:tc>
        <w:tc>
          <w:tcPr>
            <w:tcW w:w="1055" w:type="dxa"/>
          </w:tcPr>
          <w:p w14:paraId="1E3B953A" w14:textId="77777777" w:rsidR="006E1632" w:rsidRPr="00DB6570" w:rsidRDefault="006E1632">
            <w:pPr>
              <w:spacing w:after="0"/>
              <w:rPr>
                <w:rFonts w:ascii="Times New Roman" w:hAnsi="Times New Roman" w:cs="Times New Roman"/>
                <w:sz w:val="22"/>
              </w:rPr>
            </w:pPr>
          </w:p>
        </w:tc>
        <w:tc>
          <w:tcPr>
            <w:tcW w:w="1055" w:type="dxa"/>
          </w:tcPr>
          <w:p w14:paraId="45167E37" w14:textId="77777777" w:rsidR="006E1632" w:rsidRPr="00DB6570" w:rsidRDefault="006E1632">
            <w:pPr>
              <w:spacing w:after="0"/>
              <w:rPr>
                <w:rFonts w:ascii="Times New Roman" w:hAnsi="Times New Roman" w:cs="Times New Roman"/>
                <w:sz w:val="22"/>
              </w:rPr>
            </w:pPr>
          </w:p>
        </w:tc>
        <w:tc>
          <w:tcPr>
            <w:tcW w:w="1055" w:type="dxa"/>
          </w:tcPr>
          <w:p w14:paraId="04764614" w14:textId="77777777" w:rsidR="006E1632" w:rsidRPr="00DB6570" w:rsidRDefault="006E1632">
            <w:pPr>
              <w:spacing w:after="0"/>
              <w:rPr>
                <w:rFonts w:ascii="Times New Roman" w:hAnsi="Times New Roman" w:cs="Times New Roman"/>
                <w:sz w:val="22"/>
              </w:rPr>
            </w:pPr>
          </w:p>
        </w:tc>
      </w:tr>
      <w:tr w:rsidR="006E1632" w:rsidRPr="00DB6570" w14:paraId="50DD7E02" w14:textId="3999A9CA" w:rsidTr="006E1632">
        <w:tc>
          <w:tcPr>
            <w:tcW w:w="1737" w:type="dxa"/>
          </w:tcPr>
          <w:p w14:paraId="082B4820" w14:textId="77777777" w:rsidR="006E1632" w:rsidRPr="00DB6570" w:rsidRDefault="006E1632">
            <w:pPr>
              <w:spacing w:after="0"/>
              <w:rPr>
                <w:rFonts w:ascii="Times New Roman" w:hAnsi="Times New Roman" w:cs="Times New Roman"/>
                <w:sz w:val="22"/>
              </w:rPr>
            </w:pPr>
          </w:p>
        </w:tc>
        <w:tc>
          <w:tcPr>
            <w:tcW w:w="1429" w:type="dxa"/>
          </w:tcPr>
          <w:p w14:paraId="7F7A98B6" w14:textId="77777777" w:rsidR="006E1632" w:rsidRPr="00DB6570" w:rsidRDefault="006E1632">
            <w:pPr>
              <w:spacing w:after="0"/>
              <w:rPr>
                <w:rFonts w:ascii="Times New Roman" w:hAnsi="Times New Roman" w:cs="Times New Roman"/>
                <w:sz w:val="22"/>
              </w:rPr>
            </w:pPr>
          </w:p>
        </w:tc>
        <w:tc>
          <w:tcPr>
            <w:tcW w:w="2013" w:type="dxa"/>
          </w:tcPr>
          <w:p w14:paraId="1D417AF3" w14:textId="77777777" w:rsidR="006E1632" w:rsidRPr="00DB6570" w:rsidRDefault="006E1632">
            <w:pPr>
              <w:spacing w:after="0"/>
              <w:rPr>
                <w:rFonts w:ascii="Times New Roman" w:hAnsi="Times New Roman" w:cs="Times New Roman"/>
                <w:sz w:val="22"/>
              </w:rPr>
            </w:pPr>
          </w:p>
        </w:tc>
        <w:tc>
          <w:tcPr>
            <w:tcW w:w="1512" w:type="dxa"/>
          </w:tcPr>
          <w:p w14:paraId="7416876D" w14:textId="77777777" w:rsidR="006E1632" w:rsidRPr="00DB6570" w:rsidRDefault="006E1632">
            <w:pPr>
              <w:spacing w:after="0"/>
              <w:rPr>
                <w:rFonts w:ascii="Times New Roman" w:hAnsi="Times New Roman" w:cs="Times New Roman"/>
                <w:sz w:val="22"/>
              </w:rPr>
            </w:pPr>
          </w:p>
        </w:tc>
        <w:tc>
          <w:tcPr>
            <w:tcW w:w="1055" w:type="dxa"/>
          </w:tcPr>
          <w:p w14:paraId="1F5667EC" w14:textId="77777777" w:rsidR="006E1632" w:rsidRPr="00DB6570" w:rsidRDefault="006E1632">
            <w:pPr>
              <w:spacing w:after="0"/>
              <w:rPr>
                <w:rFonts w:ascii="Times New Roman" w:hAnsi="Times New Roman" w:cs="Times New Roman"/>
                <w:sz w:val="22"/>
              </w:rPr>
            </w:pPr>
          </w:p>
        </w:tc>
        <w:tc>
          <w:tcPr>
            <w:tcW w:w="1055" w:type="dxa"/>
          </w:tcPr>
          <w:p w14:paraId="215A5A3C" w14:textId="77777777" w:rsidR="006E1632" w:rsidRPr="00DB6570" w:rsidRDefault="006E1632">
            <w:pPr>
              <w:spacing w:after="0"/>
              <w:rPr>
                <w:rFonts w:ascii="Times New Roman" w:hAnsi="Times New Roman" w:cs="Times New Roman"/>
                <w:sz w:val="22"/>
              </w:rPr>
            </w:pPr>
          </w:p>
        </w:tc>
        <w:tc>
          <w:tcPr>
            <w:tcW w:w="1055" w:type="dxa"/>
          </w:tcPr>
          <w:p w14:paraId="57138738" w14:textId="77777777" w:rsidR="006E1632" w:rsidRPr="00DB6570" w:rsidRDefault="006E1632">
            <w:pPr>
              <w:spacing w:after="0"/>
              <w:rPr>
                <w:rFonts w:ascii="Times New Roman" w:hAnsi="Times New Roman" w:cs="Times New Roman"/>
                <w:sz w:val="22"/>
              </w:rPr>
            </w:pPr>
          </w:p>
        </w:tc>
      </w:tr>
    </w:tbl>
    <w:p w14:paraId="1D40DA1A" w14:textId="77777777" w:rsidR="00A7517F" w:rsidRPr="00DB6570" w:rsidRDefault="00A7517F">
      <w:pPr>
        <w:spacing w:after="0"/>
        <w:rPr>
          <w:rFonts w:ascii="Times New Roman" w:hAnsi="Times New Roman" w:cs="Times New Roman"/>
          <w:sz w:val="22"/>
        </w:rPr>
      </w:pPr>
    </w:p>
    <w:p w14:paraId="7B70A8D0" w14:textId="51CB2AE9" w:rsidR="0061162A" w:rsidRPr="00DB6570" w:rsidRDefault="00C3469D">
      <w:pPr>
        <w:pStyle w:val="Heading2"/>
        <w:rPr>
          <w:rFonts w:ascii="Times New Roman" w:hAnsi="Times New Roman" w:cs="Times New Roman"/>
          <w:color w:val="auto"/>
          <w:sz w:val="22"/>
          <w:szCs w:val="22"/>
        </w:rPr>
      </w:pPr>
      <w:bookmarkStart w:id="46" w:name="_Toc237525241"/>
      <w:r w:rsidRPr="00DB6570">
        <w:rPr>
          <w:rFonts w:ascii="Times New Roman" w:hAnsi="Times New Roman" w:cs="Times New Roman"/>
          <w:color w:val="auto"/>
          <w:sz w:val="22"/>
          <w:szCs w:val="22"/>
        </w:rPr>
        <w:t>4</w:t>
      </w:r>
      <w:r w:rsidR="00BE6111" w:rsidRPr="00DB6570">
        <w:rPr>
          <w:rFonts w:ascii="Times New Roman" w:hAnsi="Times New Roman" w:cs="Times New Roman"/>
          <w:color w:val="auto"/>
          <w:sz w:val="22"/>
          <w:szCs w:val="22"/>
        </w:rPr>
        <w:t>.1</w:t>
      </w:r>
      <w:r w:rsidRPr="00DB6570">
        <w:rPr>
          <w:rFonts w:ascii="Times New Roman" w:hAnsi="Times New Roman" w:cs="Times New Roman"/>
          <w:color w:val="auto"/>
          <w:sz w:val="22"/>
          <w:szCs w:val="22"/>
        </w:rPr>
        <w:t>4</w:t>
      </w:r>
      <w:r w:rsidR="00BE6111" w:rsidRPr="00DB6570">
        <w:rPr>
          <w:rFonts w:ascii="Times New Roman" w:hAnsi="Times New Roman" w:cs="Times New Roman"/>
          <w:color w:val="auto"/>
          <w:sz w:val="22"/>
          <w:szCs w:val="22"/>
        </w:rPr>
        <w:t xml:space="preserve"> Institutional Capacity and Host University Support</w:t>
      </w:r>
      <w:bookmarkEnd w:id="46"/>
    </w:p>
    <w:p w14:paraId="2C09284D" w14:textId="77777777" w:rsidR="0061162A" w:rsidRPr="00DB6570" w:rsidRDefault="00BE6111">
      <w:pPr>
        <w:pStyle w:val="GuidanceText"/>
        <w:keepNext/>
        <w:rPr>
          <w:rFonts w:ascii="Times New Roman" w:hAnsi="Times New Roman" w:cs="Times New Roman"/>
          <w:color w:val="auto"/>
          <w:sz w:val="22"/>
        </w:rPr>
      </w:pPr>
      <w:r w:rsidRPr="00DB6570">
        <w:rPr>
          <w:rFonts w:ascii="Times New Roman" w:hAnsi="Times New Roman" w:cs="Times New Roman"/>
          <w:color w:val="auto"/>
          <w:sz w:val="22"/>
        </w:rPr>
        <w:t>Describe concrete support from the host institution: governance, staff positions, salaries, utilities, land/space, counterpart financing, procurement and financial management systems, internal audit, research administration, accreditation, ICT, international student services and career services.</w:t>
      </w:r>
    </w:p>
    <w:tbl>
      <w:tblPr>
        <w:tblStyle w:val="TableGrid"/>
        <w:tblW w:w="9000" w:type="dxa"/>
        <w:jc w:val="center"/>
        <w:tblLook w:val="04A0" w:firstRow="1" w:lastRow="0" w:firstColumn="1" w:lastColumn="0" w:noHBand="0" w:noVBand="1"/>
      </w:tblPr>
      <w:tblGrid>
        <w:gridCol w:w="9000"/>
      </w:tblGrid>
      <w:tr w:rsidR="0061162A" w:rsidRPr="00DB6570" w14:paraId="0F9AA4FA" w14:textId="77777777">
        <w:trPr>
          <w:jc w:val="center"/>
        </w:trPr>
        <w:tc>
          <w:tcPr>
            <w:tcW w:w="9866" w:type="dxa"/>
            <w:shd w:val="clear" w:color="auto" w:fill="FAFAFA"/>
            <w:tcMar>
              <w:top w:w="110" w:type="dxa"/>
              <w:left w:w="120" w:type="dxa"/>
              <w:bottom w:w="110" w:type="dxa"/>
              <w:right w:w="120" w:type="dxa"/>
            </w:tcMar>
          </w:tcPr>
          <w:p w14:paraId="3F725C3C" w14:textId="0DABB7FB" w:rsidR="0061162A" w:rsidRPr="00DB6570" w:rsidRDefault="00190A07">
            <w:pPr>
              <w:rPr>
                <w:rFonts w:ascii="Times New Roman" w:hAnsi="Times New Roman" w:cs="Times New Roman"/>
                <w:sz w:val="22"/>
              </w:rPr>
            </w:pPr>
            <w:r w:rsidRPr="00190A07">
              <w:rPr>
                <w:rFonts w:ascii="Times New Roman" w:hAnsi="Times New Roman" w:cs="Times New Roman"/>
                <w:i/>
                <w:sz w:val="22"/>
              </w:rPr>
              <w:t>[Applicant response must not exceed 1000 words]</w:t>
            </w:r>
          </w:p>
          <w:p w14:paraId="21494357" w14:textId="77777777" w:rsidR="0061162A" w:rsidRPr="00DB6570" w:rsidRDefault="0061162A">
            <w:pPr>
              <w:rPr>
                <w:rFonts w:ascii="Times New Roman" w:hAnsi="Times New Roman" w:cs="Times New Roman"/>
                <w:sz w:val="22"/>
              </w:rPr>
            </w:pPr>
          </w:p>
          <w:p w14:paraId="12A91668" w14:textId="77777777" w:rsidR="0061162A" w:rsidRPr="00DB6570" w:rsidRDefault="0061162A">
            <w:pPr>
              <w:rPr>
                <w:rFonts w:ascii="Times New Roman" w:hAnsi="Times New Roman" w:cs="Times New Roman"/>
                <w:sz w:val="22"/>
              </w:rPr>
            </w:pPr>
          </w:p>
          <w:p w14:paraId="7BCD574A" w14:textId="77777777" w:rsidR="0061162A" w:rsidRPr="00DB6570" w:rsidRDefault="0061162A">
            <w:pPr>
              <w:rPr>
                <w:rFonts w:ascii="Times New Roman" w:hAnsi="Times New Roman" w:cs="Times New Roman"/>
                <w:sz w:val="22"/>
              </w:rPr>
            </w:pPr>
          </w:p>
        </w:tc>
      </w:tr>
    </w:tbl>
    <w:p w14:paraId="3AB7BE4C" w14:textId="77777777" w:rsidR="0061162A" w:rsidRPr="00DB6570" w:rsidRDefault="0061162A">
      <w:pPr>
        <w:spacing w:after="0"/>
        <w:rPr>
          <w:rFonts w:ascii="Times New Roman" w:hAnsi="Times New Roman" w:cs="Times New Roman"/>
          <w:sz w:val="22"/>
        </w:rPr>
      </w:pPr>
    </w:p>
    <w:p w14:paraId="360C3B48" w14:textId="1D93862E" w:rsidR="0061162A" w:rsidRPr="00DB6570" w:rsidRDefault="00C3469D">
      <w:pPr>
        <w:pStyle w:val="Heading2"/>
        <w:rPr>
          <w:rFonts w:ascii="Times New Roman" w:hAnsi="Times New Roman" w:cs="Times New Roman"/>
          <w:color w:val="auto"/>
          <w:sz w:val="22"/>
          <w:szCs w:val="22"/>
        </w:rPr>
      </w:pPr>
      <w:bookmarkStart w:id="47" w:name="_Toc237525242"/>
      <w:r w:rsidRPr="00DB6570">
        <w:rPr>
          <w:rFonts w:ascii="Times New Roman" w:hAnsi="Times New Roman" w:cs="Times New Roman"/>
          <w:color w:val="auto"/>
          <w:sz w:val="22"/>
          <w:szCs w:val="22"/>
        </w:rPr>
        <w:t>4.15</w:t>
      </w:r>
      <w:r w:rsidR="00BE6111" w:rsidRPr="00DB6570">
        <w:rPr>
          <w:rFonts w:ascii="Times New Roman" w:hAnsi="Times New Roman" w:cs="Times New Roman"/>
          <w:color w:val="auto"/>
          <w:sz w:val="22"/>
          <w:szCs w:val="22"/>
        </w:rPr>
        <w:t xml:space="preserve"> Financial Position and Sustainability</w:t>
      </w:r>
      <w:bookmarkEnd w:id="47"/>
    </w:p>
    <w:p w14:paraId="0E4B128D" w14:textId="041B75C3" w:rsidR="0061162A" w:rsidRPr="00DB6570" w:rsidRDefault="00BE6111">
      <w:pPr>
        <w:pStyle w:val="GuidanceText"/>
        <w:keepNext/>
        <w:rPr>
          <w:rFonts w:ascii="Times New Roman" w:hAnsi="Times New Roman" w:cs="Times New Roman"/>
          <w:color w:val="auto"/>
          <w:sz w:val="22"/>
        </w:rPr>
      </w:pPr>
      <w:r w:rsidRPr="00DB6570">
        <w:rPr>
          <w:rFonts w:ascii="Times New Roman" w:hAnsi="Times New Roman" w:cs="Times New Roman"/>
          <w:color w:val="auto"/>
          <w:sz w:val="22"/>
        </w:rPr>
        <w:t xml:space="preserve">Present current revenue and expenditure patterns and a credible strategy for sustainability </w:t>
      </w:r>
      <w:r w:rsidR="00F15459" w:rsidRPr="00DB6570">
        <w:rPr>
          <w:rFonts w:ascii="Times New Roman" w:hAnsi="Times New Roman" w:cs="Times New Roman"/>
          <w:color w:val="auto"/>
          <w:sz w:val="22"/>
        </w:rPr>
        <w:t xml:space="preserve">of </w:t>
      </w:r>
      <w:r w:rsidR="00D96F15" w:rsidRPr="00DB6570">
        <w:rPr>
          <w:rFonts w:ascii="Times New Roman" w:hAnsi="Times New Roman" w:cs="Times New Roman"/>
          <w:color w:val="auto"/>
          <w:sz w:val="22"/>
        </w:rPr>
        <w:t>education/training</w:t>
      </w:r>
      <w:r w:rsidR="00F15459" w:rsidRPr="00DB6570">
        <w:rPr>
          <w:rFonts w:ascii="Times New Roman" w:hAnsi="Times New Roman" w:cs="Times New Roman"/>
          <w:color w:val="auto"/>
          <w:sz w:val="22"/>
        </w:rPr>
        <w:t xml:space="preserve">, research and innovation agendas, and regional </w:t>
      </w:r>
      <w:r w:rsidR="00485D31" w:rsidRPr="00DB6570">
        <w:rPr>
          <w:rFonts w:ascii="Times New Roman" w:hAnsi="Times New Roman" w:cs="Times New Roman"/>
          <w:color w:val="auto"/>
          <w:sz w:val="22"/>
        </w:rPr>
        <w:t xml:space="preserve">and international partnerships </w:t>
      </w:r>
      <w:r w:rsidRPr="00DB6570">
        <w:rPr>
          <w:rFonts w:ascii="Times New Roman" w:hAnsi="Times New Roman" w:cs="Times New Roman"/>
          <w:color w:val="auto"/>
          <w:sz w:val="22"/>
        </w:rPr>
        <w:t xml:space="preserve">beyond the five-year program. </w:t>
      </w:r>
      <w:r w:rsidR="006E3039" w:rsidRPr="00DB6570">
        <w:rPr>
          <w:rFonts w:ascii="Times New Roman" w:hAnsi="Times New Roman" w:cs="Times New Roman"/>
          <w:color w:val="auto"/>
          <w:sz w:val="22"/>
        </w:rPr>
        <w:t>Include</w:t>
      </w:r>
      <w:r w:rsidR="00462C92" w:rsidRPr="00DB6570">
        <w:rPr>
          <w:rFonts w:ascii="Times New Roman" w:hAnsi="Times New Roman" w:cs="Times New Roman"/>
          <w:color w:val="auto"/>
          <w:sz w:val="22"/>
        </w:rPr>
        <w:t xml:space="preserve"> how</w:t>
      </w:r>
      <w:r w:rsidR="006E3039" w:rsidRPr="00DB6570">
        <w:rPr>
          <w:rFonts w:ascii="Times New Roman" w:hAnsi="Times New Roman" w:cs="Times New Roman"/>
          <w:color w:val="auto"/>
          <w:sz w:val="22"/>
        </w:rPr>
        <w:t xml:space="preserve"> </w:t>
      </w:r>
      <w:r w:rsidRPr="00DB6570">
        <w:rPr>
          <w:rFonts w:ascii="Times New Roman" w:hAnsi="Times New Roman" w:cs="Times New Roman"/>
          <w:color w:val="auto"/>
          <w:sz w:val="22"/>
        </w:rPr>
        <w:t xml:space="preserve">competitive grants, contract research, fee income, core-facility services, industry contributions </w:t>
      </w:r>
      <w:r w:rsidR="005437A2" w:rsidRPr="00DB6570">
        <w:rPr>
          <w:rFonts w:ascii="Times New Roman" w:hAnsi="Times New Roman" w:cs="Times New Roman"/>
          <w:color w:val="auto"/>
          <w:sz w:val="22"/>
        </w:rPr>
        <w:t xml:space="preserve">will contribute to </w:t>
      </w:r>
      <w:r w:rsidRPr="00DB6570">
        <w:rPr>
          <w:rFonts w:ascii="Times New Roman" w:hAnsi="Times New Roman" w:cs="Times New Roman"/>
          <w:color w:val="auto"/>
          <w:sz w:val="22"/>
        </w:rPr>
        <w:t>post-program staffing</w:t>
      </w:r>
      <w:r w:rsidR="005437A2" w:rsidRPr="00DB6570">
        <w:rPr>
          <w:rFonts w:ascii="Times New Roman" w:hAnsi="Times New Roman" w:cs="Times New Roman"/>
          <w:color w:val="auto"/>
          <w:sz w:val="22"/>
        </w:rPr>
        <w:t xml:space="preserve"> and maintenance costs</w:t>
      </w:r>
      <w:r w:rsidRPr="00DB6570">
        <w:rPr>
          <w:rFonts w:ascii="Times New Roman" w:hAnsi="Times New Roman" w:cs="Times New Roman"/>
          <w:color w:val="auto"/>
          <w:sz w:val="22"/>
        </w:rPr>
        <w:t>.</w:t>
      </w:r>
      <w:r w:rsidR="009C6E00" w:rsidRPr="00DB6570">
        <w:rPr>
          <w:rFonts w:ascii="Times New Roman" w:hAnsi="Times New Roman" w:cs="Times New Roman"/>
          <w:color w:val="auto"/>
          <w:sz w:val="22"/>
        </w:rPr>
        <w:t xml:space="preserve"> </w:t>
      </w:r>
      <w:r w:rsidR="008874E2" w:rsidRPr="00DB6570">
        <w:rPr>
          <w:rFonts w:ascii="Times New Roman" w:hAnsi="Times New Roman" w:cs="Times New Roman"/>
          <w:color w:val="auto"/>
          <w:sz w:val="22"/>
        </w:rPr>
        <w:t xml:space="preserve">Specify where the host institution and government </w:t>
      </w:r>
      <w:r w:rsidR="006B62F3" w:rsidRPr="00DB6570">
        <w:rPr>
          <w:rFonts w:ascii="Times New Roman" w:hAnsi="Times New Roman" w:cs="Times New Roman"/>
          <w:color w:val="auto"/>
          <w:sz w:val="22"/>
        </w:rPr>
        <w:t>will provide</w:t>
      </w:r>
      <w:r w:rsidR="0007731B" w:rsidRPr="00DB6570">
        <w:rPr>
          <w:rFonts w:ascii="Times New Roman" w:hAnsi="Times New Roman" w:cs="Times New Roman"/>
          <w:color w:val="auto"/>
          <w:sz w:val="22"/>
        </w:rPr>
        <w:t xml:space="preserve"> concrete support</w:t>
      </w:r>
      <w:r w:rsidR="006F54AB" w:rsidRPr="00DB6570">
        <w:rPr>
          <w:rFonts w:ascii="Times New Roman" w:hAnsi="Times New Roman" w:cs="Times New Roman"/>
          <w:color w:val="auto"/>
          <w:sz w:val="22"/>
        </w:rPr>
        <w:t xml:space="preserve"> </w:t>
      </w:r>
      <w:r w:rsidR="00472D54" w:rsidRPr="00DB6570">
        <w:rPr>
          <w:rFonts w:ascii="Times New Roman" w:hAnsi="Times New Roman" w:cs="Times New Roman"/>
          <w:color w:val="auto"/>
          <w:sz w:val="22"/>
        </w:rPr>
        <w:t>for post-project sustainability</w:t>
      </w:r>
      <w:r w:rsidR="006F54AB" w:rsidRPr="00DB6570">
        <w:rPr>
          <w:rFonts w:ascii="Times New Roman" w:hAnsi="Times New Roman" w:cs="Times New Roman"/>
          <w:color w:val="auto"/>
          <w:sz w:val="22"/>
        </w:rPr>
        <w:t>,</w:t>
      </w:r>
    </w:p>
    <w:tbl>
      <w:tblPr>
        <w:tblStyle w:val="TableGrid"/>
        <w:tblW w:w="9000" w:type="dxa"/>
        <w:jc w:val="center"/>
        <w:tblLook w:val="04A0" w:firstRow="1" w:lastRow="0" w:firstColumn="1" w:lastColumn="0" w:noHBand="0" w:noVBand="1"/>
      </w:tblPr>
      <w:tblGrid>
        <w:gridCol w:w="9000"/>
      </w:tblGrid>
      <w:tr w:rsidR="0061162A" w:rsidRPr="00DB6570" w14:paraId="4BB83727" w14:textId="77777777">
        <w:trPr>
          <w:jc w:val="center"/>
        </w:trPr>
        <w:tc>
          <w:tcPr>
            <w:tcW w:w="9866" w:type="dxa"/>
            <w:shd w:val="clear" w:color="auto" w:fill="FAFAFA"/>
            <w:tcMar>
              <w:top w:w="110" w:type="dxa"/>
              <w:left w:w="120" w:type="dxa"/>
              <w:bottom w:w="110" w:type="dxa"/>
              <w:right w:w="120" w:type="dxa"/>
            </w:tcMar>
          </w:tcPr>
          <w:p w14:paraId="0D673EC0" w14:textId="6BFC041C" w:rsidR="0061162A" w:rsidRPr="00DB6570" w:rsidRDefault="00D007EC">
            <w:pPr>
              <w:rPr>
                <w:rFonts w:ascii="Times New Roman" w:hAnsi="Times New Roman" w:cs="Times New Roman"/>
                <w:sz w:val="22"/>
              </w:rPr>
            </w:pPr>
            <w:r w:rsidRPr="00D007EC">
              <w:rPr>
                <w:rFonts w:ascii="Times New Roman" w:hAnsi="Times New Roman" w:cs="Times New Roman"/>
                <w:i/>
                <w:sz w:val="22"/>
              </w:rPr>
              <w:t>[Applicant response must not exceed 500 words.]</w:t>
            </w:r>
          </w:p>
          <w:p w14:paraId="4CDEF170" w14:textId="77777777" w:rsidR="0061162A" w:rsidRPr="00DB6570" w:rsidRDefault="0061162A">
            <w:pPr>
              <w:rPr>
                <w:rFonts w:ascii="Times New Roman" w:hAnsi="Times New Roman" w:cs="Times New Roman"/>
                <w:sz w:val="22"/>
              </w:rPr>
            </w:pPr>
          </w:p>
          <w:p w14:paraId="1FE13D8A" w14:textId="77777777" w:rsidR="0061162A" w:rsidRPr="00DB6570" w:rsidRDefault="0061162A">
            <w:pPr>
              <w:rPr>
                <w:rFonts w:ascii="Times New Roman" w:hAnsi="Times New Roman" w:cs="Times New Roman"/>
                <w:sz w:val="22"/>
              </w:rPr>
            </w:pPr>
          </w:p>
          <w:p w14:paraId="1F02A789" w14:textId="77777777" w:rsidR="0061162A" w:rsidRPr="00DB6570" w:rsidRDefault="0061162A">
            <w:pPr>
              <w:rPr>
                <w:rFonts w:ascii="Times New Roman" w:hAnsi="Times New Roman" w:cs="Times New Roman"/>
                <w:sz w:val="22"/>
              </w:rPr>
            </w:pPr>
          </w:p>
          <w:p w14:paraId="43E1E26D" w14:textId="77777777" w:rsidR="0061162A" w:rsidRPr="00DB6570" w:rsidRDefault="0061162A">
            <w:pPr>
              <w:rPr>
                <w:rFonts w:ascii="Times New Roman" w:hAnsi="Times New Roman" w:cs="Times New Roman"/>
                <w:sz w:val="22"/>
              </w:rPr>
            </w:pPr>
          </w:p>
        </w:tc>
      </w:tr>
    </w:tbl>
    <w:p w14:paraId="7528BEE9" w14:textId="77777777" w:rsidR="0061162A" w:rsidRPr="00DB6570" w:rsidRDefault="0061162A">
      <w:pPr>
        <w:spacing w:after="0"/>
        <w:rPr>
          <w:rFonts w:ascii="Times New Roman" w:hAnsi="Times New Roman" w:cs="Times New Roman"/>
          <w:sz w:val="22"/>
        </w:rPr>
      </w:pPr>
    </w:p>
    <w:p w14:paraId="3730F87E" w14:textId="3CE5C6A3" w:rsidR="0061162A" w:rsidRPr="00DB6570" w:rsidRDefault="00C3469D">
      <w:pPr>
        <w:pStyle w:val="Heading3"/>
        <w:rPr>
          <w:rFonts w:ascii="Times New Roman" w:hAnsi="Times New Roman" w:cs="Times New Roman"/>
          <w:color w:val="auto"/>
          <w:sz w:val="22"/>
        </w:rPr>
      </w:pPr>
      <w:bookmarkStart w:id="48" w:name="_Toc237525243"/>
      <w:r w:rsidRPr="00DB6570">
        <w:rPr>
          <w:rFonts w:ascii="Times New Roman" w:hAnsi="Times New Roman" w:cs="Times New Roman"/>
          <w:color w:val="auto"/>
          <w:sz w:val="22"/>
        </w:rPr>
        <w:t xml:space="preserve">4.15.1 </w:t>
      </w:r>
      <w:r w:rsidR="00BE6111" w:rsidRPr="00DB6570">
        <w:rPr>
          <w:rFonts w:ascii="Times New Roman" w:hAnsi="Times New Roman" w:cs="Times New Roman"/>
          <w:color w:val="auto"/>
          <w:sz w:val="22"/>
        </w:rPr>
        <w:t>ACE Revenue and Sustainability Projection</w:t>
      </w:r>
      <w:bookmarkEnd w:id="48"/>
    </w:p>
    <w:tbl>
      <w:tblPr>
        <w:tblW w:w="5000" w:type="pct"/>
        <w:jc w:val="center"/>
        <w:tblLook w:val="04A0" w:firstRow="1" w:lastRow="0" w:firstColumn="1" w:lastColumn="0" w:noHBand="0" w:noVBand="1"/>
      </w:tblPr>
      <w:tblGrid>
        <w:gridCol w:w="881"/>
        <w:gridCol w:w="1498"/>
        <w:gridCol w:w="1238"/>
        <w:gridCol w:w="1131"/>
        <w:gridCol w:w="1289"/>
        <w:gridCol w:w="942"/>
        <w:gridCol w:w="1220"/>
        <w:gridCol w:w="1657"/>
      </w:tblGrid>
      <w:tr w:rsidR="00245532" w:rsidRPr="00DB6570" w14:paraId="5FAECBB3" w14:textId="77777777" w:rsidTr="0021427D">
        <w:trPr>
          <w:cantSplit/>
          <w:trHeight w:val="677"/>
          <w:tblHeader/>
          <w:jc w:val="center"/>
        </w:trPr>
        <w:tc>
          <w:tcPr>
            <w:tcW w:w="2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3ADEA3E" w14:textId="77777777" w:rsidR="00245532" w:rsidRPr="00DB6570" w:rsidRDefault="00245532"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w:t>
            </w:r>
          </w:p>
        </w:tc>
        <w:tc>
          <w:tcPr>
            <w:tcW w:w="7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2002218" w14:textId="77777777" w:rsidR="00245532" w:rsidRPr="00DB6570" w:rsidRDefault="00245532"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Revenue source</w:t>
            </w: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A28B6D4" w14:textId="77777777" w:rsidR="00245532" w:rsidRPr="00DB6570" w:rsidRDefault="00245532"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Baseline annual amount</w:t>
            </w:r>
          </w:p>
        </w:tc>
        <w:tc>
          <w:tcPr>
            <w:tcW w:w="60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6FAC120" w14:textId="77777777" w:rsidR="00245532" w:rsidRPr="00DB6570" w:rsidRDefault="00245532"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Yearly target</w:t>
            </w:r>
          </w:p>
        </w:tc>
        <w:tc>
          <w:tcPr>
            <w:tcW w:w="68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CCFDEDD" w14:textId="77777777" w:rsidR="00245532" w:rsidRPr="00DB6570" w:rsidRDefault="00245532"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End of Project Total (Yr 1–5)</w:t>
            </w:r>
          </w:p>
        </w:tc>
        <w:tc>
          <w:tcPr>
            <w:tcW w:w="50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DA58FE4" w14:textId="77777777" w:rsidR="00245532" w:rsidRPr="00DB6570" w:rsidRDefault="00245532"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Regional target %</w:t>
            </w: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38DDBDF" w14:textId="77777777" w:rsidR="00245532" w:rsidRPr="00DB6570" w:rsidRDefault="00245532"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Post-program annual target</w:t>
            </w:r>
          </w:p>
        </w:tc>
        <w:tc>
          <w:tcPr>
            <w:tcW w:w="87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438BCC7" w14:textId="77777777" w:rsidR="00245532" w:rsidRPr="00DB6570" w:rsidRDefault="00245532"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Assumptions / owner</w:t>
            </w:r>
          </w:p>
        </w:tc>
      </w:tr>
      <w:tr w:rsidR="00245532" w:rsidRPr="00DB6570" w14:paraId="57196144" w14:textId="77777777" w:rsidTr="005E44DD">
        <w:trPr>
          <w:cantSplit/>
          <w:trHeight w:val="720"/>
          <w:jc w:val="center"/>
        </w:trPr>
        <w:tc>
          <w:tcPr>
            <w:tcW w:w="2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FC96EB7" w14:textId="77777777" w:rsidR="00245532" w:rsidRPr="00DB6570" w:rsidRDefault="00245532"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1</w:t>
            </w:r>
          </w:p>
        </w:tc>
        <w:tc>
          <w:tcPr>
            <w:tcW w:w="7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DA93067" w14:textId="77777777" w:rsidR="00245532" w:rsidRPr="00DB6570" w:rsidRDefault="00245532" w:rsidP="00D270E1">
            <w:pPr>
              <w:spacing w:after="0" w:line="240" w:lineRule="auto"/>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EB2DC06" w14:textId="77777777" w:rsidR="00245532" w:rsidRPr="00DB6570" w:rsidRDefault="00245532" w:rsidP="00D270E1">
            <w:pPr>
              <w:spacing w:after="0" w:line="240" w:lineRule="auto"/>
              <w:rPr>
                <w:rFonts w:ascii="Times New Roman" w:hAnsi="Times New Roman" w:cs="Times New Roman"/>
                <w:sz w:val="22"/>
              </w:rPr>
            </w:pPr>
          </w:p>
        </w:tc>
        <w:tc>
          <w:tcPr>
            <w:tcW w:w="60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EAFAEB8" w14:textId="77777777" w:rsidR="00245532" w:rsidRPr="00DB6570" w:rsidRDefault="00245532" w:rsidP="00D270E1">
            <w:pPr>
              <w:spacing w:after="0" w:line="240" w:lineRule="auto"/>
              <w:jc w:val="center"/>
              <w:rPr>
                <w:rFonts w:ascii="Times New Roman" w:hAnsi="Times New Roman" w:cs="Times New Roman"/>
                <w:sz w:val="22"/>
              </w:rPr>
            </w:pPr>
          </w:p>
        </w:tc>
        <w:tc>
          <w:tcPr>
            <w:tcW w:w="68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4CE88D6" w14:textId="77777777" w:rsidR="00245532" w:rsidRPr="00DB6570" w:rsidRDefault="00245532" w:rsidP="00D270E1">
            <w:pPr>
              <w:spacing w:after="0" w:line="240" w:lineRule="auto"/>
              <w:jc w:val="center"/>
              <w:rPr>
                <w:rFonts w:ascii="Times New Roman" w:hAnsi="Times New Roman" w:cs="Times New Roman"/>
                <w:sz w:val="22"/>
              </w:rPr>
            </w:pPr>
          </w:p>
        </w:tc>
        <w:tc>
          <w:tcPr>
            <w:tcW w:w="50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26431DE" w14:textId="77777777" w:rsidR="00245532" w:rsidRPr="00DB6570" w:rsidRDefault="00245532" w:rsidP="00D270E1">
            <w:pPr>
              <w:spacing w:after="0" w:line="240" w:lineRule="auto"/>
              <w:jc w:val="center"/>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8D9C6FF" w14:textId="77777777" w:rsidR="00245532" w:rsidRPr="00DB6570" w:rsidRDefault="00245532" w:rsidP="00D270E1">
            <w:pPr>
              <w:spacing w:after="0" w:line="240" w:lineRule="auto"/>
              <w:jc w:val="center"/>
              <w:rPr>
                <w:rFonts w:ascii="Times New Roman" w:hAnsi="Times New Roman" w:cs="Times New Roman"/>
                <w:sz w:val="22"/>
              </w:rPr>
            </w:pPr>
          </w:p>
        </w:tc>
        <w:tc>
          <w:tcPr>
            <w:tcW w:w="87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5B40B11" w14:textId="77777777" w:rsidR="00245532" w:rsidRPr="00DB6570" w:rsidRDefault="00245532" w:rsidP="00D270E1">
            <w:pPr>
              <w:spacing w:after="0" w:line="240" w:lineRule="auto"/>
              <w:jc w:val="center"/>
              <w:rPr>
                <w:rFonts w:ascii="Times New Roman" w:hAnsi="Times New Roman" w:cs="Times New Roman"/>
                <w:sz w:val="22"/>
              </w:rPr>
            </w:pPr>
          </w:p>
        </w:tc>
      </w:tr>
      <w:tr w:rsidR="00245532" w:rsidRPr="00DB6570" w14:paraId="46C2D79A" w14:textId="77777777" w:rsidTr="005E44DD">
        <w:trPr>
          <w:cantSplit/>
          <w:trHeight w:val="720"/>
          <w:jc w:val="center"/>
        </w:trPr>
        <w:tc>
          <w:tcPr>
            <w:tcW w:w="2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3B56298" w14:textId="77777777" w:rsidR="00245532" w:rsidRPr="00DB6570" w:rsidRDefault="00245532"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2</w:t>
            </w:r>
          </w:p>
        </w:tc>
        <w:tc>
          <w:tcPr>
            <w:tcW w:w="7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094227B" w14:textId="77777777" w:rsidR="00245532" w:rsidRPr="00DB6570" w:rsidRDefault="00245532" w:rsidP="00D270E1">
            <w:pPr>
              <w:spacing w:after="0" w:line="240" w:lineRule="auto"/>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DFBAA8B" w14:textId="77777777" w:rsidR="00245532" w:rsidRPr="00DB6570" w:rsidRDefault="00245532" w:rsidP="00D270E1">
            <w:pPr>
              <w:spacing w:after="0" w:line="240" w:lineRule="auto"/>
              <w:rPr>
                <w:rFonts w:ascii="Times New Roman" w:hAnsi="Times New Roman" w:cs="Times New Roman"/>
                <w:sz w:val="22"/>
              </w:rPr>
            </w:pPr>
          </w:p>
        </w:tc>
        <w:tc>
          <w:tcPr>
            <w:tcW w:w="60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ACA5284" w14:textId="77777777" w:rsidR="00245532" w:rsidRPr="00DB6570" w:rsidRDefault="00245532" w:rsidP="00D270E1">
            <w:pPr>
              <w:spacing w:after="0" w:line="240" w:lineRule="auto"/>
              <w:jc w:val="center"/>
              <w:rPr>
                <w:rFonts w:ascii="Times New Roman" w:hAnsi="Times New Roman" w:cs="Times New Roman"/>
                <w:sz w:val="22"/>
              </w:rPr>
            </w:pPr>
          </w:p>
        </w:tc>
        <w:tc>
          <w:tcPr>
            <w:tcW w:w="68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ECC5863" w14:textId="77777777" w:rsidR="00245532" w:rsidRPr="00DB6570" w:rsidRDefault="00245532" w:rsidP="00D270E1">
            <w:pPr>
              <w:spacing w:after="0" w:line="240" w:lineRule="auto"/>
              <w:jc w:val="center"/>
              <w:rPr>
                <w:rFonts w:ascii="Times New Roman" w:hAnsi="Times New Roman" w:cs="Times New Roman"/>
                <w:sz w:val="22"/>
              </w:rPr>
            </w:pPr>
          </w:p>
        </w:tc>
        <w:tc>
          <w:tcPr>
            <w:tcW w:w="50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0679DE9" w14:textId="77777777" w:rsidR="00245532" w:rsidRPr="00DB6570" w:rsidRDefault="00245532" w:rsidP="00D270E1">
            <w:pPr>
              <w:spacing w:after="0" w:line="240" w:lineRule="auto"/>
              <w:jc w:val="center"/>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221EC94" w14:textId="77777777" w:rsidR="00245532" w:rsidRPr="00DB6570" w:rsidRDefault="00245532" w:rsidP="00D270E1">
            <w:pPr>
              <w:spacing w:after="0" w:line="240" w:lineRule="auto"/>
              <w:jc w:val="center"/>
              <w:rPr>
                <w:rFonts w:ascii="Times New Roman" w:hAnsi="Times New Roman" w:cs="Times New Roman"/>
                <w:sz w:val="22"/>
              </w:rPr>
            </w:pPr>
          </w:p>
        </w:tc>
        <w:tc>
          <w:tcPr>
            <w:tcW w:w="87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A7DCA32" w14:textId="77777777" w:rsidR="00245532" w:rsidRPr="00DB6570" w:rsidRDefault="00245532" w:rsidP="00D270E1">
            <w:pPr>
              <w:spacing w:after="0" w:line="240" w:lineRule="auto"/>
              <w:jc w:val="center"/>
              <w:rPr>
                <w:rFonts w:ascii="Times New Roman" w:hAnsi="Times New Roman" w:cs="Times New Roman"/>
                <w:sz w:val="22"/>
              </w:rPr>
            </w:pPr>
          </w:p>
        </w:tc>
      </w:tr>
      <w:tr w:rsidR="00245532" w:rsidRPr="00DB6570" w14:paraId="164D0A8D" w14:textId="77777777" w:rsidTr="005E44DD">
        <w:trPr>
          <w:cantSplit/>
          <w:trHeight w:val="720"/>
          <w:jc w:val="center"/>
        </w:trPr>
        <w:tc>
          <w:tcPr>
            <w:tcW w:w="2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BD5F71A" w14:textId="77777777" w:rsidR="00245532" w:rsidRPr="00DB6570" w:rsidRDefault="00245532"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3</w:t>
            </w:r>
          </w:p>
        </w:tc>
        <w:tc>
          <w:tcPr>
            <w:tcW w:w="7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A757737" w14:textId="77777777" w:rsidR="00245532" w:rsidRPr="00DB6570" w:rsidRDefault="00245532" w:rsidP="00D270E1">
            <w:pPr>
              <w:spacing w:after="0" w:line="240" w:lineRule="auto"/>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76B397F" w14:textId="77777777" w:rsidR="00245532" w:rsidRPr="00DB6570" w:rsidRDefault="00245532" w:rsidP="00D270E1">
            <w:pPr>
              <w:spacing w:after="0" w:line="240" w:lineRule="auto"/>
              <w:rPr>
                <w:rFonts w:ascii="Times New Roman" w:hAnsi="Times New Roman" w:cs="Times New Roman"/>
                <w:sz w:val="22"/>
              </w:rPr>
            </w:pPr>
          </w:p>
        </w:tc>
        <w:tc>
          <w:tcPr>
            <w:tcW w:w="60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7897FAC" w14:textId="77777777" w:rsidR="00245532" w:rsidRPr="00DB6570" w:rsidRDefault="00245532" w:rsidP="00D270E1">
            <w:pPr>
              <w:spacing w:after="0" w:line="240" w:lineRule="auto"/>
              <w:jc w:val="center"/>
              <w:rPr>
                <w:rFonts w:ascii="Times New Roman" w:hAnsi="Times New Roman" w:cs="Times New Roman"/>
                <w:sz w:val="22"/>
              </w:rPr>
            </w:pPr>
          </w:p>
        </w:tc>
        <w:tc>
          <w:tcPr>
            <w:tcW w:w="68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0F3CEB6" w14:textId="77777777" w:rsidR="00245532" w:rsidRPr="00DB6570" w:rsidRDefault="00245532" w:rsidP="00D270E1">
            <w:pPr>
              <w:spacing w:after="0" w:line="240" w:lineRule="auto"/>
              <w:jc w:val="center"/>
              <w:rPr>
                <w:rFonts w:ascii="Times New Roman" w:hAnsi="Times New Roman" w:cs="Times New Roman"/>
                <w:sz w:val="22"/>
              </w:rPr>
            </w:pPr>
          </w:p>
        </w:tc>
        <w:tc>
          <w:tcPr>
            <w:tcW w:w="50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44E052B" w14:textId="77777777" w:rsidR="00245532" w:rsidRPr="00DB6570" w:rsidRDefault="00245532" w:rsidP="00D270E1">
            <w:pPr>
              <w:spacing w:after="0" w:line="240" w:lineRule="auto"/>
              <w:jc w:val="center"/>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0290F6D" w14:textId="77777777" w:rsidR="00245532" w:rsidRPr="00DB6570" w:rsidRDefault="00245532" w:rsidP="00D270E1">
            <w:pPr>
              <w:spacing w:after="0" w:line="240" w:lineRule="auto"/>
              <w:jc w:val="center"/>
              <w:rPr>
                <w:rFonts w:ascii="Times New Roman" w:hAnsi="Times New Roman" w:cs="Times New Roman"/>
                <w:sz w:val="22"/>
              </w:rPr>
            </w:pPr>
          </w:p>
        </w:tc>
        <w:tc>
          <w:tcPr>
            <w:tcW w:w="87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241830B" w14:textId="77777777" w:rsidR="00245532" w:rsidRPr="00DB6570" w:rsidRDefault="00245532" w:rsidP="00D270E1">
            <w:pPr>
              <w:spacing w:after="0" w:line="240" w:lineRule="auto"/>
              <w:jc w:val="center"/>
              <w:rPr>
                <w:rFonts w:ascii="Times New Roman" w:hAnsi="Times New Roman" w:cs="Times New Roman"/>
                <w:sz w:val="22"/>
              </w:rPr>
            </w:pPr>
          </w:p>
        </w:tc>
      </w:tr>
      <w:tr w:rsidR="00245532" w:rsidRPr="00DB6570" w14:paraId="26CD2D9C" w14:textId="77777777" w:rsidTr="005E44DD">
        <w:trPr>
          <w:cantSplit/>
          <w:trHeight w:val="720"/>
          <w:jc w:val="center"/>
        </w:trPr>
        <w:tc>
          <w:tcPr>
            <w:tcW w:w="2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49A76A0" w14:textId="77777777" w:rsidR="00245532" w:rsidRPr="00DB6570" w:rsidRDefault="00245532"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4</w:t>
            </w:r>
          </w:p>
        </w:tc>
        <w:tc>
          <w:tcPr>
            <w:tcW w:w="7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4C5A2D4" w14:textId="77777777" w:rsidR="00245532" w:rsidRPr="00DB6570" w:rsidRDefault="00245532" w:rsidP="00D270E1">
            <w:pPr>
              <w:spacing w:after="0" w:line="240" w:lineRule="auto"/>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D047C87" w14:textId="77777777" w:rsidR="00245532" w:rsidRPr="00DB6570" w:rsidRDefault="00245532" w:rsidP="00D270E1">
            <w:pPr>
              <w:spacing w:after="0" w:line="240" w:lineRule="auto"/>
              <w:rPr>
                <w:rFonts w:ascii="Times New Roman" w:hAnsi="Times New Roman" w:cs="Times New Roman"/>
                <w:sz w:val="22"/>
              </w:rPr>
            </w:pPr>
          </w:p>
        </w:tc>
        <w:tc>
          <w:tcPr>
            <w:tcW w:w="60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02A14E4" w14:textId="77777777" w:rsidR="00245532" w:rsidRPr="00DB6570" w:rsidRDefault="00245532" w:rsidP="00D270E1">
            <w:pPr>
              <w:spacing w:after="0" w:line="240" w:lineRule="auto"/>
              <w:jc w:val="center"/>
              <w:rPr>
                <w:rFonts w:ascii="Times New Roman" w:hAnsi="Times New Roman" w:cs="Times New Roman"/>
                <w:sz w:val="22"/>
              </w:rPr>
            </w:pPr>
          </w:p>
        </w:tc>
        <w:tc>
          <w:tcPr>
            <w:tcW w:w="68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706478" w14:textId="77777777" w:rsidR="00245532" w:rsidRPr="00DB6570" w:rsidRDefault="00245532" w:rsidP="00D270E1">
            <w:pPr>
              <w:spacing w:after="0" w:line="240" w:lineRule="auto"/>
              <w:jc w:val="center"/>
              <w:rPr>
                <w:rFonts w:ascii="Times New Roman" w:hAnsi="Times New Roman" w:cs="Times New Roman"/>
                <w:sz w:val="22"/>
              </w:rPr>
            </w:pPr>
          </w:p>
        </w:tc>
        <w:tc>
          <w:tcPr>
            <w:tcW w:w="50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7CB09F7" w14:textId="77777777" w:rsidR="00245532" w:rsidRPr="00DB6570" w:rsidRDefault="00245532" w:rsidP="00D270E1">
            <w:pPr>
              <w:spacing w:after="0" w:line="240" w:lineRule="auto"/>
              <w:jc w:val="center"/>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4A0F51" w14:textId="77777777" w:rsidR="00245532" w:rsidRPr="00DB6570" w:rsidRDefault="00245532" w:rsidP="00D270E1">
            <w:pPr>
              <w:spacing w:after="0" w:line="240" w:lineRule="auto"/>
              <w:jc w:val="center"/>
              <w:rPr>
                <w:rFonts w:ascii="Times New Roman" w:hAnsi="Times New Roman" w:cs="Times New Roman"/>
                <w:sz w:val="22"/>
              </w:rPr>
            </w:pPr>
          </w:p>
        </w:tc>
        <w:tc>
          <w:tcPr>
            <w:tcW w:w="87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B3A4DF3" w14:textId="77777777" w:rsidR="00245532" w:rsidRPr="00DB6570" w:rsidRDefault="00245532" w:rsidP="00D270E1">
            <w:pPr>
              <w:spacing w:after="0" w:line="240" w:lineRule="auto"/>
              <w:jc w:val="center"/>
              <w:rPr>
                <w:rFonts w:ascii="Times New Roman" w:hAnsi="Times New Roman" w:cs="Times New Roman"/>
                <w:sz w:val="22"/>
              </w:rPr>
            </w:pPr>
          </w:p>
        </w:tc>
      </w:tr>
      <w:tr w:rsidR="00245532" w:rsidRPr="00DB6570" w14:paraId="22AEA5EB" w14:textId="77777777" w:rsidTr="005E44DD">
        <w:trPr>
          <w:cantSplit/>
          <w:trHeight w:val="720"/>
          <w:jc w:val="center"/>
        </w:trPr>
        <w:tc>
          <w:tcPr>
            <w:tcW w:w="2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85B7458" w14:textId="77777777" w:rsidR="00245532" w:rsidRPr="00DB6570" w:rsidRDefault="00245532"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5</w:t>
            </w:r>
          </w:p>
        </w:tc>
        <w:tc>
          <w:tcPr>
            <w:tcW w:w="7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78B100F" w14:textId="77777777" w:rsidR="00245532" w:rsidRPr="00DB6570" w:rsidRDefault="00245532" w:rsidP="00D270E1">
            <w:pPr>
              <w:spacing w:after="0" w:line="240" w:lineRule="auto"/>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CF40338" w14:textId="77777777" w:rsidR="00245532" w:rsidRPr="00DB6570" w:rsidRDefault="00245532" w:rsidP="00D270E1">
            <w:pPr>
              <w:spacing w:after="0" w:line="240" w:lineRule="auto"/>
              <w:rPr>
                <w:rFonts w:ascii="Times New Roman" w:hAnsi="Times New Roman" w:cs="Times New Roman"/>
                <w:sz w:val="22"/>
              </w:rPr>
            </w:pPr>
          </w:p>
        </w:tc>
        <w:tc>
          <w:tcPr>
            <w:tcW w:w="60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82C20D0" w14:textId="77777777" w:rsidR="00245532" w:rsidRPr="00DB6570" w:rsidRDefault="00245532" w:rsidP="00D270E1">
            <w:pPr>
              <w:spacing w:after="0" w:line="240" w:lineRule="auto"/>
              <w:jc w:val="center"/>
              <w:rPr>
                <w:rFonts w:ascii="Times New Roman" w:hAnsi="Times New Roman" w:cs="Times New Roman"/>
                <w:sz w:val="22"/>
              </w:rPr>
            </w:pPr>
          </w:p>
        </w:tc>
        <w:tc>
          <w:tcPr>
            <w:tcW w:w="68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FF37826" w14:textId="77777777" w:rsidR="00245532" w:rsidRPr="00DB6570" w:rsidRDefault="00245532" w:rsidP="00D270E1">
            <w:pPr>
              <w:spacing w:after="0" w:line="240" w:lineRule="auto"/>
              <w:jc w:val="center"/>
              <w:rPr>
                <w:rFonts w:ascii="Times New Roman" w:hAnsi="Times New Roman" w:cs="Times New Roman"/>
                <w:sz w:val="22"/>
              </w:rPr>
            </w:pPr>
          </w:p>
        </w:tc>
        <w:tc>
          <w:tcPr>
            <w:tcW w:w="50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A550034" w14:textId="77777777" w:rsidR="00245532" w:rsidRPr="00DB6570" w:rsidRDefault="00245532" w:rsidP="00D270E1">
            <w:pPr>
              <w:spacing w:after="0" w:line="240" w:lineRule="auto"/>
              <w:jc w:val="center"/>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9F59FCA" w14:textId="77777777" w:rsidR="00245532" w:rsidRPr="00DB6570" w:rsidRDefault="00245532" w:rsidP="00D270E1">
            <w:pPr>
              <w:spacing w:after="0" w:line="240" w:lineRule="auto"/>
              <w:jc w:val="center"/>
              <w:rPr>
                <w:rFonts w:ascii="Times New Roman" w:hAnsi="Times New Roman" w:cs="Times New Roman"/>
                <w:sz w:val="22"/>
              </w:rPr>
            </w:pPr>
          </w:p>
        </w:tc>
        <w:tc>
          <w:tcPr>
            <w:tcW w:w="87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EFFB424" w14:textId="77777777" w:rsidR="00245532" w:rsidRPr="00DB6570" w:rsidRDefault="00245532" w:rsidP="00D270E1">
            <w:pPr>
              <w:spacing w:after="0" w:line="240" w:lineRule="auto"/>
              <w:jc w:val="center"/>
              <w:rPr>
                <w:rFonts w:ascii="Times New Roman" w:hAnsi="Times New Roman" w:cs="Times New Roman"/>
                <w:sz w:val="22"/>
              </w:rPr>
            </w:pPr>
          </w:p>
        </w:tc>
      </w:tr>
      <w:tr w:rsidR="00245532" w:rsidRPr="00DB6570" w14:paraId="5A16C654" w14:textId="77777777" w:rsidTr="005E44DD">
        <w:trPr>
          <w:cantSplit/>
          <w:trHeight w:val="432"/>
          <w:jc w:val="center"/>
        </w:trPr>
        <w:tc>
          <w:tcPr>
            <w:tcW w:w="202"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11FDDDF" w14:textId="77777777" w:rsidR="00245532" w:rsidRPr="00DB6570" w:rsidRDefault="00245532"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TOTAL</w:t>
            </w:r>
          </w:p>
        </w:tc>
        <w:tc>
          <w:tcPr>
            <w:tcW w:w="79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5E8F8203" w14:textId="77777777" w:rsidR="00245532" w:rsidRPr="00DB6570" w:rsidRDefault="00245532" w:rsidP="00D270E1">
            <w:pPr>
              <w:spacing w:after="0" w:line="240" w:lineRule="auto"/>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427B8A4D" w14:textId="77777777" w:rsidR="00245532" w:rsidRPr="00DB6570" w:rsidRDefault="00245532" w:rsidP="00D270E1">
            <w:pPr>
              <w:spacing w:after="0" w:line="240" w:lineRule="auto"/>
              <w:rPr>
                <w:rFonts w:ascii="Times New Roman" w:hAnsi="Times New Roman" w:cs="Times New Roman"/>
                <w:sz w:val="22"/>
              </w:rPr>
            </w:pPr>
          </w:p>
        </w:tc>
        <w:tc>
          <w:tcPr>
            <w:tcW w:w="609"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18758451" w14:textId="77777777" w:rsidR="00245532" w:rsidRPr="00DB6570" w:rsidRDefault="00245532" w:rsidP="00D270E1">
            <w:pPr>
              <w:spacing w:after="0" w:line="240" w:lineRule="auto"/>
              <w:jc w:val="center"/>
              <w:rPr>
                <w:rFonts w:ascii="Times New Roman" w:hAnsi="Times New Roman" w:cs="Times New Roman"/>
                <w:sz w:val="22"/>
              </w:rPr>
            </w:pPr>
          </w:p>
        </w:tc>
        <w:tc>
          <w:tcPr>
            <w:tcW w:w="689"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6F61D0D1" w14:textId="77777777" w:rsidR="00245532" w:rsidRPr="00DB6570" w:rsidRDefault="00245532" w:rsidP="00D270E1">
            <w:pPr>
              <w:spacing w:after="0" w:line="240" w:lineRule="auto"/>
              <w:jc w:val="center"/>
              <w:rPr>
                <w:rFonts w:ascii="Times New Roman" w:hAnsi="Times New Roman" w:cs="Times New Roman"/>
                <w:sz w:val="22"/>
              </w:rPr>
            </w:pPr>
          </w:p>
        </w:tc>
        <w:tc>
          <w:tcPr>
            <w:tcW w:w="504"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1694E760" w14:textId="77777777" w:rsidR="00245532" w:rsidRPr="00DB6570" w:rsidRDefault="00245532" w:rsidP="00D270E1">
            <w:pPr>
              <w:spacing w:after="0" w:line="240" w:lineRule="auto"/>
              <w:jc w:val="center"/>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697D14AE" w14:textId="77777777" w:rsidR="00245532" w:rsidRPr="00DB6570" w:rsidRDefault="00245532" w:rsidP="00D270E1">
            <w:pPr>
              <w:spacing w:after="0" w:line="240" w:lineRule="auto"/>
              <w:jc w:val="center"/>
              <w:rPr>
                <w:rFonts w:ascii="Times New Roman" w:hAnsi="Times New Roman" w:cs="Times New Roman"/>
                <w:sz w:val="22"/>
              </w:rPr>
            </w:pPr>
          </w:p>
        </w:tc>
        <w:tc>
          <w:tcPr>
            <w:tcW w:w="87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7E8F49FF" w14:textId="77777777" w:rsidR="00245532" w:rsidRPr="00DB6570" w:rsidRDefault="00245532" w:rsidP="00D270E1">
            <w:pPr>
              <w:spacing w:after="0" w:line="240" w:lineRule="auto"/>
              <w:jc w:val="center"/>
              <w:rPr>
                <w:rFonts w:ascii="Times New Roman" w:hAnsi="Times New Roman" w:cs="Times New Roman"/>
                <w:sz w:val="22"/>
              </w:rPr>
            </w:pPr>
          </w:p>
        </w:tc>
      </w:tr>
    </w:tbl>
    <w:p w14:paraId="60417BC6" w14:textId="77777777" w:rsidR="0061162A" w:rsidRPr="00DB6570" w:rsidRDefault="0061162A">
      <w:pPr>
        <w:spacing w:after="0"/>
        <w:rPr>
          <w:rFonts w:ascii="Times New Roman" w:hAnsi="Times New Roman" w:cs="Times New Roman"/>
          <w:sz w:val="22"/>
        </w:rPr>
      </w:pPr>
    </w:p>
    <w:p w14:paraId="4B3655A9" w14:textId="05921757" w:rsidR="0061162A" w:rsidRPr="00DB6570" w:rsidRDefault="00C3469D">
      <w:pPr>
        <w:pStyle w:val="Heading2"/>
        <w:rPr>
          <w:rFonts w:ascii="Times New Roman" w:hAnsi="Times New Roman" w:cs="Times New Roman"/>
          <w:color w:val="auto"/>
          <w:sz w:val="22"/>
          <w:szCs w:val="22"/>
        </w:rPr>
      </w:pPr>
      <w:bookmarkStart w:id="49" w:name="_Toc237525244"/>
      <w:r w:rsidRPr="00DB6570">
        <w:rPr>
          <w:rFonts w:ascii="Times New Roman" w:hAnsi="Times New Roman" w:cs="Times New Roman"/>
          <w:color w:val="auto"/>
          <w:sz w:val="22"/>
          <w:szCs w:val="22"/>
        </w:rPr>
        <w:t>4</w:t>
      </w:r>
      <w:r w:rsidR="00BE6111" w:rsidRPr="00DB6570">
        <w:rPr>
          <w:rFonts w:ascii="Times New Roman" w:hAnsi="Times New Roman" w:cs="Times New Roman"/>
          <w:color w:val="auto"/>
          <w:sz w:val="22"/>
          <w:szCs w:val="22"/>
        </w:rPr>
        <w:t>.</w:t>
      </w:r>
      <w:r w:rsidRPr="00DB6570">
        <w:rPr>
          <w:rFonts w:ascii="Times New Roman" w:hAnsi="Times New Roman" w:cs="Times New Roman"/>
          <w:color w:val="auto"/>
          <w:sz w:val="22"/>
          <w:szCs w:val="22"/>
        </w:rPr>
        <w:t>16</w:t>
      </w:r>
      <w:r w:rsidR="00BE6111" w:rsidRPr="00DB6570">
        <w:rPr>
          <w:rFonts w:ascii="Times New Roman" w:hAnsi="Times New Roman" w:cs="Times New Roman"/>
          <w:color w:val="auto"/>
          <w:sz w:val="22"/>
          <w:szCs w:val="22"/>
        </w:rPr>
        <w:t xml:space="preserve"> ACE-Specific Risks and Mitigation</w:t>
      </w:r>
      <w:bookmarkEnd w:id="49"/>
    </w:p>
    <w:p w14:paraId="7E812276" w14:textId="77777777" w:rsidR="0061162A" w:rsidRPr="00DB6570" w:rsidRDefault="00BE6111">
      <w:pPr>
        <w:pStyle w:val="GuidanceText"/>
        <w:keepNext/>
        <w:rPr>
          <w:rFonts w:ascii="Times New Roman" w:hAnsi="Times New Roman" w:cs="Times New Roman"/>
          <w:color w:val="auto"/>
          <w:sz w:val="22"/>
        </w:rPr>
      </w:pPr>
      <w:r w:rsidRPr="00DB6570">
        <w:rPr>
          <w:rFonts w:ascii="Times New Roman" w:hAnsi="Times New Roman" w:cs="Times New Roman"/>
          <w:color w:val="auto"/>
          <w:sz w:val="22"/>
        </w:rPr>
        <w:t>Identify material academic, research, innovation, staffing, fiduciary, facilities, sustainability and implementation risks that are specific to the ACE/Emerging Center. These should also feed into the consolidated risk register.</w:t>
      </w:r>
    </w:p>
    <w:tbl>
      <w:tblPr>
        <w:tblStyle w:val="TableGrid"/>
        <w:tblW w:w="9000" w:type="dxa"/>
        <w:jc w:val="center"/>
        <w:tblLook w:val="04A0" w:firstRow="1" w:lastRow="0" w:firstColumn="1" w:lastColumn="0" w:noHBand="0" w:noVBand="1"/>
      </w:tblPr>
      <w:tblGrid>
        <w:gridCol w:w="1720"/>
        <w:gridCol w:w="1155"/>
        <w:gridCol w:w="993"/>
        <w:gridCol w:w="1711"/>
        <w:gridCol w:w="2147"/>
        <w:gridCol w:w="1274"/>
      </w:tblGrid>
      <w:tr w:rsidR="0061162A" w:rsidRPr="00DB6570" w14:paraId="72733D90" w14:textId="77777777" w:rsidTr="0021427D">
        <w:trPr>
          <w:tblHeader/>
          <w:jc w:val="center"/>
        </w:trPr>
        <w:tc>
          <w:tcPr>
            <w:tcW w:w="1720" w:type="dxa"/>
            <w:tcMar>
              <w:top w:w="70" w:type="dxa"/>
              <w:left w:w="70" w:type="dxa"/>
              <w:bottom w:w="70" w:type="dxa"/>
              <w:right w:w="70" w:type="dxa"/>
            </w:tcMar>
          </w:tcPr>
          <w:p w14:paraId="3B14028D"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Risk</w:t>
            </w:r>
          </w:p>
        </w:tc>
        <w:tc>
          <w:tcPr>
            <w:tcW w:w="1155" w:type="dxa"/>
            <w:tcMar>
              <w:top w:w="70" w:type="dxa"/>
              <w:left w:w="70" w:type="dxa"/>
              <w:bottom w:w="70" w:type="dxa"/>
              <w:right w:w="70" w:type="dxa"/>
            </w:tcMar>
          </w:tcPr>
          <w:p w14:paraId="09B2B477"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Likelihood</w:t>
            </w:r>
          </w:p>
        </w:tc>
        <w:tc>
          <w:tcPr>
            <w:tcW w:w="993" w:type="dxa"/>
            <w:tcMar>
              <w:top w:w="70" w:type="dxa"/>
              <w:left w:w="70" w:type="dxa"/>
              <w:bottom w:w="70" w:type="dxa"/>
              <w:right w:w="70" w:type="dxa"/>
            </w:tcMar>
          </w:tcPr>
          <w:p w14:paraId="27C1F985"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Impact</w:t>
            </w:r>
          </w:p>
        </w:tc>
        <w:tc>
          <w:tcPr>
            <w:tcW w:w="1711" w:type="dxa"/>
            <w:tcMar>
              <w:top w:w="70" w:type="dxa"/>
              <w:left w:w="70" w:type="dxa"/>
              <w:bottom w:w="70" w:type="dxa"/>
              <w:right w:w="70" w:type="dxa"/>
            </w:tcMar>
          </w:tcPr>
          <w:p w14:paraId="578E374F"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Early warning indicator</w:t>
            </w:r>
          </w:p>
        </w:tc>
        <w:tc>
          <w:tcPr>
            <w:tcW w:w="2147" w:type="dxa"/>
            <w:tcMar>
              <w:top w:w="70" w:type="dxa"/>
              <w:left w:w="70" w:type="dxa"/>
              <w:bottom w:w="70" w:type="dxa"/>
              <w:right w:w="70" w:type="dxa"/>
            </w:tcMar>
          </w:tcPr>
          <w:p w14:paraId="05ECC34B"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Mitigation / contingency</w:t>
            </w:r>
          </w:p>
        </w:tc>
        <w:tc>
          <w:tcPr>
            <w:tcW w:w="1274" w:type="dxa"/>
            <w:tcMar>
              <w:top w:w="70" w:type="dxa"/>
              <w:left w:w="70" w:type="dxa"/>
              <w:bottom w:w="70" w:type="dxa"/>
              <w:right w:w="70" w:type="dxa"/>
            </w:tcMar>
          </w:tcPr>
          <w:p w14:paraId="670CD5CE"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Risk owner</w:t>
            </w:r>
          </w:p>
        </w:tc>
      </w:tr>
      <w:tr w:rsidR="0061162A" w:rsidRPr="00DB6570" w14:paraId="76D1C66E" w14:textId="77777777" w:rsidTr="005E44DD">
        <w:trPr>
          <w:cantSplit/>
          <w:jc w:val="center"/>
        </w:trPr>
        <w:tc>
          <w:tcPr>
            <w:tcW w:w="1720" w:type="dxa"/>
            <w:tcMar>
              <w:top w:w="70" w:type="dxa"/>
              <w:left w:w="70" w:type="dxa"/>
              <w:bottom w:w="70" w:type="dxa"/>
              <w:right w:w="70" w:type="dxa"/>
            </w:tcMar>
          </w:tcPr>
          <w:p w14:paraId="4A0DB592" w14:textId="509617DB" w:rsidR="0061162A" w:rsidRPr="00DB6570" w:rsidRDefault="0061162A">
            <w:pPr>
              <w:pStyle w:val="ResponsePlaceholder"/>
              <w:rPr>
                <w:rFonts w:ascii="Times New Roman" w:hAnsi="Times New Roman" w:cs="Times New Roman"/>
                <w:color w:val="auto"/>
                <w:sz w:val="22"/>
              </w:rPr>
            </w:pPr>
          </w:p>
        </w:tc>
        <w:tc>
          <w:tcPr>
            <w:tcW w:w="1155" w:type="dxa"/>
            <w:tcMar>
              <w:top w:w="70" w:type="dxa"/>
              <w:left w:w="70" w:type="dxa"/>
              <w:bottom w:w="70" w:type="dxa"/>
              <w:right w:w="70" w:type="dxa"/>
            </w:tcMar>
          </w:tcPr>
          <w:p w14:paraId="0AFB9069" w14:textId="291E0FB1" w:rsidR="0061162A" w:rsidRPr="00DB6570" w:rsidRDefault="0061162A">
            <w:pPr>
              <w:pStyle w:val="ResponsePlaceholder"/>
              <w:rPr>
                <w:rFonts w:ascii="Times New Roman" w:hAnsi="Times New Roman" w:cs="Times New Roman"/>
                <w:color w:val="auto"/>
                <w:sz w:val="22"/>
              </w:rPr>
            </w:pPr>
          </w:p>
        </w:tc>
        <w:tc>
          <w:tcPr>
            <w:tcW w:w="993" w:type="dxa"/>
            <w:tcMar>
              <w:top w:w="70" w:type="dxa"/>
              <w:left w:w="70" w:type="dxa"/>
              <w:bottom w:w="70" w:type="dxa"/>
              <w:right w:w="70" w:type="dxa"/>
            </w:tcMar>
          </w:tcPr>
          <w:p w14:paraId="6FDFD4F9" w14:textId="014CB8B2" w:rsidR="0061162A" w:rsidRPr="00DB6570" w:rsidRDefault="0061162A">
            <w:pPr>
              <w:pStyle w:val="ResponsePlaceholder"/>
              <w:rPr>
                <w:rFonts w:ascii="Times New Roman" w:hAnsi="Times New Roman" w:cs="Times New Roman"/>
                <w:color w:val="auto"/>
                <w:sz w:val="22"/>
              </w:rPr>
            </w:pPr>
          </w:p>
        </w:tc>
        <w:tc>
          <w:tcPr>
            <w:tcW w:w="1711" w:type="dxa"/>
            <w:tcMar>
              <w:top w:w="70" w:type="dxa"/>
              <w:left w:w="70" w:type="dxa"/>
              <w:bottom w:w="70" w:type="dxa"/>
              <w:right w:w="70" w:type="dxa"/>
            </w:tcMar>
          </w:tcPr>
          <w:p w14:paraId="78FA4393" w14:textId="77562B66" w:rsidR="0061162A" w:rsidRPr="00DB6570" w:rsidRDefault="0061162A">
            <w:pPr>
              <w:pStyle w:val="ResponsePlaceholder"/>
              <w:rPr>
                <w:rFonts w:ascii="Times New Roman" w:hAnsi="Times New Roman" w:cs="Times New Roman"/>
                <w:color w:val="auto"/>
                <w:sz w:val="22"/>
              </w:rPr>
            </w:pPr>
          </w:p>
        </w:tc>
        <w:tc>
          <w:tcPr>
            <w:tcW w:w="2147" w:type="dxa"/>
            <w:tcMar>
              <w:top w:w="70" w:type="dxa"/>
              <w:left w:w="70" w:type="dxa"/>
              <w:bottom w:w="70" w:type="dxa"/>
              <w:right w:w="70" w:type="dxa"/>
            </w:tcMar>
          </w:tcPr>
          <w:p w14:paraId="33FF46A1" w14:textId="3FCBE4BD" w:rsidR="0061162A" w:rsidRPr="00DB6570" w:rsidRDefault="0061162A">
            <w:pPr>
              <w:pStyle w:val="ResponsePlaceholder"/>
              <w:rPr>
                <w:rFonts w:ascii="Times New Roman" w:hAnsi="Times New Roman" w:cs="Times New Roman"/>
                <w:color w:val="auto"/>
                <w:sz w:val="22"/>
              </w:rPr>
            </w:pPr>
          </w:p>
        </w:tc>
        <w:tc>
          <w:tcPr>
            <w:tcW w:w="1274" w:type="dxa"/>
            <w:tcMar>
              <w:top w:w="70" w:type="dxa"/>
              <w:left w:w="70" w:type="dxa"/>
              <w:bottom w:w="70" w:type="dxa"/>
              <w:right w:w="70" w:type="dxa"/>
            </w:tcMar>
          </w:tcPr>
          <w:p w14:paraId="63455B70" w14:textId="0C12EF45" w:rsidR="0061162A" w:rsidRPr="00DB6570" w:rsidRDefault="0061162A">
            <w:pPr>
              <w:pStyle w:val="ResponsePlaceholder"/>
              <w:rPr>
                <w:rFonts w:ascii="Times New Roman" w:hAnsi="Times New Roman" w:cs="Times New Roman"/>
                <w:color w:val="auto"/>
                <w:sz w:val="22"/>
              </w:rPr>
            </w:pPr>
          </w:p>
        </w:tc>
      </w:tr>
      <w:tr w:rsidR="0061162A" w:rsidRPr="00DB6570" w14:paraId="47E81EEF" w14:textId="77777777" w:rsidTr="005E44DD">
        <w:trPr>
          <w:cantSplit/>
          <w:jc w:val="center"/>
        </w:trPr>
        <w:tc>
          <w:tcPr>
            <w:tcW w:w="1720" w:type="dxa"/>
            <w:tcMar>
              <w:top w:w="70" w:type="dxa"/>
              <w:left w:w="70" w:type="dxa"/>
              <w:bottom w:w="70" w:type="dxa"/>
              <w:right w:w="70" w:type="dxa"/>
            </w:tcMar>
          </w:tcPr>
          <w:p w14:paraId="68B655A1" w14:textId="4D71DDEB" w:rsidR="0061162A" w:rsidRPr="00DB6570" w:rsidRDefault="0061162A">
            <w:pPr>
              <w:pStyle w:val="ResponsePlaceholder"/>
              <w:rPr>
                <w:rFonts w:ascii="Times New Roman" w:hAnsi="Times New Roman" w:cs="Times New Roman"/>
                <w:color w:val="auto"/>
                <w:sz w:val="22"/>
              </w:rPr>
            </w:pPr>
          </w:p>
        </w:tc>
        <w:tc>
          <w:tcPr>
            <w:tcW w:w="1155" w:type="dxa"/>
            <w:tcMar>
              <w:top w:w="70" w:type="dxa"/>
              <w:left w:w="70" w:type="dxa"/>
              <w:bottom w:w="70" w:type="dxa"/>
              <w:right w:w="70" w:type="dxa"/>
            </w:tcMar>
          </w:tcPr>
          <w:p w14:paraId="36000271" w14:textId="245B4E86" w:rsidR="0061162A" w:rsidRPr="00DB6570" w:rsidRDefault="0061162A">
            <w:pPr>
              <w:pStyle w:val="ResponsePlaceholder"/>
              <w:rPr>
                <w:rFonts w:ascii="Times New Roman" w:hAnsi="Times New Roman" w:cs="Times New Roman"/>
                <w:color w:val="auto"/>
                <w:sz w:val="22"/>
              </w:rPr>
            </w:pPr>
          </w:p>
        </w:tc>
        <w:tc>
          <w:tcPr>
            <w:tcW w:w="993" w:type="dxa"/>
            <w:tcMar>
              <w:top w:w="70" w:type="dxa"/>
              <w:left w:w="70" w:type="dxa"/>
              <w:bottom w:w="70" w:type="dxa"/>
              <w:right w:w="70" w:type="dxa"/>
            </w:tcMar>
          </w:tcPr>
          <w:p w14:paraId="396A73AE" w14:textId="5DE02F76" w:rsidR="0061162A" w:rsidRPr="00DB6570" w:rsidRDefault="0061162A">
            <w:pPr>
              <w:pStyle w:val="ResponsePlaceholder"/>
              <w:rPr>
                <w:rFonts w:ascii="Times New Roman" w:hAnsi="Times New Roman" w:cs="Times New Roman"/>
                <w:color w:val="auto"/>
                <w:sz w:val="22"/>
              </w:rPr>
            </w:pPr>
          </w:p>
        </w:tc>
        <w:tc>
          <w:tcPr>
            <w:tcW w:w="1711" w:type="dxa"/>
            <w:tcMar>
              <w:top w:w="70" w:type="dxa"/>
              <w:left w:w="70" w:type="dxa"/>
              <w:bottom w:w="70" w:type="dxa"/>
              <w:right w:w="70" w:type="dxa"/>
            </w:tcMar>
          </w:tcPr>
          <w:p w14:paraId="43E4B0C1" w14:textId="4A714F06" w:rsidR="0061162A" w:rsidRPr="00DB6570" w:rsidRDefault="0061162A">
            <w:pPr>
              <w:pStyle w:val="ResponsePlaceholder"/>
              <w:rPr>
                <w:rFonts w:ascii="Times New Roman" w:hAnsi="Times New Roman" w:cs="Times New Roman"/>
                <w:color w:val="auto"/>
                <w:sz w:val="22"/>
              </w:rPr>
            </w:pPr>
          </w:p>
        </w:tc>
        <w:tc>
          <w:tcPr>
            <w:tcW w:w="2147" w:type="dxa"/>
            <w:tcMar>
              <w:top w:w="70" w:type="dxa"/>
              <w:left w:w="70" w:type="dxa"/>
              <w:bottom w:w="70" w:type="dxa"/>
              <w:right w:w="70" w:type="dxa"/>
            </w:tcMar>
          </w:tcPr>
          <w:p w14:paraId="375DAE16" w14:textId="77F17138" w:rsidR="0061162A" w:rsidRPr="00DB6570" w:rsidRDefault="0061162A">
            <w:pPr>
              <w:pStyle w:val="ResponsePlaceholder"/>
              <w:rPr>
                <w:rFonts w:ascii="Times New Roman" w:hAnsi="Times New Roman" w:cs="Times New Roman"/>
                <w:color w:val="auto"/>
                <w:sz w:val="22"/>
              </w:rPr>
            </w:pPr>
          </w:p>
        </w:tc>
        <w:tc>
          <w:tcPr>
            <w:tcW w:w="1274" w:type="dxa"/>
            <w:tcMar>
              <w:top w:w="70" w:type="dxa"/>
              <w:left w:w="70" w:type="dxa"/>
              <w:bottom w:w="70" w:type="dxa"/>
              <w:right w:w="70" w:type="dxa"/>
            </w:tcMar>
          </w:tcPr>
          <w:p w14:paraId="1FEC50E5" w14:textId="04915B99" w:rsidR="0061162A" w:rsidRPr="00DB6570" w:rsidRDefault="0061162A">
            <w:pPr>
              <w:pStyle w:val="ResponsePlaceholder"/>
              <w:rPr>
                <w:rFonts w:ascii="Times New Roman" w:hAnsi="Times New Roman" w:cs="Times New Roman"/>
                <w:color w:val="auto"/>
                <w:sz w:val="22"/>
              </w:rPr>
            </w:pPr>
          </w:p>
        </w:tc>
      </w:tr>
      <w:tr w:rsidR="0061162A" w:rsidRPr="00DB6570" w14:paraId="423E2EE6" w14:textId="77777777" w:rsidTr="005E44DD">
        <w:trPr>
          <w:cantSplit/>
          <w:jc w:val="center"/>
        </w:trPr>
        <w:tc>
          <w:tcPr>
            <w:tcW w:w="1720" w:type="dxa"/>
            <w:tcMar>
              <w:top w:w="70" w:type="dxa"/>
              <w:left w:w="70" w:type="dxa"/>
              <w:bottom w:w="70" w:type="dxa"/>
              <w:right w:w="70" w:type="dxa"/>
            </w:tcMar>
          </w:tcPr>
          <w:p w14:paraId="2EF78414" w14:textId="57739F93" w:rsidR="0061162A" w:rsidRPr="00DB6570" w:rsidRDefault="0061162A">
            <w:pPr>
              <w:pStyle w:val="ResponsePlaceholder"/>
              <w:rPr>
                <w:rFonts w:ascii="Times New Roman" w:hAnsi="Times New Roman" w:cs="Times New Roman"/>
                <w:color w:val="auto"/>
                <w:sz w:val="22"/>
              </w:rPr>
            </w:pPr>
          </w:p>
        </w:tc>
        <w:tc>
          <w:tcPr>
            <w:tcW w:w="1155" w:type="dxa"/>
            <w:tcMar>
              <w:top w:w="70" w:type="dxa"/>
              <w:left w:w="70" w:type="dxa"/>
              <w:bottom w:w="70" w:type="dxa"/>
              <w:right w:w="70" w:type="dxa"/>
            </w:tcMar>
          </w:tcPr>
          <w:p w14:paraId="6892B127" w14:textId="09BD9D94" w:rsidR="0061162A" w:rsidRPr="00DB6570" w:rsidRDefault="0061162A">
            <w:pPr>
              <w:pStyle w:val="ResponsePlaceholder"/>
              <w:rPr>
                <w:rFonts w:ascii="Times New Roman" w:hAnsi="Times New Roman" w:cs="Times New Roman"/>
                <w:color w:val="auto"/>
                <w:sz w:val="22"/>
              </w:rPr>
            </w:pPr>
          </w:p>
        </w:tc>
        <w:tc>
          <w:tcPr>
            <w:tcW w:w="993" w:type="dxa"/>
            <w:tcMar>
              <w:top w:w="70" w:type="dxa"/>
              <w:left w:w="70" w:type="dxa"/>
              <w:bottom w:w="70" w:type="dxa"/>
              <w:right w:w="70" w:type="dxa"/>
            </w:tcMar>
          </w:tcPr>
          <w:p w14:paraId="5EA326B8" w14:textId="4A52DBB4" w:rsidR="0061162A" w:rsidRPr="00DB6570" w:rsidRDefault="0061162A">
            <w:pPr>
              <w:pStyle w:val="ResponsePlaceholder"/>
              <w:rPr>
                <w:rFonts w:ascii="Times New Roman" w:hAnsi="Times New Roman" w:cs="Times New Roman"/>
                <w:color w:val="auto"/>
                <w:sz w:val="22"/>
              </w:rPr>
            </w:pPr>
          </w:p>
        </w:tc>
        <w:tc>
          <w:tcPr>
            <w:tcW w:w="1711" w:type="dxa"/>
            <w:tcMar>
              <w:top w:w="70" w:type="dxa"/>
              <w:left w:w="70" w:type="dxa"/>
              <w:bottom w:w="70" w:type="dxa"/>
              <w:right w:w="70" w:type="dxa"/>
            </w:tcMar>
          </w:tcPr>
          <w:p w14:paraId="34113CDB" w14:textId="67C37748" w:rsidR="0061162A" w:rsidRPr="00DB6570" w:rsidRDefault="0061162A">
            <w:pPr>
              <w:pStyle w:val="ResponsePlaceholder"/>
              <w:rPr>
                <w:rFonts w:ascii="Times New Roman" w:hAnsi="Times New Roman" w:cs="Times New Roman"/>
                <w:color w:val="auto"/>
                <w:sz w:val="22"/>
              </w:rPr>
            </w:pPr>
          </w:p>
        </w:tc>
        <w:tc>
          <w:tcPr>
            <w:tcW w:w="2147" w:type="dxa"/>
            <w:tcMar>
              <w:top w:w="70" w:type="dxa"/>
              <w:left w:w="70" w:type="dxa"/>
              <w:bottom w:w="70" w:type="dxa"/>
              <w:right w:w="70" w:type="dxa"/>
            </w:tcMar>
          </w:tcPr>
          <w:p w14:paraId="14587980" w14:textId="50C3FEC4" w:rsidR="0061162A" w:rsidRPr="00DB6570" w:rsidRDefault="0061162A">
            <w:pPr>
              <w:pStyle w:val="ResponsePlaceholder"/>
              <w:rPr>
                <w:rFonts w:ascii="Times New Roman" w:hAnsi="Times New Roman" w:cs="Times New Roman"/>
                <w:color w:val="auto"/>
                <w:sz w:val="22"/>
              </w:rPr>
            </w:pPr>
          </w:p>
        </w:tc>
        <w:tc>
          <w:tcPr>
            <w:tcW w:w="1274" w:type="dxa"/>
            <w:tcMar>
              <w:top w:w="70" w:type="dxa"/>
              <w:left w:w="70" w:type="dxa"/>
              <w:bottom w:w="70" w:type="dxa"/>
              <w:right w:w="70" w:type="dxa"/>
            </w:tcMar>
          </w:tcPr>
          <w:p w14:paraId="2139D21C" w14:textId="0A11777A" w:rsidR="0061162A" w:rsidRPr="00DB6570" w:rsidRDefault="0061162A">
            <w:pPr>
              <w:pStyle w:val="ResponsePlaceholder"/>
              <w:rPr>
                <w:rFonts w:ascii="Times New Roman" w:hAnsi="Times New Roman" w:cs="Times New Roman"/>
                <w:color w:val="auto"/>
                <w:sz w:val="22"/>
              </w:rPr>
            </w:pPr>
          </w:p>
        </w:tc>
      </w:tr>
    </w:tbl>
    <w:p w14:paraId="728A58F4" w14:textId="77777777" w:rsidR="0061162A" w:rsidRPr="00DB6570" w:rsidRDefault="0061162A">
      <w:pPr>
        <w:spacing w:after="0"/>
        <w:rPr>
          <w:rFonts w:ascii="Times New Roman" w:hAnsi="Times New Roman" w:cs="Times New Roman"/>
          <w:sz w:val="22"/>
        </w:rPr>
      </w:pPr>
    </w:p>
    <w:p w14:paraId="6E0C2825" w14:textId="77777777" w:rsidR="008A5E32" w:rsidRPr="00DB6570" w:rsidRDefault="008A5E32">
      <w:pPr>
        <w:rPr>
          <w:rFonts w:ascii="Times New Roman" w:hAnsi="Times New Roman" w:cs="Times New Roman"/>
          <w:sz w:val="22"/>
        </w:rPr>
      </w:pPr>
    </w:p>
    <w:p w14:paraId="76C88DE2" w14:textId="1105748B" w:rsidR="00465EF7" w:rsidRPr="00DB6570" w:rsidRDefault="00465EF7" w:rsidP="00465EF7">
      <w:pPr>
        <w:pStyle w:val="Heading2"/>
        <w:rPr>
          <w:rFonts w:ascii="Times New Roman" w:hAnsi="Times New Roman" w:cs="Times New Roman"/>
          <w:color w:val="auto"/>
          <w:sz w:val="22"/>
          <w:szCs w:val="22"/>
        </w:rPr>
      </w:pPr>
      <w:bookmarkStart w:id="50" w:name="_Toc237525245"/>
      <w:r w:rsidRPr="00DB6570">
        <w:rPr>
          <w:rFonts w:ascii="Times New Roman" w:hAnsi="Times New Roman" w:cs="Times New Roman"/>
          <w:color w:val="auto"/>
          <w:sz w:val="22"/>
          <w:szCs w:val="22"/>
        </w:rPr>
        <w:t>4.</w:t>
      </w:r>
      <w:r w:rsidR="00F56215" w:rsidRPr="00DB6570">
        <w:rPr>
          <w:rFonts w:ascii="Times New Roman" w:hAnsi="Times New Roman" w:cs="Times New Roman"/>
          <w:color w:val="auto"/>
          <w:sz w:val="22"/>
          <w:szCs w:val="22"/>
        </w:rPr>
        <w:t>17</w:t>
      </w:r>
      <w:r w:rsidRPr="00DB6570">
        <w:rPr>
          <w:rFonts w:ascii="Times New Roman" w:hAnsi="Times New Roman" w:cs="Times New Roman"/>
          <w:color w:val="auto"/>
          <w:sz w:val="22"/>
          <w:szCs w:val="22"/>
        </w:rPr>
        <w:t xml:space="preserve"> Critical Readiness Gaps and First-Year Launch Plan</w:t>
      </w:r>
      <w:bookmarkEnd w:id="50"/>
    </w:p>
    <w:p w14:paraId="06F81C2E" w14:textId="77777777" w:rsidR="00465EF7" w:rsidRPr="00DB6570" w:rsidRDefault="00465EF7" w:rsidP="00465EF7">
      <w:pPr>
        <w:pStyle w:val="GuidanceText"/>
        <w:keepNext/>
        <w:rPr>
          <w:rFonts w:ascii="Times New Roman" w:hAnsi="Times New Roman" w:cs="Times New Roman"/>
          <w:color w:val="auto"/>
          <w:sz w:val="22"/>
        </w:rPr>
      </w:pPr>
      <w:r w:rsidRPr="00DB6570">
        <w:rPr>
          <w:rFonts w:ascii="Times New Roman" w:hAnsi="Times New Roman" w:cs="Times New Roman"/>
          <w:color w:val="auto"/>
          <w:sz w:val="22"/>
        </w:rPr>
        <w:t xml:space="preserve">Identify the 3-5 most significant capacity constraints that could delay timely launch of activities and how these will be addressed. Challenges could include program approval and/or accreditation, staffing, facilities, partnerships or student recruitment. </w:t>
      </w:r>
    </w:p>
    <w:tbl>
      <w:tblPr>
        <w:tblStyle w:val="TableGrid"/>
        <w:tblW w:w="9000" w:type="dxa"/>
        <w:jc w:val="center"/>
        <w:tblLook w:val="04A0" w:firstRow="1" w:lastRow="0" w:firstColumn="1" w:lastColumn="0" w:noHBand="0" w:noVBand="1"/>
      </w:tblPr>
      <w:tblGrid>
        <w:gridCol w:w="9000"/>
      </w:tblGrid>
      <w:tr w:rsidR="00465EF7" w:rsidRPr="00DB6570" w14:paraId="65AEA110" w14:textId="77777777" w:rsidTr="00D270E1">
        <w:trPr>
          <w:jc w:val="center"/>
        </w:trPr>
        <w:tc>
          <w:tcPr>
            <w:tcW w:w="9866" w:type="dxa"/>
            <w:shd w:val="clear" w:color="auto" w:fill="FAFAFA"/>
            <w:tcMar>
              <w:top w:w="110" w:type="dxa"/>
              <w:left w:w="120" w:type="dxa"/>
              <w:bottom w:w="110" w:type="dxa"/>
              <w:right w:w="120" w:type="dxa"/>
            </w:tcMar>
          </w:tcPr>
          <w:p w14:paraId="60E65202" w14:textId="191642BE" w:rsidR="00465EF7" w:rsidRPr="00DB6570" w:rsidRDefault="00D007EC" w:rsidP="00D270E1">
            <w:pPr>
              <w:rPr>
                <w:rFonts w:ascii="Times New Roman" w:hAnsi="Times New Roman" w:cs="Times New Roman"/>
                <w:sz w:val="22"/>
              </w:rPr>
            </w:pPr>
            <w:r w:rsidRPr="00D007EC">
              <w:rPr>
                <w:rFonts w:ascii="Times New Roman" w:hAnsi="Times New Roman" w:cs="Times New Roman"/>
                <w:i/>
                <w:sz w:val="22"/>
              </w:rPr>
              <w:t>[Applicant response must not exceed 500 words.]</w:t>
            </w:r>
          </w:p>
          <w:p w14:paraId="7EE4FD73" w14:textId="77777777" w:rsidR="00465EF7" w:rsidRPr="00DB6570" w:rsidRDefault="00465EF7" w:rsidP="00D270E1">
            <w:pPr>
              <w:rPr>
                <w:rFonts w:ascii="Times New Roman" w:hAnsi="Times New Roman" w:cs="Times New Roman"/>
                <w:sz w:val="22"/>
              </w:rPr>
            </w:pPr>
          </w:p>
          <w:p w14:paraId="31DC261B" w14:textId="77777777" w:rsidR="00465EF7" w:rsidRPr="00DB6570" w:rsidRDefault="00465EF7" w:rsidP="00D270E1">
            <w:pPr>
              <w:rPr>
                <w:rFonts w:ascii="Times New Roman" w:hAnsi="Times New Roman" w:cs="Times New Roman"/>
                <w:sz w:val="22"/>
              </w:rPr>
            </w:pPr>
          </w:p>
        </w:tc>
      </w:tr>
    </w:tbl>
    <w:p w14:paraId="7765D90C" w14:textId="77777777" w:rsidR="00465EF7" w:rsidRPr="00DB6570" w:rsidRDefault="00465EF7" w:rsidP="00465EF7">
      <w:pPr>
        <w:spacing w:after="0"/>
        <w:rPr>
          <w:rFonts w:ascii="Times New Roman" w:hAnsi="Times New Roman" w:cs="Times New Roman"/>
          <w:sz w:val="22"/>
        </w:rPr>
      </w:pPr>
    </w:p>
    <w:p w14:paraId="293CDC9B" w14:textId="77777777" w:rsidR="000A74BD" w:rsidRPr="00DB6570" w:rsidRDefault="000A74BD" w:rsidP="00AD0DE3">
      <w:pPr>
        <w:spacing w:after="0"/>
        <w:rPr>
          <w:rFonts w:ascii="Times New Roman" w:hAnsi="Times New Roman" w:cs="Times New Roman"/>
          <w:sz w:val="22"/>
        </w:rPr>
      </w:pPr>
    </w:p>
    <w:p w14:paraId="1504FF7B" w14:textId="49DDC9D5" w:rsidR="000A74BD" w:rsidRPr="00DB6570" w:rsidRDefault="000A74BD" w:rsidP="000A74BD">
      <w:pPr>
        <w:pStyle w:val="Heading3"/>
        <w:rPr>
          <w:rFonts w:ascii="Times New Roman" w:hAnsi="Times New Roman" w:cs="Times New Roman"/>
          <w:color w:val="auto"/>
          <w:sz w:val="22"/>
        </w:rPr>
      </w:pPr>
      <w:bookmarkStart w:id="51" w:name="_Toc237525246"/>
      <w:r w:rsidRPr="00DB6570">
        <w:rPr>
          <w:rFonts w:ascii="Times New Roman" w:hAnsi="Times New Roman" w:cs="Times New Roman"/>
          <w:color w:val="auto"/>
          <w:sz w:val="22"/>
        </w:rPr>
        <w:t>4.</w:t>
      </w:r>
      <w:r w:rsidR="00F56215" w:rsidRPr="00DB6570">
        <w:rPr>
          <w:rFonts w:ascii="Times New Roman" w:hAnsi="Times New Roman" w:cs="Times New Roman"/>
          <w:color w:val="auto"/>
          <w:sz w:val="22"/>
        </w:rPr>
        <w:t>17</w:t>
      </w:r>
      <w:r w:rsidRPr="00DB6570">
        <w:rPr>
          <w:rFonts w:ascii="Times New Roman" w:hAnsi="Times New Roman" w:cs="Times New Roman"/>
          <w:color w:val="auto"/>
          <w:sz w:val="22"/>
        </w:rPr>
        <w:t>.1 Launch Readiness Actions</w:t>
      </w:r>
      <w:bookmarkEnd w:id="51"/>
    </w:p>
    <w:tbl>
      <w:tblPr>
        <w:tblStyle w:val="TableGrid"/>
        <w:tblW w:w="9000" w:type="dxa"/>
        <w:jc w:val="center"/>
        <w:tblLook w:val="04A0" w:firstRow="1" w:lastRow="0" w:firstColumn="1" w:lastColumn="0" w:noHBand="0" w:noVBand="1"/>
      </w:tblPr>
      <w:tblGrid>
        <w:gridCol w:w="2501"/>
        <w:gridCol w:w="2425"/>
        <w:gridCol w:w="1521"/>
        <w:gridCol w:w="1067"/>
        <w:gridCol w:w="1486"/>
      </w:tblGrid>
      <w:tr w:rsidR="000A74BD" w:rsidRPr="00DB6570" w14:paraId="3B492524" w14:textId="77777777" w:rsidTr="00D270E1">
        <w:trPr>
          <w:tblHeader/>
          <w:jc w:val="center"/>
        </w:trPr>
        <w:tc>
          <w:tcPr>
            <w:tcW w:w="2501" w:type="dxa"/>
            <w:tcMar>
              <w:top w:w="70" w:type="dxa"/>
              <w:left w:w="70" w:type="dxa"/>
              <w:bottom w:w="70" w:type="dxa"/>
              <w:right w:w="70" w:type="dxa"/>
            </w:tcMar>
          </w:tcPr>
          <w:p w14:paraId="7BC9C861" w14:textId="77777777" w:rsidR="000A74BD" w:rsidRPr="00DB6570" w:rsidRDefault="000A74BD" w:rsidP="00D270E1">
            <w:pPr>
              <w:rPr>
                <w:rFonts w:ascii="Times New Roman" w:hAnsi="Times New Roman" w:cs="Times New Roman"/>
                <w:sz w:val="22"/>
              </w:rPr>
            </w:pPr>
            <w:r w:rsidRPr="00DB6570">
              <w:rPr>
                <w:rFonts w:ascii="Times New Roman" w:hAnsi="Times New Roman" w:cs="Times New Roman"/>
                <w:b/>
                <w:sz w:val="22"/>
              </w:rPr>
              <w:t>Challenge</w:t>
            </w:r>
          </w:p>
        </w:tc>
        <w:tc>
          <w:tcPr>
            <w:tcW w:w="2425" w:type="dxa"/>
            <w:tcMar>
              <w:top w:w="70" w:type="dxa"/>
              <w:left w:w="70" w:type="dxa"/>
              <w:bottom w:w="70" w:type="dxa"/>
              <w:right w:w="70" w:type="dxa"/>
            </w:tcMar>
          </w:tcPr>
          <w:p w14:paraId="07192202" w14:textId="77777777" w:rsidR="000A74BD" w:rsidRPr="00DB6570" w:rsidRDefault="000A74BD" w:rsidP="00D270E1">
            <w:pPr>
              <w:rPr>
                <w:rFonts w:ascii="Times New Roman" w:hAnsi="Times New Roman" w:cs="Times New Roman"/>
                <w:sz w:val="22"/>
              </w:rPr>
            </w:pPr>
            <w:r w:rsidRPr="00DB6570">
              <w:rPr>
                <w:rFonts w:ascii="Times New Roman" w:hAnsi="Times New Roman" w:cs="Times New Roman"/>
                <w:b/>
                <w:sz w:val="22"/>
              </w:rPr>
              <w:t>Action required to address identified challenge</w:t>
            </w:r>
          </w:p>
        </w:tc>
        <w:tc>
          <w:tcPr>
            <w:tcW w:w="1521" w:type="dxa"/>
            <w:tcMar>
              <w:top w:w="70" w:type="dxa"/>
              <w:left w:w="70" w:type="dxa"/>
              <w:bottom w:w="70" w:type="dxa"/>
              <w:right w:w="70" w:type="dxa"/>
            </w:tcMar>
          </w:tcPr>
          <w:p w14:paraId="6A3A6870" w14:textId="77777777" w:rsidR="000A74BD" w:rsidRPr="00DB6570" w:rsidRDefault="000A74BD" w:rsidP="00D270E1">
            <w:pPr>
              <w:rPr>
                <w:rFonts w:ascii="Times New Roman" w:hAnsi="Times New Roman" w:cs="Times New Roman"/>
                <w:sz w:val="22"/>
              </w:rPr>
            </w:pPr>
            <w:r w:rsidRPr="00DB6570">
              <w:rPr>
                <w:rFonts w:ascii="Times New Roman" w:hAnsi="Times New Roman" w:cs="Times New Roman"/>
                <w:b/>
                <w:sz w:val="22"/>
              </w:rPr>
              <w:t xml:space="preserve">Responsible </w:t>
            </w:r>
          </w:p>
        </w:tc>
        <w:tc>
          <w:tcPr>
            <w:tcW w:w="1067" w:type="dxa"/>
            <w:tcMar>
              <w:top w:w="70" w:type="dxa"/>
              <w:left w:w="70" w:type="dxa"/>
              <w:bottom w:w="70" w:type="dxa"/>
              <w:right w:w="70" w:type="dxa"/>
            </w:tcMar>
          </w:tcPr>
          <w:p w14:paraId="5DC575FD" w14:textId="77777777" w:rsidR="000A74BD" w:rsidRPr="00DB6570" w:rsidRDefault="000A74BD" w:rsidP="00D270E1">
            <w:pPr>
              <w:rPr>
                <w:rFonts w:ascii="Times New Roman" w:hAnsi="Times New Roman" w:cs="Times New Roman"/>
                <w:sz w:val="22"/>
              </w:rPr>
            </w:pPr>
            <w:r w:rsidRPr="00DB6570">
              <w:rPr>
                <w:rFonts w:ascii="Times New Roman" w:hAnsi="Times New Roman" w:cs="Times New Roman"/>
                <w:b/>
                <w:sz w:val="22"/>
              </w:rPr>
              <w:t>Deadline</w:t>
            </w:r>
          </w:p>
        </w:tc>
        <w:tc>
          <w:tcPr>
            <w:tcW w:w="1486" w:type="dxa"/>
            <w:tcMar>
              <w:top w:w="70" w:type="dxa"/>
              <w:left w:w="70" w:type="dxa"/>
              <w:bottom w:w="70" w:type="dxa"/>
              <w:right w:w="70" w:type="dxa"/>
            </w:tcMar>
          </w:tcPr>
          <w:p w14:paraId="7B4C5AED" w14:textId="77777777" w:rsidR="000A74BD" w:rsidRPr="00DB6570" w:rsidRDefault="000A74BD" w:rsidP="00D270E1">
            <w:pPr>
              <w:rPr>
                <w:rFonts w:ascii="Times New Roman" w:hAnsi="Times New Roman" w:cs="Times New Roman"/>
                <w:sz w:val="22"/>
              </w:rPr>
            </w:pPr>
            <w:r w:rsidRPr="00DB6570">
              <w:rPr>
                <w:rFonts w:ascii="Times New Roman" w:hAnsi="Times New Roman" w:cs="Times New Roman"/>
                <w:b/>
                <w:sz w:val="22"/>
              </w:rPr>
              <w:t>Evidence of completion</w:t>
            </w:r>
          </w:p>
        </w:tc>
      </w:tr>
      <w:tr w:rsidR="000A74BD" w:rsidRPr="00DB6570" w14:paraId="3024F337" w14:textId="77777777" w:rsidTr="00D270E1">
        <w:trPr>
          <w:cantSplit/>
          <w:jc w:val="center"/>
        </w:trPr>
        <w:tc>
          <w:tcPr>
            <w:tcW w:w="2501" w:type="dxa"/>
            <w:tcMar>
              <w:top w:w="70" w:type="dxa"/>
              <w:left w:w="70" w:type="dxa"/>
              <w:bottom w:w="70" w:type="dxa"/>
              <w:right w:w="70" w:type="dxa"/>
            </w:tcMar>
          </w:tcPr>
          <w:p w14:paraId="0022B76A" w14:textId="77777777" w:rsidR="000A74BD" w:rsidRPr="00DB6570" w:rsidRDefault="000A74BD" w:rsidP="00D270E1">
            <w:pPr>
              <w:pStyle w:val="ResponsePlaceholder"/>
              <w:rPr>
                <w:rFonts w:ascii="Times New Roman" w:hAnsi="Times New Roman" w:cs="Times New Roman"/>
                <w:color w:val="auto"/>
                <w:sz w:val="22"/>
              </w:rPr>
            </w:pPr>
          </w:p>
        </w:tc>
        <w:tc>
          <w:tcPr>
            <w:tcW w:w="2425" w:type="dxa"/>
            <w:tcMar>
              <w:top w:w="70" w:type="dxa"/>
              <w:left w:w="70" w:type="dxa"/>
              <w:bottom w:w="70" w:type="dxa"/>
              <w:right w:w="70" w:type="dxa"/>
            </w:tcMar>
          </w:tcPr>
          <w:p w14:paraId="4EE30F1C" w14:textId="77777777" w:rsidR="000A74BD" w:rsidRPr="00DB6570" w:rsidRDefault="000A74BD" w:rsidP="00D270E1">
            <w:pPr>
              <w:pStyle w:val="ResponsePlaceholder"/>
              <w:rPr>
                <w:rFonts w:ascii="Times New Roman" w:hAnsi="Times New Roman" w:cs="Times New Roman"/>
                <w:color w:val="auto"/>
                <w:sz w:val="22"/>
              </w:rPr>
            </w:pPr>
          </w:p>
        </w:tc>
        <w:tc>
          <w:tcPr>
            <w:tcW w:w="1521" w:type="dxa"/>
            <w:tcMar>
              <w:top w:w="70" w:type="dxa"/>
              <w:left w:w="70" w:type="dxa"/>
              <w:bottom w:w="70" w:type="dxa"/>
              <w:right w:w="70" w:type="dxa"/>
            </w:tcMar>
          </w:tcPr>
          <w:p w14:paraId="77C78873" w14:textId="77777777" w:rsidR="000A74BD" w:rsidRPr="00DB6570" w:rsidRDefault="000A74BD" w:rsidP="00D270E1">
            <w:pPr>
              <w:pStyle w:val="ResponsePlaceholder"/>
              <w:rPr>
                <w:rFonts w:ascii="Times New Roman" w:hAnsi="Times New Roman" w:cs="Times New Roman"/>
                <w:color w:val="auto"/>
                <w:sz w:val="22"/>
              </w:rPr>
            </w:pPr>
          </w:p>
        </w:tc>
        <w:tc>
          <w:tcPr>
            <w:tcW w:w="1067" w:type="dxa"/>
            <w:tcMar>
              <w:top w:w="70" w:type="dxa"/>
              <w:left w:w="70" w:type="dxa"/>
              <w:bottom w:w="70" w:type="dxa"/>
              <w:right w:w="70" w:type="dxa"/>
            </w:tcMar>
          </w:tcPr>
          <w:p w14:paraId="3CCAA5DA" w14:textId="77777777" w:rsidR="000A74BD" w:rsidRPr="00DB6570" w:rsidRDefault="000A74BD" w:rsidP="00D270E1">
            <w:pPr>
              <w:pStyle w:val="ResponsePlaceholder"/>
              <w:rPr>
                <w:rFonts w:ascii="Times New Roman" w:hAnsi="Times New Roman" w:cs="Times New Roman"/>
                <w:color w:val="auto"/>
                <w:sz w:val="22"/>
              </w:rPr>
            </w:pPr>
          </w:p>
        </w:tc>
        <w:tc>
          <w:tcPr>
            <w:tcW w:w="1486" w:type="dxa"/>
            <w:tcMar>
              <w:top w:w="70" w:type="dxa"/>
              <w:left w:w="70" w:type="dxa"/>
              <w:bottom w:w="70" w:type="dxa"/>
              <w:right w:w="70" w:type="dxa"/>
            </w:tcMar>
          </w:tcPr>
          <w:p w14:paraId="4549829F" w14:textId="77777777" w:rsidR="000A74BD" w:rsidRPr="00DB6570" w:rsidRDefault="000A74BD" w:rsidP="00D270E1">
            <w:pPr>
              <w:pStyle w:val="ResponsePlaceholder"/>
              <w:rPr>
                <w:rFonts w:ascii="Times New Roman" w:hAnsi="Times New Roman" w:cs="Times New Roman"/>
                <w:color w:val="auto"/>
                <w:sz w:val="22"/>
              </w:rPr>
            </w:pPr>
          </w:p>
        </w:tc>
      </w:tr>
      <w:tr w:rsidR="000A74BD" w:rsidRPr="00DB6570" w14:paraId="5A738844" w14:textId="77777777" w:rsidTr="00D270E1">
        <w:trPr>
          <w:cantSplit/>
          <w:jc w:val="center"/>
        </w:trPr>
        <w:tc>
          <w:tcPr>
            <w:tcW w:w="2501" w:type="dxa"/>
            <w:tcMar>
              <w:top w:w="70" w:type="dxa"/>
              <w:left w:w="70" w:type="dxa"/>
              <w:bottom w:w="70" w:type="dxa"/>
              <w:right w:w="70" w:type="dxa"/>
            </w:tcMar>
          </w:tcPr>
          <w:p w14:paraId="14935C93" w14:textId="77777777" w:rsidR="000A74BD" w:rsidRPr="00DB6570" w:rsidRDefault="000A74BD" w:rsidP="00D270E1">
            <w:pPr>
              <w:pStyle w:val="ResponsePlaceholder"/>
              <w:rPr>
                <w:rFonts w:ascii="Times New Roman" w:hAnsi="Times New Roman" w:cs="Times New Roman"/>
                <w:color w:val="auto"/>
                <w:sz w:val="22"/>
              </w:rPr>
            </w:pPr>
          </w:p>
        </w:tc>
        <w:tc>
          <w:tcPr>
            <w:tcW w:w="2425" w:type="dxa"/>
            <w:tcMar>
              <w:top w:w="70" w:type="dxa"/>
              <w:left w:w="70" w:type="dxa"/>
              <w:bottom w:w="70" w:type="dxa"/>
              <w:right w:w="70" w:type="dxa"/>
            </w:tcMar>
          </w:tcPr>
          <w:p w14:paraId="745333D6" w14:textId="77777777" w:rsidR="000A74BD" w:rsidRPr="00DB6570" w:rsidRDefault="000A74BD" w:rsidP="00D270E1">
            <w:pPr>
              <w:pStyle w:val="ResponsePlaceholder"/>
              <w:rPr>
                <w:rFonts w:ascii="Times New Roman" w:hAnsi="Times New Roman" w:cs="Times New Roman"/>
                <w:color w:val="auto"/>
                <w:sz w:val="22"/>
              </w:rPr>
            </w:pPr>
          </w:p>
        </w:tc>
        <w:tc>
          <w:tcPr>
            <w:tcW w:w="1521" w:type="dxa"/>
            <w:tcMar>
              <w:top w:w="70" w:type="dxa"/>
              <w:left w:w="70" w:type="dxa"/>
              <w:bottom w:w="70" w:type="dxa"/>
              <w:right w:w="70" w:type="dxa"/>
            </w:tcMar>
          </w:tcPr>
          <w:p w14:paraId="36F8A10A" w14:textId="77777777" w:rsidR="000A74BD" w:rsidRPr="00DB6570" w:rsidRDefault="000A74BD" w:rsidP="00D270E1">
            <w:pPr>
              <w:pStyle w:val="ResponsePlaceholder"/>
              <w:rPr>
                <w:rFonts w:ascii="Times New Roman" w:hAnsi="Times New Roman" w:cs="Times New Roman"/>
                <w:color w:val="auto"/>
                <w:sz w:val="22"/>
              </w:rPr>
            </w:pPr>
          </w:p>
        </w:tc>
        <w:tc>
          <w:tcPr>
            <w:tcW w:w="1067" w:type="dxa"/>
            <w:tcMar>
              <w:top w:w="70" w:type="dxa"/>
              <w:left w:w="70" w:type="dxa"/>
              <w:bottom w:w="70" w:type="dxa"/>
              <w:right w:w="70" w:type="dxa"/>
            </w:tcMar>
          </w:tcPr>
          <w:p w14:paraId="7B46BFB1" w14:textId="77777777" w:rsidR="000A74BD" w:rsidRPr="00DB6570" w:rsidRDefault="000A74BD" w:rsidP="00D270E1">
            <w:pPr>
              <w:pStyle w:val="ResponsePlaceholder"/>
              <w:rPr>
                <w:rFonts w:ascii="Times New Roman" w:hAnsi="Times New Roman" w:cs="Times New Roman"/>
                <w:color w:val="auto"/>
                <w:sz w:val="22"/>
              </w:rPr>
            </w:pPr>
          </w:p>
        </w:tc>
        <w:tc>
          <w:tcPr>
            <w:tcW w:w="1486" w:type="dxa"/>
            <w:tcMar>
              <w:top w:w="70" w:type="dxa"/>
              <w:left w:w="70" w:type="dxa"/>
              <w:bottom w:w="70" w:type="dxa"/>
              <w:right w:w="70" w:type="dxa"/>
            </w:tcMar>
          </w:tcPr>
          <w:p w14:paraId="6434D8F1" w14:textId="77777777" w:rsidR="000A74BD" w:rsidRPr="00DB6570" w:rsidRDefault="000A74BD" w:rsidP="00D270E1">
            <w:pPr>
              <w:pStyle w:val="ResponsePlaceholder"/>
              <w:rPr>
                <w:rFonts w:ascii="Times New Roman" w:hAnsi="Times New Roman" w:cs="Times New Roman"/>
                <w:color w:val="auto"/>
                <w:sz w:val="22"/>
              </w:rPr>
            </w:pPr>
          </w:p>
        </w:tc>
      </w:tr>
    </w:tbl>
    <w:p w14:paraId="1D3F7611" w14:textId="77777777" w:rsidR="000A74BD" w:rsidRPr="00DB6570" w:rsidRDefault="000A74BD" w:rsidP="000A74BD">
      <w:pPr>
        <w:spacing w:after="0"/>
        <w:rPr>
          <w:rFonts w:ascii="Times New Roman" w:hAnsi="Times New Roman" w:cs="Times New Roman"/>
          <w:sz w:val="22"/>
        </w:rPr>
      </w:pPr>
    </w:p>
    <w:p w14:paraId="05B8D97D" w14:textId="77777777" w:rsidR="008A5E32" w:rsidRPr="00DB6570" w:rsidRDefault="008A5E32">
      <w:pPr>
        <w:rPr>
          <w:rFonts w:ascii="Times New Roman" w:hAnsi="Times New Roman" w:cs="Times New Roman"/>
          <w:sz w:val="22"/>
        </w:rPr>
        <w:sectPr w:rsidR="008A5E32" w:rsidRPr="00DB6570" w:rsidSect="00322195">
          <w:type w:val="continuous"/>
          <w:pgSz w:w="11906" w:h="16838"/>
          <w:pgMar w:top="964" w:right="1020" w:bottom="907" w:left="1020" w:header="454" w:footer="454" w:gutter="0"/>
          <w:cols w:space="720"/>
          <w:docGrid w:linePitch="360"/>
        </w:sectPr>
      </w:pPr>
    </w:p>
    <w:p w14:paraId="40042645" w14:textId="77777777" w:rsidR="008A5E32" w:rsidRPr="00DB6570" w:rsidRDefault="008A5E32">
      <w:pPr>
        <w:rPr>
          <w:rFonts w:ascii="Times New Roman" w:hAnsi="Times New Roman" w:cs="Times New Roman"/>
          <w:sz w:val="22"/>
        </w:rPr>
      </w:pPr>
    </w:p>
    <w:p w14:paraId="4990FC2B" w14:textId="4905A8F1" w:rsidR="0085694B" w:rsidRPr="00DB6570" w:rsidRDefault="00175876" w:rsidP="005E44DD">
      <w:pPr>
        <w:pStyle w:val="Heading2"/>
        <w:rPr>
          <w:rFonts w:ascii="Times New Roman" w:hAnsi="Times New Roman" w:cs="Times New Roman"/>
          <w:color w:val="auto"/>
          <w:sz w:val="22"/>
          <w:szCs w:val="22"/>
        </w:rPr>
      </w:pPr>
      <w:bookmarkStart w:id="52" w:name="_Toc237525247"/>
      <w:r w:rsidRPr="00DB6570">
        <w:rPr>
          <w:rFonts w:ascii="Times New Roman" w:hAnsi="Times New Roman" w:cs="Times New Roman"/>
          <w:color w:val="auto"/>
          <w:sz w:val="22"/>
          <w:szCs w:val="22"/>
        </w:rPr>
        <w:t>4.1</w:t>
      </w:r>
      <w:r w:rsidR="00F56215" w:rsidRPr="00DB6570">
        <w:rPr>
          <w:rFonts w:ascii="Times New Roman" w:hAnsi="Times New Roman" w:cs="Times New Roman"/>
          <w:color w:val="auto"/>
          <w:sz w:val="22"/>
          <w:szCs w:val="22"/>
        </w:rPr>
        <w:t>8</w:t>
      </w:r>
      <w:r w:rsidRPr="00DB6570">
        <w:rPr>
          <w:rFonts w:ascii="Times New Roman" w:hAnsi="Times New Roman" w:cs="Times New Roman"/>
          <w:color w:val="auto"/>
          <w:sz w:val="22"/>
          <w:szCs w:val="22"/>
        </w:rPr>
        <w:t xml:space="preserve"> </w:t>
      </w:r>
      <w:r w:rsidR="00D61181" w:rsidRPr="00DB6570">
        <w:rPr>
          <w:rFonts w:ascii="Times New Roman" w:hAnsi="Times New Roman" w:cs="Times New Roman"/>
          <w:color w:val="auto"/>
          <w:sz w:val="22"/>
          <w:szCs w:val="22"/>
        </w:rPr>
        <w:t xml:space="preserve">IMPLEMENTATION PLAN </w:t>
      </w:r>
      <w:r w:rsidR="00AE7DF8" w:rsidRPr="00DB6570">
        <w:rPr>
          <w:rFonts w:ascii="Times New Roman" w:hAnsi="Times New Roman" w:cs="Times New Roman"/>
          <w:color w:val="auto"/>
          <w:sz w:val="22"/>
          <w:szCs w:val="22"/>
        </w:rPr>
        <w:t xml:space="preserve">OUTLINE </w:t>
      </w:r>
      <w:r w:rsidR="00D61181" w:rsidRPr="00DB6570">
        <w:rPr>
          <w:rFonts w:ascii="Times New Roman" w:hAnsi="Times New Roman" w:cs="Times New Roman"/>
          <w:color w:val="auto"/>
          <w:sz w:val="22"/>
          <w:szCs w:val="22"/>
        </w:rPr>
        <w:t>(</w:t>
      </w:r>
      <w:r w:rsidR="00446A2D">
        <w:rPr>
          <w:rFonts w:ascii="Times New Roman" w:hAnsi="Times New Roman" w:cs="Times New Roman"/>
          <w:color w:val="auto"/>
          <w:sz w:val="22"/>
          <w:szCs w:val="22"/>
        </w:rPr>
        <w:t>5-Years</w:t>
      </w:r>
      <w:r w:rsidR="00D61181" w:rsidRPr="00DB6570">
        <w:rPr>
          <w:rFonts w:ascii="Times New Roman" w:hAnsi="Times New Roman" w:cs="Times New Roman"/>
          <w:color w:val="auto"/>
          <w:sz w:val="22"/>
          <w:szCs w:val="22"/>
        </w:rPr>
        <w:t>)</w:t>
      </w:r>
      <w:bookmarkEnd w:id="52"/>
    </w:p>
    <w:p w14:paraId="0D39DF8D" w14:textId="77777777" w:rsidR="006C4161" w:rsidRPr="00DB6570" w:rsidRDefault="006C4161" w:rsidP="006C4161">
      <w:pPr>
        <w:jc w:val="both"/>
        <w:rPr>
          <w:rFonts w:ascii="Times New Roman" w:hAnsi="Times New Roman" w:cs="Times New Roman"/>
          <w:i/>
          <w:iCs/>
          <w:sz w:val="22"/>
        </w:rPr>
      </w:pPr>
      <w:r w:rsidRPr="00DB6570">
        <w:rPr>
          <w:rFonts w:ascii="Times New Roman" w:hAnsi="Times New Roman" w:cs="Times New Roman"/>
          <w:i/>
          <w:iCs/>
          <w:sz w:val="22"/>
        </w:rPr>
        <w:t>The 5-Year Implementation Plan provides a structured outline of how the proposed Center/RFTI will sequence and prioritize its core activities over the project period. The purpose of this outline is not to capture every activity in detail, but to demonstrate that the phasing and build-up of activities (i.e. what will be established or initiated early, what will be consolidated in the middle years, and what will be sustained or scaled toward the end of the project period) has been given some thought. Please complete the table below by identifying no more than three major planned activities for each year across the key thematic areas of the proposal (including education, research, innovation and any other relevant topics). Please ensure that the implementation outline is internally consistent with the program design, staffing, partnership, and budget details described elsewhere in this proposal. Reviewers will assess whether the sequencing of activities is logical, and whether the overall trajectory is credible and achievable. The implementation plan outline should also serve as the basis for annual results projections presented in the Results Framework. Ensure that the pace and scale of activities reflected in the table are consistent with the enrollment, research output, partnership and other targets proposed in that section. Provide an indicative annual budget for each year to demonstrate alignment between planned activities and available resources. A short narrative of no more than one page may be included below the table to explain key sequencing decisions, dependencies between activities, or phasing choices that are not self-evident from the table alone.</w:t>
      </w:r>
    </w:p>
    <w:p w14:paraId="0041D9CD" w14:textId="77777777" w:rsidR="006C4161" w:rsidRPr="00DB6570" w:rsidRDefault="006C4161" w:rsidP="006C4161">
      <w:pPr>
        <w:jc w:val="both"/>
        <w:rPr>
          <w:rFonts w:ascii="Times New Roman" w:hAnsi="Times New Roman" w:cs="Times New Roman"/>
          <w:sz w:val="22"/>
        </w:rPr>
      </w:pPr>
    </w:p>
    <w:tbl>
      <w:tblPr>
        <w:tblStyle w:val="TableGrid"/>
        <w:tblW w:w="5000" w:type="pct"/>
        <w:tblLook w:val="04A0" w:firstRow="1" w:lastRow="0" w:firstColumn="1" w:lastColumn="0" w:noHBand="0" w:noVBand="1"/>
      </w:tblPr>
      <w:tblGrid>
        <w:gridCol w:w="14957"/>
      </w:tblGrid>
      <w:tr w:rsidR="006C4161" w:rsidRPr="00DB6570" w14:paraId="2306A45C" w14:textId="77777777" w:rsidTr="006C4161">
        <w:tc>
          <w:tcPr>
            <w:tcW w:w="5000" w:type="pct"/>
            <w:shd w:val="clear" w:color="auto" w:fill="95B3D7" w:themeFill="accent1" w:themeFillTint="99"/>
          </w:tcPr>
          <w:p w14:paraId="794D3C13" w14:textId="77777777" w:rsidR="006C4161" w:rsidRPr="00DB6570" w:rsidRDefault="006C4161" w:rsidP="00D270E1">
            <w:pPr>
              <w:jc w:val="center"/>
              <w:rPr>
                <w:rFonts w:ascii="Times New Roman" w:hAnsi="Times New Roman" w:cs="Times New Roman"/>
                <w:b/>
                <w:sz w:val="22"/>
              </w:rPr>
            </w:pPr>
            <w:r w:rsidRPr="00DB6570">
              <w:rPr>
                <w:rFonts w:ascii="Times New Roman" w:hAnsi="Times New Roman" w:cs="Times New Roman"/>
                <w:b/>
                <w:sz w:val="22"/>
              </w:rPr>
              <w:t>YEAR ONE</w:t>
            </w:r>
          </w:p>
        </w:tc>
      </w:tr>
      <w:tr w:rsidR="006C4161" w:rsidRPr="00DB6570" w14:paraId="2780C235" w14:textId="77777777" w:rsidTr="006C4161">
        <w:tc>
          <w:tcPr>
            <w:tcW w:w="5000" w:type="pct"/>
            <w:shd w:val="clear" w:color="auto" w:fill="DBE5F1" w:themeFill="accent1" w:themeFillTint="33"/>
          </w:tcPr>
          <w:p w14:paraId="50DC1E3C" w14:textId="77777777" w:rsidR="006C4161" w:rsidRPr="00DB6570" w:rsidRDefault="006C4161" w:rsidP="00D270E1">
            <w:pPr>
              <w:jc w:val="center"/>
              <w:rPr>
                <w:rFonts w:ascii="Times New Roman" w:hAnsi="Times New Roman" w:cs="Times New Roman"/>
                <w:b/>
                <w:sz w:val="22"/>
              </w:rPr>
            </w:pPr>
            <w:r w:rsidRPr="00DB6570">
              <w:rPr>
                <w:rFonts w:ascii="Times New Roman" w:hAnsi="Times New Roman" w:cs="Times New Roman"/>
                <w:b/>
                <w:sz w:val="22"/>
              </w:rPr>
              <w:t>Advanced Education, Teaching and Learning</w:t>
            </w:r>
          </w:p>
        </w:tc>
      </w:tr>
      <w:tr w:rsidR="006C4161" w:rsidRPr="00DB6570" w14:paraId="0EEF0749" w14:textId="77777777" w:rsidTr="006C4161">
        <w:tc>
          <w:tcPr>
            <w:tcW w:w="5000" w:type="pct"/>
          </w:tcPr>
          <w:p w14:paraId="11A74000"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584F042F"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6A606426"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p>
        </w:tc>
      </w:tr>
      <w:tr w:rsidR="006C4161" w:rsidRPr="00DB6570" w14:paraId="5F1AC695" w14:textId="77777777" w:rsidTr="006C4161">
        <w:tc>
          <w:tcPr>
            <w:tcW w:w="5000" w:type="pct"/>
            <w:shd w:val="clear" w:color="auto" w:fill="DBE5F1" w:themeFill="accent1" w:themeFillTint="33"/>
          </w:tcPr>
          <w:p w14:paraId="02F72A34" w14:textId="77777777" w:rsidR="006C4161" w:rsidRPr="00DB6570" w:rsidRDefault="006C4161" w:rsidP="00D270E1">
            <w:pPr>
              <w:jc w:val="center"/>
              <w:rPr>
                <w:rFonts w:ascii="Times New Roman" w:hAnsi="Times New Roman" w:cs="Times New Roman"/>
                <w:b/>
                <w:bCs/>
                <w:sz w:val="22"/>
              </w:rPr>
            </w:pPr>
            <w:r w:rsidRPr="00DB6570">
              <w:rPr>
                <w:rFonts w:ascii="Times New Roman" w:hAnsi="Times New Roman" w:cs="Times New Roman"/>
                <w:b/>
                <w:bCs/>
                <w:sz w:val="22"/>
              </w:rPr>
              <w:t>Research Agenda</w:t>
            </w:r>
          </w:p>
        </w:tc>
      </w:tr>
      <w:tr w:rsidR="006C4161" w:rsidRPr="00DB6570" w14:paraId="77E7FD7F" w14:textId="77777777" w:rsidTr="006C4161">
        <w:tc>
          <w:tcPr>
            <w:tcW w:w="5000" w:type="pct"/>
          </w:tcPr>
          <w:p w14:paraId="21413D17"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5ED1689B"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22A6E691"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p>
        </w:tc>
      </w:tr>
      <w:tr w:rsidR="006C4161" w:rsidRPr="00DB6570" w14:paraId="652EC486" w14:textId="77777777" w:rsidTr="006C4161">
        <w:tc>
          <w:tcPr>
            <w:tcW w:w="5000" w:type="pct"/>
            <w:shd w:val="clear" w:color="auto" w:fill="DBE5F1" w:themeFill="accent1" w:themeFillTint="33"/>
          </w:tcPr>
          <w:p w14:paraId="19F4F384" w14:textId="77777777" w:rsidR="006C4161" w:rsidRPr="00DB6570" w:rsidRDefault="006C4161" w:rsidP="00D270E1">
            <w:pPr>
              <w:jc w:val="center"/>
              <w:rPr>
                <w:rFonts w:ascii="Times New Roman" w:hAnsi="Times New Roman" w:cs="Times New Roman"/>
                <w:b/>
                <w:bCs/>
                <w:sz w:val="22"/>
              </w:rPr>
            </w:pPr>
            <w:r w:rsidRPr="00DB6570">
              <w:rPr>
                <w:rFonts w:ascii="Times New Roman" w:hAnsi="Times New Roman" w:cs="Times New Roman"/>
                <w:b/>
                <w:bCs/>
                <w:sz w:val="22"/>
              </w:rPr>
              <w:t>Innovation, Technology Transfer and Commercialization</w:t>
            </w:r>
          </w:p>
        </w:tc>
      </w:tr>
      <w:tr w:rsidR="006C4161" w:rsidRPr="00DB6570" w14:paraId="1A12DAD6" w14:textId="77777777" w:rsidTr="006C4161">
        <w:tc>
          <w:tcPr>
            <w:tcW w:w="5000" w:type="pct"/>
          </w:tcPr>
          <w:p w14:paraId="4E364403"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12DC002F"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1CFFBD6E"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p>
        </w:tc>
      </w:tr>
      <w:tr w:rsidR="006C4161" w:rsidRPr="00DB6570" w14:paraId="2CC86950" w14:textId="77777777" w:rsidTr="006C4161">
        <w:tc>
          <w:tcPr>
            <w:tcW w:w="5000" w:type="pct"/>
            <w:shd w:val="clear" w:color="auto" w:fill="DBE5F1" w:themeFill="accent1" w:themeFillTint="33"/>
          </w:tcPr>
          <w:p w14:paraId="60620E38" w14:textId="77777777" w:rsidR="006C4161" w:rsidRPr="00DB6570" w:rsidRDefault="006C4161" w:rsidP="00D270E1">
            <w:pPr>
              <w:jc w:val="center"/>
              <w:rPr>
                <w:rFonts w:ascii="Times New Roman" w:hAnsi="Times New Roman" w:cs="Times New Roman"/>
                <w:b/>
                <w:sz w:val="22"/>
              </w:rPr>
            </w:pPr>
            <w:r w:rsidRPr="00DB6570">
              <w:rPr>
                <w:rFonts w:ascii="Times New Roman" w:hAnsi="Times New Roman" w:cs="Times New Roman"/>
                <w:b/>
                <w:sz w:val="22"/>
              </w:rPr>
              <w:t>Other Topics</w:t>
            </w:r>
          </w:p>
        </w:tc>
      </w:tr>
      <w:tr w:rsidR="006C4161" w:rsidRPr="00DB6570" w14:paraId="1C4D3021" w14:textId="77777777" w:rsidTr="006C4161">
        <w:tc>
          <w:tcPr>
            <w:tcW w:w="5000" w:type="pct"/>
          </w:tcPr>
          <w:p w14:paraId="1F7CFC47"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18E6FDF2"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70A8F1B2"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p>
        </w:tc>
      </w:tr>
      <w:tr w:rsidR="006C4161" w:rsidRPr="00DB6570" w14:paraId="1512FC44" w14:textId="77777777" w:rsidTr="006C4161">
        <w:tc>
          <w:tcPr>
            <w:tcW w:w="5000" w:type="pct"/>
            <w:shd w:val="clear" w:color="auto" w:fill="95B3D7" w:themeFill="accent1" w:themeFillTint="99"/>
          </w:tcPr>
          <w:p w14:paraId="583C1C35" w14:textId="77777777" w:rsidR="006C4161" w:rsidRPr="00DB6570" w:rsidRDefault="006C4161" w:rsidP="00D270E1">
            <w:pPr>
              <w:ind w:left="162"/>
              <w:rPr>
                <w:rFonts w:ascii="Times New Roman" w:hAnsi="Times New Roman" w:cs="Times New Roman"/>
                <w:b/>
                <w:bCs/>
                <w:sz w:val="22"/>
              </w:rPr>
            </w:pPr>
            <w:r w:rsidRPr="00DB6570">
              <w:rPr>
                <w:rFonts w:ascii="Times New Roman" w:hAnsi="Times New Roman" w:cs="Times New Roman"/>
                <w:b/>
                <w:bCs/>
                <w:sz w:val="22"/>
              </w:rPr>
              <w:t>Indicative Annual Budget: USD ___________</w:t>
            </w:r>
          </w:p>
        </w:tc>
      </w:tr>
    </w:tbl>
    <w:p w14:paraId="14647C78" w14:textId="77777777" w:rsidR="006C4161" w:rsidRPr="00DB6570" w:rsidRDefault="006C4161" w:rsidP="006C4161">
      <w:pPr>
        <w:rPr>
          <w:rFonts w:ascii="Times New Roman" w:hAnsi="Times New Roman" w:cs="Times New Roman"/>
          <w:b/>
          <w:sz w:val="22"/>
        </w:rPr>
      </w:pPr>
    </w:p>
    <w:tbl>
      <w:tblPr>
        <w:tblStyle w:val="TableGrid"/>
        <w:tblW w:w="5000" w:type="pct"/>
        <w:tblLook w:val="04A0" w:firstRow="1" w:lastRow="0" w:firstColumn="1" w:lastColumn="0" w:noHBand="0" w:noVBand="1"/>
      </w:tblPr>
      <w:tblGrid>
        <w:gridCol w:w="14957"/>
      </w:tblGrid>
      <w:tr w:rsidR="006C4161" w:rsidRPr="00DB6570" w14:paraId="3CF06D0F" w14:textId="77777777" w:rsidTr="006C4161">
        <w:tc>
          <w:tcPr>
            <w:tcW w:w="5000" w:type="pct"/>
            <w:shd w:val="clear" w:color="auto" w:fill="95B3D7" w:themeFill="accent1" w:themeFillTint="99"/>
          </w:tcPr>
          <w:p w14:paraId="6E07D12C" w14:textId="77777777" w:rsidR="006C4161" w:rsidRPr="00DB6570" w:rsidRDefault="006C4161" w:rsidP="00D270E1">
            <w:pPr>
              <w:jc w:val="center"/>
              <w:rPr>
                <w:rFonts w:ascii="Times New Roman" w:hAnsi="Times New Roman" w:cs="Times New Roman"/>
                <w:b/>
                <w:sz w:val="22"/>
              </w:rPr>
            </w:pPr>
            <w:r w:rsidRPr="00DB6570">
              <w:rPr>
                <w:rFonts w:ascii="Times New Roman" w:hAnsi="Times New Roman" w:cs="Times New Roman"/>
                <w:b/>
                <w:sz w:val="22"/>
              </w:rPr>
              <w:t>YEAR TWO</w:t>
            </w:r>
          </w:p>
        </w:tc>
      </w:tr>
      <w:tr w:rsidR="006C4161" w:rsidRPr="00DB6570" w14:paraId="5B433EA3" w14:textId="77777777" w:rsidTr="006C4161">
        <w:tc>
          <w:tcPr>
            <w:tcW w:w="5000" w:type="pct"/>
            <w:shd w:val="clear" w:color="auto" w:fill="DBE5F1" w:themeFill="accent1" w:themeFillTint="33"/>
          </w:tcPr>
          <w:p w14:paraId="6E94BDD3" w14:textId="77777777" w:rsidR="006C4161" w:rsidRPr="00DB6570" w:rsidRDefault="006C4161" w:rsidP="00D270E1">
            <w:pPr>
              <w:jc w:val="center"/>
              <w:rPr>
                <w:rFonts w:ascii="Times New Roman" w:hAnsi="Times New Roman" w:cs="Times New Roman"/>
                <w:b/>
                <w:sz w:val="22"/>
              </w:rPr>
            </w:pPr>
            <w:r w:rsidRPr="00DB6570">
              <w:rPr>
                <w:rFonts w:ascii="Times New Roman" w:hAnsi="Times New Roman" w:cs="Times New Roman"/>
                <w:b/>
                <w:sz w:val="22"/>
              </w:rPr>
              <w:t>Advanced Education, Teaching and Learning</w:t>
            </w:r>
          </w:p>
        </w:tc>
      </w:tr>
      <w:tr w:rsidR="006C4161" w:rsidRPr="00DB6570" w14:paraId="75C39B1A" w14:textId="77777777" w:rsidTr="006C4161">
        <w:tc>
          <w:tcPr>
            <w:tcW w:w="5000" w:type="pct"/>
          </w:tcPr>
          <w:p w14:paraId="3DC6DE23"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1144C646"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167731F1"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p>
        </w:tc>
      </w:tr>
      <w:tr w:rsidR="006C4161" w:rsidRPr="00DB6570" w14:paraId="7595A9B5" w14:textId="77777777" w:rsidTr="006C4161">
        <w:tc>
          <w:tcPr>
            <w:tcW w:w="5000" w:type="pct"/>
            <w:shd w:val="clear" w:color="auto" w:fill="DBE5F1" w:themeFill="accent1" w:themeFillTint="33"/>
          </w:tcPr>
          <w:p w14:paraId="6C222942" w14:textId="77777777" w:rsidR="006C4161" w:rsidRPr="00DB6570" w:rsidRDefault="006C4161" w:rsidP="00D270E1">
            <w:pPr>
              <w:jc w:val="center"/>
              <w:rPr>
                <w:rFonts w:ascii="Times New Roman" w:hAnsi="Times New Roman" w:cs="Times New Roman"/>
                <w:b/>
                <w:bCs/>
                <w:sz w:val="22"/>
              </w:rPr>
            </w:pPr>
            <w:r w:rsidRPr="00DB6570">
              <w:rPr>
                <w:rFonts w:ascii="Times New Roman" w:hAnsi="Times New Roman" w:cs="Times New Roman"/>
                <w:b/>
                <w:bCs/>
                <w:sz w:val="22"/>
              </w:rPr>
              <w:t>Research Agenda</w:t>
            </w:r>
          </w:p>
        </w:tc>
      </w:tr>
      <w:tr w:rsidR="006C4161" w:rsidRPr="00DB6570" w14:paraId="0200725F" w14:textId="77777777" w:rsidTr="006C4161">
        <w:tc>
          <w:tcPr>
            <w:tcW w:w="5000" w:type="pct"/>
          </w:tcPr>
          <w:p w14:paraId="099C71C7"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51C59DDB"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2545CE1A"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p>
        </w:tc>
      </w:tr>
      <w:tr w:rsidR="006C4161" w:rsidRPr="00DB6570" w14:paraId="68CAE724" w14:textId="77777777" w:rsidTr="006C4161">
        <w:tc>
          <w:tcPr>
            <w:tcW w:w="5000" w:type="pct"/>
            <w:shd w:val="clear" w:color="auto" w:fill="DBE5F1" w:themeFill="accent1" w:themeFillTint="33"/>
          </w:tcPr>
          <w:p w14:paraId="66305F75" w14:textId="77777777" w:rsidR="006C4161" w:rsidRPr="00DB6570" w:rsidRDefault="006C4161" w:rsidP="00D270E1">
            <w:pPr>
              <w:jc w:val="center"/>
              <w:rPr>
                <w:rFonts w:ascii="Times New Roman" w:hAnsi="Times New Roman" w:cs="Times New Roman"/>
                <w:b/>
                <w:bCs/>
                <w:sz w:val="22"/>
              </w:rPr>
            </w:pPr>
            <w:r w:rsidRPr="00DB6570">
              <w:rPr>
                <w:rFonts w:ascii="Times New Roman" w:hAnsi="Times New Roman" w:cs="Times New Roman"/>
                <w:b/>
                <w:bCs/>
                <w:sz w:val="22"/>
              </w:rPr>
              <w:t>Innovation, Technology Transfer and Commercialization</w:t>
            </w:r>
          </w:p>
        </w:tc>
      </w:tr>
      <w:tr w:rsidR="006C4161" w:rsidRPr="00DB6570" w14:paraId="7AD852A5" w14:textId="77777777" w:rsidTr="006C4161">
        <w:tc>
          <w:tcPr>
            <w:tcW w:w="5000" w:type="pct"/>
          </w:tcPr>
          <w:p w14:paraId="4B12468A"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1728FCA5"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1A70F79F"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p>
        </w:tc>
      </w:tr>
      <w:tr w:rsidR="006C4161" w:rsidRPr="00DB6570" w14:paraId="65472DE6" w14:textId="77777777" w:rsidTr="006C4161">
        <w:tc>
          <w:tcPr>
            <w:tcW w:w="5000" w:type="pct"/>
            <w:shd w:val="clear" w:color="auto" w:fill="DBE5F1" w:themeFill="accent1" w:themeFillTint="33"/>
          </w:tcPr>
          <w:p w14:paraId="57E77382" w14:textId="77777777" w:rsidR="006C4161" w:rsidRPr="00DB6570" w:rsidRDefault="006C4161" w:rsidP="00D270E1">
            <w:pPr>
              <w:jc w:val="center"/>
              <w:rPr>
                <w:rFonts w:ascii="Times New Roman" w:hAnsi="Times New Roman" w:cs="Times New Roman"/>
                <w:b/>
                <w:sz w:val="22"/>
              </w:rPr>
            </w:pPr>
            <w:r w:rsidRPr="00DB6570">
              <w:rPr>
                <w:rFonts w:ascii="Times New Roman" w:hAnsi="Times New Roman" w:cs="Times New Roman"/>
                <w:b/>
                <w:sz w:val="22"/>
              </w:rPr>
              <w:t>Other Topics</w:t>
            </w:r>
          </w:p>
        </w:tc>
      </w:tr>
      <w:tr w:rsidR="006C4161" w:rsidRPr="00DB6570" w14:paraId="37D82945" w14:textId="77777777" w:rsidTr="006C4161">
        <w:tc>
          <w:tcPr>
            <w:tcW w:w="5000" w:type="pct"/>
          </w:tcPr>
          <w:p w14:paraId="76B8AB11"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25879534"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5D73A044"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p>
        </w:tc>
      </w:tr>
      <w:tr w:rsidR="006C4161" w:rsidRPr="00DB6570" w14:paraId="67FE8ADE" w14:textId="77777777" w:rsidTr="006C4161">
        <w:tc>
          <w:tcPr>
            <w:tcW w:w="5000" w:type="pct"/>
            <w:shd w:val="clear" w:color="auto" w:fill="95B3D7" w:themeFill="accent1" w:themeFillTint="99"/>
          </w:tcPr>
          <w:p w14:paraId="7AB40A5D" w14:textId="77777777" w:rsidR="006C4161" w:rsidRPr="00DB6570" w:rsidRDefault="006C4161" w:rsidP="00D270E1">
            <w:pPr>
              <w:ind w:left="162"/>
              <w:rPr>
                <w:rFonts w:ascii="Times New Roman" w:hAnsi="Times New Roman" w:cs="Times New Roman"/>
                <w:b/>
                <w:bCs/>
                <w:sz w:val="22"/>
              </w:rPr>
            </w:pPr>
            <w:r w:rsidRPr="00DB6570">
              <w:rPr>
                <w:rFonts w:ascii="Times New Roman" w:hAnsi="Times New Roman" w:cs="Times New Roman"/>
                <w:b/>
                <w:bCs/>
                <w:sz w:val="22"/>
              </w:rPr>
              <w:t>Indicative Annual Budget: USD ___________</w:t>
            </w:r>
          </w:p>
        </w:tc>
      </w:tr>
    </w:tbl>
    <w:p w14:paraId="2B2254DF" w14:textId="77777777" w:rsidR="006C4161" w:rsidRPr="00DB6570" w:rsidRDefault="006C4161" w:rsidP="006C4161">
      <w:pPr>
        <w:rPr>
          <w:rFonts w:ascii="Times New Roman" w:hAnsi="Times New Roman" w:cs="Times New Roman"/>
          <w:b/>
          <w:sz w:val="22"/>
        </w:rPr>
      </w:pPr>
    </w:p>
    <w:tbl>
      <w:tblPr>
        <w:tblStyle w:val="TableGrid"/>
        <w:tblW w:w="5000" w:type="pct"/>
        <w:tblLook w:val="04A0" w:firstRow="1" w:lastRow="0" w:firstColumn="1" w:lastColumn="0" w:noHBand="0" w:noVBand="1"/>
      </w:tblPr>
      <w:tblGrid>
        <w:gridCol w:w="14957"/>
      </w:tblGrid>
      <w:tr w:rsidR="006C4161" w:rsidRPr="00DB6570" w14:paraId="3668FA48" w14:textId="77777777" w:rsidTr="006C4161">
        <w:tc>
          <w:tcPr>
            <w:tcW w:w="5000" w:type="pct"/>
            <w:shd w:val="clear" w:color="auto" w:fill="95B3D7" w:themeFill="accent1" w:themeFillTint="99"/>
          </w:tcPr>
          <w:p w14:paraId="5F1EA9E7" w14:textId="77777777" w:rsidR="006C4161" w:rsidRPr="00DB6570" w:rsidRDefault="006C4161" w:rsidP="00D270E1">
            <w:pPr>
              <w:jc w:val="center"/>
              <w:rPr>
                <w:rFonts w:ascii="Times New Roman" w:hAnsi="Times New Roman" w:cs="Times New Roman"/>
                <w:b/>
                <w:sz w:val="22"/>
              </w:rPr>
            </w:pPr>
            <w:r w:rsidRPr="00DB6570">
              <w:rPr>
                <w:rFonts w:ascii="Times New Roman" w:hAnsi="Times New Roman" w:cs="Times New Roman"/>
                <w:b/>
                <w:sz w:val="22"/>
              </w:rPr>
              <w:t>YEAR THREE</w:t>
            </w:r>
          </w:p>
        </w:tc>
      </w:tr>
      <w:tr w:rsidR="006C4161" w:rsidRPr="00DB6570" w14:paraId="3042141E" w14:textId="77777777" w:rsidTr="006C4161">
        <w:tc>
          <w:tcPr>
            <w:tcW w:w="5000" w:type="pct"/>
            <w:shd w:val="clear" w:color="auto" w:fill="DBE5F1" w:themeFill="accent1" w:themeFillTint="33"/>
          </w:tcPr>
          <w:p w14:paraId="74565D31" w14:textId="77777777" w:rsidR="006C4161" w:rsidRPr="00DB6570" w:rsidRDefault="006C4161" w:rsidP="00D270E1">
            <w:pPr>
              <w:jc w:val="center"/>
              <w:rPr>
                <w:rFonts w:ascii="Times New Roman" w:hAnsi="Times New Roman" w:cs="Times New Roman"/>
                <w:b/>
                <w:sz w:val="22"/>
              </w:rPr>
            </w:pPr>
            <w:r w:rsidRPr="00DB6570">
              <w:rPr>
                <w:rFonts w:ascii="Times New Roman" w:hAnsi="Times New Roman" w:cs="Times New Roman"/>
                <w:b/>
                <w:sz w:val="22"/>
              </w:rPr>
              <w:t>Advanced Education, Teaching and Learning</w:t>
            </w:r>
          </w:p>
        </w:tc>
      </w:tr>
      <w:tr w:rsidR="006C4161" w:rsidRPr="00DB6570" w14:paraId="697A03FD" w14:textId="77777777" w:rsidTr="006C4161">
        <w:tc>
          <w:tcPr>
            <w:tcW w:w="5000" w:type="pct"/>
          </w:tcPr>
          <w:p w14:paraId="720A8B5A"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1990EE57"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68142FC8"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p>
        </w:tc>
      </w:tr>
      <w:tr w:rsidR="006C4161" w:rsidRPr="00DB6570" w14:paraId="2BABDA17" w14:textId="77777777" w:rsidTr="006C4161">
        <w:tc>
          <w:tcPr>
            <w:tcW w:w="5000" w:type="pct"/>
            <w:shd w:val="clear" w:color="auto" w:fill="DBE5F1" w:themeFill="accent1" w:themeFillTint="33"/>
          </w:tcPr>
          <w:p w14:paraId="08F7F62D" w14:textId="77777777" w:rsidR="006C4161" w:rsidRPr="00DB6570" w:rsidRDefault="006C4161" w:rsidP="00D270E1">
            <w:pPr>
              <w:jc w:val="center"/>
              <w:rPr>
                <w:rFonts w:ascii="Times New Roman" w:hAnsi="Times New Roman" w:cs="Times New Roman"/>
                <w:b/>
                <w:bCs/>
                <w:sz w:val="22"/>
              </w:rPr>
            </w:pPr>
            <w:r w:rsidRPr="00DB6570">
              <w:rPr>
                <w:rFonts w:ascii="Times New Roman" w:hAnsi="Times New Roman" w:cs="Times New Roman"/>
                <w:b/>
                <w:bCs/>
                <w:sz w:val="22"/>
              </w:rPr>
              <w:t>Research Agenda</w:t>
            </w:r>
          </w:p>
        </w:tc>
      </w:tr>
      <w:tr w:rsidR="006C4161" w:rsidRPr="00DB6570" w14:paraId="202FE041" w14:textId="77777777" w:rsidTr="006C4161">
        <w:tc>
          <w:tcPr>
            <w:tcW w:w="5000" w:type="pct"/>
          </w:tcPr>
          <w:p w14:paraId="7ADA719A"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29452B90"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5DA50EA6"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p>
        </w:tc>
      </w:tr>
      <w:tr w:rsidR="006C4161" w:rsidRPr="00DB6570" w14:paraId="09C8396C" w14:textId="77777777" w:rsidTr="006C4161">
        <w:tc>
          <w:tcPr>
            <w:tcW w:w="5000" w:type="pct"/>
            <w:shd w:val="clear" w:color="auto" w:fill="DBE5F1" w:themeFill="accent1" w:themeFillTint="33"/>
          </w:tcPr>
          <w:p w14:paraId="67BAF14E" w14:textId="77777777" w:rsidR="006C4161" w:rsidRPr="00DB6570" w:rsidRDefault="006C4161" w:rsidP="00D270E1">
            <w:pPr>
              <w:jc w:val="center"/>
              <w:rPr>
                <w:rFonts w:ascii="Times New Roman" w:hAnsi="Times New Roman" w:cs="Times New Roman"/>
                <w:b/>
                <w:bCs/>
                <w:sz w:val="22"/>
              </w:rPr>
            </w:pPr>
            <w:r w:rsidRPr="00DB6570">
              <w:rPr>
                <w:rFonts w:ascii="Times New Roman" w:hAnsi="Times New Roman" w:cs="Times New Roman"/>
                <w:b/>
                <w:bCs/>
                <w:sz w:val="22"/>
              </w:rPr>
              <w:t>Innovation, Technology Transfer and Commercialization</w:t>
            </w:r>
          </w:p>
        </w:tc>
      </w:tr>
      <w:tr w:rsidR="006C4161" w:rsidRPr="00DB6570" w14:paraId="2742CD12" w14:textId="77777777" w:rsidTr="006C4161">
        <w:tc>
          <w:tcPr>
            <w:tcW w:w="5000" w:type="pct"/>
          </w:tcPr>
          <w:p w14:paraId="614F8FEA"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4451003D"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72830424"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p>
        </w:tc>
      </w:tr>
      <w:tr w:rsidR="006C4161" w:rsidRPr="00DB6570" w14:paraId="519DE23A" w14:textId="77777777" w:rsidTr="006C4161">
        <w:tc>
          <w:tcPr>
            <w:tcW w:w="5000" w:type="pct"/>
            <w:shd w:val="clear" w:color="auto" w:fill="DBE5F1" w:themeFill="accent1" w:themeFillTint="33"/>
          </w:tcPr>
          <w:p w14:paraId="48C1E5E8" w14:textId="77777777" w:rsidR="006C4161" w:rsidRPr="00DB6570" w:rsidRDefault="006C4161" w:rsidP="00D270E1">
            <w:pPr>
              <w:jc w:val="center"/>
              <w:rPr>
                <w:rFonts w:ascii="Times New Roman" w:hAnsi="Times New Roman" w:cs="Times New Roman"/>
                <w:b/>
                <w:sz w:val="22"/>
              </w:rPr>
            </w:pPr>
            <w:r w:rsidRPr="00DB6570">
              <w:rPr>
                <w:rFonts w:ascii="Times New Roman" w:hAnsi="Times New Roman" w:cs="Times New Roman"/>
                <w:b/>
                <w:sz w:val="22"/>
              </w:rPr>
              <w:t>Other Topics</w:t>
            </w:r>
          </w:p>
        </w:tc>
      </w:tr>
      <w:tr w:rsidR="006C4161" w:rsidRPr="00DB6570" w14:paraId="3616671A" w14:textId="77777777" w:rsidTr="006C4161">
        <w:tc>
          <w:tcPr>
            <w:tcW w:w="5000" w:type="pct"/>
          </w:tcPr>
          <w:p w14:paraId="30FCA8F5"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67EA8955"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2BA362EA"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p>
        </w:tc>
      </w:tr>
      <w:tr w:rsidR="006C4161" w:rsidRPr="00DB6570" w14:paraId="454BD9A9" w14:textId="77777777" w:rsidTr="006C4161">
        <w:tc>
          <w:tcPr>
            <w:tcW w:w="5000" w:type="pct"/>
            <w:shd w:val="clear" w:color="auto" w:fill="95B3D7" w:themeFill="accent1" w:themeFillTint="99"/>
          </w:tcPr>
          <w:p w14:paraId="147E1DD9" w14:textId="77777777" w:rsidR="006C4161" w:rsidRPr="00DB6570" w:rsidRDefault="006C4161" w:rsidP="00D270E1">
            <w:pPr>
              <w:ind w:left="162"/>
              <w:rPr>
                <w:rFonts w:ascii="Times New Roman" w:hAnsi="Times New Roman" w:cs="Times New Roman"/>
                <w:b/>
                <w:bCs/>
                <w:sz w:val="22"/>
              </w:rPr>
            </w:pPr>
            <w:r w:rsidRPr="00DB6570">
              <w:rPr>
                <w:rFonts w:ascii="Times New Roman" w:hAnsi="Times New Roman" w:cs="Times New Roman"/>
                <w:b/>
                <w:bCs/>
                <w:sz w:val="22"/>
              </w:rPr>
              <w:t>Indicative Annual Budget: USD ___________</w:t>
            </w:r>
          </w:p>
        </w:tc>
      </w:tr>
    </w:tbl>
    <w:p w14:paraId="09E9FB58" w14:textId="77777777" w:rsidR="006C4161" w:rsidRPr="00DB6570" w:rsidRDefault="006C4161" w:rsidP="006C4161">
      <w:pPr>
        <w:rPr>
          <w:rFonts w:ascii="Times New Roman" w:hAnsi="Times New Roman" w:cs="Times New Roman"/>
          <w:b/>
          <w:sz w:val="22"/>
        </w:rPr>
      </w:pPr>
    </w:p>
    <w:tbl>
      <w:tblPr>
        <w:tblStyle w:val="TableGrid"/>
        <w:tblW w:w="5000" w:type="pct"/>
        <w:tblLook w:val="04A0" w:firstRow="1" w:lastRow="0" w:firstColumn="1" w:lastColumn="0" w:noHBand="0" w:noVBand="1"/>
      </w:tblPr>
      <w:tblGrid>
        <w:gridCol w:w="14957"/>
      </w:tblGrid>
      <w:tr w:rsidR="006C4161" w:rsidRPr="00DB6570" w14:paraId="17AC8C0C" w14:textId="77777777" w:rsidTr="006C4161">
        <w:tc>
          <w:tcPr>
            <w:tcW w:w="5000" w:type="pct"/>
            <w:shd w:val="clear" w:color="auto" w:fill="95B3D7" w:themeFill="accent1" w:themeFillTint="99"/>
          </w:tcPr>
          <w:p w14:paraId="705C155D" w14:textId="77777777" w:rsidR="006C4161" w:rsidRPr="00DB6570" w:rsidRDefault="006C4161" w:rsidP="00D270E1">
            <w:pPr>
              <w:jc w:val="center"/>
              <w:rPr>
                <w:rFonts w:ascii="Times New Roman" w:hAnsi="Times New Roman" w:cs="Times New Roman"/>
                <w:b/>
                <w:sz w:val="22"/>
              </w:rPr>
            </w:pPr>
            <w:r w:rsidRPr="00DB6570">
              <w:rPr>
                <w:rFonts w:ascii="Times New Roman" w:hAnsi="Times New Roman" w:cs="Times New Roman"/>
                <w:b/>
                <w:sz w:val="22"/>
              </w:rPr>
              <w:t>YEAR FOUR</w:t>
            </w:r>
          </w:p>
        </w:tc>
      </w:tr>
      <w:tr w:rsidR="006C4161" w:rsidRPr="00DB6570" w14:paraId="02FBBF9C" w14:textId="77777777" w:rsidTr="006C4161">
        <w:tc>
          <w:tcPr>
            <w:tcW w:w="5000" w:type="pct"/>
            <w:shd w:val="clear" w:color="auto" w:fill="DBE5F1" w:themeFill="accent1" w:themeFillTint="33"/>
          </w:tcPr>
          <w:p w14:paraId="51855431" w14:textId="77777777" w:rsidR="006C4161" w:rsidRPr="00DB6570" w:rsidRDefault="006C4161" w:rsidP="00D270E1">
            <w:pPr>
              <w:jc w:val="center"/>
              <w:rPr>
                <w:rFonts w:ascii="Times New Roman" w:hAnsi="Times New Roman" w:cs="Times New Roman"/>
                <w:b/>
                <w:sz w:val="22"/>
              </w:rPr>
            </w:pPr>
            <w:r w:rsidRPr="00DB6570">
              <w:rPr>
                <w:rFonts w:ascii="Times New Roman" w:hAnsi="Times New Roman" w:cs="Times New Roman"/>
                <w:b/>
                <w:sz w:val="22"/>
              </w:rPr>
              <w:t>Advanced Education, Teaching and Learning</w:t>
            </w:r>
          </w:p>
        </w:tc>
      </w:tr>
      <w:tr w:rsidR="006C4161" w:rsidRPr="00DB6570" w14:paraId="316AF1F7" w14:textId="77777777" w:rsidTr="006C4161">
        <w:tc>
          <w:tcPr>
            <w:tcW w:w="5000" w:type="pct"/>
          </w:tcPr>
          <w:p w14:paraId="0EF2750E"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0681421B"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27D1A9C7"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p>
        </w:tc>
      </w:tr>
      <w:tr w:rsidR="006C4161" w:rsidRPr="00DB6570" w14:paraId="6E7D080D" w14:textId="77777777" w:rsidTr="006C4161">
        <w:tc>
          <w:tcPr>
            <w:tcW w:w="5000" w:type="pct"/>
            <w:shd w:val="clear" w:color="auto" w:fill="DBE5F1" w:themeFill="accent1" w:themeFillTint="33"/>
          </w:tcPr>
          <w:p w14:paraId="6ED14CD2" w14:textId="77777777" w:rsidR="006C4161" w:rsidRPr="00DB6570" w:rsidRDefault="006C4161" w:rsidP="00D270E1">
            <w:pPr>
              <w:jc w:val="center"/>
              <w:rPr>
                <w:rFonts w:ascii="Times New Roman" w:hAnsi="Times New Roman" w:cs="Times New Roman"/>
                <w:b/>
                <w:bCs/>
                <w:sz w:val="22"/>
              </w:rPr>
            </w:pPr>
            <w:r w:rsidRPr="00DB6570">
              <w:rPr>
                <w:rFonts w:ascii="Times New Roman" w:hAnsi="Times New Roman" w:cs="Times New Roman"/>
                <w:b/>
                <w:bCs/>
                <w:sz w:val="22"/>
              </w:rPr>
              <w:t>Research Agenda</w:t>
            </w:r>
          </w:p>
        </w:tc>
      </w:tr>
      <w:tr w:rsidR="006C4161" w:rsidRPr="00DB6570" w14:paraId="6BB7CE67" w14:textId="77777777" w:rsidTr="006C4161">
        <w:tc>
          <w:tcPr>
            <w:tcW w:w="5000" w:type="pct"/>
          </w:tcPr>
          <w:p w14:paraId="4DAACCFD"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2C86DFE7"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4D485A2A"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p>
        </w:tc>
      </w:tr>
      <w:tr w:rsidR="006C4161" w:rsidRPr="00DB6570" w14:paraId="23B8E956" w14:textId="77777777" w:rsidTr="006C4161">
        <w:tc>
          <w:tcPr>
            <w:tcW w:w="5000" w:type="pct"/>
            <w:shd w:val="clear" w:color="auto" w:fill="DBE5F1" w:themeFill="accent1" w:themeFillTint="33"/>
          </w:tcPr>
          <w:p w14:paraId="05763AC2" w14:textId="77777777" w:rsidR="006C4161" w:rsidRPr="00DB6570" w:rsidRDefault="006C4161" w:rsidP="00D270E1">
            <w:pPr>
              <w:jc w:val="center"/>
              <w:rPr>
                <w:rFonts w:ascii="Times New Roman" w:hAnsi="Times New Roman" w:cs="Times New Roman"/>
                <w:b/>
                <w:bCs/>
                <w:sz w:val="22"/>
              </w:rPr>
            </w:pPr>
            <w:r w:rsidRPr="00DB6570">
              <w:rPr>
                <w:rFonts w:ascii="Times New Roman" w:hAnsi="Times New Roman" w:cs="Times New Roman"/>
                <w:b/>
                <w:bCs/>
                <w:sz w:val="22"/>
              </w:rPr>
              <w:t>Innovation, Technology Transfer and Commercialization</w:t>
            </w:r>
          </w:p>
        </w:tc>
      </w:tr>
      <w:tr w:rsidR="006C4161" w:rsidRPr="00DB6570" w14:paraId="0362F683" w14:textId="77777777" w:rsidTr="006C4161">
        <w:tc>
          <w:tcPr>
            <w:tcW w:w="5000" w:type="pct"/>
          </w:tcPr>
          <w:p w14:paraId="07DC5F50"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2C413616"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5CC4C268"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p>
        </w:tc>
      </w:tr>
      <w:tr w:rsidR="006C4161" w:rsidRPr="00DB6570" w14:paraId="04E882E9" w14:textId="77777777" w:rsidTr="006C4161">
        <w:tc>
          <w:tcPr>
            <w:tcW w:w="5000" w:type="pct"/>
            <w:shd w:val="clear" w:color="auto" w:fill="DBE5F1" w:themeFill="accent1" w:themeFillTint="33"/>
          </w:tcPr>
          <w:p w14:paraId="0697B431" w14:textId="77777777" w:rsidR="006C4161" w:rsidRPr="00DB6570" w:rsidRDefault="006C4161" w:rsidP="00D270E1">
            <w:pPr>
              <w:jc w:val="center"/>
              <w:rPr>
                <w:rFonts w:ascii="Times New Roman" w:hAnsi="Times New Roman" w:cs="Times New Roman"/>
                <w:b/>
                <w:sz w:val="22"/>
              </w:rPr>
            </w:pPr>
            <w:r w:rsidRPr="00DB6570">
              <w:rPr>
                <w:rFonts w:ascii="Times New Roman" w:hAnsi="Times New Roman" w:cs="Times New Roman"/>
                <w:b/>
                <w:sz w:val="22"/>
              </w:rPr>
              <w:t>Other Topics</w:t>
            </w:r>
          </w:p>
        </w:tc>
      </w:tr>
      <w:tr w:rsidR="006C4161" w:rsidRPr="00DB6570" w14:paraId="23D92357" w14:textId="77777777" w:rsidTr="006C4161">
        <w:tc>
          <w:tcPr>
            <w:tcW w:w="5000" w:type="pct"/>
          </w:tcPr>
          <w:p w14:paraId="66F2E694"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0F84B5FA"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7145F51C"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p>
        </w:tc>
      </w:tr>
      <w:tr w:rsidR="006C4161" w:rsidRPr="00DB6570" w14:paraId="5C121E84" w14:textId="77777777" w:rsidTr="006C4161">
        <w:tc>
          <w:tcPr>
            <w:tcW w:w="5000" w:type="pct"/>
            <w:shd w:val="clear" w:color="auto" w:fill="95B3D7" w:themeFill="accent1" w:themeFillTint="99"/>
          </w:tcPr>
          <w:p w14:paraId="5C2D974C" w14:textId="77777777" w:rsidR="006C4161" w:rsidRPr="00DB6570" w:rsidRDefault="006C4161" w:rsidP="00D270E1">
            <w:pPr>
              <w:ind w:left="162"/>
              <w:rPr>
                <w:rFonts w:ascii="Times New Roman" w:hAnsi="Times New Roman" w:cs="Times New Roman"/>
                <w:b/>
                <w:bCs/>
                <w:sz w:val="22"/>
              </w:rPr>
            </w:pPr>
            <w:r w:rsidRPr="00DB6570">
              <w:rPr>
                <w:rFonts w:ascii="Times New Roman" w:hAnsi="Times New Roman" w:cs="Times New Roman"/>
                <w:b/>
                <w:bCs/>
                <w:sz w:val="22"/>
              </w:rPr>
              <w:t>Indicative Annual Budget: USD ___________</w:t>
            </w:r>
          </w:p>
        </w:tc>
      </w:tr>
    </w:tbl>
    <w:p w14:paraId="3E299AF9" w14:textId="77777777" w:rsidR="006C4161" w:rsidRPr="00DB6570" w:rsidRDefault="006C4161" w:rsidP="006C4161">
      <w:pPr>
        <w:rPr>
          <w:rFonts w:ascii="Times New Roman" w:hAnsi="Times New Roman" w:cs="Times New Roman"/>
          <w:b/>
          <w:sz w:val="22"/>
        </w:rPr>
      </w:pPr>
    </w:p>
    <w:tbl>
      <w:tblPr>
        <w:tblStyle w:val="TableGrid"/>
        <w:tblW w:w="5000" w:type="pct"/>
        <w:tblLook w:val="04A0" w:firstRow="1" w:lastRow="0" w:firstColumn="1" w:lastColumn="0" w:noHBand="0" w:noVBand="1"/>
      </w:tblPr>
      <w:tblGrid>
        <w:gridCol w:w="14957"/>
      </w:tblGrid>
      <w:tr w:rsidR="006C4161" w:rsidRPr="00DB6570" w14:paraId="5B8FEE45" w14:textId="77777777" w:rsidTr="006C4161">
        <w:tc>
          <w:tcPr>
            <w:tcW w:w="5000" w:type="pct"/>
            <w:shd w:val="clear" w:color="auto" w:fill="95B3D7" w:themeFill="accent1" w:themeFillTint="99"/>
          </w:tcPr>
          <w:p w14:paraId="5D2B274F" w14:textId="77777777" w:rsidR="006C4161" w:rsidRPr="00DB6570" w:rsidRDefault="006C4161" w:rsidP="00D270E1">
            <w:pPr>
              <w:jc w:val="center"/>
              <w:rPr>
                <w:rFonts w:ascii="Times New Roman" w:hAnsi="Times New Roman" w:cs="Times New Roman"/>
                <w:b/>
                <w:sz w:val="22"/>
              </w:rPr>
            </w:pPr>
            <w:r w:rsidRPr="00DB6570">
              <w:rPr>
                <w:rFonts w:ascii="Times New Roman" w:hAnsi="Times New Roman" w:cs="Times New Roman"/>
                <w:b/>
                <w:sz w:val="22"/>
              </w:rPr>
              <w:t>YEAR FIVE</w:t>
            </w:r>
          </w:p>
        </w:tc>
      </w:tr>
      <w:tr w:rsidR="006C4161" w:rsidRPr="00DB6570" w14:paraId="1D9636E5" w14:textId="77777777" w:rsidTr="006C4161">
        <w:tc>
          <w:tcPr>
            <w:tcW w:w="5000" w:type="pct"/>
            <w:shd w:val="clear" w:color="auto" w:fill="DBE5F1" w:themeFill="accent1" w:themeFillTint="33"/>
          </w:tcPr>
          <w:p w14:paraId="3BB4AE79" w14:textId="77777777" w:rsidR="006C4161" w:rsidRPr="00DB6570" w:rsidRDefault="006C4161" w:rsidP="00D270E1">
            <w:pPr>
              <w:jc w:val="center"/>
              <w:rPr>
                <w:rFonts w:ascii="Times New Roman" w:hAnsi="Times New Roman" w:cs="Times New Roman"/>
                <w:b/>
                <w:sz w:val="22"/>
              </w:rPr>
            </w:pPr>
            <w:r w:rsidRPr="00DB6570">
              <w:rPr>
                <w:rFonts w:ascii="Times New Roman" w:hAnsi="Times New Roman" w:cs="Times New Roman"/>
                <w:b/>
                <w:sz w:val="22"/>
              </w:rPr>
              <w:t>Advanced Education, Teaching and Learning</w:t>
            </w:r>
          </w:p>
        </w:tc>
      </w:tr>
      <w:tr w:rsidR="006C4161" w:rsidRPr="00DB6570" w14:paraId="38353F56" w14:textId="77777777" w:rsidTr="006C4161">
        <w:tc>
          <w:tcPr>
            <w:tcW w:w="5000" w:type="pct"/>
          </w:tcPr>
          <w:p w14:paraId="26C4A7FD"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616D629C"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3C6CE260"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p>
        </w:tc>
      </w:tr>
      <w:tr w:rsidR="006C4161" w:rsidRPr="00DB6570" w14:paraId="3872AFAC" w14:textId="77777777" w:rsidTr="006C4161">
        <w:tc>
          <w:tcPr>
            <w:tcW w:w="5000" w:type="pct"/>
            <w:shd w:val="clear" w:color="auto" w:fill="DBE5F1" w:themeFill="accent1" w:themeFillTint="33"/>
          </w:tcPr>
          <w:p w14:paraId="6DCBA480" w14:textId="77777777" w:rsidR="006C4161" w:rsidRPr="00DB6570" w:rsidRDefault="006C4161" w:rsidP="00D270E1">
            <w:pPr>
              <w:jc w:val="center"/>
              <w:rPr>
                <w:rFonts w:ascii="Times New Roman" w:hAnsi="Times New Roman" w:cs="Times New Roman"/>
                <w:b/>
                <w:bCs/>
                <w:sz w:val="22"/>
              </w:rPr>
            </w:pPr>
            <w:r w:rsidRPr="00DB6570">
              <w:rPr>
                <w:rFonts w:ascii="Times New Roman" w:hAnsi="Times New Roman" w:cs="Times New Roman"/>
                <w:b/>
                <w:bCs/>
                <w:sz w:val="22"/>
              </w:rPr>
              <w:t>Research Agenda</w:t>
            </w:r>
          </w:p>
        </w:tc>
      </w:tr>
      <w:tr w:rsidR="006C4161" w:rsidRPr="00DB6570" w14:paraId="62925021" w14:textId="77777777" w:rsidTr="006C4161">
        <w:tc>
          <w:tcPr>
            <w:tcW w:w="5000" w:type="pct"/>
          </w:tcPr>
          <w:p w14:paraId="22CA25FD"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40201FD8"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2B727F81"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p>
        </w:tc>
      </w:tr>
      <w:tr w:rsidR="006C4161" w:rsidRPr="00DB6570" w14:paraId="2E8DE780" w14:textId="77777777" w:rsidTr="006C4161">
        <w:tc>
          <w:tcPr>
            <w:tcW w:w="5000" w:type="pct"/>
            <w:shd w:val="clear" w:color="auto" w:fill="DBE5F1" w:themeFill="accent1" w:themeFillTint="33"/>
          </w:tcPr>
          <w:p w14:paraId="2218DAC8" w14:textId="77777777" w:rsidR="006C4161" w:rsidRPr="00DB6570" w:rsidRDefault="006C4161" w:rsidP="00D270E1">
            <w:pPr>
              <w:jc w:val="center"/>
              <w:rPr>
                <w:rFonts w:ascii="Times New Roman" w:hAnsi="Times New Roman" w:cs="Times New Roman"/>
                <w:b/>
                <w:bCs/>
                <w:sz w:val="22"/>
              </w:rPr>
            </w:pPr>
            <w:r w:rsidRPr="00DB6570">
              <w:rPr>
                <w:rFonts w:ascii="Times New Roman" w:hAnsi="Times New Roman" w:cs="Times New Roman"/>
                <w:b/>
                <w:bCs/>
                <w:sz w:val="22"/>
              </w:rPr>
              <w:t>Innovation, Technology Transfer and Commercialization</w:t>
            </w:r>
          </w:p>
        </w:tc>
      </w:tr>
      <w:tr w:rsidR="006C4161" w:rsidRPr="00DB6570" w14:paraId="784F7F94" w14:textId="77777777" w:rsidTr="006C4161">
        <w:tc>
          <w:tcPr>
            <w:tcW w:w="5000" w:type="pct"/>
          </w:tcPr>
          <w:p w14:paraId="14F6DFDC"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5DF6C3E7"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5EC64B9C"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p>
        </w:tc>
      </w:tr>
      <w:tr w:rsidR="006C4161" w:rsidRPr="00DB6570" w14:paraId="14F52CF3" w14:textId="77777777" w:rsidTr="006C4161">
        <w:tc>
          <w:tcPr>
            <w:tcW w:w="5000" w:type="pct"/>
            <w:shd w:val="clear" w:color="auto" w:fill="DBE5F1" w:themeFill="accent1" w:themeFillTint="33"/>
          </w:tcPr>
          <w:p w14:paraId="1CDE3DCA" w14:textId="77777777" w:rsidR="006C4161" w:rsidRPr="00DB6570" w:rsidRDefault="006C4161" w:rsidP="00D270E1">
            <w:pPr>
              <w:jc w:val="center"/>
              <w:rPr>
                <w:rFonts w:ascii="Times New Roman" w:hAnsi="Times New Roman" w:cs="Times New Roman"/>
                <w:b/>
                <w:sz w:val="22"/>
              </w:rPr>
            </w:pPr>
            <w:r w:rsidRPr="00DB6570">
              <w:rPr>
                <w:rFonts w:ascii="Times New Roman" w:hAnsi="Times New Roman" w:cs="Times New Roman"/>
                <w:b/>
                <w:sz w:val="22"/>
              </w:rPr>
              <w:t>Other Topics</w:t>
            </w:r>
          </w:p>
        </w:tc>
      </w:tr>
      <w:tr w:rsidR="006C4161" w:rsidRPr="00DB6570" w14:paraId="7B90F9EA" w14:textId="77777777" w:rsidTr="006C4161">
        <w:tc>
          <w:tcPr>
            <w:tcW w:w="5000" w:type="pct"/>
          </w:tcPr>
          <w:p w14:paraId="1CCA3375"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1424C66E"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61DD22E8" w14:textId="77777777" w:rsidR="006C4161" w:rsidRPr="00DB6570" w:rsidRDefault="006C4161" w:rsidP="006C4161">
            <w:pPr>
              <w:pStyle w:val="ListParagraph"/>
              <w:numPr>
                <w:ilvl w:val="0"/>
                <w:numId w:val="10"/>
              </w:numPr>
              <w:spacing w:after="0" w:line="240" w:lineRule="auto"/>
              <w:ind w:left="342" w:hanging="180"/>
              <w:rPr>
                <w:rFonts w:ascii="Times New Roman" w:hAnsi="Times New Roman" w:cs="Times New Roman"/>
                <w:sz w:val="22"/>
              </w:rPr>
            </w:pPr>
          </w:p>
        </w:tc>
      </w:tr>
      <w:tr w:rsidR="006C4161" w:rsidRPr="00DB6570" w14:paraId="72912DBD" w14:textId="77777777" w:rsidTr="006C4161">
        <w:tc>
          <w:tcPr>
            <w:tcW w:w="5000" w:type="pct"/>
            <w:shd w:val="clear" w:color="auto" w:fill="95B3D7" w:themeFill="accent1" w:themeFillTint="99"/>
          </w:tcPr>
          <w:p w14:paraId="03D08BD5" w14:textId="77777777" w:rsidR="006C4161" w:rsidRPr="00DB6570" w:rsidRDefault="006C4161" w:rsidP="00D270E1">
            <w:pPr>
              <w:ind w:left="162"/>
              <w:rPr>
                <w:rFonts w:ascii="Times New Roman" w:hAnsi="Times New Roman" w:cs="Times New Roman"/>
                <w:b/>
                <w:bCs/>
                <w:sz w:val="22"/>
              </w:rPr>
            </w:pPr>
            <w:r w:rsidRPr="00DB6570">
              <w:rPr>
                <w:rFonts w:ascii="Times New Roman" w:hAnsi="Times New Roman" w:cs="Times New Roman"/>
                <w:b/>
                <w:bCs/>
                <w:sz w:val="22"/>
              </w:rPr>
              <w:t>Indicative Annual Budget: USD ___________</w:t>
            </w:r>
          </w:p>
        </w:tc>
      </w:tr>
    </w:tbl>
    <w:p w14:paraId="469490D0" w14:textId="77777777" w:rsidR="006C4161" w:rsidRPr="00DB6570" w:rsidRDefault="006C4161" w:rsidP="006C4161">
      <w:pPr>
        <w:rPr>
          <w:rFonts w:ascii="Times New Roman" w:hAnsi="Times New Roman" w:cs="Times New Roman"/>
          <w:b/>
          <w:sz w:val="22"/>
        </w:rPr>
      </w:pPr>
    </w:p>
    <w:p w14:paraId="73AEDF65" w14:textId="1E902505" w:rsidR="0085694B" w:rsidRPr="00DB6570" w:rsidRDefault="00175876" w:rsidP="005E44DD">
      <w:pPr>
        <w:pStyle w:val="Heading2"/>
        <w:rPr>
          <w:rFonts w:ascii="Times New Roman" w:hAnsi="Times New Roman" w:cs="Times New Roman"/>
          <w:color w:val="auto"/>
          <w:sz w:val="22"/>
          <w:szCs w:val="22"/>
        </w:rPr>
      </w:pPr>
      <w:bookmarkStart w:id="53" w:name="_Toc237525248"/>
      <w:r w:rsidRPr="00DB6570">
        <w:rPr>
          <w:rFonts w:ascii="Times New Roman" w:hAnsi="Times New Roman" w:cs="Times New Roman"/>
          <w:color w:val="auto"/>
          <w:sz w:val="22"/>
          <w:szCs w:val="22"/>
        </w:rPr>
        <w:t>4.1</w:t>
      </w:r>
      <w:r w:rsidR="00F56215" w:rsidRPr="00DB6570">
        <w:rPr>
          <w:rFonts w:ascii="Times New Roman" w:hAnsi="Times New Roman" w:cs="Times New Roman"/>
          <w:color w:val="auto"/>
          <w:sz w:val="22"/>
          <w:szCs w:val="22"/>
        </w:rPr>
        <w:t>9</w:t>
      </w:r>
      <w:r w:rsidRPr="00DB6570">
        <w:rPr>
          <w:rFonts w:ascii="Times New Roman" w:hAnsi="Times New Roman" w:cs="Times New Roman"/>
          <w:color w:val="auto"/>
          <w:sz w:val="22"/>
          <w:szCs w:val="22"/>
        </w:rPr>
        <w:t xml:space="preserve"> </w:t>
      </w:r>
      <w:r w:rsidR="0085694B" w:rsidRPr="00DB6570">
        <w:rPr>
          <w:rFonts w:ascii="Times New Roman" w:hAnsi="Times New Roman" w:cs="Times New Roman"/>
          <w:color w:val="auto"/>
          <w:sz w:val="22"/>
          <w:szCs w:val="22"/>
        </w:rPr>
        <w:t>Results Framework</w:t>
      </w:r>
      <w:bookmarkEnd w:id="53"/>
    </w:p>
    <w:p w14:paraId="02AD9DAC" w14:textId="2ACB76C0" w:rsidR="0085694B" w:rsidRPr="00DB6570" w:rsidRDefault="0085694B">
      <w:pPr>
        <w:rPr>
          <w:rFonts w:ascii="Times New Roman" w:hAnsi="Times New Roman" w:cs="Times New Roman"/>
          <w:sz w:val="22"/>
        </w:rPr>
      </w:pPr>
    </w:p>
    <w:tbl>
      <w:tblPr>
        <w:tblW w:w="14687" w:type="dxa"/>
        <w:jc w:val="center"/>
        <w:tblLayout w:type="fixed"/>
        <w:tblLook w:val="04A0" w:firstRow="1" w:lastRow="0" w:firstColumn="1" w:lastColumn="0" w:noHBand="0" w:noVBand="1"/>
      </w:tblPr>
      <w:tblGrid>
        <w:gridCol w:w="4466"/>
        <w:gridCol w:w="1124"/>
        <w:gridCol w:w="1036"/>
        <w:gridCol w:w="1036"/>
        <w:gridCol w:w="1036"/>
        <w:gridCol w:w="1036"/>
        <w:gridCol w:w="1036"/>
        <w:gridCol w:w="1468"/>
        <w:gridCol w:w="2449"/>
      </w:tblGrid>
      <w:tr w:rsidR="00D06858" w:rsidRPr="00DB6570" w14:paraId="7ABAAB64" w14:textId="77777777" w:rsidTr="0021427D">
        <w:trPr>
          <w:cantSplit/>
          <w:trHeight w:val="605"/>
          <w:tblHeader/>
          <w:jc w:val="center"/>
        </w:trPr>
        <w:tc>
          <w:tcPr>
            <w:tcW w:w="4464" w:type="dxa"/>
            <w:vMerge w:val="restar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1861D9C" w14:textId="77777777" w:rsidR="00D06858" w:rsidRPr="00DB6570" w:rsidRDefault="00D06858" w:rsidP="00D06858">
            <w:pPr>
              <w:spacing w:after="0" w:line="240" w:lineRule="auto"/>
              <w:jc w:val="center"/>
              <w:rPr>
                <w:rFonts w:ascii="Times New Roman" w:hAnsi="Times New Roman" w:cs="Times New Roman"/>
                <w:sz w:val="22"/>
              </w:rPr>
            </w:pPr>
            <w:r w:rsidRPr="00DB6570">
              <w:rPr>
                <w:rFonts w:ascii="Times New Roman" w:hAnsi="Times New Roman" w:cs="Times New Roman"/>
                <w:b/>
                <w:sz w:val="22"/>
              </w:rPr>
              <w:t>Proposal</w:t>
            </w:r>
          </w:p>
        </w:tc>
        <w:tc>
          <w:tcPr>
            <w:tcW w:w="1123" w:type="dxa"/>
            <w:vMerge w:val="restar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12A94C1" w14:textId="77777777" w:rsidR="00D06858" w:rsidRPr="00DB6570" w:rsidRDefault="00D06858" w:rsidP="00D06858">
            <w:pPr>
              <w:spacing w:after="0" w:line="240" w:lineRule="auto"/>
              <w:jc w:val="center"/>
              <w:rPr>
                <w:rFonts w:ascii="Times New Roman" w:hAnsi="Times New Roman" w:cs="Times New Roman"/>
                <w:sz w:val="22"/>
              </w:rPr>
            </w:pPr>
            <w:r w:rsidRPr="00DB6570">
              <w:rPr>
                <w:rFonts w:ascii="Times New Roman" w:hAnsi="Times New Roman" w:cs="Times New Roman"/>
                <w:b/>
                <w:sz w:val="22"/>
              </w:rPr>
              <w:t>Baseline</w:t>
            </w:r>
          </w:p>
        </w:tc>
        <w:tc>
          <w:tcPr>
            <w:tcW w:w="5180" w:type="dxa"/>
            <w:gridSpan w:val="5"/>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9999AF6" w14:textId="77777777" w:rsidR="00D06858" w:rsidRPr="00DB6570" w:rsidRDefault="00D06858" w:rsidP="00D06858">
            <w:pPr>
              <w:spacing w:after="0" w:line="240" w:lineRule="auto"/>
              <w:jc w:val="center"/>
              <w:rPr>
                <w:rFonts w:ascii="Times New Roman" w:hAnsi="Times New Roman" w:cs="Times New Roman"/>
                <w:sz w:val="22"/>
              </w:rPr>
            </w:pPr>
            <w:r w:rsidRPr="00DB6570">
              <w:rPr>
                <w:rFonts w:ascii="Times New Roman" w:hAnsi="Times New Roman" w:cs="Times New Roman"/>
                <w:b/>
                <w:sz w:val="22"/>
              </w:rPr>
              <w:t>Annual Targets (Not Cumulative)</w:t>
            </w:r>
          </w:p>
        </w:tc>
        <w:tc>
          <w:tcPr>
            <w:tcW w:w="1468" w:type="dxa"/>
            <w:vMerge w:val="restar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4DAA9F4" w14:textId="77777777" w:rsidR="00D06858" w:rsidRPr="00DB6570" w:rsidRDefault="00D06858" w:rsidP="00D06858">
            <w:pPr>
              <w:spacing w:after="0" w:line="240" w:lineRule="auto"/>
              <w:jc w:val="center"/>
              <w:rPr>
                <w:rFonts w:ascii="Times New Roman" w:hAnsi="Times New Roman" w:cs="Times New Roman"/>
                <w:sz w:val="22"/>
              </w:rPr>
            </w:pPr>
            <w:r w:rsidRPr="00DB6570">
              <w:rPr>
                <w:rFonts w:ascii="Times New Roman" w:hAnsi="Times New Roman" w:cs="Times New Roman"/>
                <w:b/>
                <w:sz w:val="22"/>
              </w:rPr>
              <w:t>Total (Sum of All Years)</w:t>
            </w:r>
          </w:p>
        </w:tc>
        <w:tc>
          <w:tcPr>
            <w:tcW w:w="2448" w:type="dxa"/>
            <w:vMerge w:val="restar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3B6E6A1" w14:textId="77777777" w:rsidR="00D06858" w:rsidRPr="00DB6570" w:rsidRDefault="00D06858" w:rsidP="00D06858">
            <w:pPr>
              <w:spacing w:after="0" w:line="240" w:lineRule="auto"/>
              <w:jc w:val="center"/>
              <w:rPr>
                <w:rFonts w:ascii="Times New Roman" w:hAnsi="Times New Roman" w:cs="Times New Roman"/>
                <w:sz w:val="22"/>
              </w:rPr>
            </w:pPr>
            <w:r w:rsidRPr="00DB6570">
              <w:rPr>
                <w:rFonts w:ascii="Times New Roman" w:hAnsi="Times New Roman" w:cs="Times New Roman"/>
                <w:b/>
                <w:sz w:val="22"/>
              </w:rPr>
              <w:t>Key Assumptions (Including Contribution from ACE and RFTIs)</w:t>
            </w:r>
          </w:p>
        </w:tc>
      </w:tr>
      <w:tr w:rsidR="00D06858" w:rsidRPr="00DB6570" w14:paraId="1B0573C3" w14:textId="77777777" w:rsidTr="0021427D">
        <w:trPr>
          <w:cantSplit/>
          <w:trHeight w:val="418"/>
          <w:tblHeader/>
          <w:jc w:val="center"/>
        </w:trPr>
        <w:tc>
          <w:tcPr>
            <w:tcW w:w="4464" w:type="dxa"/>
            <w:vMerge/>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tcPr>
          <w:p w14:paraId="664E13A9" w14:textId="77777777" w:rsidR="00D06858" w:rsidRPr="00DB6570" w:rsidRDefault="00D06858" w:rsidP="00D06858">
            <w:pPr>
              <w:spacing w:after="200" w:line="276" w:lineRule="auto"/>
              <w:rPr>
                <w:rFonts w:ascii="Times New Roman" w:hAnsi="Times New Roman" w:cs="Times New Roman"/>
                <w:sz w:val="22"/>
              </w:rPr>
            </w:pPr>
          </w:p>
        </w:tc>
        <w:tc>
          <w:tcPr>
            <w:tcW w:w="1123" w:type="dxa"/>
            <w:vMerge/>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tcPr>
          <w:p w14:paraId="5C552FCE" w14:textId="77777777" w:rsidR="00D06858" w:rsidRPr="00DB6570" w:rsidRDefault="00D06858" w:rsidP="00D06858">
            <w:pPr>
              <w:spacing w:after="200" w:line="276" w:lineRule="auto"/>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B17E3E0" w14:textId="77777777" w:rsidR="00D06858" w:rsidRPr="00DB6570" w:rsidRDefault="00D06858" w:rsidP="00D06858">
            <w:pPr>
              <w:spacing w:after="0" w:line="240" w:lineRule="auto"/>
              <w:jc w:val="center"/>
              <w:rPr>
                <w:rFonts w:ascii="Times New Roman" w:hAnsi="Times New Roman" w:cs="Times New Roman"/>
                <w:sz w:val="22"/>
              </w:rPr>
            </w:pPr>
            <w:r w:rsidRPr="00DB6570">
              <w:rPr>
                <w:rFonts w:ascii="Times New Roman" w:hAnsi="Times New Roman" w:cs="Times New Roman"/>
                <w:b/>
                <w:sz w:val="22"/>
              </w:rPr>
              <w:t>Year 1</w:t>
            </w: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E8DF3BF" w14:textId="77777777" w:rsidR="00D06858" w:rsidRPr="00DB6570" w:rsidRDefault="00D06858" w:rsidP="00D06858">
            <w:pPr>
              <w:spacing w:after="0" w:line="240" w:lineRule="auto"/>
              <w:jc w:val="center"/>
              <w:rPr>
                <w:rFonts w:ascii="Times New Roman" w:hAnsi="Times New Roman" w:cs="Times New Roman"/>
                <w:sz w:val="22"/>
              </w:rPr>
            </w:pPr>
            <w:r w:rsidRPr="00DB6570">
              <w:rPr>
                <w:rFonts w:ascii="Times New Roman" w:hAnsi="Times New Roman" w:cs="Times New Roman"/>
                <w:b/>
                <w:sz w:val="22"/>
              </w:rPr>
              <w:t>Year 2</w:t>
            </w: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CCCB64" w14:textId="77777777" w:rsidR="00D06858" w:rsidRPr="00DB6570" w:rsidRDefault="00D06858" w:rsidP="00D06858">
            <w:pPr>
              <w:spacing w:after="0" w:line="240" w:lineRule="auto"/>
              <w:jc w:val="center"/>
              <w:rPr>
                <w:rFonts w:ascii="Times New Roman" w:hAnsi="Times New Roman" w:cs="Times New Roman"/>
                <w:sz w:val="22"/>
              </w:rPr>
            </w:pPr>
            <w:r w:rsidRPr="00DB6570">
              <w:rPr>
                <w:rFonts w:ascii="Times New Roman" w:hAnsi="Times New Roman" w:cs="Times New Roman"/>
                <w:b/>
                <w:sz w:val="22"/>
              </w:rPr>
              <w:t>Year 3</w:t>
            </w: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9A38F7A" w14:textId="77777777" w:rsidR="00D06858" w:rsidRPr="00DB6570" w:rsidRDefault="00D06858" w:rsidP="00D06858">
            <w:pPr>
              <w:spacing w:after="0" w:line="240" w:lineRule="auto"/>
              <w:jc w:val="center"/>
              <w:rPr>
                <w:rFonts w:ascii="Times New Roman" w:hAnsi="Times New Roman" w:cs="Times New Roman"/>
                <w:sz w:val="22"/>
              </w:rPr>
            </w:pPr>
            <w:r w:rsidRPr="00DB6570">
              <w:rPr>
                <w:rFonts w:ascii="Times New Roman" w:hAnsi="Times New Roman" w:cs="Times New Roman"/>
                <w:b/>
                <w:sz w:val="22"/>
              </w:rPr>
              <w:t>Year 4</w:t>
            </w: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2C3EE1F" w14:textId="77777777" w:rsidR="00D06858" w:rsidRPr="00DB6570" w:rsidRDefault="00D06858" w:rsidP="00D06858">
            <w:pPr>
              <w:spacing w:after="0" w:line="240" w:lineRule="auto"/>
              <w:jc w:val="center"/>
              <w:rPr>
                <w:rFonts w:ascii="Times New Roman" w:hAnsi="Times New Roman" w:cs="Times New Roman"/>
                <w:sz w:val="22"/>
              </w:rPr>
            </w:pPr>
            <w:r w:rsidRPr="00DB6570">
              <w:rPr>
                <w:rFonts w:ascii="Times New Roman" w:hAnsi="Times New Roman" w:cs="Times New Roman"/>
                <w:b/>
                <w:sz w:val="22"/>
              </w:rPr>
              <w:t>Year 5</w:t>
            </w:r>
          </w:p>
        </w:tc>
        <w:tc>
          <w:tcPr>
            <w:tcW w:w="1468" w:type="dxa"/>
            <w:vMerge/>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tcPr>
          <w:p w14:paraId="1192FAF3" w14:textId="77777777" w:rsidR="00D06858" w:rsidRPr="00DB6570" w:rsidRDefault="00D06858" w:rsidP="00D06858">
            <w:pPr>
              <w:spacing w:after="200" w:line="276" w:lineRule="auto"/>
              <w:rPr>
                <w:rFonts w:ascii="Times New Roman" w:hAnsi="Times New Roman" w:cs="Times New Roman"/>
                <w:sz w:val="22"/>
              </w:rPr>
            </w:pPr>
          </w:p>
        </w:tc>
        <w:tc>
          <w:tcPr>
            <w:tcW w:w="2448" w:type="dxa"/>
            <w:vMerge/>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tcPr>
          <w:p w14:paraId="4EB1EE07" w14:textId="77777777" w:rsidR="00D06858" w:rsidRPr="00DB6570" w:rsidRDefault="00D06858" w:rsidP="00D06858">
            <w:pPr>
              <w:spacing w:after="200" w:line="276" w:lineRule="auto"/>
              <w:rPr>
                <w:rFonts w:ascii="Times New Roman" w:hAnsi="Times New Roman" w:cs="Times New Roman"/>
                <w:sz w:val="22"/>
              </w:rPr>
            </w:pPr>
          </w:p>
        </w:tc>
      </w:tr>
      <w:tr w:rsidR="00D06858" w:rsidRPr="00DB6570" w14:paraId="374BAEF3" w14:textId="77777777" w:rsidTr="00D270E1">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B36C4ED" w14:textId="77777777" w:rsidR="00D06858" w:rsidRPr="00DB6570" w:rsidRDefault="00D06858" w:rsidP="00D06858">
            <w:pPr>
              <w:spacing w:after="0" w:line="240" w:lineRule="auto"/>
              <w:rPr>
                <w:rFonts w:ascii="Times New Roman" w:hAnsi="Times New Roman" w:cs="Times New Roman"/>
                <w:sz w:val="22"/>
              </w:rPr>
            </w:pPr>
            <w:r w:rsidRPr="00DB6570">
              <w:rPr>
                <w:rFonts w:ascii="Times New Roman" w:hAnsi="Times New Roman" w:cs="Times New Roman"/>
                <w:b/>
                <w:sz w:val="22"/>
              </w:rPr>
              <w:t>Total students enrolled in ACE-RFTIs host institutions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F2D7DB5"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F3C58C7"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926A3D5"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A67FE8B"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29CDE02"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6FDBF75"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FA69EFB"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62DD4DB"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5097A48F"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D836E80"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Female students enrolled in host institution</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633169D"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0F77773"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0AE5EA1"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7116E2"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87D87C"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B88D49B"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B5103B2"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E077EC9"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4C445DEA"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490DCFC"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Total students enrolled in ACE-RFTIs Departments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47AA3FD"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FF1DEBB"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CFA59CA"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B537A84"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C8FF585"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9CAA172"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DA059BF"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B9FCB3A"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5B8020DB"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5D3BEC9"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Female students enrolled in ACE-RFTIs Departments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74B0A9F"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4E35B49"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1320471"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6E145E3"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B42B8FC"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BF52C6"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D72462"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79BB51E"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03476E3D" w14:textId="77777777" w:rsidTr="00D270E1">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D794D0B" w14:textId="77777777" w:rsidR="00D06858" w:rsidRPr="00DB6570" w:rsidRDefault="00D06858" w:rsidP="00D06858">
            <w:pPr>
              <w:spacing w:after="0" w:line="240" w:lineRule="auto"/>
              <w:rPr>
                <w:rFonts w:ascii="Times New Roman" w:hAnsi="Times New Roman" w:cs="Times New Roman"/>
                <w:sz w:val="22"/>
              </w:rPr>
            </w:pPr>
            <w:r w:rsidRPr="00DB6570">
              <w:rPr>
                <w:rFonts w:ascii="Times New Roman" w:hAnsi="Times New Roman" w:cs="Times New Roman"/>
                <w:b/>
                <w:sz w:val="22"/>
              </w:rPr>
              <w:t>Newly enrolled students (national and regional) in approved programs/ courses in supported centers and RFTIs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18D96E2"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FE2278D"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214490E"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F43693C"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8292A1E"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E419C89"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61F133A"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13181A6"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4CA6199F"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65CBEB9"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PhD</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F0DB1A1"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B641F9E"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B1DB7BA"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E1E57C6"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D1A34DA"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16A54A8"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73E731E"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1D327AD"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3F85CC4C"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B31D9AE"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Master’s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278B7C8"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C2F701D"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2ECD70F"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3034213"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F0AB4C3"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8C558DC"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5EEB65B"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1D69102"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4B464479"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AFB5FE5"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Bachelor’s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89A9753"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DAC41C4"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463C449"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26DF452"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F42B26C"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CC3C1C2"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CED184E"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ECA204F"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557F7F18"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1BDC4A0"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Short Professional Courses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82D12D4"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4382DA7"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A3C22F3"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015C8D3"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EC62CEF"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3B67E0D"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B0E9F86"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B0AB99D"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1C8E020D"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73BAB5D"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Certificate/Diploma (RFTIs)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729DAFC"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BC2EB55"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FCB0A67"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B5AC1D1"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3CA7C2A"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A0A403B"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4F03A2"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04B1C6B"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66AC0AAF" w14:textId="77777777" w:rsidTr="00D270E1">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EF163A6" w14:textId="77777777" w:rsidR="00D06858" w:rsidRPr="00DB6570" w:rsidRDefault="00D06858" w:rsidP="00D06858">
            <w:pPr>
              <w:spacing w:after="0" w:line="240" w:lineRule="auto"/>
              <w:rPr>
                <w:rFonts w:ascii="Times New Roman" w:hAnsi="Times New Roman" w:cs="Times New Roman"/>
                <w:sz w:val="22"/>
              </w:rPr>
            </w:pPr>
            <w:r w:rsidRPr="00DB6570">
              <w:rPr>
                <w:rFonts w:ascii="Times New Roman" w:hAnsi="Times New Roman" w:cs="Times New Roman"/>
                <w:b/>
                <w:sz w:val="22"/>
              </w:rPr>
              <w:t>New enrolled female students (national and regional) in approved programs/courses in supported centers and RFTIs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D889040"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B12C2E3"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9CB5DEC"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9DF1050"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D817DFD"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BCB4433"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0044AF1"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FBBE779"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4A0F9B0F"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122D3FB"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PhD</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02B406A"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65302A3"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9992923"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3CC22B8"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95CC21D"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68FA123"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F2583F2"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D43B8A7"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4347E8C8"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3BC77B9"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Master’s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049D5EB"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BA04674"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EBB9ED1"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EC89583"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01C9769"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3E9624C"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B6CDE91"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AA33C29"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4906C9B5"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8BA0C1C"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Bachelor’s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46F64A3"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074B295"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7F3D127"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FAB8289"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1BB928C"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F1B0FF"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1FD997"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2EB541D"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3E1CB846"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474F142"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Short Professional Courses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55835E9"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41909AF"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F95307B"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971911C"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4D8C260"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AA5C999"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533BB8F"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CAF5A02"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0BCE4183"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ED61C16"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Certificate/Diploma (RFTIs)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7005CD9"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3F6B730"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DE9BC8"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90B1E5A"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A981C3E"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8803D2F"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B7F291"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DE16AE2"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34755EB9" w14:textId="77777777" w:rsidTr="00D270E1">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2B3F72A" w14:textId="77777777" w:rsidR="00D06858" w:rsidRPr="00DB6570" w:rsidRDefault="00D06858" w:rsidP="00D06858">
            <w:pPr>
              <w:spacing w:after="0" w:line="240" w:lineRule="auto"/>
              <w:rPr>
                <w:rFonts w:ascii="Times New Roman" w:hAnsi="Times New Roman" w:cs="Times New Roman"/>
                <w:sz w:val="22"/>
              </w:rPr>
            </w:pPr>
            <w:r w:rsidRPr="00DB6570">
              <w:rPr>
                <w:rFonts w:ascii="Times New Roman" w:hAnsi="Times New Roman" w:cs="Times New Roman"/>
                <w:b/>
                <w:sz w:val="22"/>
              </w:rPr>
              <w:t>New enrolled regional students in approved programs/courses in supported centers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D1DBF0E"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93749CB"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916A2BA"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46D72F7"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5E04CD0"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8EFB4A9"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EF27CDA"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7AC9FA4"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1B172227"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5BFBAB3"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PhD</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76A102F"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FBCCE4"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8F01D5E"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EA3977B"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4F73EF2"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C36AE04"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8BEC311"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94E476F"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33969808"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185E7D1"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Master’s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91B18DC"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F95AB41"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BD7B5B4"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D62931B"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9B24F0C"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88F49D7"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C1085B5"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0E67155"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5CC9DC59"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3532FB1"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Bachelor’s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596967"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2D4E91"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32BC25A"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0CBE0F2"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8816D1E"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844037F"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446F2AE"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0D8EB5B"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35542731"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7171773"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Short Professional Courses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EB7DCD"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446184E"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01F6BB0"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0730273"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731C281"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FFA8B4"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F7D30F"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68E634"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2A87BC97"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8705585"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Certificate/Diploma (RFTIs)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88DBD8A"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0AD121A"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9C4769"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86C6A6C"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23BA4ED"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532DCF4"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B537A11"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7EE0EC"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605A8CA3" w14:textId="77777777" w:rsidTr="00D270E1">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45AB443" w14:textId="77777777" w:rsidR="00D06858" w:rsidRPr="00DB6570" w:rsidRDefault="00D06858" w:rsidP="00D06858">
            <w:pPr>
              <w:spacing w:after="0" w:line="240" w:lineRule="auto"/>
              <w:rPr>
                <w:rFonts w:ascii="Times New Roman" w:hAnsi="Times New Roman" w:cs="Times New Roman"/>
                <w:sz w:val="22"/>
              </w:rPr>
            </w:pPr>
            <w:r w:rsidRPr="00DB6570">
              <w:rPr>
                <w:rFonts w:ascii="Times New Roman" w:hAnsi="Times New Roman" w:cs="Times New Roman"/>
                <w:b/>
                <w:sz w:val="22"/>
              </w:rPr>
              <w:t>Patents, prototypes/start-ups or technologies incubated or commercialized by centers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6C24C27"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6F03788"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88F1B32"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5132F3E"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C0854D0"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6AA69A2"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2A33CEC"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B65181B"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628F59AE"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CD23856"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Patents filed or granted</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7C7FD07"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E42E1D0"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6DDD488"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72F5BCB"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EE15449"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56B50AF"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1030D15"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D19D1B7"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5853FD17"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0706052"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Prototypes developed</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22C0A25"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E8E1DE9"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D1E3FC6"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C815763"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023D3F"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5F449EB"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7C48069"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87EECED"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3182E60C"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9212FA7"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Start-ups incubated or spun out</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92DDA67"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F209F38"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18926A5"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59C7929"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EE0DEFB"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3D708CC"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B7923C4"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15E161C"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24645C1F"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5C024D8"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Technologies commercialized</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75214B6"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2F16454"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1A2DF07"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052FAB1"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682866"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8E2B191"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BC2B95A"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84D9BF3"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2B6C39D6" w14:textId="77777777" w:rsidTr="00D270E1">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92ED67F" w14:textId="77777777" w:rsidR="00D06858" w:rsidRPr="00DB6570" w:rsidRDefault="00D06858" w:rsidP="00D06858">
            <w:pPr>
              <w:spacing w:after="0" w:line="240" w:lineRule="auto"/>
              <w:rPr>
                <w:rFonts w:ascii="Times New Roman" w:hAnsi="Times New Roman" w:cs="Times New Roman"/>
                <w:sz w:val="22"/>
              </w:rPr>
            </w:pPr>
            <w:r w:rsidRPr="00DB6570">
              <w:rPr>
                <w:rFonts w:ascii="Times New Roman" w:hAnsi="Times New Roman" w:cs="Times New Roman"/>
                <w:b/>
                <w:sz w:val="22"/>
              </w:rPr>
              <w:t>Students completing approved programs/courses in supported centers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4E799AE"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3FF965B"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F37FB5A"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1B25A73"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244D4CD"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5A4B363"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A829A8F"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F701F44"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3190F328"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1F3A12E"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PhD</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A7B44C5"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09F223"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9B07DF"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489EA14"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9E5C29B"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E6776C5"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24441D3"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F9E28D3"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731E4456"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0CD0A78"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Master’s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5175543"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B2EE9F9"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1D2A808"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9852C0C"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4F7ACFD"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CB43D93"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9AB1E2C"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4B15BDF"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456E1DA9"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B309EA3"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Bachelor’s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342B5BF"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14334D4"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4E9E0E"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5124E6F"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A57DFE0"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8346F69"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EA30396"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ECD4F76"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56D69580"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C74B449"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Short Professional Courses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43530D6"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79F2CD3"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0878581"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195A17"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9A1EEFB"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45A1017"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E281468"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2A3894A"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38243C14"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132437F"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Certificate/Diploma (RFTIs)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0540A26"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3161153"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0A360FF"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6CD01C9"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1CA4C45"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8DCBB27"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704709B"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060AEF2"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2D3FFA0F" w14:textId="77777777" w:rsidTr="00D270E1">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1218DA7" w14:textId="77777777" w:rsidR="00D06858" w:rsidRPr="00DB6570" w:rsidRDefault="00D06858" w:rsidP="00D06858">
            <w:pPr>
              <w:spacing w:after="0" w:line="240" w:lineRule="auto"/>
              <w:rPr>
                <w:rFonts w:ascii="Times New Roman" w:hAnsi="Times New Roman" w:cs="Times New Roman"/>
                <w:sz w:val="22"/>
              </w:rPr>
            </w:pPr>
            <w:r w:rsidRPr="00DB6570">
              <w:rPr>
                <w:rFonts w:ascii="Times New Roman" w:hAnsi="Times New Roman" w:cs="Times New Roman"/>
                <w:b/>
                <w:sz w:val="22"/>
              </w:rPr>
              <w:t>Female Students completing from approved programs/courses in supported centers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F4416F5"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231A64B"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5C57DA9"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472A440"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D13D54A"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CEA2789"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DFBA0B0"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9506BAF"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68874D3F"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A68D0FE"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PhD</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22654F2"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395BC5A"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267AD06"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E65A156"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EB3822"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9D54CA9"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6EAE735"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CB4A0BC"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483D493E"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9AB5AF5"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Master’s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DCD2027"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1574605"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25FD16"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86B3BF0"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4E74546"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7595529"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24F1B8"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959E1EE"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79C9B210"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22FAAEF"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Bachelor’s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9BD83BE"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673DFAC"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658A68D"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1FA1344"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1C1D957"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4BBBCF1"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14C3753"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F359D3"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3044302D"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9C11BC7"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Short Professional Courses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05386D3"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F6804D9"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48EDB84"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78812F8"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4CA0E4"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8C51AC7"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CA116DE"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F6FC92"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7EBD9755"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2F8FE99"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Certificate/Diploma (RFTIs)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54BFBA9"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F02788F"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CD7CA96"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D839EA7"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D6A556B"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35BC12B"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20E332F"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5CE847E"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427DC1BE" w14:textId="77777777" w:rsidTr="00D270E1">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A63959C" w14:textId="77777777" w:rsidR="00D06858" w:rsidRPr="00DB6570" w:rsidRDefault="00D06858" w:rsidP="00D06858">
            <w:pPr>
              <w:spacing w:after="0" w:line="240" w:lineRule="auto"/>
              <w:rPr>
                <w:rFonts w:ascii="Times New Roman" w:hAnsi="Times New Roman" w:cs="Times New Roman"/>
                <w:sz w:val="22"/>
              </w:rPr>
            </w:pPr>
            <w:r w:rsidRPr="00DB6570">
              <w:rPr>
                <w:rFonts w:ascii="Times New Roman" w:hAnsi="Times New Roman" w:cs="Times New Roman"/>
                <w:b/>
                <w:sz w:val="22"/>
              </w:rPr>
              <w:t>Students in supported centers and RFTIs participating in internships in relevant institutions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96F53B7"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EEB8FB6"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DF51919"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ED0C826"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A9B1B24"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B6D1CE7"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3FAA82D"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212B385"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1149546D"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D7E7A5A"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Internships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828B0DA"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C15733D"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DF2AF0C"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2322892"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94B07E9"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E7B4931"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B3BB96"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C303AB6"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3CF55C63"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5389A43"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Apprenticeship/work-based learning</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782CCD1"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FF8248C"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D9EF8A8"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6B63127"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6888320"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E1B5A48"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A637F82"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61F61BD"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28563843" w14:textId="77777777" w:rsidTr="00D270E1">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BE61BCE" w14:textId="77777777" w:rsidR="00D06858" w:rsidRPr="00DB6570" w:rsidRDefault="00D06858" w:rsidP="00D06858">
            <w:pPr>
              <w:spacing w:after="0" w:line="240" w:lineRule="auto"/>
              <w:rPr>
                <w:rFonts w:ascii="Times New Roman" w:hAnsi="Times New Roman" w:cs="Times New Roman"/>
                <w:sz w:val="22"/>
              </w:rPr>
            </w:pPr>
            <w:r w:rsidRPr="00DB6570">
              <w:rPr>
                <w:rFonts w:ascii="Times New Roman" w:hAnsi="Times New Roman" w:cs="Times New Roman"/>
                <w:b/>
                <w:sz w:val="22"/>
              </w:rPr>
              <w:t>Research publications in international recognized peer reviewed journals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5C57F82"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4B9779D"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A2EB6A1"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D20E3E1"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1D2FAB7"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5E91F5E"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B65074E"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DD610FA"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1392773F" w14:textId="77777777" w:rsidTr="00D270E1">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EB93C55" w14:textId="77777777" w:rsidR="00D06858" w:rsidRPr="00DB6570" w:rsidRDefault="00D06858" w:rsidP="00D06858">
            <w:pPr>
              <w:spacing w:after="0" w:line="240" w:lineRule="auto"/>
              <w:rPr>
                <w:rFonts w:ascii="Times New Roman" w:hAnsi="Times New Roman" w:cs="Times New Roman"/>
                <w:sz w:val="22"/>
              </w:rPr>
            </w:pPr>
            <w:r w:rsidRPr="00DB6570">
              <w:rPr>
                <w:rFonts w:ascii="Times New Roman" w:hAnsi="Times New Roman" w:cs="Times New Roman"/>
                <w:b/>
                <w:sz w:val="22"/>
              </w:rPr>
              <w:t>Competitive applied research and innovation grants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34C421F"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F9196C6"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F51F8FB"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6C980DD"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B61634C"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22B1941"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A748065"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26E7BDB"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706165E1" w14:textId="77777777" w:rsidTr="00D270E1">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4F57AEF" w14:textId="77777777" w:rsidR="00D06858" w:rsidRPr="00DB6570" w:rsidRDefault="00D06858" w:rsidP="00D06858">
            <w:pPr>
              <w:spacing w:after="0" w:line="240" w:lineRule="auto"/>
              <w:rPr>
                <w:rFonts w:ascii="Times New Roman" w:hAnsi="Times New Roman" w:cs="Times New Roman"/>
                <w:sz w:val="22"/>
              </w:rPr>
            </w:pPr>
            <w:r w:rsidRPr="00DB6570">
              <w:rPr>
                <w:rFonts w:ascii="Times New Roman" w:hAnsi="Times New Roman" w:cs="Times New Roman"/>
                <w:b/>
                <w:sz w:val="22"/>
              </w:rPr>
              <w:t>Amount of externally generated revenue by the centers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87A14DE"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E7F4DCF"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4D8CAC8"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BE80033"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E5C5814"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7ABCFE9"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553CC8D"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ADB0BD2"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1A16F8BE" w14:textId="77777777" w:rsidTr="00D270E1">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38E6CD6" w14:textId="77777777" w:rsidR="00D06858" w:rsidRPr="00DB6570" w:rsidRDefault="00D06858" w:rsidP="00D06858">
            <w:pPr>
              <w:spacing w:after="0" w:line="240" w:lineRule="auto"/>
              <w:rPr>
                <w:rFonts w:ascii="Times New Roman" w:hAnsi="Times New Roman" w:cs="Times New Roman"/>
                <w:sz w:val="22"/>
              </w:rPr>
            </w:pPr>
            <w:r w:rsidRPr="00DB6570">
              <w:rPr>
                <w:rFonts w:ascii="Times New Roman" w:hAnsi="Times New Roman" w:cs="Times New Roman"/>
                <w:b/>
                <w:sz w:val="22"/>
              </w:rPr>
              <w:t>Completion of Institutional functional improvements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9F23092"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B3E4149"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E5B44BD"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E6901D8"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D78869F"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3D162B7"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2C50855"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BDD767A"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39D534E4"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E51635E"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Career services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5DFEE5"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808407B"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F9E6562"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A42B01"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712AD5E"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291A71F"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8C51E09"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D1E2DF0"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1533969A"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35AED76"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Digitalization, or innovation support systems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254B185"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2AF323"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8BE6BEB"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C3EE6EB"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42DA954"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6C5BAD5"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A9D4382"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E33D308"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4EEFB1D0"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7254A5D"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Innovation support systems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CA2C95E"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C141774"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9D4A42A"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DAAD619"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DE433B5"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6A06A30"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3169F90"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5F40EFD"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31EF940C" w14:textId="77777777" w:rsidTr="00D270E1">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C85685B" w14:textId="77777777" w:rsidR="00D06858" w:rsidRPr="00DB6570" w:rsidRDefault="00D06858" w:rsidP="00D06858">
            <w:pPr>
              <w:spacing w:after="0" w:line="240" w:lineRule="auto"/>
              <w:rPr>
                <w:rFonts w:ascii="Times New Roman" w:hAnsi="Times New Roman" w:cs="Times New Roman"/>
                <w:sz w:val="22"/>
              </w:rPr>
            </w:pPr>
            <w:r w:rsidRPr="00DB6570">
              <w:rPr>
                <w:rFonts w:ascii="Times New Roman" w:hAnsi="Times New Roman" w:cs="Times New Roman"/>
                <w:b/>
                <w:sz w:val="22"/>
              </w:rPr>
              <w:t>Number of approved programs receiving accreditation</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5014534"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CC87CB6"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2651B06"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BCA84E8"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35975F2"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A0EB18F"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0BEA37A"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C9241B6"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214884FA"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F0F5B49"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National</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B2DF1F0"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CA745AD"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828CE3F"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07D1CE7"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CAB7D7"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DFB787E"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34A34E5"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0DBF4BB"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249E94E9"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6222988"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Regional</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7A047E3"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AF27E24"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3DE3180"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E1DD03F"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8CAC513"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5F7289E"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5DE1082"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2C46A3"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58DBAFF1"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2C3833C"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International</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18E97C5"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6614DE2"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DF5D7D4"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B65BC1B"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8EE145A"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08F918B"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ECF5AF6"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3E1648F"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01675514" w14:textId="77777777" w:rsidTr="00D270E1">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EF9A343" w14:textId="77777777" w:rsidR="00D06858" w:rsidRPr="00DB6570" w:rsidRDefault="00D06858" w:rsidP="00D06858">
            <w:pPr>
              <w:spacing w:after="0" w:line="240" w:lineRule="auto"/>
              <w:rPr>
                <w:rFonts w:ascii="Times New Roman" w:hAnsi="Times New Roman" w:cs="Times New Roman"/>
                <w:sz w:val="22"/>
              </w:rPr>
            </w:pPr>
            <w:r w:rsidRPr="00DB6570">
              <w:rPr>
                <w:rFonts w:ascii="Times New Roman" w:hAnsi="Times New Roman" w:cs="Times New Roman"/>
                <w:b/>
                <w:sz w:val="22"/>
              </w:rPr>
              <w:t>Share of graduates in productive employment within priority sectors, within 6 months of graduation</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9F94510"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ADB5D3C"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C94D29D"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460A8C8"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B37A8AC"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14E81CF"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BD6CC4C"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A68613E"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31462F0E"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43793AA"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Share of Female graduates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28D1D4"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00674C7"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2BACA10"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2E6A480"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541906D"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F4E7BD7"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0F1C391"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5E8710F"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51E91C20" w14:textId="77777777" w:rsidTr="00D270E1">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C88076C" w14:textId="77777777" w:rsidR="00D06858" w:rsidRPr="00DB6570" w:rsidRDefault="00D06858" w:rsidP="00D06858">
            <w:pPr>
              <w:spacing w:after="0" w:line="240" w:lineRule="auto"/>
              <w:rPr>
                <w:rFonts w:ascii="Times New Roman" w:hAnsi="Times New Roman" w:cs="Times New Roman"/>
                <w:sz w:val="22"/>
              </w:rPr>
            </w:pPr>
            <w:r w:rsidRPr="00DB6570">
              <w:rPr>
                <w:rFonts w:ascii="Times New Roman" w:hAnsi="Times New Roman" w:cs="Times New Roman"/>
                <w:b/>
                <w:sz w:val="22"/>
              </w:rPr>
              <w:t>Training programs established in priority value chains, co-designed or co-financed with employers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991A42F"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35472EC"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9C98506"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3012759"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E4F5807"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4F0BE16"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2B93F04"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7B33AF2"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1DFD638E"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6E8C9AB"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Advanced and post-graduate programs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8DA15A"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373D9D4"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E787593"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E438742"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FA8B663"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69AB6A"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EE1C4DE"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64A5DCC"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5D066539"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CE10F96"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Technician and mid-level workforce development</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11FAE89"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777645C"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A51E5CD"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2E9E09C"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15A9351"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AD271AE"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5FDF3A"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70384B1"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4BBFC1E0" w14:textId="77777777" w:rsidTr="00D270E1">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9661D56" w14:textId="77777777" w:rsidR="00D06858" w:rsidRPr="00DB6570" w:rsidRDefault="00D06858" w:rsidP="00D06858">
            <w:pPr>
              <w:spacing w:after="0" w:line="240" w:lineRule="auto"/>
              <w:rPr>
                <w:rFonts w:ascii="Times New Roman" w:hAnsi="Times New Roman" w:cs="Times New Roman"/>
                <w:sz w:val="22"/>
              </w:rPr>
            </w:pPr>
            <w:r w:rsidRPr="00DB6570">
              <w:rPr>
                <w:rFonts w:ascii="Times New Roman" w:hAnsi="Times New Roman" w:cs="Times New Roman"/>
                <w:b/>
                <w:sz w:val="22"/>
              </w:rPr>
              <w:t>Faculty Supported trained</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D806015"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0F2D86E"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F659C6B"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82EB85E"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363F180"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C347F03"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4F962D2"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E50C5C5"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1DC0B4AE"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7D87C4"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Academic staff</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8CE386D"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579FB7"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E96FB76"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1399863"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997E27C"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2D884B1"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7674562"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FDD7439"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2A7BF8E1"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4E0485D"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Staff (Faculty/Instructors/Trainers) who have completed outreach/industry attachment (≥1 month)</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B44C066"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795CDC5"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03A156"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B511E82"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20C38E5"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EF709A"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1BF7B65"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9ED950C"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6697DD9F"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1078B9A"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Technical/lab staff and instructors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983982B"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87181F6"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5939A21"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A8C9CB5"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F64B8D9"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61448A8"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334171E"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067BBAE" w14:textId="77777777" w:rsidR="00D06858" w:rsidRPr="00DB6570" w:rsidRDefault="00D06858" w:rsidP="00D06858">
            <w:pPr>
              <w:spacing w:after="0" w:line="240" w:lineRule="auto"/>
              <w:rPr>
                <w:rFonts w:ascii="Times New Roman" w:hAnsi="Times New Roman" w:cs="Times New Roman"/>
                <w:sz w:val="22"/>
              </w:rPr>
            </w:pPr>
          </w:p>
        </w:tc>
      </w:tr>
      <w:tr w:rsidR="00D06858" w:rsidRPr="00DB6570" w14:paraId="51F22A2B"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B1E0DAD" w14:textId="77777777" w:rsidR="00D06858" w:rsidRPr="00DB6570" w:rsidRDefault="00D06858" w:rsidP="00D06858">
            <w:pPr>
              <w:spacing w:after="0" w:line="240" w:lineRule="auto"/>
              <w:ind w:left="115"/>
              <w:rPr>
                <w:rFonts w:ascii="Times New Roman" w:hAnsi="Times New Roman" w:cs="Times New Roman"/>
                <w:sz w:val="22"/>
              </w:rPr>
            </w:pPr>
            <w:r w:rsidRPr="00DB6570">
              <w:rPr>
                <w:rFonts w:ascii="Times New Roman" w:hAnsi="Times New Roman" w:cs="Times New Roman"/>
                <w:sz w:val="22"/>
              </w:rPr>
              <w:t>Administrative staff</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AFF9BC8"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B084443"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72F9AE0"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85569BB"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FC5E30E" w14:textId="77777777" w:rsidR="00D06858" w:rsidRPr="00DB6570" w:rsidRDefault="00D06858" w:rsidP="00D06858">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5A46BCC" w14:textId="77777777" w:rsidR="00D06858" w:rsidRPr="00DB6570" w:rsidRDefault="00D06858" w:rsidP="00D06858">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FC85789" w14:textId="77777777" w:rsidR="00D06858" w:rsidRPr="00DB6570" w:rsidRDefault="00D06858" w:rsidP="00D06858">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3D3084D" w14:textId="77777777" w:rsidR="00D06858" w:rsidRPr="00DB6570" w:rsidRDefault="00D06858" w:rsidP="00D06858">
            <w:pPr>
              <w:spacing w:after="0" w:line="240" w:lineRule="auto"/>
              <w:rPr>
                <w:rFonts w:ascii="Times New Roman" w:hAnsi="Times New Roman" w:cs="Times New Roman"/>
                <w:sz w:val="22"/>
              </w:rPr>
            </w:pPr>
          </w:p>
        </w:tc>
      </w:tr>
    </w:tbl>
    <w:p w14:paraId="41F37F27" w14:textId="77777777" w:rsidR="00A7496E" w:rsidRPr="00DB6570" w:rsidRDefault="00A7496E">
      <w:pPr>
        <w:rPr>
          <w:rFonts w:ascii="Times New Roman" w:hAnsi="Times New Roman" w:cs="Times New Roman"/>
          <w:sz w:val="22"/>
        </w:rPr>
      </w:pPr>
    </w:p>
    <w:p w14:paraId="427DFAFD" w14:textId="1AE8EF29" w:rsidR="00322195" w:rsidRPr="00DB6570" w:rsidRDefault="00175876" w:rsidP="00150A02">
      <w:pPr>
        <w:pStyle w:val="Heading2"/>
        <w:rPr>
          <w:rFonts w:ascii="Times New Roman" w:hAnsi="Times New Roman" w:cs="Times New Roman"/>
          <w:color w:val="auto"/>
          <w:sz w:val="22"/>
          <w:szCs w:val="22"/>
        </w:rPr>
      </w:pPr>
      <w:bookmarkStart w:id="54" w:name="_Toc237525249"/>
      <w:r w:rsidRPr="00DB6570">
        <w:rPr>
          <w:rFonts w:ascii="Times New Roman" w:hAnsi="Times New Roman" w:cs="Times New Roman"/>
          <w:color w:val="auto"/>
          <w:sz w:val="22"/>
          <w:szCs w:val="22"/>
        </w:rPr>
        <w:t>4.</w:t>
      </w:r>
      <w:r w:rsidR="00F56215" w:rsidRPr="00DB6570">
        <w:rPr>
          <w:rFonts w:ascii="Times New Roman" w:hAnsi="Times New Roman" w:cs="Times New Roman"/>
          <w:color w:val="auto"/>
          <w:sz w:val="22"/>
          <w:szCs w:val="22"/>
        </w:rPr>
        <w:t>20</w:t>
      </w:r>
      <w:r w:rsidRPr="00DB6570">
        <w:rPr>
          <w:rFonts w:ascii="Times New Roman" w:hAnsi="Times New Roman" w:cs="Times New Roman"/>
          <w:color w:val="auto"/>
          <w:sz w:val="22"/>
          <w:szCs w:val="22"/>
        </w:rPr>
        <w:t xml:space="preserve"> </w:t>
      </w:r>
      <w:r w:rsidR="00322195" w:rsidRPr="00DB6570">
        <w:rPr>
          <w:rFonts w:ascii="Times New Roman" w:hAnsi="Times New Roman" w:cs="Times New Roman"/>
          <w:color w:val="auto"/>
          <w:sz w:val="22"/>
          <w:szCs w:val="22"/>
        </w:rPr>
        <w:t>First 18-Months Procurement Plan</w:t>
      </w:r>
      <w:bookmarkEnd w:id="54"/>
    </w:p>
    <w:p w14:paraId="76128BC8" w14:textId="30A1FE44" w:rsidR="00322195" w:rsidRPr="00DB6570" w:rsidRDefault="00322195" w:rsidP="00322195">
      <w:pPr>
        <w:pStyle w:val="GuidanceText"/>
        <w:keepNext/>
        <w:rPr>
          <w:rFonts w:ascii="Times New Roman" w:hAnsi="Times New Roman" w:cs="Times New Roman"/>
          <w:color w:val="auto"/>
          <w:sz w:val="22"/>
        </w:rPr>
      </w:pPr>
      <w:r w:rsidRPr="00DB6570">
        <w:rPr>
          <w:rFonts w:ascii="Times New Roman" w:hAnsi="Times New Roman" w:cs="Times New Roman"/>
          <w:color w:val="auto"/>
          <w:sz w:val="22"/>
        </w:rPr>
        <w:t>List all major goods, works, non-consulting services and consulting assignments</w:t>
      </w:r>
      <w:r w:rsidR="00C940B8" w:rsidRPr="00DB6570">
        <w:rPr>
          <w:rFonts w:ascii="Times New Roman" w:hAnsi="Times New Roman" w:cs="Times New Roman"/>
          <w:color w:val="auto"/>
          <w:sz w:val="22"/>
        </w:rPr>
        <w:t xml:space="preserve"> (major procurement activity e.g., above US$100,000 or strategically important</w:t>
      </w:r>
      <w:r w:rsidR="00161DEF" w:rsidRPr="00DB6570">
        <w:rPr>
          <w:rFonts w:ascii="Times New Roman" w:hAnsi="Times New Roman" w:cs="Times New Roman"/>
          <w:color w:val="auto"/>
          <w:sz w:val="22"/>
        </w:rPr>
        <w:t xml:space="preserve"> contracts)</w:t>
      </w:r>
      <w:r w:rsidRPr="00DB6570">
        <w:rPr>
          <w:rFonts w:ascii="Times New Roman" w:hAnsi="Times New Roman" w:cs="Times New Roman"/>
          <w:color w:val="auto"/>
          <w:sz w:val="22"/>
        </w:rPr>
        <w:t>. Values, methods and timing should be consistent with the budget and technical work plan. Include readiness actions such as specifications, designs and approvals</w:t>
      </w:r>
      <w:r w:rsidR="00CD0C0B" w:rsidRPr="00DB6570">
        <w:rPr>
          <w:rFonts w:ascii="Times New Roman" w:hAnsi="Times New Roman" w:cs="Times New Roman"/>
          <w:color w:val="auto"/>
          <w:sz w:val="22"/>
        </w:rPr>
        <w:t xml:space="preserve"> that will be required </w:t>
      </w:r>
      <w:r w:rsidR="00A35F94" w:rsidRPr="00DB6570">
        <w:rPr>
          <w:rFonts w:ascii="Times New Roman" w:hAnsi="Times New Roman" w:cs="Times New Roman"/>
          <w:color w:val="auto"/>
          <w:sz w:val="22"/>
        </w:rPr>
        <w:t>prior to procurement</w:t>
      </w:r>
      <w:r w:rsidRPr="00DB6570">
        <w:rPr>
          <w:rFonts w:ascii="Times New Roman" w:hAnsi="Times New Roman" w:cs="Times New Roman"/>
          <w:color w:val="auto"/>
          <w:sz w:val="22"/>
        </w:rPr>
        <w:t>.</w:t>
      </w:r>
    </w:p>
    <w:p w14:paraId="4089699F" w14:textId="77777777" w:rsidR="00322195" w:rsidRPr="00DB6570" w:rsidRDefault="00322195" w:rsidP="00322195">
      <w:pPr>
        <w:spacing w:after="0" w:line="20" w:lineRule="exact"/>
        <w:rPr>
          <w:rFonts w:ascii="Times New Roman" w:hAnsi="Times New Roman" w:cs="Times New Roman"/>
          <w:sz w:val="22"/>
        </w:rPr>
        <w:sectPr w:rsidR="00322195" w:rsidRPr="00DB6570" w:rsidSect="005E44DD">
          <w:pgSz w:w="16838" w:h="11906" w:orient="landscape"/>
          <w:pgMar w:top="1020" w:right="964" w:bottom="1020" w:left="907" w:header="454" w:footer="454" w:gutter="0"/>
          <w:cols w:space="720"/>
          <w:docGrid w:linePitch="360"/>
        </w:sectPr>
      </w:pPr>
      <w:r w:rsidRPr="00DB6570">
        <w:rPr>
          <w:rFonts w:ascii="Times New Roman" w:hAnsi="Times New Roman" w:cs="Times New Roman"/>
          <w:vanish/>
          <w:sz w:val="22"/>
        </w:rPr>
        <w:t xml:space="preserve"> </w:t>
      </w:r>
    </w:p>
    <w:tbl>
      <w:tblPr>
        <w:tblStyle w:val="TableGrid"/>
        <w:tblW w:w="5000" w:type="pct"/>
        <w:jc w:val="center"/>
        <w:tblLook w:val="04A0" w:firstRow="1" w:lastRow="0" w:firstColumn="1" w:lastColumn="0" w:noHBand="0" w:noVBand="1"/>
      </w:tblPr>
      <w:tblGrid>
        <w:gridCol w:w="2428"/>
        <w:gridCol w:w="2325"/>
        <w:gridCol w:w="2391"/>
        <w:gridCol w:w="2364"/>
        <w:gridCol w:w="2325"/>
        <w:gridCol w:w="3124"/>
      </w:tblGrid>
      <w:tr w:rsidR="00C2155E" w:rsidRPr="00DB6570" w14:paraId="4C2B10E1" w14:textId="77777777" w:rsidTr="00DB6B89">
        <w:trPr>
          <w:tblHeader/>
          <w:jc w:val="center"/>
        </w:trPr>
        <w:tc>
          <w:tcPr>
            <w:tcW w:w="811" w:type="pct"/>
            <w:tcMar>
              <w:top w:w="70" w:type="dxa"/>
              <w:left w:w="70" w:type="dxa"/>
              <w:bottom w:w="70" w:type="dxa"/>
              <w:right w:w="70" w:type="dxa"/>
            </w:tcMar>
          </w:tcPr>
          <w:p w14:paraId="60255D40" w14:textId="77777777" w:rsidR="00C2155E" w:rsidRPr="00DB6570" w:rsidRDefault="00C2155E" w:rsidP="00D270E1">
            <w:pPr>
              <w:rPr>
                <w:rFonts w:ascii="Times New Roman" w:hAnsi="Times New Roman" w:cs="Times New Roman"/>
                <w:sz w:val="22"/>
              </w:rPr>
            </w:pPr>
            <w:r w:rsidRPr="00DB6570">
              <w:rPr>
                <w:rFonts w:ascii="Times New Roman" w:hAnsi="Times New Roman" w:cs="Times New Roman"/>
                <w:b/>
                <w:sz w:val="22"/>
              </w:rPr>
              <w:t>Package / description</w:t>
            </w:r>
          </w:p>
        </w:tc>
        <w:tc>
          <w:tcPr>
            <w:tcW w:w="777" w:type="pct"/>
            <w:tcMar>
              <w:top w:w="70" w:type="dxa"/>
              <w:left w:w="70" w:type="dxa"/>
              <w:bottom w:w="70" w:type="dxa"/>
              <w:right w:w="70" w:type="dxa"/>
            </w:tcMar>
          </w:tcPr>
          <w:p w14:paraId="41352567" w14:textId="77777777" w:rsidR="00C2155E" w:rsidRPr="00DB6570" w:rsidRDefault="00C2155E" w:rsidP="00D270E1">
            <w:pPr>
              <w:rPr>
                <w:rFonts w:ascii="Times New Roman" w:hAnsi="Times New Roman" w:cs="Times New Roman"/>
                <w:sz w:val="22"/>
              </w:rPr>
            </w:pPr>
            <w:r w:rsidRPr="00DB6570">
              <w:rPr>
                <w:rFonts w:ascii="Times New Roman" w:hAnsi="Times New Roman" w:cs="Times New Roman"/>
                <w:b/>
                <w:sz w:val="22"/>
              </w:rPr>
              <w:t>Purpose / linked activity</w:t>
            </w:r>
          </w:p>
        </w:tc>
        <w:tc>
          <w:tcPr>
            <w:tcW w:w="799" w:type="pct"/>
            <w:tcMar>
              <w:top w:w="70" w:type="dxa"/>
              <w:left w:w="70" w:type="dxa"/>
              <w:bottom w:w="70" w:type="dxa"/>
              <w:right w:w="70" w:type="dxa"/>
            </w:tcMar>
          </w:tcPr>
          <w:p w14:paraId="2EE8AAD3" w14:textId="77777777" w:rsidR="00C2155E" w:rsidRPr="00DB6570" w:rsidRDefault="00C2155E" w:rsidP="00D270E1">
            <w:pPr>
              <w:rPr>
                <w:rFonts w:ascii="Times New Roman" w:hAnsi="Times New Roman" w:cs="Times New Roman"/>
                <w:sz w:val="22"/>
              </w:rPr>
            </w:pPr>
            <w:r w:rsidRPr="00DB6570">
              <w:rPr>
                <w:rFonts w:ascii="Times New Roman" w:hAnsi="Times New Roman" w:cs="Times New Roman"/>
                <w:b/>
                <w:sz w:val="22"/>
              </w:rPr>
              <w:t>Estimated cost (USD)</w:t>
            </w:r>
          </w:p>
        </w:tc>
        <w:tc>
          <w:tcPr>
            <w:tcW w:w="790" w:type="pct"/>
            <w:tcMar>
              <w:top w:w="70" w:type="dxa"/>
              <w:left w:w="70" w:type="dxa"/>
              <w:bottom w:w="70" w:type="dxa"/>
              <w:right w:w="70" w:type="dxa"/>
            </w:tcMar>
          </w:tcPr>
          <w:p w14:paraId="2EEE224A" w14:textId="4A01E0BA" w:rsidR="00C2155E" w:rsidRPr="00DB6570" w:rsidRDefault="00C2155E" w:rsidP="00D270E1">
            <w:pPr>
              <w:rPr>
                <w:rFonts w:ascii="Times New Roman" w:hAnsi="Times New Roman" w:cs="Times New Roman"/>
                <w:sz w:val="22"/>
              </w:rPr>
            </w:pPr>
            <w:r w:rsidRPr="00DB6570">
              <w:rPr>
                <w:rFonts w:ascii="Times New Roman" w:hAnsi="Times New Roman" w:cs="Times New Roman"/>
                <w:b/>
                <w:sz w:val="22"/>
              </w:rPr>
              <w:t>Procurement strategy e.g. open competition, selective competition, direct contracting</w:t>
            </w:r>
          </w:p>
        </w:tc>
        <w:tc>
          <w:tcPr>
            <w:tcW w:w="777" w:type="pct"/>
            <w:tcMar>
              <w:top w:w="70" w:type="dxa"/>
              <w:left w:w="70" w:type="dxa"/>
              <w:bottom w:w="70" w:type="dxa"/>
              <w:right w:w="70" w:type="dxa"/>
            </w:tcMar>
          </w:tcPr>
          <w:p w14:paraId="00A64F39" w14:textId="77777777" w:rsidR="00C2155E" w:rsidRPr="00DB6570" w:rsidRDefault="00C2155E" w:rsidP="00D270E1">
            <w:pPr>
              <w:rPr>
                <w:rFonts w:ascii="Times New Roman" w:hAnsi="Times New Roman" w:cs="Times New Roman"/>
                <w:sz w:val="22"/>
              </w:rPr>
            </w:pPr>
            <w:r w:rsidRPr="00DB6570">
              <w:rPr>
                <w:rFonts w:ascii="Times New Roman" w:hAnsi="Times New Roman" w:cs="Times New Roman"/>
                <w:b/>
                <w:sz w:val="22"/>
              </w:rPr>
              <w:t>Planned quarter / year</w:t>
            </w:r>
          </w:p>
        </w:tc>
        <w:tc>
          <w:tcPr>
            <w:tcW w:w="1044" w:type="pct"/>
            <w:tcMar>
              <w:top w:w="70" w:type="dxa"/>
              <w:left w:w="70" w:type="dxa"/>
              <w:bottom w:w="70" w:type="dxa"/>
              <w:right w:w="70" w:type="dxa"/>
            </w:tcMar>
          </w:tcPr>
          <w:p w14:paraId="0739E520" w14:textId="752BB02A" w:rsidR="00C2155E" w:rsidRPr="00DB6570" w:rsidRDefault="00C2155E" w:rsidP="00D270E1">
            <w:pPr>
              <w:rPr>
                <w:rFonts w:ascii="Times New Roman" w:hAnsi="Times New Roman" w:cs="Times New Roman"/>
                <w:sz w:val="22"/>
              </w:rPr>
            </w:pPr>
            <w:r w:rsidRPr="00DB6570">
              <w:rPr>
                <w:rFonts w:ascii="Times New Roman" w:hAnsi="Times New Roman" w:cs="Times New Roman"/>
                <w:b/>
                <w:sz w:val="22"/>
              </w:rPr>
              <w:t>Prior requirements</w:t>
            </w:r>
          </w:p>
        </w:tc>
      </w:tr>
      <w:tr w:rsidR="00C2155E" w:rsidRPr="00DB6570" w14:paraId="2C46FBFB" w14:textId="77777777" w:rsidTr="00DB6B89">
        <w:trPr>
          <w:cantSplit/>
          <w:jc w:val="center"/>
        </w:trPr>
        <w:tc>
          <w:tcPr>
            <w:tcW w:w="811" w:type="pct"/>
            <w:tcMar>
              <w:top w:w="70" w:type="dxa"/>
              <w:left w:w="70" w:type="dxa"/>
              <w:bottom w:w="70" w:type="dxa"/>
              <w:right w:w="70" w:type="dxa"/>
            </w:tcMar>
          </w:tcPr>
          <w:p w14:paraId="701BBAF1" w14:textId="245C9A97" w:rsidR="00C2155E" w:rsidRPr="00DB6570" w:rsidRDefault="00C2155E" w:rsidP="00D270E1">
            <w:pPr>
              <w:pStyle w:val="ResponsePlaceholder"/>
              <w:rPr>
                <w:rFonts w:ascii="Times New Roman" w:hAnsi="Times New Roman" w:cs="Times New Roman"/>
                <w:color w:val="auto"/>
                <w:sz w:val="22"/>
              </w:rPr>
            </w:pPr>
          </w:p>
        </w:tc>
        <w:tc>
          <w:tcPr>
            <w:tcW w:w="777" w:type="pct"/>
            <w:tcMar>
              <w:top w:w="70" w:type="dxa"/>
              <w:left w:w="70" w:type="dxa"/>
              <w:bottom w:w="70" w:type="dxa"/>
              <w:right w:w="70" w:type="dxa"/>
            </w:tcMar>
          </w:tcPr>
          <w:p w14:paraId="059AE803" w14:textId="4EB0C02F" w:rsidR="00C2155E" w:rsidRPr="00DB6570" w:rsidRDefault="00C2155E" w:rsidP="00D270E1">
            <w:pPr>
              <w:pStyle w:val="ResponsePlaceholder"/>
              <w:rPr>
                <w:rFonts w:ascii="Times New Roman" w:hAnsi="Times New Roman" w:cs="Times New Roman"/>
                <w:color w:val="auto"/>
                <w:sz w:val="22"/>
              </w:rPr>
            </w:pPr>
          </w:p>
        </w:tc>
        <w:tc>
          <w:tcPr>
            <w:tcW w:w="799" w:type="pct"/>
            <w:tcMar>
              <w:top w:w="70" w:type="dxa"/>
              <w:left w:w="70" w:type="dxa"/>
              <w:bottom w:w="70" w:type="dxa"/>
              <w:right w:w="70" w:type="dxa"/>
            </w:tcMar>
          </w:tcPr>
          <w:p w14:paraId="22C3692C" w14:textId="1D8A81E7" w:rsidR="00C2155E" w:rsidRPr="00DB6570" w:rsidRDefault="00C2155E" w:rsidP="00D270E1">
            <w:pPr>
              <w:pStyle w:val="ResponsePlaceholder"/>
              <w:rPr>
                <w:rFonts w:ascii="Times New Roman" w:hAnsi="Times New Roman" w:cs="Times New Roman"/>
                <w:color w:val="auto"/>
                <w:sz w:val="22"/>
              </w:rPr>
            </w:pPr>
          </w:p>
        </w:tc>
        <w:tc>
          <w:tcPr>
            <w:tcW w:w="790" w:type="pct"/>
            <w:tcMar>
              <w:top w:w="70" w:type="dxa"/>
              <w:left w:w="70" w:type="dxa"/>
              <w:bottom w:w="70" w:type="dxa"/>
              <w:right w:w="70" w:type="dxa"/>
            </w:tcMar>
          </w:tcPr>
          <w:p w14:paraId="3DA68BA9" w14:textId="1EC0A9EF" w:rsidR="00C2155E" w:rsidRPr="00DB6570" w:rsidRDefault="00C2155E" w:rsidP="00D270E1">
            <w:pPr>
              <w:pStyle w:val="ResponsePlaceholder"/>
              <w:rPr>
                <w:rFonts w:ascii="Times New Roman" w:hAnsi="Times New Roman" w:cs="Times New Roman"/>
                <w:color w:val="auto"/>
                <w:sz w:val="22"/>
              </w:rPr>
            </w:pPr>
          </w:p>
        </w:tc>
        <w:tc>
          <w:tcPr>
            <w:tcW w:w="777" w:type="pct"/>
            <w:tcMar>
              <w:top w:w="70" w:type="dxa"/>
              <w:left w:w="70" w:type="dxa"/>
              <w:bottom w:w="70" w:type="dxa"/>
              <w:right w:w="70" w:type="dxa"/>
            </w:tcMar>
          </w:tcPr>
          <w:p w14:paraId="3948A198" w14:textId="4267E059" w:rsidR="00C2155E" w:rsidRPr="00DB6570" w:rsidRDefault="00C2155E" w:rsidP="00D270E1">
            <w:pPr>
              <w:pStyle w:val="ResponsePlaceholder"/>
              <w:rPr>
                <w:rFonts w:ascii="Times New Roman" w:hAnsi="Times New Roman" w:cs="Times New Roman"/>
                <w:color w:val="auto"/>
                <w:sz w:val="22"/>
              </w:rPr>
            </w:pPr>
          </w:p>
        </w:tc>
        <w:tc>
          <w:tcPr>
            <w:tcW w:w="1044" w:type="pct"/>
            <w:tcMar>
              <w:top w:w="70" w:type="dxa"/>
              <w:left w:w="70" w:type="dxa"/>
              <w:bottom w:w="70" w:type="dxa"/>
              <w:right w:w="70" w:type="dxa"/>
            </w:tcMar>
          </w:tcPr>
          <w:p w14:paraId="326C1DD6" w14:textId="101CA831" w:rsidR="00C2155E" w:rsidRPr="00DB6570" w:rsidRDefault="00C2155E" w:rsidP="00D270E1">
            <w:pPr>
              <w:pStyle w:val="ResponsePlaceholder"/>
              <w:rPr>
                <w:rFonts w:ascii="Times New Roman" w:hAnsi="Times New Roman" w:cs="Times New Roman"/>
                <w:color w:val="auto"/>
                <w:sz w:val="22"/>
              </w:rPr>
            </w:pPr>
          </w:p>
        </w:tc>
      </w:tr>
      <w:tr w:rsidR="00C2155E" w:rsidRPr="00DB6570" w14:paraId="33E86625" w14:textId="77777777" w:rsidTr="00DB6B89">
        <w:trPr>
          <w:cantSplit/>
          <w:jc w:val="center"/>
        </w:trPr>
        <w:tc>
          <w:tcPr>
            <w:tcW w:w="811" w:type="pct"/>
            <w:tcMar>
              <w:top w:w="70" w:type="dxa"/>
              <w:left w:w="70" w:type="dxa"/>
              <w:bottom w:w="70" w:type="dxa"/>
              <w:right w:w="70" w:type="dxa"/>
            </w:tcMar>
          </w:tcPr>
          <w:p w14:paraId="68341B93" w14:textId="29D0047D" w:rsidR="00C2155E" w:rsidRPr="00DB6570" w:rsidRDefault="00C2155E" w:rsidP="00D270E1">
            <w:pPr>
              <w:pStyle w:val="ResponsePlaceholder"/>
              <w:rPr>
                <w:rFonts w:ascii="Times New Roman" w:hAnsi="Times New Roman" w:cs="Times New Roman"/>
                <w:color w:val="auto"/>
                <w:sz w:val="22"/>
              </w:rPr>
            </w:pPr>
          </w:p>
        </w:tc>
        <w:tc>
          <w:tcPr>
            <w:tcW w:w="777" w:type="pct"/>
            <w:tcMar>
              <w:top w:w="70" w:type="dxa"/>
              <w:left w:w="70" w:type="dxa"/>
              <w:bottom w:w="70" w:type="dxa"/>
              <w:right w:w="70" w:type="dxa"/>
            </w:tcMar>
          </w:tcPr>
          <w:p w14:paraId="17F387A8" w14:textId="29074DEA" w:rsidR="00C2155E" w:rsidRPr="00DB6570" w:rsidRDefault="00C2155E" w:rsidP="00D270E1">
            <w:pPr>
              <w:pStyle w:val="ResponsePlaceholder"/>
              <w:rPr>
                <w:rFonts w:ascii="Times New Roman" w:hAnsi="Times New Roman" w:cs="Times New Roman"/>
                <w:color w:val="auto"/>
                <w:sz w:val="22"/>
              </w:rPr>
            </w:pPr>
          </w:p>
        </w:tc>
        <w:tc>
          <w:tcPr>
            <w:tcW w:w="799" w:type="pct"/>
            <w:tcMar>
              <w:top w:w="70" w:type="dxa"/>
              <w:left w:w="70" w:type="dxa"/>
              <w:bottom w:w="70" w:type="dxa"/>
              <w:right w:w="70" w:type="dxa"/>
            </w:tcMar>
          </w:tcPr>
          <w:p w14:paraId="74A7ED9A" w14:textId="37F8AEBF" w:rsidR="00C2155E" w:rsidRPr="00DB6570" w:rsidRDefault="00C2155E" w:rsidP="00D270E1">
            <w:pPr>
              <w:pStyle w:val="ResponsePlaceholder"/>
              <w:rPr>
                <w:rFonts w:ascii="Times New Roman" w:hAnsi="Times New Roman" w:cs="Times New Roman"/>
                <w:color w:val="auto"/>
                <w:sz w:val="22"/>
              </w:rPr>
            </w:pPr>
          </w:p>
        </w:tc>
        <w:tc>
          <w:tcPr>
            <w:tcW w:w="790" w:type="pct"/>
            <w:tcMar>
              <w:top w:w="70" w:type="dxa"/>
              <w:left w:w="70" w:type="dxa"/>
              <w:bottom w:w="70" w:type="dxa"/>
              <w:right w:w="70" w:type="dxa"/>
            </w:tcMar>
          </w:tcPr>
          <w:p w14:paraId="69532846" w14:textId="2B24D460" w:rsidR="00C2155E" w:rsidRPr="00DB6570" w:rsidRDefault="00C2155E" w:rsidP="00D270E1">
            <w:pPr>
              <w:pStyle w:val="ResponsePlaceholder"/>
              <w:rPr>
                <w:rFonts w:ascii="Times New Roman" w:hAnsi="Times New Roman" w:cs="Times New Roman"/>
                <w:color w:val="auto"/>
                <w:sz w:val="22"/>
              </w:rPr>
            </w:pPr>
          </w:p>
        </w:tc>
        <w:tc>
          <w:tcPr>
            <w:tcW w:w="777" w:type="pct"/>
            <w:tcMar>
              <w:top w:w="70" w:type="dxa"/>
              <w:left w:w="70" w:type="dxa"/>
              <w:bottom w:w="70" w:type="dxa"/>
              <w:right w:w="70" w:type="dxa"/>
            </w:tcMar>
          </w:tcPr>
          <w:p w14:paraId="363D0509" w14:textId="307324D0" w:rsidR="00C2155E" w:rsidRPr="00DB6570" w:rsidRDefault="00C2155E" w:rsidP="00D270E1">
            <w:pPr>
              <w:pStyle w:val="ResponsePlaceholder"/>
              <w:rPr>
                <w:rFonts w:ascii="Times New Roman" w:hAnsi="Times New Roman" w:cs="Times New Roman"/>
                <w:color w:val="auto"/>
                <w:sz w:val="22"/>
              </w:rPr>
            </w:pPr>
          </w:p>
        </w:tc>
        <w:tc>
          <w:tcPr>
            <w:tcW w:w="1044" w:type="pct"/>
            <w:tcMar>
              <w:top w:w="70" w:type="dxa"/>
              <w:left w:w="70" w:type="dxa"/>
              <w:bottom w:w="70" w:type="dxa"/>
              <w:right w:w="70" w:type="dxa"/>
            </w:tcMar>
          </w:tcPr>
          <w:p w14:paraId="5DF6EA8E" w14:textId="69E4BC88" w:rsidR="00C2155E" w:rsidRPr="00DB6570" w:rsidRDefault="00C2155E" w:rsidP="00D270E1">
            <w:pPr>
              <w:pStyle w:val="ResponsePlaceholder"/>
              <w:rPr>
                <w:rFonts w:ascii="Times New Roman" w:hAnsi="Times New Roman" w:cs="Times New Roman"/>
                <w:color w:val="auto"/>
                <w:sz w:val="22"/>
              </w:rPr>
            </w:pPr>
          </w:p>
        </w:tc>
      </w:tr>
      <w:tr w:rsidR="00C2155E" w:rsidRPr="00DB6570" w14:paraId="516905A6" w14:textId="77777777" w:rsidTr="00DB6B89">
        <w:trPr>
          <w:cantSplit/>
          <w:jc w:val="center"/>
        </w:trPr>
        <w:tc>
          <w:tcPr>
            <w:tcW w:w="811" w:type="pct"/>
            <w:tcMar>
              <w:top w:w="70" w:type="dxa"/>
              <w:left w:w="70" w:type="dxa"/>
              <w:bottom w:w="70" w:type="dxa"/>
              <w:right w:w="70" w:type="dxa"/>
            </w:tcMar>
          </w:tcPr>
          <w:p w14:paraId="16E70CBC" w14:textId="0D6A272A" w:rsidR="00C2155E" w:rsidRPr="00DB6570" w:rsidRDefault="00C2155E" w:rsidP="00D270E1">
            <w:pPr>
              <w:pStyle w:val="ResponsePlaceholder"/>
              <w:rPr>
                <w:rFonts w:ascii="Times New Roman" w:hAnsi="Times New Roman" w:cs="Times New Roman"/>
                <w:color w:val="auto"/>
                <w:sz w:val="22"/>
              </w:rPr>
            </w:pPr>
          </w:p>
        </w:tc>
        <w:tc>
          <w:tcPr>
            <w:tcW w:w="777" w:type="pct"/>
            <w:tcMar>
              <w:top w:w="70" w:type="dxa"/>
              <w:left w:w="70" w:type="dxa"/>
              <w:bottom w:w="70" w:type="dxa"/>
              <w:right w:w="70" w:type="dxa"/>
            </w:tcMar>
          </w:tcPr>
          <w:p w14:paraId="0C36FA0E" w14:textId="5CE5CA1A" w:rsidR="00C2155E" w:rsidRPr="00DB6570" w:rsidRDefault="00C2155E" w:rsidP="00D270E1">
            <w:pPr>
              <w:pStyle w:val="ResponsePlaceholder"/>
              <w:rPr>
                <w:rFonts w:ascii="Times New Roman" w:hAnsi="Times New Roman" w:cs="Times New Roman"/>
                <w:color w:val="auto"/>
                <w:sz w:val="22"/>
              </w:rPr>
            </w:pPr>
          </w:p>
        </w:tc>
        <w:tc>
          <w:tcPr>
            <w:tcW w:w="799" w:type="pct"/>
            <w:tcMar>
              <w:top w:w="70" w:type="dxa"/>
              <w:left w:w="70" w:type="dxa"/>
              <w:bottom w:w="70" w:type="dxa"/>
              <w:right w:w="70" w:type="dxa"/>
            </w:tcMar>
          </w:tcPr>
          <w:p w14:paraId="3423A4B5" w14:textId="754AA6F0" w:rsidR="00C2155E" w:rsidRPr="00DB6570" w:rsidRDefault="00C2155E" w:rsidP="00D270E1">
            <w:pPr>
              <w:pStyle w:val="ResponsePlaceholder"/>
              <w:rPr>
                <w:rFonts w:ascii="Times New Roman" w:hAnsi="Times New Roman" w:cs="Times New Roman"/>
                <w:color w:val="auto"/>
                <w:sz w:val="22"/>
              </w:rPr>
            </w:pPr>
          </w:p>
        </w:tc>
        <w:tc>
          <w:tcPr>
            <w:tcW w:w="790" w:type="pct"/>
            <w:tcMar>
              <w:top w:w="70" w:type="dxa"/>
              <w:left w:w="70" w:type="dxa"/>
              <w:bottom w:w="70" w:type="dxa"/>
              <w:right w:w="70" w:type="dxa"/>
            </w:tcMar>
          </w:tcPr>
          <w:p w14:paraId="56728161" w14:textId="58B472A3" w:rsidR="00C2155E" w:rsidRPr="00DB6570" w:rsidRDefault="00C2155E" w:rsidP="00D270E1">
            <w:pPr>
              <w:pStyle w:val="ResponsePlaceholder"/>
              <w:rPr>
                <w:rFonts w:ascii="Times New Roman" w:hAnsi="Times New Roman" w:cs="Times New Roman"/>
                <w:color w:val="auto"/>
                <w:sz w:val="22"/>
              </w:rPr>
            </w:pPr>
          </w:p>
        </w:tc>
        <w:tc>
          <w:tcPr>
            <w:tcW w:w="777" w:type="pct"/>
            <w:tcMar>
              <w:top w:w="70" w:type="dxa"/>
              <w:left w:w="70" w:type="dxa"/>
              <w:bottom w:w="70" w:type="dxa"/>
              <w:right w:w="70" w:type="dxa"/>
            </w:tcMar>
          </w:tcPr>
          <w:p w14:paraId="01DA46FA" w14:textId="19FB0FB9" w:rsidR="00C2155E" w:rsidRPr="00DB6570" w:rsidRDefault="00C2155E" w:rsidP="00D270E1">
            <w:pPr>
              <w:pStyle w:val="ResponsePlaceholder"/>
              <w:rPr>
                <w:rFonts w:ascii="Times New Roman" w:hAnsi="Times New Roman" w:cs="Times New Roman"/>
                <w:color w:val="auto"/>
                <w:sz w:val="22"/>
              </w:rPr>
            </w:pPr>
          </w:p>
        </w:tc>
        <w:tc>
          <w:tcPr>
            <w:tcW w:w="1044" w:type="pct"/>
            <w:tcMar>
              <w:top w:w="70" w:type="dxa"/>
              <w:left w:w="70" w:type="dxa"/>
              <w:bottom w:w="70" w:type="dxa"/>
              <w:right w:w="70" w:type="dxa"/>
            </w:tcMar>
          </w:tcPr>
          <w:p w14:paraId="2DE1850A" w14:textId="4A8EEF15" w:rsidR="00C2155E" w:rsidRPr="00DB6570" w:rsidRDefault="00C2155E" w:rsidP="00D270E1">
            <w:pPr>
              <w:pStyle w:val="ResponsePlaceholder"/>
              <w:rPr>
                <w:rFonts w:ascii="Times New Roman" w:hAnsi="Times New Roman" w:cs="Times New Roman"/>
                <w:color w:val="auto"/>
                <w:sz w:val="22"/>
              </w:rPr>
            </w:pPr>
          </w:p>
        </w:tc>
      </w:tr>
    </w:tbl>
    <w:p w14:paraId="4E430E68" w14:textId="77777777" w:rsidR="0085694B" w:rsidRPr="00DB6570" w:rsidRDefault="0085694B">
      <w:pPr>
        <w:rPr>
          <w:rFonts w:ascii="Times New Roman" w:hAnsi="Times New Roman" w:cs="Times New Roman"/>
          <w:sz w:val="22"/>
        </w:rPr>
      </w:pPr>
    </w:p>
    <w:p w14:paraId="5D31E958" w14:textId="281224E9" w:rsidR="00FF3FDC" w:rsidRPr="00DB6570" w:rsidRDefault="00F26ADA" w:rsidP="005E44DD">
      <w:pPr>
        <w:pStyle w:val="Heading2"/>
        <w:rPr>
          <w:rFonts w:ascii="Times New Roman" w:hAnsi="Times New Roman" w:cs="Times New Roman"/>
          <w:color w:val="auto"/>
          <w:sz w:val="22"/>
          <w:szCs w:val="22"/>
        </w:rPr>
      </w:pPr>
      <w:bookmarkStart w:id="55" w:name="_Toc237525250"/>
      <w:r w:rsidRPr="00DB6570">
        <w:rPr>
          <w:rFonts w:ascii="Times New Roman" w:hAnsi="Times New Roman" w:cs="Times New Roman"/>
          <w:color w:val="auto"/>
          <w:sz w:val="22"/>
          <w:szCs w:val="22"/>
        </w:rPr>
        <w:t>4.2</w:t>
      </w:r>
      <w:r w:rsidR="00F56215" w:rsidRPr="00DB6570">
        <w:rPr>
          <w:rFonts w:ascii="Times New Roman" w:hAnsi="Times New Roman" w:cs="Times New Roman"/>
          <w:color w:val="auto"/>
          <w:sz w:val="22"/>
          <w:szCs w:val="22"/>
        </w:rPr>
        <w:t>1</w:t>
      </w:r>
      <w:r w:rsidRPr="00DB6570">
        <w:rPr>
          <w:rFonts w:ascii="Times New Roman" w:hAnsi="Times New Roman" w:cs="Times New Roman"/>
          <w:color w:val="auto"/>
          <w:sz w:val="22"/>
          <w:szCs w:val="22"/>
        </w:rPr>
        <w:t xml:space="preserve"> </w:t>
      </w:r>
      <w:r w:rsidR="00FF3FDC" w:rsidRPr="00DB6570">
        <w:rPr>
          <w:rFonts w:ascii="Times New Roman" w:hAnsi="Times New Roman" w:cs="Times New Roman"/>
          <w:color w:val="auto"/>
          <w:sz w:val="22"/>
          <w:szCs w:val="22"/>
        </w:rPr>
        <w:t>Detailed Budget and Financing Plan</w:t>
      </w:r>
      <w:bookmarkEnd w:id="55"/>
    </w:p>
    <w:p w14:paraId="5ED1C117" w14:textId="77777777" w:rsidR="00FF3FDC" w:rsidRPr="00DB6570" w:rsidRDefault="00FF3FDC" w:rsidP="00FF3FDC">
      <w:pPr>
        <w:keepNext/>
        <w:spacing w:after="60" w:line="240" w:lineRule="auto"/>
        <w:rPr>
          <w:rFonts w:ascii="Times New Roman" w:hAnsi="Times New Roman" w:cs="Times New Roman"/>
          <w:i/>
          <w:sz w:val="22"/>
        </w:rPr>
      </w:pPr>
      <w:r w:rsidRPr="00DB6570">
        <w:rPr>
          <w:rFonts w:ascii="Times New Roman" w:hAnsi="Times New Roman" w:cs="Times New Roman"/>
          <w:i/>
          <w:sz w:val="22"/>
        </w:rPr>
        <w:t>Provide separate institutional budgets where applicable, annual phasing, unit-cost assumptions, counterpart and co-financing, recurrent cost implications and post-program obligations. Institutional strengthening and civil works shares must comply with the applicable ceilings.</w:t>
      </w:r>
    </w:p>
    <w:tbl>
      <w:tblPr>
        <w:tblStyle w:val="TableGrid"/>
        <w:tblW w:w="9000" w:type="dxa"/>
        <w:tblLook w:val="04A0" w:firstRow="1" w:lastRow="0" w:firstColumn="1" w:lastColumn="0" w:noHBand="0" w:noVBand="1"/>
      </w:tblPr>
      <w:tblGrid>
        <w:gridCol w:w="9000"/>
      </w:tblGrid>
      <w:tr w:rsidR="00FF3FDC" w:rsidRPr="00DB6570" w14:paraId="618694BA" w14:textId="77777777" w:rsidTr="005E44DD">
        <w:tc>
          <w:tcPr>
            <w:tcW w:w="9866" w:type="dxa"/>
            <w:shd w:val="clear" w:color="auto" w:fill="FAFAFA"/>
            <w:tcMar>
              <w:top w:w="110" w:type="dxa"/>
              <w:left w:w="120" w:type="dxa"/>
              <w:bottom w:w="110" w:type="dxa"/>
              <w:right w:w="120" w:type="dxa"/>
            </w:tcMar>
          </w:tcPr>
          <w:p w14:paraId="29138DBA" w14:textId="2B8A06FB" w:rsidR="00FF3FDC" w:rsidRPr="00DB6570" w:rsidRDefault="004C78E2" w:rsidP="00FF3FDC">
            <w:pPr>
              <w:rPr>
                <w:rFonts w:ascii="Times New Roman" w:hAnsi="Times New Roman" w:cs="Times New Roman"/>
                <w:sz w:val="22"/>
              </w:rPr>
            </w:pPr>
            <w:r w:rsidRPr="004C78E2">
              <w:rPr>
                <w:rFonts w:ascii="Times New Roman" w:hAnsi="Times New Roman" w:cs="Times New Roman"/>
                <w:i/>
                <w:sz w:val="22"/>
              </w:rPr>
              <w:t>[Applicant response  must not exceed 300 words.]</w:t>
            </w:r>
          </w:p>
          <w:p w14:paraId="6E30CF1E" w14:textId="77777777" w:rsidR="00FF3FDC" w:rsidRPr="00DB6570" w:rsidRDefault="00FF3FDC" w:rsidP="00FF3FDC">
            <w:pPr>
              <w:rPr>
                <w:rFonts w:ascii="Times New Roman" w:hAnsi="Times New Roman" w:cs="Times New Roman"/>
                <w:sz w:val="22"/>
              </w:rPr>
            </w:pPr>
          </w:p>
        </w:tc>
      </w:tr>
    </w:tbl>
    <w:p w14:paraId="030493E4" w14:textId="77777777" w:rsidR="00FF3FDC" w:rsidRPr="00DB6570" w:rsidRDefault="00FF3FDC" w:rsidP="00FF3FDC">
      <w:pPr>
        <w:spacing w:after="0"/>
        <w:rPr>
          <w:rFonts w:ascii="Times New Roman" w:hAnsi="Times New Roman" w:cs="Times New Roman"/>
          <w:sz w:val="22"/>
        </w:rPr>
      </w:pPr>
    </w:p>
    <w:p w14:paraId="61AA5004" w14:textId="77777777" w:rsidR="00FF3FDC" w:rsidRPr="00DB6570" w:rsidRDefault="00FF3FDC" w:rsidP="00FF3FDC">
      <w:pPr>
        <w:spacing w:after="0" w:line="20" w:lineRule="exact"/>
        <w:rPr>
          <w:rFonts w:ascii="Times New Roman" w:hAnsi="Times New Roman" w:cs="Times New Roman"/>
          <w:sz w:val="22"/>
        </w:rPr>
        <w:sectPr w:rsidR="00FF3FDC" w:rsidRPr="00DB6570" w:rsidSect="005E44DD">
          <w:type w:val="continuous"/>
          <w:pgSz w:w="16838" w:h="11906" w:orient="landscape"/>
          <w:pgMar w:top="1020" w:right="964" w:bottom="1020" w:left="907" w:header="454" w:footer="454" w:gutter="0"/>
          <w:cols w:space="720"/>
          <w:docGrid w:linePitch="360"/>
        </w:sectPr>
      </w:pPr>
      <w:r w:rsidRPr="00DB6570">
        <w:rPr>
          <w:rFonts w:ascii="Times New Roman" w:hAnsi="Times New Roman" w:cs="Times New Roman"/>
          <w:vanish/>
          <w:sz w:val="22"/>
        </w:rPr>
        <w:t xml:space="preserve"> </w:t>
      </w:r>
    </w:p>
    <w:p w14:paraId="5DCCA084" w14:textId="5B1EB69D" w:rsidR="00FF3FDC" w:rsidRPr="00DB6570" w:rsidRDefault="00F26ADA" w:rsidP="005E44DD">
      <w:pPr>
        <w:pStyle w:val="Heading3"/>
        <w:rPr>
          <w:rFonts w:ascii="Times New Roman" w:hAnsi="Times New Roman" w:cs="Times New Roman"/>
          <w:color w:val="auto"/>
          <w:sz w:val="22"/>
        </w:rPr>
      </w:pPr>
      <w:bookmarkStart w:id="56" w:name="_Toc237525251"/>
      <w:r w:rsidRPr="00DB6570">
        <w:rPr>
          <w:rFonts w:ascii="Times New Roman" w:hAnsi="Times New Roman" w:cs="Times New Roman"/>
          <w:color w:val="auto"/>
          <w:sz w:val="22"/>
        </w:rPr>
        <w:t>4.2</w:t>
      </w:r>
      <w:r w:rsidR="00F56215" w:rsidRPr="00DB6570">
        <w:rPr>
          <w:rFonts w:ascii="Times New Roman" w:hAnsi="Times New Roman" w:cs="Times New Roman"/>
          <w:color w:val="auto"/>
          <w:sz w:val="22"/>
        </w:rPr>
        <w:t>1</w:t>
      </w:r>
      <w:r w:rsidRPr="00DB6570">
        <w:rPr>
          <w:rFonts w:ascii="Times New Roman" w:hAnsi="Times New Roman" w:cs="Times New Roman"/>
          <w:color w:val="auto"/>
          <w:sz w:val="22"/>
        </w:rPr>
        <w:t xml:space="preserve">.1 </w:t>
      </w:r>
      <w:r w:rsidR="00FF3FDC" w:rsidRPr="00DB6570">
        <w:rPr>
          <w:rFonts w:ascii="Times New Roman" w:hAnsi="Times New Roman" w:cs="Times New Roman"/>
          <w:color w:val="auto"/>
          <w:sz w:val="22"/>
        </w:rPr>
        <w:t>ACE/Emerging Center Budget Summary</w:t>
      </w:r>
      <w:bookmarkEnd w:id="56"/>
    </w:p>
    <w:tbl>
      <w:tblPr>
        <w:tblStyle w:val="TableGrid"/>
        <w:tblW w:w="14000" w:type="dxa"/>
        <w:jc w:val="center"/>
        <w:tblLook w:val="04A0" w:firstRow="1" w:lastRow="0" w:firstColumn="1" w:lastColumn="0" w:noHBand="0" w:noVBand="1"/>
      </w:tblPr>
      <w:tblGrid>
        <w:gridCol w:w="1425"/>
        <w:gridCol w:w="1369"/>
        <w:gridCol w:w="1368"/>
        <w:gridCol w:w="1368"/>
        <w:gridCol w:w="1368"/>
        <w:gridCol w:w="1368"/>
        <w:gridCol w:w="1368"/>
        <w:gridCol w:w="1485"/>
        <w:gridCol w:w="1389"/>
        <w:gridCol w:w="1492"/>
      </w:tblGrid>
      <w:tr w:rsidR="00FF3FDC" w:rsidRPr="00DB6570" w14:paraId="1BD8CCD0" w14:textId="77777777" w:rsidTr="005E44DD">
        <w:trPr>
          <w:tblHeader/>
          <w:jc w:val="center"/>
        </w:trPr>
        <w:tc>
          <w:tcPr>
            <w:tcW w:w="1425" w:type="dxa"/>
            <w:tcMar>
              <w:top w:w="70" w:type="dxa"/>
              <w:left w:w="70" w:type="dxa"/>
              <w:bottom w:w="70" w:type="dxa"/>
              <w:right w:w="70" w:type="dxa"/>
            </w:tcMar>
          </w:tcPr>
          <w:p w14:paraId="0E36CA7D" w14:textId="77777777" w:rsidR="00FF3FDC" w:rsidRPr="00DB6570" w:rsidRDefault="00FF3FDC" w:rsidP="00FF3FDC">
            <w:pPr>
              <w:rPr>
                <w:rFonts w:ascii="Times New Roman" w:hAnsi="Times New Roman" w:cs="Times New Roman"/>
                <w:sz w:val="22"/>
              </w:rPr>
            </w:pPr>
            <w:r w:rsidRPr="00DB6570">
              <w:rPr>
                <w:rFonts w:ascii="Times New Roman" w:hAnsi="Times New Roman" w:cs="Times New Roman"/>
                <w:b/>
                <w:sz w:val="22"/>
              </w:rPr>
              <w:t>Budget category</w:t>
            </w:r>
          </w:p>
        </w:tc>
        <w:tc>
          <w:tcPr>
            <w:tcW w:w="1369" w:type="dxa"/>
            <w:tcMar>
              <w:top w:w="70" w:type="dxa"/>
              <w:left w:w="70" w:type="dxa"/>
              <w:bottom w:w="70" w:type="dxa"/>
              <w:right w:w="70" w:type="dxa"/>
            </w:tcMar>
          </w:tcPr>
          <w:p w14:paraId="6702CB6A" w14:textId="77777777" w:rsidR="00FF3FDC" w:rsidRPr="00DB6570" w:rsidRDefault="00FF3FDC" w:rsidP="00FF3FDC">
            <w:pPr>
              <w:rPr>
                <w:rFonts w:ascii="Times New Roman" w:hAnsi="Times New Roman" w:cs="Times New Roman"/>
                <w:sz w:val="22"/>
              </w:rPr>
            </w:pPr>
            <w:r w:rsidRPr="00DB6570">
              <w:rPr>
                <w:rFonts w:ascii="Times New Roman" w:hAnsi="Times New Roman" w:cs="Times New Roman"/>
                <w:b/>
                <w:sz w:val="22"/>
              </w:rPr>
              <w:t>Y1</w:t>
            </w:r>
          </w:p>
        </w:tc>
        <w:tc>
          <w:tcPr>
            <w:tcW w:w="1368" w:type="dxa"/>
            <w:tcMar>
              <w:top w:w="70" w:type="dxa"/>
              <w:left w:w="70" w:type="dxa"/>
              <w:bottom w:w="70" w:type="dxa"/>
              <w:right w:w="70" w:type="dxa"/>
            </w:tcMar>
          </w:tcPr>
          <w:p w14:paraId="71428F93" w14:textId="77777777" w:rsidR="00FF3FDC" w:rsidRPr="00DB6570" w:rsidRDefault="00FF3FDC" w:rsidP="00FF3FDC">
            <w:pPr>
              <w:rPr>
                <w:rFonts w:ascii="Times New Roman" w:hAnsi="Times New Roman" w:cs="Times New Roman"/>
                <w:sz w:val="22"/>
              </w:rPr>
            </w:pPr>
            <w:r w:rsidRPr="00DB6570">
              <w:rPr>
                <w:rFonts w:ascii="Times New Roman" w:hAnsi="Times New Roman" w:cs="Times New Roman"/>
                <w:b/>
                <w:sz w:val="22"/>
              </w:rPr>
              <w:t>Y2</w:t>
            </w:r>
          </w:p>
        </w:tc>
        <w:tc>
          <w:tcPr>
            <w:tcW w:w="1368" w:type="dxa"/>
            <w:tcMar>
              <w:top w:w="70" w:type="dxa"/>
              <w:left w:w="70" w:type="dxa"/>
              <w:bottom w:w="70" w:type="dxa"/>
              <w:right w:w="70" w:type="dxa"/>
            </w:tcMar>
          </w:tcPr>
          <w:p w14:paraId="218AF417" w14:textId="77777777" w:rsidR="00FF3FDC" w:rsidRPr="00DB6570" w:rsidRDefault="00FF3FDC" w:rsidP="00FF3FDC">
            <w:pPr>
              <w:rPr>
                <w:rFonts w:ascii="Times New Roman" w:hAnsi="Times New Roman" w:cs="Times New Roman"/>
                <w:sz w:val="22"/>
              </w:rPr>
            </w:pPr>
            <w:r w:rsidRPr="00DB6570">
              <w:rPr>
                <w:rFonts w:ascii="Times New Roman" w:hAnsi="Times New Roman" w:cs="Times New Roman"/>
                <w:b/>
                <w:sz w:val="22"/>
              </w:rPr>
              <w:t>Y3</w:t>
            </w:r>
          </w:p>
        </w:tc>
        <w:tc>
          <w:tcPr>
            <w:tcW w:w="1368" w:type="dxa"/>
            <w:tcMar>
              <w:top w:w="70" w:type="dxa"/>
              <w:left w:w="70" w:type="dxa"/>
              <w:bottom w:w="70" w:type="dxa"/>
              <w:right w:w="70" w:type="dxa"/>
            </w:tcMar>
          </w:tcPr>
          <w:p w14:paraId="6AC2C93B" w14:textId="77777777" w:rsidR="00FF3FDC" w:rsidRPr="00DB6570" w:rsidRDefault="00FF3FDC" w:rsidP="00FF3FDC">
            <w:pPr>
              <w:rPr>
                <w:rFonts w:ascii="Times New Roman" w:hAnsi="Times New Roman" w:cs="Times New Roman"/>
                <w:sz w:val="22"/>
              </w:rPr>
            </w:pPr>
            <w:r w:rsidRPr="00DB6570">
              <w:rPr>
                <w:rFonts w:ascii="Times New Roman" w:hAnsi="Times New Roman" w:cs="Times New Roman"/>
                <w:b/>
                <w:sz w:val="22"/>
              </w:rPr>
              <w:t>Y4</w:t>
            </w:r>
          </w:p>
        </w:tc>
        <w:tc>
          <w:tcPr>
            <w:tcW w:w="1368" w:type="dxa"/>
            <w:tcMar>
              <w:top w:w="70" w:type="dxa"/>
              <w:left w:w="70" w:type="dxa"/>
              <w:bottom w:w="70" w:type="dxa"/>
              <w:right w:w="70" w:type="dxa"/>
            </w:tcMar>
          </w:tcPr>
          <w:p w14:paraId="4DAEC316" w14:textId="77777777" w:rsidR="00FF3FDC" w:rsidRPr="00DB6570" w:rsidRDefault="00FF3FDC" w:rsidP="00FF3FDC">
            <w:pPr>
              <w:rPr>
                <w:rFonts w:ascii="Times New Roman" w:hAnsi="Times New Roman" w:cs="Times New Roman"/>
                <w:sz w:val="22"/>
              </w:rPr>
            </w:pPr>
            <w:r w:rsidRPr="00DB6570">
              <w:rPr>
                <w:rFonts w:ascii="Times New Roman" w:hAnsi="Times New Roman" w:cs="Times New Roman"/>
                <w:b/>
                <w:sz w:val="22"/>
              </w:rPr>
              <w:t>Y5</w:t>
            </w:r>
          </w:p>
        </w:tc>
        <w:tc>
          <w:tcPr>
            <w:tcW w:w="1368" w:type="dxa"/>
            <w:tcMar>
              <w:top w:w="70" w:type="dxa"/>
              <w:left w:w="70" w:type="dxa"/>
              <w:bottom w:w="70" w:type="dxa"/>
              <w:right w:w="70" w:type="dxa"/>
            </w:tcMar>
          </w:tcPr>
          <w:p w14:paraId="447EF6FD" w14:textId="77777777" w:rsidR="00FF3FDC" w:rsidRPr="00DB6570" w:rsidRDefault="00FF3FDC" w:rsidP="00FF3FDC">
            <w:pPr>
              <w:rPr>
                <w:rFonts w:ascii="Times New Roman" w:hAnsi="Times New Roman" w:cs="Times New Roman"/>
                <w:sz w:val="22"/>
              </w:rPr>
            </w:pPr>
            <w:r w:rsidRPr="00DB6570">
              <w:rPr>
                <w:rFonts w:ascii="Times New Roman" w:hAnsi="Times New Roman" w:cs="Times New Roman"/>
                <w:b/>
                <w:sz w:val="22"/>
              </w:rPr>
              <w:t>Total grant</w:t>
            </w:r>
          </w:p>
        </w:tc>
        <w:tc>
          <w:tcPr>
            <w:tcW w:w="1485" w:type="dxa"/>
            <w:tcMar>
              <w:top w:w="70" w:type="dxa"/>
              <w:left w:w="70" w:type="dxa"/>
              <w:bottom w:w="70" w:type="dxa"/>
              <w:right w:w="70" w:type="dxa"/>
            </w:tcMar>
          </w:tcPr>
          <w:p w14:paraId="55D61323" w14:textId="77777777" w:rsidR="00FF3FDC" w:rsidRPr="00DB6570" w:rsidRDefault="00FF3FDC" w:rsidP="00FF3FDC">
            <w:pPr>
              <w:rPr>
                <w:rFonts w:ascii="Times New Roman" w:hAnsi="Times New Roman" w:cs="Times New Roman"/>
                <w:sz w:val="22"/>
              </w:rPr>
            </w:pPr>
            <w:r w:rsidRPr="00DB6570">
              <w:rPr>
                <w:rFonts w:ascii="Times New Roman" w:hAnsi="Times New Roman" w:cs="Times New Roman"/>
                <w:b/>
                <w:sz w:val="22"/>
              </w:rPr>
              <w:t>Co-financing / counterpart</w:t>
            </w:r>
          </w:p>
        </w:tc>
        <w:tc>
          <w:tcPr>
            <w:tcW w:w="1389" w:type="dxa"/>
            <w:tcMar>
              <w:top w:w="70" w:type="dxa"/>
              <w:left w:w="70" w:type="dxa"/>
              <w:bottom w:w="70" w:type="dxa"/>
              <w:right w:w="70" w:type="dxa"/>
            </w:tcMar>
          </w:tcPr>
          <w:p w14:paraId="10A90DA5" w14:textId="77777777" w:rsidR="00FF3FDC" w:rsidRPr="00DB6570" w:rsidRDefault="00FF3FDC" w:rsidP="00FF3FDC">
            <w:pPr>
              <w:rPr>
                <w:rFonts w:ascii="Times New Roman" w:hAnsi="Times New Roman" w:cs="Times New Roman"/>
                <w:sz w:val="22"/>
              </w:rPr>
            </w:pPr>
            <w:r w:rsidRPr="00DB6570">
              <w:rPr>
                <w:rFonts w:ascii="Times New Roman" w:hAnsi="Times New Roman" w:cs="Times New Roman"/>
                <w:b/>
                <w:sz w:val="22"/>
              </w:rPr>
              <w:t>Grand total</w:t>
            </w:r>
          </w:p>
        </w:tc>
        <w:tc>
          <w:tcPr>
            <w:tcW w:w="1492" w:type="dxa"/>
            <w:tcMar>
              <w:top w:w="70" w:type="dxa"/>
              <w:left w:w="70" w:type="dxa"/>
              <w:bottom w:w="70" w:type="dxa"/>
              <w:right w:w="70" w:type="dxa"/>
            </w:tcMar>
          </w:tcPr>
          <w:p w14:paraId="407D23F2" w14:textId="77777777" w:rsidR="00FF3FDC" w:rsidRPr="00DB6570" w:rsidRDefault="00FF3FDC" w:rsidP="00FF3FDC">
            <w:pPr>
              <w:rPr>
                <w:rFonts w:ascii="Times New Roman" w:hAnsi="Times New Roman" w:cs="Times New Roman"/>
                <w:sz w:val="22"/>
              </w:rPr>
            </w:pPr>
            <w:r w:rsidRPr="00DB6570">
              <w:rPr>
                <w:rFonts w:ascii="Times New Roman" w:hAnsi="Times New Roman" w:cs="Times New Roman"/>
                <w:b/>
                <w:sz w:val="22"/>
              </w:rPr>
              <w:t>Key cost assumptions</w:t>
            </w:r>
          </w:p>
        </w:tc>
      </w:tr>
      <w:tr w:rsidR="00FF3FDC" w:rsidRPr="00DB6570" w14:paraId="68942911" w14:textId="77777777" w:rsidTr="005E44DD">
        <w:trPr>
          <w:cantSplit/>
          <w:jc w:val="center"/>
        </w:trPr>
        <w:tc>
          <w:tcPr>
            <w:tcW w:w="1425" w:type="dxa"/>
            <w:tcMar>
              <w:top w:w="70" w:type="dxa"/>
              <w:left w:w="70" w:type="dxa"/>
              <w:bottom w:w="70" w:type="dxa"/>
              <w:right w:w="70" w:type="dxa"/>
            </w:tcMar>
          </w:tcPr>
          <w:p w14:paraId="67360F7E" w14:textId="4C0F8903" w:rsidR="00FF3FDC" w:rsidRPr="00DB6570" w:rsidRDefault="00FF3FDC" w:rsidP="00FF3FDC">
            <w:pPr>
              <w:spacing w:after="40" w:line="276" w:lineRule="auto"/>
              <w:rPr>
                <w:rFonts w:ascii="Times New Roman" w:hAnsi="Times New Roman" w:cs="Times New Roman"/>
                <w:i/>
                <w:sz w:val="22"/>
              </w:rPr>
            </w:pPr>
          </w:p>
        </w:tc>
        <w:tc>
          <w:tcPr>
            <w:tcW w:w="1369" w:type="dxa"/>
            <w:tcMar>
              <w:top w:w="70" w:type="dxa"/>
              <w:left w:w="70" w:type="dxa"/>
              <w:bottom w:w="70" w:type="dxa"/>
              <w:right w:w="70" w:type="dxa"/>
            </w:tcMar>
          </w:tcPr>
          <w:p w14:paraId="1FFD3D00" w14:textId="0B0817DA" w:rsidR="00FF3FDC" w:rsidRPr="00DB6570" w:rsidRDefault="00FF3FDC" w:rsidP="00FF3FDC">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5119F5E0" w14:textId="5087BEEA" w:rsidR="00FF3FDC" w:rsidRPr="00DB6570" w:rsidRDefault="00FF3FDC" w:rsidP="00FF3FDC">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6BFA7A26" w14:textId="02B4041C" w:rsidR="00FF3FDC" w:rsidRPr="00DB6570" w:rsidRDefault="00FF3FDC" w:rsidP="00FF3FDC">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032CF39A" w14:textId="4F0E4544" w:rsidR="00FF3FDC" w:rsidRPr="00DB6570" w:rsidRDefault="00FF3FDC" w:rsidP="00FF3FDC">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6E8A0EB8" w14:textId="71842A27" w:rsidR="00FF3FDC" w:rsidRPr="00DB6570" w:rsidRDefault="00FF3FDC" w:rsidP="00FF3FDC">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41639664" w14:textId="765212F3" w:rsidR="00FF3FDC" w:rsidRPr="00DB6570" w:rsidRDefault="00FF3FDC" w:rsidP="00FF3FDC">
            <w:pPr>
              <w:spacing w:after="40" w:line="276" w:lineRule="auto"/>
              <w:rPr>
                <w:rFonts w:ascii="Times New Roman" w:hAnsi="Times New Roman" w:cs="Times New Roman"/>
                <w:i/>
                <w:sz w:val="22"/>
              </w:rPr>
            </w:pPr>
          </w:p>
        </w:tc>
        <w:tc>
          <w:tcPr>
            <w:tcW w:w="1485" w:type="dxa"/>
            <w:tcMar>
              <w:top w:w="70" w:type="dxa"/>
              <w:left w:w="70" w:type="dxa"/>
              <w:bottom w:w="70" w:type="dxa"/>
              <w:right w:w="70" w:type="dxa"/>
            </w:tcMar>
          </w:tcPr>
          <w:p w14:paraId="248D5A50" w14:textId="45ADECFD" w:rsidR="00FF3FDC" w:rsidRPr="00DB6570" w:rsidRDefault="00FF3FDC" w:rsidP="00FF3FDC">
            <w:pPr>
              <w:spacing w:after="40" w:line="276" w:lineRule="auto"/>
              <w:rPr>
                <w:rFonts w:ascii="Times New Roman" w:hAnsi="Times New Roman" w:cs="Times New Roman"/>
                <w:i/>
                <w:sz w:val="22"/>
              </w:rPr>
            </w:pPr>
          </w:p>
        </w:tc>
        <w:tc>
          <w:tcPr>
            <w:tcW w:w="1389" w:type="dxa"/>
            <w:tcMar>
              <w:top w:w="70" w:type="dxa"/>
              <w:left w:w="70" w:type="dxa"/>
              <w:bottom w:w="70" w:type="dxa"/>
              <w:right w:w="70" w:type="dxa"/>
            </w:tcMar>
          </w:tcPr>
          <w:p w14:paraId="5DCE7CB0" w14:textId="3C69715D" w:rsidR="00FF3FDC" w:rsidRPr="00DB6570" w:rsidRDefault="00FF3FDC" w:rsidP="00FF3FDC">
            <w:pPr>
              <w:spacing w:after="40" w:line="276" w:lineRule="auto"/>
              <w:rPr>
                <w:rFonts w:ascii="Times New Roman" w:hAnsi="Times New Roman" w:cs="Times New Roman"/>
                <w:i/>
                <w:sz w:val="22"/>
              </w:rPr>
            </w:pPr>
          </w:p>
        </w:tc>
        <w:tc>
          <w:tcPr>
            <w:tcW w:w="1492" w:type="dxa"/>
            <w:tcMar>
              <w:top w:w="70" w:type="dxa"/>
              <w:left w:w="70" w:type="dxa"/>
              <w:bottom w:w="70" w:type="dxa"/>
              <w:right w:w="70" w:type="dxa"/>
            </w:tcMar>
          </w:tcPr>
          <w:p w14:paraId="55924CAB" w14:textId="342ED341" w:rsidR="00FF3FDC" w:rsidRPr="00DB6570" w:rsidRDefault="00FF3FDC" w:rsidP="00FF3FDC">
            <w:pPr>
              <w:spacing w:after="40" w:line="276" w:lineRule="auto"/>
              <w:rPr>
                <w:rFonts w:ascii="Times New Roman" w:hAnsi="Times New Roman" w:cs="Times New Roman"/>
                <w:i/>
                <w:sz w:val="22"/>
              </w:rPr>
            </w:pPr>
          </w:p>
        </w:tc>
      </w:tr>
      <w:tr w:rsidR="00FF3FDC" w:rsidRPr="00DB6570" w14:paraId="68143C64" w14:textId="77777777" w:rsidTr="005E44DD">
        <w:trPr>
          <w:cantSplit/>
          <w:jc w:val="center"/>
        </w:trPr>
        <w:tc>
          <w:tcPr>
            <w:tcW w:w="1425" w:type="dxa"/>
            <w:tcMar>
              <w:top w:w="70" w:type="dxa"/>
              <w:left w:w="70" w:type="dxa"/>
              <w:bottom w:w="70" w:type="dxa"/>
              <w:right w:w="70" w:type="dxa"/>
            </w:tcMar>
          </w:tcPr>
          <w:p w14:paraId="16F84F10" w14:textId="036B2F9F" w:rsidR="00FF3FDC" w:rsidRPr="00DB6570" w:rsidRDefault="00FF3FDC" w:rsidP="00FF3FDC">
            <w:pPr>
              <w:spacing w:after="40" w:line="276" w:lineRule="auto"/>
              <w:rPr>
                <w:rFonts w:ascii="Times New Roman" w:hAnsi="Times New Roman" w:cs="Times New Roman"/>
                <w:i/>
                <w:sz w:val="22"/>
              </w:rPr>
            </w:pPr>
          </w:p>
        </w:tc>
        <w:tc>
          <w:tcPr>
            <w:tcW w:w="1369" w:type="dxa"/>
            <w:tcMar>
              <w:top w:w="70" w:type="dxa"/>
              <w:left w:w="70" w:type="dxa"/>
              <w:bottom w:w="70" w:type="dxa"/>
              <w:right w:w="70" w:type="dxa"/>
            </w:tcMar>
          </w:tcPr>
          <w:p w14:paraId="4EFDE324" w14:textId="420E936B" w:rsidR="00FF3FDC" w:rsidRPr="00DB6570" w:rsidRDefault="00FF3FDC" w:rsidP="00FF3FDC">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7CFFBD1B" w14:textId="443A539A" w:rsidR="00FF3FDC" w:rsidRPr="00DB6570" w:rsidRDefault="00FF3FDC" w:rsidP="00FF3FDC">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7A06BDA0" w14:textId="0CA60BB9" w:rsidR="00FF3FDC" w:rsidRPr="00DB6570" w:rsidRDefault="00FF3FDC" w:rsidP="00FF3FDC">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6FA59709" w14:textId="591C6457" w:rsidR="00FF3FDC" w:rsidRPr="00DB6570" w:rsidRDefault="00FF3FDC" w:rsidP="00FF3FDC">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3EA03479" w14:textId="314236EC" w:rsidR="00FF3FDC" w:rsidRPr="00DB6570" w:rsidRDefault="00FF3FDC" w:rsidP="00FF3FDC">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2309D7B5" w14:textId="5441C2FE" w:rsidR="00FF3FDC" w:rsidRPr="00DB6570" w:rsidRDefault="00FF3FDC" w:rsidP="00FF3FDC">
            <w:pPr>
              <w:spacing w:after="40" w:line="276" w:lineRule="auto"/>
              <w:rPr>
                <w:rFonts w:ascii="Times New Roman" w:hAnsi="Times New Roman" w:cs="Times New Roman"/>
                <w:i/>
                <w:sz w:val="22"/>
              </w:rPr>
            </w:pPr>
          </w:p>
        </w:tc>
        <w:tc>
          <w:tcPr>
            <w:tcW w:w="1485" w:type="dxa"/>
            <w:tcMar>
              <w:top w:w="70" w:type="dxa"/>
              <w:left w:w="70" w:type="dxa"/>
              <w:bottom w:w="70" w:type="dxa"/>
              <w:right w:w="70" w:type="dxa"/>
            </w:tcMar>
          </w:tcPr>
          <w:p w14:paraId="4BA4F4BF" w14:textId="79E25A25" w:rsidR="00FF3FDC" w:rsidRPr="00DB6570" w:rsidRDefault="00FF3FDC" w:rsidP="00FF3FDC">
            <w:pPr>
              <w:spacing w:after="40" w:line="276" w:lineRule="auto"/>
              <w:rPr>
                <w:rFonts w:ascii="Times New Roman" w:hAnsi="Times New Roman" w:cs="Times New Roman"/>
                <w:i/>
                <w:sz w:val="22"/>
              </w:rPr>
            </w:pPr>
          </w:p>
        </w:tc>
        <w:tc>
          <w:tcPr>
            <w:tcW w:w="1389" w:type="dxa"/>
            <w:tcMar>
              <w:top w:w="70" w:type="dxa"/>
              <w:left w:w="70" w:type="dxa"/>
              <w:bottom w:w="70" w:type="dxa"/>
              <w:right w:w="70" w:type="dxa"/>
            </w:tcMar>
          </w:tcPr>
          <w:p w14:paraId="124E33DB" w14:textId="7BA92F67" w:rsidR="00FF3FDC" w:rsidRPr="00DB6570" w:rsidRDefault="00FF3FDC" w:rsidP="00FF3FDC">
            <w:pPr>
              <w:spacing w:after="40" w:line="276" w:lineRule="auto"/>
              <w:rPr>
                <w:rFonts w:ascii="Times New Roman" w:hAnsi="Times New Roman" w:cs="Times New Roman"/>
                <w:i/>
                <w:sz w:val="22"/>
              </w:rPr>
            </w:pPr>
          </w:p>
        </w:tc>
        <w:tc>
          <w:tcPr>
            <w:tcW w:w="1492" w:type="dxa"/>
            <w:tcMar>
              <w:top w:w="70" w:type="dxa"/>
              <w:left w:w="70" w:type="dxa"/>
              <w:bottom w:w="70" w:type="dxa"/>
              <w:right w:w="70" w:type="dxa"/>
            </w:tcMar>
          </w:tcPr>
          <w:p w14:paraId="5D2824AF" w14:textId="248C8D43" w:rsidR="00FF3FDC" w:rsidRPr="00DB6570" w:rsidRDefault="00FF3FDC" w:rsidP="00FF3FDC">
            <w:pPr>
              <w:spacing w:after="40" w:line="276" w:lineRule="auto"/>
              <w:rPr>
                <w:rFonts w:ascii="Times New Roman" w:hAnsi="Times New Roman" w:cs="Times New Roman"/>
                <w:i/>
                <w:sz w:val="22"/>
              </w:rPr>
            </w:pPr>
          </w:p>
        </w:tc>
      </w:tr>
      <w:tr w:rsidR="00FF3FDC" w:rsidRPr="00DB6570" w14:paraId="15429A4F" w14:textId="77777777" w:rsidTr="005E44DD">
        <w:trPr>
          <w:cantSplit/>
          <w:jc w:val="center"/>
        </w:trPr>
        <w:tc>
          <w:tcPr>
            <w:tcW w:w="1425" w:type="dxa"/>
            <w:tcMar>
              <w:top w:w="70" w:type="dxa"/>
              <w:left w:w="70" w:type="dxa"/>
              <w:bottom w:w="70" w:type="dxa"/>
              <w:right w:w="70" w:type="dxa"/>
            </w:tcMar>
          </w:tcPr>
          <w:p w14:paraId="6B5DBAF7" w14:textId="3F140D25" w:rsidR="00FF3FDC" w:rsidRPr="00DB6570" w:rsidRDefault="00FF3FDC" w:rsidP="00FF3FDC">
            <w:pPr>
              <w:spacing w:after="40" w:line="276" w:lineRule="auto"/>
              <w:rPr>
                <w:rFonts w:ascii="Times New Roman" w:hAnsi="Times New Roman" w:cs="Times New Roman"/>
                <w:i/>
                <w:sz w:val="22"/>
              </w:rPr>
            </w:pPr>
          </w:p>
        </w:tc>
        <w:tc>
          <w:tcPr>
            <w:tcW w:w="1369" w:type="dxa"/>
            <w:tcMar>
              <w:top w:w="70" w:type="dxa"/>
              <w:left w:w="70" w:type="dxa"/>
              <w:bottom w:w="70" w:type="dxa"/>
              <w:right w:w="70" w:type="dxa"/>
            </w:tcMar>
          </w:tcPr>
          <w:p w14:paraId="05DA927D" w14:textId="7F491B0E" w:rsidR="00FF3FDC" w:rsidRPr="00DB6570" w:rsidRDefault="00FF3FDC" w:rsidP="00FF3FDC">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2D328985" w14:textId="329FE764" w:rsidR="00FF3FDC" w:rsidRPr="00DB6570" w:rsidRDefault="00FF3FDC" w:rsidP="00FF3FDC">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06D2916E" w14:textId="3B7CB22F" w:rsidR="00FF3FDC" w:rsidRPr="00DB6570" w:rsidRDefault="00FF3FDC" w:rsidP="00FF3FDC">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5721E1D5" w14:textId="39CC7A29" w:rsidR="00FF3FDC" w:rsidRPr="00DB6570" w:rsidRDefault="00FF3FDC" w:rsidP="00FF3FDC">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49E17D0C" w14:textId="74773C80" w:rsidR="00FF3FDC" w:rsidRPr="00DB6570" w:rsidRDefault="00FF3FDC" w:rsidP="00FF3FDC">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6A8718F0" w14:textId="1D58F0E4" w:rsidR="00FF3FDC" w:rsidRPr="00DB6570" w:rsidRDefault="00FF3FDC" w:rsidP="00FF3FDC">
            <w:pPr>
              <w:spacing w:after="40" w:line="276" w:lineRule="auto"/>
              <w:rPr>
                <w:rFonts w:ascii="Times New Roman" w:hAnsi="Times New Roman" w:cs="Times New Roman"/>
                <w:i/>
                <w:sz w:val="22"/>
              </w:rPr>
            </w:pPr>
          </w:p>
        </w:tc>
        <w:tc>
          <w:tcPr>
            <w:tcW w:w="1485" w:type="dxa"/>
            <w:tcMar>
              <w:top w:w="70" w:type="dxa"/>
              <w:left w:w="70" w:type="dxa"/>
              <w:bottom w:w="70" w:type="dxa"/>
              <w:right w:w="70" w:type="dxa"/>
            </w:tcMar>
          </w:tcPr>
          <w:p w14:paraId="5BD49863" w14:textId="781E0E00" w:rsidR="00FF3FDC" w:rsidRPr="00DB6570" w:rsidRDefault="00FF3FDC" w:rsidP="00FF3FDC">
            <w:pPr>
              <w:spacing w:after="40" w:line="276" w:lineRule="auto"/>
              <w:rPr>
                <w:rFonts w:ascii="Times New Roman" w:hAnsi="Times New Roman" w:cs="Times New Roman"/>
                <w:i/>
                <w:sz w:val="22"/>
              </w:rPr>
            </w:pPr>
          </w:p>
        </w:tc>
        <w:tc>
          <w:tcPr>
            <w:tcW w:w="1389" w:type="dxa"/>
            <w:tcMar>
              <w:top w:w="70" w:type="dxa"/>
              <w:left w:w="70" w:type="dxa"/>
              <w:bottom w:w="70" w:type="dxa"/>
              <w:right w:w="70" w:type="dxa"/>
            </w:tcMar>
          </w:tcPr>
          <w:p w14:paraId="05E6E8B5" w14:textId="340C1887" w:rsidR="00FF3FDC" w:rsidRPr="00DB6570" w:rsidRDefault="00FF3FDC" w:rsidP="00FF3FDC">
            <w:pPr>
              <w:spacing w:after="40" w:line="276" w:lineRule="auto"/>
              <w:rPr>
                <w:rFonts w:ascii="Times New Roman" w:hAnsi="Times New Roman" w:cs="Times New Roman"/>
                <w:i/>
                <w:sz w:val="22"/>
              </w:rPr>
            </w:pPr>
          </w:p>
        </w:tc>
        <w:tc>
          <w:tcPr>
            <w:tcW w:w="1492" w:type="dxa"/>
            <w:tcMar>
              <w:top w:w="70" w:type="dxa"/>
              <w:left w:w="70" w:type="dxa"/>
              <w:bottom w:w="70" w:type="dxa"/>
              <w:right w:w="70" w:type="dxa"/>
            </w:tcMar>
          </w:tcPr>
          <w:p w14:paraId="067A19F6" w14:textId="4F15B6B4" w:rsidR="00FF3FDC" w:rsidRPr="00DB6570" w:rsidRDefault="00FF3FDC" w:rsidP="00FF3FDC">
            <w:pPr>
              <w:spacing w:after="40" w:line="276" w:lineRule="auto"/>
              <w:rPr>
                <w:rFonts w:ascii="Times New Roman" w:hAnsi="Times New Roman" w:cs="Times New Roman"/>
                <w:i/>
                <w:sz w:val="22"/>
              </w:rPr>
            </w:pPr>
          </w:p>
        </w:tc>
      </w:tr>
      <w:tr w:rsidR="00FF3FDC" w:rsidRPr="00DB6570" w14:paraId="1736FFD6" w14:textId="77777777" w:rsidTr="005E44DD">
        <w:trPr>
          <w:cantSplit/>
          <w:jc w:val="center"/>
        </w:trPr>
        <w:tc>
          <w:tcPr>
            <w:tcW w:w="1425" w:type="dxa"/>
            <w:tcMar>
              <w:top w:w="70" w:type="dxa"/>
              <w:left w:w="70" w:type="dxa"/>
              <w:bottom w:w="70" w:type="dxa"/>
              <w:right w:w="70" w:type="dxa"/>
            </w:tcMar>
          </w:tcPr>
          <w:p w14:paraId="3726750F" w14:textId="0F0EF20F" w:rsidR="00FF3FDC" w:rsidRPr="00DB6570" w:rsidRDefault="00FF3FDC" w:rsidP="00FF3FDC">
            <w:pPr>
              <w:spacing w:after="40" w:line="276" w:lineRule="auto"/>
              <w:rPr>
                <w:rFonts w:ascii="Times New Roman" w:hAnsi="Times New Roman" w:cs="Times New Roman"/>
                <w:i/>
                <w:sz w:val="22"/>
              </w:rPr>
            </w:pPr>
          </w:p>
        </w:tc>
        <w:tc>
          <w:tcPr>
            <w:tcW w:w="1369" w:type="dxa"/>
            <w:tcMar>
              <w:top w:w="70" w:type="dxa"/>
              <w:left w:w="70" w:type="dxa"/>
              <w:bottom w:w="70" w:type="dxa"/>
              <w:right w:w="70" w:type="dxa"/>
            </w:tcMar>
          </w:tcPr>
          <w:p w14:paraId="5965884E" w14:textId="4B68D4AF" w:rsidR="00FF3FDC" w:rsidRPr="00DB6570" w:rsidRDefault="00FF3FDC" w:rsidP="00FF3FDC">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272AF998" w14:textId="0FB41000" w:rsidR="00FF3FDC" w:rsidRPr="00DB6570" w:rsidRDefault="00FF3FDC" w:rsidP="00FF3FDC">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36B60D38" w14:textId="09D67BFD" w:rsidR="00FF3FDC" w:rsidRPr="00DB6570" w:rsidRDefault="00FF3FDC" w:rsidP="00FF3FDC">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0125DE63" w14:textId="045F3DEE" w:rsidR="00FF3FDC" w:rsidRPr="00DB6570" w:rsidRDefault="00FF3FDC" w:rsidP="00FF3FDC">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24D1228E" w14:textId="54D77C98" w:rsidR="00FF3FDC" w:rsidRPr="00DB6570" w:rsidRDefault="00FF3FDC" w:rsidP="00FF3FDC">
            <w:pPr>
              <w:spacing w:after="40" w:line="276" w:lineRule="auto"/>
              <w:rPr>
                <w:rFonts w:ascii="Times New Roman" w:hAnsi="Times New Roman" w:cs="Times New Roman"/>
                <w:i/>
                <w:sz w:val="22"/>
              </w:rPr>
            </w:pPr>
          </w:p>
        </w:tc>
        <w:tc>
          <w:tcPr>
            <w:tcW w:w="1368" w:type="dxa"/>
            <w:tcMar>
              <w:top w:w="70" w:type="dxa"/>
              <w:left w:w="70" w:type="dxa"/>
              <w:bottom w:w="70" w:type="dxa"/>
              <w:right w:w="70" w:type="dxa"/>
            </w:tcMar>
          </w:tcPr>
          <w:p w14:paraId="062769F9" w14:textId="69D3C8B4" w:rsidR="00FF3FDC" w:rsidRPr="00DB6570" w:rsidRDefault="00FF3FDC" w:rsidP="00FF3FDC">
            <w:pPr>
              <w:spacing w:after="40" w:line="276" w:lineRule="auto"/>
              <w:rPr>
                <w:rFonts w:ascii="Times New Roman" w:hAnsi="Times New Roman" w:cs="Times New Roman"/>
                <w:i/>
                <w:sz w:val="22"/>
              </w:rPr>
            </w:pPr>
          </w:p>
        </w:tc>
        <w:tc>
          <w:tcPr>
            <w:tcW w:w="1485" w:type="dxa"/>
            <w:tcMar>
              <w:top w:w="70" w:type="dxa"/>
              <w:left w:w="70" w:type="dxa"/>
              <w:bottom w:w="70" w:type="dxa"/>
              <w:right w:w="70" w:type="dxa"/>
            </w:tcMar>
          </w:tcPr>
          <w:p w14:paraId="31191FE8" w14:textId="7CC79A65" w:rsidR="00FF3FDC" w:rsidRPr="00DB6570" w:rsidRDefault="00FF3FDC" w:rsidP="00FF3FDC">
            <w:pPr>
              <w:spacing w:after="40" w:line="276" w:lineRule="auto"/>
              <w:rPr>
                <w:rFonts w:ascii="Times New Roman" w:hAnsi="Times New Roman" w:cs="Times New Roman"/>
                <w:i/>
                <w:sz w:val="22"/>
              </w:rPr>
            </w:pPr>
          </w:p>
        </w:tc>
        <w:tc>
          <w:tcPr>
            <w:tcW w:w="1389" w:type="dxa"/>
            <w:tcMar>
              <w:top w:w="70" w:type="dxa"/>
              <w:left w:w="70" w:type="dxa"/>
              <w:bottom w:w="70" w:type="dxa"/>
              <w:right w:w="70" w:type="dxa"/>
            </w:tcMar>
          </w:tcPr>
          <w:p w14:paraId="2BE9CA15" w14:textId="107B224F" w:rsidR="00FF3FDC" w:rsidRPr="00DB6570" w:rsidRDefault="00FF3FDC" w:rsidP="00FF3FDC">
            <w:pPr>
              <w:spacing w:after="40" w:line="276" w:lineRule="auto"/>
              <w:rPr>
                <w:rFonts w:ascii="Times New Roman" w:hAnsi="Times New Roman" w:cs="Times New Roman"/>
                <w:i/>
                <w:sz w:val="22"/>
              </w:rPr>
            </w:pPr>
          </w:p>
        </w:tc>
        <w:tc>
          <w:tcPr>
            <w:tcW w:w="1492" w:type="dxa"/>
            <w:tcMar>
              <w:top w:w="70" w:type="dxa"/>
              <w:left w:w="70" w:type="dxa"/>
              <w:bottom w:w="70" w:type="dxa"/>
              <w:right w:w="70" w:type="dxa"/>
            </w:tcMar>
          </w:tcPr>
          <w:p w14:paraId="42FA4BB4" w14:textId="5EDFEFDD" w:rsidR="00FF3FDC" w:rsidRPr="00DB6570" w:rsidRDefault="00FF3FDC" w:rsidP="00FF3FDC">
            <w:pPr>
              <w:spacing w:after="40" w:line="276" w:lineRule="auto"/>
              <w:rPr>
                <w:rFonts w:ascii="Times New Roman" w:hAnsi="Times New Roman" w:cs="Times New Roman"/>
                <w:i/>
                <w:sz w:val="22"/>
              </w:rPr>
            </w:pPr>
          </w:p>
        </w:tc>
      </w:tr>
    </w:tbl>
    <w:p w14:paraId="199BEF89" w14:textId="77777777" w:rsidR="008A5E32" w:rsidRPr="00DB6570" w:rsidRDefault="008A5E32">
      <w:pPr>
        <w:rPr>
          <w:rFonts w:ascii="Times New Roman" w:hAnsi="Times New Roman" w:cs="Times New Roman"/>
          <w:sz w:val="22"/>
        </w:rPr>
        <w:sectPr w:rsidR="008A5E32" w:rsidRPr="00DB6570" w:rsidSect="005E44DD">
          <w:type w:val="continuous"/>
          <w:pgSz w:w="16838" w:h="11906" w:orient="landscape"/>
          <w:pgMar w:top="1020" w:right="964" w:bottom="1020" w:left="907" w:header="454" w:footer="454" w:gutter="0"/>
          <w:cols w:space="720"/>
          <w:docGrid w:linePitch="360"/>
        </w:sectPr>
      </w:pPr>
    </w:p>
    <w:p w14:paraId="40836FF8" w14:textId="648AE390" w:rsidR="0061162A" w:rsidRPr="00DB6570" w:rsidRDefault="0061162A">
      <w:pPr>
        <w:rPr>
          <w:rFonts w:ascii="Times New Roman" w:hAnsi="Times New Roman" w:cs="Times New Roman"/>
          <w:sz w:val="22"/>
        </w:rPr>
      </w:pPr>
    </w:p>
    <w:p w14:paraId="0D6B4328" w14:textId="77777777" w:rsidR="0061162A" w:rsidRPr="00DB6570" w:rsidRDefault="00BE6111">
      <w:pPr>
        <w:pStyle w:val="Heading1"/>
        <w:rPr>
          <w:rFonts w:ascii="Times New Roman" w:hAnsi="Times New Roman" w:cs="Times New Roman"/>
          <w:color w:val="auto"/>
          <w:sz w:val="22"/>
          <w:szCs w:val="22"/>
        </w:rPr>
      </w:pPr>
      <w:bookmarkStart w:id="57" w:name="_Toc237525252"/>
      <w:r w:rsidRPr="00DB6570">
        <w:rPr>
          <w:rFonts w:ascii="Times New Roman" w:hAnsi="Times New Roman" w:cs="Times New Roman"/>
          <w:color w:val="auto"/>
          <w:sz w:val="22"/>
          <w:szCs w:val="22"/>
        </w:rPr>
        <w:t>PART V - RFTI DETAILED FULL PROPOSAL</w:t>
      </w:r>
      <w:bookmarkEnd w:id="57"/>
    </w:p>
    <w:tbl>
      <w:tblPr>
        <w:tblStyle w:val="TableGrid"/>
        <w:tblW w:w="9000" w:type="dxa"/>
        <w:jc w:val="center"/>
        <w:tblLook w:val="04A0" w:firstRow="1" w:lastRow="0" w:firstColumn="1" w:lastColumn="0" w:noHBand="0" w:noVBand="1"/>
      </w:tblPr>
      <w:tblGrid>
        <w:gridCol w:w="9000"/>
      </w:tblGrid>
      <w:tr w:rsidR="0061162A" w:rsidRPr="00DB6570" w14:paraId="697AF0BC" w14:textId="77777777" w:rsidTr="0021427D">
        <w:trPr>
          <w:jc w:val="center"/>
        </w:trPr>
        <w:tc>
          <w:tcPr>
            <w:tcW w:w="9866" w:type="dxa"/>
            <w:tcMar>
              <w:top w:w="100" w:type="dxa"/>
              <w:left w:w="140" w:type="dxa"/>
              <w:bottom w:w="100" w:type="dxa"/>
              <w:right w:w="140" w:type="dxa"/>
            </w:tcMar>
          </w:tcPr>
          <w:p w14:paraId="66FC02A3"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Purpose of this Part</w:t>
            </w:r>
          </w:p>
          <w:p w14:paraId="6CFE0E64" w14:textId="47A98168" w:rsidR="0061162A" w:rsidRPr="00DB6570" w:rsidRDefault="00BE6111">
            <w:pPr>
              <w:rPr>
                <w:rFonts w:ascii="Times New Roman" w:hAnsi="Times New Roman" w:cs="Times New Roman"/>
                <w:sz w:val="22"/>
              </w:rPr>
            </w:pPr>
            <w:r w:rsidRPr="00DB6570">
              <w:rPr>
                <w:rFonts w:ascii="Times New Roman" w:hAnsi="Times New Roman" w:cs="Times New Roman"/>
                <w:sz w:val="22"/>
              </w:rPr>
              <w:t xml:space="preserve">This Part </w:t>
            </w:r>
            <w:r w:rsidR="008A0A8B" w:rsidRPr="00DB6570">
              <w:rPr>
                <w:rFonts w:ascii="Times New Roman" w:hAnsi="Times New Roman" w:cs="Times New Roman"/>
                <w:sz w:val="22"/>
              </w:rPr>
              <w:t xml:space="preserve">should </w:t>
            </w:r>
            <w:r w:rsidRPr="00DB6570">
              <w:rPr>
                <w:rFonts w:ascii="Times New Roman" w:hAnsi="Times New Roman" w:cs="Times New Roman"/>
                <w:sz w:val="22"/>
              </w:rPr>
              <w:t>provide the detailed training, work-based learning, employer engagement, institutional readiness and delivery arrangements for the Regional Flagship Training Institute.</w:t>
            </w:r>
          </w:p>
        </w:tc>
      </w:tr>
    </w:tbl>
    <w:p w14:paraId="2C725768" w14:textId="77777777" w:rsidR="0061162A" w:rsidRPr="00DB6570" w:rsidRDefault="0061162A">
      <w:pPr>
        <w:spacing w:after="0"/>
        <w:rPr>
          <w:rFonts w:ascii="Times New Roman" w:hAnsi="Times New Roman" w:cs="Times New Roman"/>
          <w:sz w:val="22"/>
        </w:rPr>
      </w:pPr>
    </w:p>
    <w:p w14:paraId="398FF4F7" w14:textId="3F48FCFB" w:rsidR="0061162A" w:rsidRPr="00DB6570" w:rsidRDefault="00F26ADA">
      <w:pPr>
        <w:pStyle w:val="Heading2"/>
        <w:rPr>
          <w:rFonts w:ascii="Times New Roman" w:hAnsi="Times New Roman" w:cs="Times New Roman"/>
          <w:color w:val="auto"/>
          <w:sz w:val="22"/>
          <w:szCs w:val="22"/>
        </w:rPr>
      </w:pPr>
      <w:bookmarkStart w:id="58" w:name="_Toc237525253"/>
      <w:r w:rsidRPr="00DB6570">
        <w:rPr>
          <w:rFonts w:ascii="Times New Roman" w:hAnsi="Times New Roman" w:cs="Times New Roman"/>
          <w:color w:val="auto"/>
          <w:sz w:val="22"/>
          <w:szCs w:val="22"/>
        </w:rPr>
        <w:t>5</w:t>
      </w:r>
      <w:r w:rsidR="00BE6111" w:rsidRPr="00DB6570">
        <w:rPr>
          <w:rFonts w:ascii="Times New Roman" w:hAnsi="Times New Roman" w:cs="Times New Roman"/>
          <w:color w:val="auto"/>
          <w:sz w:val="22"/>
          <w:szCs w:val="22"/>
        </w:rPr>
        <w:t>.1 Institutional Profile, Sector-Aligned Scope and Readiness</w:t>
      </w:r>
      <w:bookmarkEnd w:id="58"/>
    </w:p>
    <w:p w14:paraId="62B58CCF" w14:textId="77777777" w:rsidR="0061162A" w:rsidRPr="00DB6570" w:rsidRDefault="00BE6111">
      <w:pPr>
        <w:pStyle w:val="GuidanceText"/>
        <w:keepNext/>
        <w:rPr>
          <w:rFonts w:ascii="Times New Roman" w:hAnsi="Times New Roman" w:cs="Times New Roman"/>
          <w:color w:val="auto"/>
          <w:sz w:val="22"/>
        </w:rPr>
      </w:pPr>
      <w:r w:rsidRPr="00DB6570">
        <w:rPr>
          <w:rFonts w:ascii="Times New Roman" w:hAnsi="Times New Roman" w:cs="Times New Roman"/>
          <w:color w:val="auto"/>
          <w:sz w:val="22"/>
        </w:rPr>
        <w:t>Define the specific departments and programs that constitute the proposed RFTI. Provide institutional accreditation, governance location, current enrollment, instructors, employer links, graduate outcomes, regional reach and evidence of excellence within the sector-aligned scope.</w:t>
      </w:r>
    </w:p>
    <w:tbl>
      <w:tblPr>
        <w:tblStyle w:val="TableGrid"/>
        <w:tblW w:w="9000" w:type="dxa"/>
        <w:jc w:val="center"/>
        <w:tblLook w:val="04A0" w:firstRow="1" w:lastRow="0" w:firstColumn="1" w:lastColumn="0" w:noHBand="0" w:noVBand="1"/>
      </w:tblPr>
      <w:tblGrid>
        <w:gridCol w:w="9000"/>
      </w:tblGrid>
      <w:tr w:rsidR="0061162A" w:rsidRPr="00DB6570" w14:paraId="2297CF41" w14:textId="77777777">
        <w:trPr>
          <w:jc w:val="center"/>
        </w:trPr>
        <w:tc>
          <w:tcPr>
            <w:tcW w:w="9866" w:type="dxa"/>
            <w:shd w:val="clear" w:color="auto" w:fill="FAFAFA"/>
            <w:tcMar>
              <w:top w:w="110" w:type="dxa"/>
              <w:left w:w="120" w:type="dxa"/>
              <w:bottom w:w="110" w:type="dxa"/>
              <w:right w:w="120" w:type="dxa"/>
            </w:tcMar>
          </w:tcPr>
          <w:p w14:paraId="7A301E1A" w14:textId="47E2BE5E" w:rsidR="0061162A" w:rsidRPr="00DB6570" w:rsidRDefault="007A34E6">
            <w:pPr>
              <w:rPr>
                <w:rFonts w:ascii="Times New Roman" w:hAnsi="Times New Roman" w:cs="Times New Roman"/>
                <w:sz w:val="22"/>
              </w:rPr>
            </w:pPr>
            <w:r w:rsidRPr="007A34E6">
              <w:rPr>
                <w:rFonts w:ascii="Times New Roman" w:hAnsi="Times New Roman" w:cs="Times New Roman"/>
                <w:i/>
                <w:sz w:val="22"/>
              </w:rPr>
              <w:t>[Applicant response must not exceed 700 words]</w:t>
            </w:r>
          </w:p>
          <w:p w14:paraId="22FFD1DE" w14:textId="77777777" w:rsidR="0061162A" w:rsidRPr="00DB6570" w:rsidRDefault="0061162A">
            <w:pPr>
              <w:rPr>
                <w:rFonts w:ascii="Times New Roman" w:hAnsi="Times New Roman" w:cs="Times New Roman"/>
                <w:sz w:val="22"/>
              </w:rPr>
            </w:pPr>
          </w:p>
          <w:p w14:paraId="4B230664" w14:textId="77777777" w:rsidR="0061162A" w:rsidRPr="00DB6570" w:rsidRDefault="0061162A">
            <w:pPr>
              <w:rPr>
                <w:rFonts w:ascii="Times New Roman" w:hAnsi="Times New Roman" w:cs="Times New Roman"/>
                <w:sz w:val="22"/>
              </w:rPr>
            </w:pPr>
          </w:p>
          <w:p w14:paraId="19B914E1" w14:textId="77777777" w:rsidR="0061162A" w:rsidRPr="00DB6570" w:rsidRDefault="0061162A">
            <w:pPr>
              <w:rPr>
                <w:rFonts w:ascii="Times New Roman" w:hAnsi="Times New Roman" w:cs="Times New Roman"/>
                <w:sz w:val="22"/>
              </w:rPr>
            </w:pPr>
          </w:p>
          <w:p w14:paraId="6C62BA73" w14:textId="77777777" w:rsidR="0061162A" w:rsidRPr="00DB6570" w:rsidRDefault="0061162A">
            <w:pPr>
              <w:rPr>
                <w:rFonts w:ascii="Times New Roman" w:hAnsi="Times New Roman" w:cs="Times New Roman"/>
                <w:sz w:val="22"/>
              </w:rPr>
            </w:pPr>
          </w:p>
        </w:tc>
      </w:tr>
    </w:tbl>
    <w:p w14:paraId="34F6C5A8" w14:textId="77777777" w:rsidR="0061162A" w:rsidRPr="00DB6570" w:rsidRDefault="0061162A">
      <w:pPr>
        <w:spacing w:after="0"/>
        <w:rPr>
          <w:rFonts w:ascii="Times New Roman" w:hAnsi="Times New Roman" w:cs="Times New Roman"/>
          <w:sz w:val="22"/>
        </w:rPr>
      </w:pPr>
    </w:p>
    <w:p w14:paraId="7A099E16" w14:textId="083EE3E0" w:rsidR="0061162A" w:rsidRPr="00DB6570" w:rsidRDefault="00640986">
      <w:pPr>
        <w:pStyle w:val="Heading3"/>
        <w:rPr>
          <w:rFonts w:ascii="Times New Roman" w:hAnsi="Times New Roman" w:cs="Times New Roman"/>
          <w:color w:val="auto"/>
          <w:sz w:val="22"/>
        </w:rPr>
      </w:pPr>
      <w:bookmarkStart w:id="59" w:name="_Toc237525254"/>
      <w:r w:rsidRPr="00DB6570">
        <w:rPr>
          <w:rFonts w:ascii="Times New Roman" w:hAnsi="Times New Roman" w:cs="Times New Roman"/>
          <w:color w:val="auto"/>
          <w:sz w:val="22"/>
        </w:rPr>
        <w:t xml:space="preserve">5.1.1 </w:t>
      </w:r>
      <w:r w:rsidR="00BE6111" w:rsidRPr="00DB6570">
        <w:rPr>
          <w:rFonts w:ascii="Times New Roman" w:hAnsi="Times New Roman" w:cs="Times New Roman"/>
          <w:color w:val="auto"/>
          <w:sz w:val="22"/>
        </w:rPr>
        <w:t>RFTI Baseline Data</w:t>
      </w:r>
      <w:bookmarkEnd w:id="59"/>
    </w:p>
    <w:tbl>
      <w:tblPr>
        <w:tblW w:w="9806" w:type="dxa"/>
        <w:jc w:val="center"/>
        <w:tblLayout w:type="fixed"/>
        <w:tblLook w:val="04A0" w:firstRow="1" w:lastRow="0" w:firstColumn="1" w:lastColumn="0" w:noHBand="0" w:noVBand="1"/>
      </w:tblPr>
      <w:tblGrid>
        <w:gridCol w:w="605"/>
        <w:gridCol w:w="6265"/>
        <w:gridCol w:w="1468"/>
        <w:gridCol w:w="1468"/>
      </w:tblGrid>
      <w:tr w:rsidR="00FB0A1E" w:rsidRPr="00DB6570" w14:paraId="02252AEA" w14:textId="77777777" w:rsidTr="0021427D">
        <w:trPr>
          <w:cantSplit/>
          <w:trHeight w:val="461"/>
          <w:tblHeader/>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BAE1F1E" w14:textId="77777777" w:rsidR="00FB0A1E" w:rsidRPr="00DB6570" w:rsidRDefault="00FB0A1E"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No.</w:t>
            </w: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1ECBA4E" w14:textId="77777777" w:rsidR="00FB0A1E" w:rsidRPr="00DB6570" w:rsidRDefault="00FB0A1E"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Indicators (Most recent years)</w:t>
            </w: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1B43EA4" w14:textId="77777777" w:rsidR="00FB0A1E" w:rsidRPr="00DB6570" w:rsidRDefault="00FB0A1E"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2024</w:t>
            </w: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AD40088" w14:textId="77777777" w:rsidR="00FB0A1E" w:rsidRPr="00DB6570" w:rsidRDefault="00FB0A1E"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2025</w:t>
            </w:r>
          </w:p>
        </w:tc>
      </w:tr>
      <w:tr w:rsidR="00FB0A1E" w:rsidRPr="00DB6570" w14:paraId="08D8682E" w14:textId="77777777" w:rsidTr="00FB0A1E">
        <w:trPr>
          <w:cantSplit/>
          <w:trHeight w:val="403"/>
          <w:jc w:val="center"/>
        </w:trPr>
        <w:tc>
          <w:tcPr>
            <w:tcW w:w="9806" w:type="dxa"/>
            <w:gridSpan w:val="4"/>
            <w:tcBorders>
              <w:top w:val="single" w:sz="4" w:space="0" w:color="7F7F7F"/>
              <w:left w:val="single" w:sz="4" w:space="0" w:color="7F7F7F"/>
              <w:bottom w:val="single" w:sz="4" w:space="0" w:color="7F7F7F"/>
              <w:right w:val="single" w:sz="4" w:space="0" w:color="7F7F7F"/>
            </w:tcBorders>
            <w:shd w:val="clear" w:color="auto" w:fill="D9EAF7"/>
            <w:tcMar>
              <w:top w:w="45" w:type="dxa"/>
              <w:left w:w="55" w:type="dxa"/>
              <w:bottom w:w="45" w:type="dxa"/>
              <w:right w:w="55" w:type="dxa"/>
            </w:tcMar>
            <w:vAlign w:val="center"/>
          </w:tcPr>
          <w:p w14:paraId="66EC0DC0" w14:textId="77777777" w:rsidR="00FB0A1E" w:rsidRPr="00DB6570" w:rsidRDefault="00FB0A1E" w:rsidP="00D270E1">
            <w:pPr>
              <w:spacing w:after="0" w:line="240" w:lineRule="auto"/>
              <w:rPr>
                <w:rFonts w:ascii="Times New Roman" w:hAnsi="Times New Roman" w:cs="Times New Roman"/>
                <w:sz w:val="22"/>
              </w:rPr>
            </w:pPr>
            <w:r w:rsidRPr="00DB6570">
              <w:rPr>
                <w:rFonts w:ascii="Times New Roman" w:hAnsi="Times New Roman" w:cs="Times New Roman"/>
                <w:b/>
                <w:sz w:val="22"/>
              </w:rPr>
              <w:t>Institution-Level Data (RFTI/TVET Host Institution)</w:t>
            </w:r>
          </w:p>
        </w:tc>
      </w:tr>
      <w:tr w:rsidR="00FB0A1E" w:rsidRPr="00DB6570" w14:paraId="424F7F9E" w14:textId="77777777" w:rsidTr="00FB0A1E">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12166A1" w14:textId="77777777" w:rsidR="00FB0A1E" w:rsidRPr="00DB6570" w:rsidRDefault="00FB0A1E"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1</w:t>
            </w: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96B17FD" w14:textId="77777777" w:rsidR="00FB0A1E" w:rsidRPr="00DB6570" w:rsidRDefault="00FB0A1E" w:rsidP="00D270E1">
            <w:pPr>
              <w:spacing w:after="0" w:line="240" w:lineRule="auto"/>
              <w:rPr>
                <w:rFonts w:ascii="Times New Roman" w:hAnsi="Times New Roman" w:cs="Times New Roman"/>
                <w:sz w:val="22"/>
              </w:rPr>
            </w:pPr>
            <w:r w:rsidRPr="00DB6570">
              <w:rPr>
                <w:rFonts w:ascii="Times New Roman" w:hAnsi="Times New Roman" w:cs="Times New Roman"/>
                <w:b/>
                <w:sz w:val="22"/>
              </w:rPr>
              <w:t>Total student enrollment (all programs)</w:t>
            </w: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C841529" w14:textId="68FF63AD" w:rsidR="00FB0A1E" w:rsidRPr="00DB6570" w:rsidRDefault="00FB0A1E"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 xml:space="preserve">Total </w:t>
            </w:r>
            <w:r w:rsidR="0014222F" w:rsidRPr="00DB6570">
              <w:rPr>
                <w:rFonts w:ascii="Times New Roman" w:hAnsi="Times New Roman" w:cs="Times New Roman"/>
                <w:sz w:val="22"/>
              </w:rPr>
              <w:t>(%Female)</w:t>
            </w: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A37775B" w14:textId="361C12A2" w:rsidR="00C91DB9" w:rsidRPr="00DB6570" w:rsidRDefault="00C91DB9"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Total</w:t>
            </w:r>
          </w:p>
          <w:p w14:paraId="422C8DFA" w14:textId="15D59648" w:rsidR="00FB0A1E" w:rsidRPr="00DB6570" w:rsidRDefault="0014222F"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w:t>
            </w:r>
            <w:r w:rsidR="00FB0A1E" w:rsidRPr="00DB6570">
              <w:rPr>
                <w:rFonts w:ascii="Times New Roman" w:hAnsi="Times New Roman" w:cs="Times New Roman"/>
                <w:sz w:val="22"/>
              </w:rPr>
              <w:t>Female</w:t>
            </w:r>
            <w:r w:rsidRPr="00DB6570">
              <w:rPr>
                <w:rFonts w:ascii="Times New Roman" w:hAnsi="Times New Roman" w:cs="Times New Roman"/>
                <w:sz w:val="22"/>
              </w:rPr>
              <w:t>)</w:t>
            </w:r>
          </w:p>
        </w:tc>
      </w:tr>
      <w:tr w:rsidR="00FB0A1E" w:rsidRPr="00DB6570" w14:paraId="2CB3E70A"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EDFBB64"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824FA37"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Master's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D9FF8CD"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D18D519"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7141C810"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CB34500"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46AC6B9"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Bachelor's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F568A1D"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5FD4B62"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0D90834B"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3A50960"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D654937"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Diploma</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1B6BCAA"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A709F00"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6055ECF3"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0981E0"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C85FF8" w14:textId="47CCA54B"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Certificate</w:t>
            </w:r>
            <w:r w:rsidR="006A1DA0" w:rsidRPr="00DB6570">
              <w:rPr>
                <w:rStyle w:val="FootnoteReference"/>
                <w:rFonts w:ascii="Times New Roman" w:hAnsi="Times New Roman" w:cs="Times New Roman"/>
                <w:sz w:val="22"/>
              </w:rPr>
              <w:footnoteReference w:id="2"/>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9166EA9"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C9FFA66"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4B1BE4AB"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701492"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5D20D43"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Short courses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653B695"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49033B1"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4D38C16B" w14:textId="77777777" w:rsidTr="00FB0A1E">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8204605" w14:textId="77777777" w:rsidR="00FB0A1E" w:rsidRPr="00DB6570" w:rsidRDefault="00FB0A1E"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2</w:t>
            </w: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92AF5BF" w14:textId="77777777" w:rsidR="00FB0A1E" w:rsidRPr="00DB6570" w:rsidRDefault="00FB0A1E" w:rsidP="00D270E1">
            <w:pPr>
              <w:spacing w:after="0" w:line="240" w:lineRule="auto"/>
              <w:rPr>
                <w:rFonts w:ascii="Times New Roman" w:hAnsi="Times New Roman" w:cs="Times New Roman"/>
                <w:sz w:val="22"/>
              </w:rPr>
            </w:pPr>
            <w:r w:rsidRPr="00DB6570">
              <w:rPr>
                <w:rFonts w:ascii="Times New Roman" w:hAnsi="Times New Roman" w:cs="Times New Roman"/>
                <w:b/>
                <w:sz w:val="22"/>
              </w:rPr>
              <w:t>Total graduates per year</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022889C"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7DFBBEA"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133DCB67"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56115AB"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888F4E5"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Master's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927E2BD"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A323591"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0C3247D7"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4B0EC16"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25DCE46"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Bachelor's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3BF3BCD"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A6628A7"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573EA40A"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FFACD48"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3A23C9D"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Diploma</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1FC3DD0"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4DC01D2"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394FA47A"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27E9CE"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B4132F8"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Certificate</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F4D113B"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A9B0D07"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56E44071"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F65BB7B"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CD62B62"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Short courses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F4B364C"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36F10CD"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54CF975B" w14:textId="77777777" w:rsidTr="00FB0A1E">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D892331" w14:textId="77777777" w:rsidR="00FB0A1E" w:rsidRPr="00DB6570" w:rsidRDefault="00FB0A1E"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3</w:t>
            </w: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117D71B" w14:textId="77777777" w:rsidR="00FB0A1E" w:rsidRPr="00DB6570" w:rsidRDefault="00FB0A1E" w:rsidP="00D270E1">
            <w:pPr>
              <w:spacing w:after="0" w:line="240" w:lineRule="auto"/>
              <w:rPr>
                <w:rFonts w:ascii="Times New Roman" w:hAnsi="Times New Roman" w:cs="Times New Roman"/>
                <w:sz w:val="22"/>
              </w:rPr>
            </w:pPr>
            <w:r w:rsidRPr="00DB6570">
              <w:rPr>
                <w:rFonts w:ascii="Times New Roman" w:hAnsi="Times New Roman" w:cs="Times New Roman"/>
                <w:b/>
                <w:sz w:val="22"/>
              </w:rPr>
              <w:t>Completion/graduation rate (all levels)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AA40B83"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25A7F3A"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227866E0" w14:textId="77777777" w:rsidTr="00FB0A1E">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EE5C3E" w14:textId="77777777" w:rsidR="00FB0A1E" w:rsidRPr="00DB6570" w:rsidRDefault="00FB0A1E"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4</w:t>
            </w: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5559CB9" w14:textId="77777777" w:rsidR="00FB0A1E" w:rsidRPr="00DB6570" w:rsidRDefault="00FB0A1E" w:rsidP="00D270E1">
            <w:pPr>
              <w:spacing w:after="0" w:line="240" w:lineRule="auto"/>
              <w:rPr>
                <w:rFonts w:ascii="Times New Roman" w:hAnsi="Times New Roman" w:cs="Times New Roman"/>
                <w:sz w:val="22"/>
              </w:rPr>
            </w:pPr>
            <w:r w:rsidRPr="00DB6570">
              <w:rPr>
                <w:rFonts w:ascii="Times New Roman" w:hAnsi="Times New Roman" w:cs="Times New Roman"/>
                <w:b/>
                <w:sz w:val="22"/>
              </w:rPr>
              <w:t>Total Staff</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06A5C1F"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B5CCEDB"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03E94C05"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00F6583"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9B606AA"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Total academic staff (full-time equivalent)</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72A8AD1"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61C39FD"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6D36977A"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8161CA2"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3552AE5"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Total administrative staff</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55B8E4D"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46EE43B"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50186257" w14:textId="77777777" w:rsidTr="00FB0A1E">
        <w:trPr>
          <w:cantSplit/>
          <w:trHeight w:val="403"/>
          <w:jc w:val="center"/>
        </w:trPr>
        <w:tc>
          <w:tcPr>
            <w:tcW w:w="9806" w:type="dxa"/>
            <w:gridSpan w:val="4"/>
            <w:tcBorders>
              <w:top w:val="single" w:sz="4" w:space="0" w:color="7F7F7F"/>
              <w:left w:val="single" w:sz="4" w:space="0" w:color="7F7F7F"/>
              <w:bottom w:val="single" w:sz="4" w:space="0" w:color="7F7F7F"/>
              <w:right w:val="single" w:sz="4" w:space="0" w:color="7F7F7F"/>
            </w:tcBorders>
            <w:shd w:val="clear" w:color="auto" w:fill="D9EAF7"/>
            <w:tcMar>
              <w:top w:w="45" w:type="dxa"/>
              <w:left w:w="55" w:type="dxa"/>
              <w:bottom w:w="45" w:type="dxa"/>
              <w:right w:w="55" w:type="dxa"/>
            </w:tcMar>
            <w:vAlign w:val="center"/>
          </w:tcPr>
          <w:p w14:paraId="625E20AC" w14:textId="77777777" w:rsidR="00FB0A1E" w:rsidRPr="00DB6570" w:rsidRDefault="00FB0A1E" w:rsidP="00D270E1">
            <w:pPr>
              <w:spacing w:after="0" w:line="240" w:lineRule="auto"/>
              <w:rPr>
                <w:rFonts w:ascii="Times New Roman" w:hAnsi="Times New Roman" w:cs="Times New Roman"/>
                <w:sz w:val="22"/>
              </w:rPr>
            </w:pPr>
            <w:r w:rsidRPr="00DB6570">
              <w:rPr>
                <w:rFonts w:ascii="Times New Roman" w:hAnsi="Times New Roman" w:cs="Times New Roman"/>
                <w:b/>
                <w:sz w:val="22"/>
              </w:rPr>
              <w:t>RFTI-Level Data</w:t>
            </w:r>
          </w:p>
        </w:tc>
      </w:tr>
      <w:tr w:rsidR="00FB0A1E" w:rsidRPr="00DB6570" w14:paraId="03D11D5F" w14:textId="77777777" w:rsidTr="00FB0A1E">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281871C" w14:textId="77777777" w:rsidR="00FB0A1E" w:rsidRPr="00DB6570" w:rsidRDefault="00FB0A1E"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1</w:t>
            </w: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E291F67" w14:textId="77777777" w:rsidR="00FB0A1E" w:rsidRPr="00DB6570" w:rsidRDefault="00FB0A1E" w:rsidP="00D270E1">
            <w:pPr>
              <w:spacing w:after="0" w:line="240" w:lineRule="auto"/>
              <w:rPr>
                <w:rFonts w:ascii="Times New Roman" w:hAnsi="Times New Roman" w:cs="Times New Roman"/>
                <w:sz w:val="22"/>
              </w:rPr>
            </w:pPr>
            <w:r w:rsidRPr="00DB6570">
              <w:rPr>
                <w:rFonts w:ascii="Times New Roman" w:hAnsi="Times New Roman" w:cs="Times New Roman"/>
                <w:b/>
                <w:sz w:val="22"/>
              </w:rPr>
              <w:t>Total student enrollment (all programs)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AA69148"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32028FD"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6B1A2EBE"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860867B"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A13D34B"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Master's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59DE526"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56CD451"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789BB41B"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6803106"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EE592B6"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Bachelor's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83A40A9"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DCF667D"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2C023568"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85962D4"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8310B99"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Diploma</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C96C958"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FB709DC"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2779F433"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BC7B39D"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7429042"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Certificate</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FA5287D"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E0F2E8E"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1C77A45C"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C9A10B0"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D7EE058"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Short courses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771507B"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1296796"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79B26C73" w14:textId="77777777" w:rsidTr="00FB0A1E">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4E9201C" w14:textId="77777777" w:rsidR="00FB0A1E" w:rsidRPr="00DB6570" w:rsidRDefault="00FB0A1E"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2</w:t>
            </w: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E819EF9" w14:textId="77777777" w:rsidR="00FB0A1E" w:rsidRPr="00DB6570" w:rsidRDefault="00FB0A1E" w:rsidP="00D270E1">
            <w:pPr>
              <w:spacing w:after="0" w:line="240" w:lineRule="auto"/>
              <w:rPr>
                <w:rFonts w:ascii="Times New Roman" w:hAnsi="Times New Roman" w:cs="Times New Roman"/>
                <w:sz w:val="22"/>
              </w:rPr>
            </w:pPr>
            <w:r w:rsidRPr="00DB6570">
              <w:rPr>
                <w:rFonts w:ascii="Times New Roman" w:hAnsi="Times New Roman" w:cs="Times New Roman"/>
                <w:b/>
                <w:sz w:val="22"/>
              </w:rPr>
              <w:t>Total student enrollment (in center-affiliated programs ONLY)</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DBC9743"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703D941"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40A02CE0"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CF76FD0"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B89581A"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Master's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F05B99B"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9AE592F"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6DC3F0EA"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E66E2E"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21DCEA0"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Bachelor's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C8CA9E4"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B5E5A87"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7CAA11F2"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0FE353A"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34C9B0F"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Diploma</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CE54FA3"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42CFB1A"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3860795E"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37F7AB6"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C934D17"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Certificate</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A01554D"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032652E"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0BB90349"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81CD4F3"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5226B42"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Short courses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4799BEC"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85F5126"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1C1279FA" w14:textId="77777777" w:rsidTr="00FB0A1E">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3BFD140" w14:textId="77777777" w:rsidR="00FB0A1E" w:rsidRPr="00DB6570" w:rsidRDefault="00FB0A1E"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3</w:t>
            </w: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0CB53E7" w14:textId="77777777" w:rsidR="00FB0A1E" w:rsidRPr="00DB6570" w:rsidRDefault="00FB0A1E" w:rsidP="00D270E1">
            <w:pPr>
              <w:spacing w:after="0" w:line="240" w:lineRule="auto"/>
              <w:rPr>
                <w:rFonts w:ascii="Times New Roman" w:hAnsi="Times New Roman" w:cs="Times New Roman"/>
                <w:sz w:val="22"/>
              </w:rPr>
            </w:pPr>
            <w:r w:rsidRPr="00DB6570">
              <w:rPr>
                <w:rFonts w:ascii="Times New Roman" w:hAnsi="Times New Roman" w:cs="Times New Roman"/>
                <w:b/>
                <w:sz w:val="22"/>
              </w:rPr>
              <w:t>Total Regional/international students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35E7B9E"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AB926CE"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7C4BD274"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BDE3272"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641E73D"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Master's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950EA9D"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04543EF"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5A11D742"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3D5B9E9"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949D49F"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Bachelor's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06E9B58"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E4A7908"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2A307AA9"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97BF762"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3CE66D6"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Diploma</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04BD983"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8E45227"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3B7B868A"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0DE6CBA"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FFDF26A"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Certificate</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C4993FE"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DBF35B0"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7DCFCB8C"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CE541AA"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214CEF4"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Short courses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3544953"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38DB118"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1FA7B7FC" w14:textId="77777777" w:rsidTr="00FB0A1E">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7C0A4EF" w14:textId="77777777" w:rsidR="00FB0A1E" w:rsidRPr="00DB6570" w:rsidRDefault="00FB0A1E"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4</w:t>
            </w: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4842E08" w14:textId="77777777" w:rsidR="00FB0A1E" w:rsidRPr="00DB6570" w:rsidRDefault="00FB0A1E" w:rsidP="00D270E1">
            <w:pPr>
              <w:spacing w:after="0" w:line="240" w:lineRule="auto"/>
              <w:rPr>
                <w:rFonts w:ascii="Times New Roman" w:hAnsi="Times New Roman" w:cs="Times New Roman"/>
                <w:sz w:val="22"/>
              </w:rPr>
            </w:pPr>
            <w:r w:rsidRPr="00DB6570">
              <w:rPr>
                <w:rFonts w:ascii="Times New Roman" w:hAnsi="Times New Roman" w:cs="Times New Roman"/>
                <w:b/>
                <w:sz w:val="22"/>
              </w:rPr>
              <w:t>Students on scholarship or financial support</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DE6AE23"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5B36EA0"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032E8060" w14:textId="77777777" w:rsidTr="00FB0A1E">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049F972" w14:textId="77777777" w:rsidR="00FB0A1E" w:rsidRPr="00DB6570" w:rsidRDefault="00FB0A1E"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5</w:t>
            </w: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0F3350D" w14:textId="77777777" w:rsidR="00FB0A1E" w:rsidRPr="00DB6570" w:rsidRDefault="00FB0A1E" w:rsidP="00D270E1">
            <w:pPr>
              <w:spacing w:after="0" w:line="240" w:lineRule="auto"/>
              <w:rPr>
                <w:rFonts w:ascii="Times New Roman" w:hAnsi="Times New Roman" w:cs="Times New Roman"/>
                <w:sz w:val="22"/>
              </w:rPr>
            </w:pPr>
            <w:r w:rsidRPr="00DB6570">
              <w:rPr>
                <w:rFonts w:ascii="Times New Roman" w:hAnsi="Times New Roman" w:cs="Times New Roman"/>
                <w:b/>
                <w:sz w:val="22"/>
              </w:rPr>
              <w:t>Students who completed internship/industry placement</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D46F4C2"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628B82E"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2F1681AB"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9FF972D"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D576AF2"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Internships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DAEAF57"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18965E3"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42CC62B5"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D794C8C"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17A5F05"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Apprenticeship/work-based learning</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E9BF338"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FCE9239"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55D7D178" w14:textId="77777777" w:rsidTr="00FB0A1E">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5F396F7" w14:textId="77777777" w:rsidR="00FB0A1E" w:rsidRPr="00DB6570" w:rsidRDefault="00FB0A1E"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6</w:t>
            </w: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CF35A12" w14:textId="77777777" w:rsidR="00FB0A1E" w:rsidRPr="00DB6570" w:rsidRDefault="00FB0A1E" w:rsidP="00D270E1">
            <w:pPr>
              <w:spacing w:after="0" w:line="240" w:lineRule="auto"/>
              <w:rPr>
                <w:rFonts w:ascii="Times New Roman" w:hAnsi="Times New Roman" w:cs="Times New Roman"/>
                <w:sz w:val="22"/>
              </w:rPr>
            </w:pPr>
            <w:r w:rsidRPr="00DB6570">
              <w:rPr>
                <w:rFonts w:ascii="Times New Roman" w:hAnsi="Times New Roman" w:cs="Times New Roman"/>
                <w:b/>
                <w:sz w:val="22"/>
              </w:rPr>
              <w:t>Total graduates per year</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ED3444B"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9EFF6B2"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1D40DA32"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38BDB62"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76C22EE"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Master's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A84E69E"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790134A"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7EBF0721"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FF819C"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41C2884"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Bachelor's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74B50E7"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F6B9EFD"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10A9A932"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181782D"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EEBFB23"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Diploma</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E0E4EAD"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5ED0370"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2868E162"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7CC9DE8"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FD2B6B4"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Certificate</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1B80709"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BF2B078"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14C9BCDF"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A9B34C2"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F43CD3F"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Short courses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725AA67"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B06F3F4"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13BD51A8" w14:textId="77777777" w:rsidTr="00FB0A1E">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A5F79B3" w14:textId="77777777" w:rsidR="00FB0A1E" w:rsidRPr="00DB6570" w:rsidRDefault="00FB0A1E"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7</w:t>
            </w: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CC94D4" w14:textId="77777777" w:rsidR="00FB0A1E" w:rsidRPr="00DB6570" w:rsidRDefault="00FB0A1E" w:rsidP="00D270E1">
            <w:pPr>
              <w:spacing w:after="0" w:line="240" w:lineRule="auto"/>
              <w:rPr>
                <w:rFonts w:ascii="Times New Roman" w:hAnsi="Times New Roman" w:cs="Times New Roman"/>
                <w:sz w:val="22"/>
              </w:rPr>
            </w:pPr>
            <w:r w:rsidRPr="00DB6570">
              <w:rPr>
                <w:rFonts w:ascii="Times New Roman" w:hAnsi="Times New Roman" w:cs="Times New Roman"/>
                <w:b/>
                <w:sz w:val="22"/>
              </w:rPr>
              <w:t>Completion/graduation rate (all levels)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27669D2"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3C69135"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6B59B038" w14:textId="77777777" w:rsidTr="00FB0A1E">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0F264BC" w14:textId="77777777" w:rsidR="00FB0A1E" w:rsidRPr="00DB6570" w:rsidRDefault="00FB0A1E"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8</w:t>
            </w: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E0F5DCF" w14:textId="77777777" w:rsidR="00FB0A1E" w:rsidRPr="00DB6570" w:rsidRDefault="00FB0A1E" w:rsidP="00D270E1">
            <w:pPr>
              <w:spacing w:after="0" w:line="240" w:lineRule="auto"/>
              <w:rPr>
                <w:rFonts w:ascii="Times New Roman" w:hAnsi="Times New Roman" w:cs="Times New Roman"/>
                <w:sz w:val="22"/>
              </w:rPr>
            </w:pPr>
            <w:r w:rsidRPr="00DB6570">
              <w:rPr>
                <w:rFonts w:ascii="Times New Roman" w:hAnsi="Times New Roman" w:cs="Times New Roman"/>
                <w:b/>
                <w:sz w:val="22"/>
              </w:rPr>
              <w:t>Total Staff</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E8E9C0D"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0056E00"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0A6BA823"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ACA335A"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A20F7C2"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Total academic staff (full-time equivalent)</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DCDB541"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7AF480B"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1D5489C0"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F1E0DE5"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F07F976"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International / visiting faculty</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FF9F398"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302CBE4"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057CD5F6"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F354CC3"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CEC6A8"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Staff (Faculty/Instructors/Trainers) who have completed outreach/industry attachment (≥1 month)</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9A7F17F"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AE88681"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666CF210"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12902B4"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D59800B"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Technical/lab staff and instructors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D91F8DE"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54053271"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6DB835E4"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8F47EB"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FC70918"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Academic staff (full-time equivalent) directly assigned to the center</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1B4A7F9"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A9CD585"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6E1904B3"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EF85F4B"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96C96A4"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Total administrative staff</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5DBD59D"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D9EBF2E"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7B9B41D6" w14:textId="77777777" w:rsidTr="00FB0A1E">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0D641AF" w14:textId="77777777" w:rsidR="00FB0A1E" w:rsidRPr="00DB6570" w:rsidRDefault="00FB0A1E"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9</w:t>
            </w: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6A2BDC0" w14:textId="77777777" w:rsidR="00FB0A1E" w:rsidRPr="00DB6570" w:rsidRDefault="00FB0A1E" w:rsidP="00D270E1">
            <w:pPr>
              <w:spacing w:after="0" w:line="240" w:lineRule="auto"/>
              <w:rPr>
                <w:rFonts w:ascii="Times New Roman" w:hAnsi="Times New Roman" w:cs="Times New Roman"/>
                <w:sz w:val="22"/>
              </w:rPr>
            </w:pPr>
            <w:r w:rsidRPr="00DB6570">
              <w:rPr>
                <w:rFonts w:ascii="Times New Roman" w:hAnsi="Times New Roman" w:cs="Times New Roman"/>
                <w:b/>
                <w:sz w:val="22"/>
              </w:rPr>
              <w:t>Externally generated revenue (Briefly indicate sources i.e. grants, consultancy, industry contracts)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6C564D28"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5DAF2A3"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09A5D27E" w14:textId="77777777" w:rsidTr="00FB0A1E">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E399ACB" w14:textId="77777777" w:rsidR="00FB0A1E" w:rsidRPr="00DB6570" w:rsidRDefault="00FB0A1E"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10</w:t>
            </w: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2F40E86" w14:textId="77777777" w:rsidR="00FB0A1E" w:rsidRPr="00DB6570" w:rsidRDefault="00FB0A1E" w:rsidP="00D270E1">
            <w:pPr>
              <w:spacing w:after="0" w:line="240" w:lineRule="auto"/>
              <w:rPr>
                <w:rFonts w:ascii="Times New Roman" w:hAnsi="Times New Roman" w:cs="Times New Roman"/>
                <w:sz w:val="22"/>
              </w:rPr>
            </w:pPr>
            <w:r w:rsidRPr="00DB6570">
              <w:rPr>
                <w:rFonts w:ascii="Times New Roman" w:hAnsi="Times New Roman" w:cs="Times New Roman"/>
                <w:b/>
                <w:sz w:val="22"/>
              </w:rPr>
              <w:t>Research publications in indexed journals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7DE0E08"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CCD4391"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4738A375" w14:textId="77777777" w:rsidTr="00FB0A1E">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988E3D2" w14:textId="77777777" w:rsidR="00FB0A1E" w:rsidRPr="00DB6570" w:rsidRDefault="00FB0A1E"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11</w:t>
            </w: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398C408" w14:textId="77777777" w:rsidR="00FB0A1E" w:rsidRPr="00DB6570" w:rsidRDefault="00FB0A1E" w:rsidP="00D270E1">
            <w:pPr>
              <w:spacing w:after="0" w:line="240" w:lineRule="auto"/>
              <w:rPr>
                <w:rFonts w:ascii="Times New Roman" w:hAnsi="Times New Roman" w:cs="Times New Roman"/>
                <w:sz w:val="22"/>
              </w:rPr>
            </w:pPr>
            <w:r w:rsidRPr="00DB6570">
              <w:rPr>
                <w:rFonts w:ascii="Times New Roman" w:hAnsi="Times New Roman" w:cs="Times New Roman"/>
                <w:b/>
                <w:sz w:val="22"/>
              </w:rPr>
              <w:t>Accredited programs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6A55175"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F32B438"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5DA10FED"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2E3948C"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FC69EEB"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National</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1CB71F8"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4DFED58"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54215638"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6ECD177"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62C77F4"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Regional</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3302AE8C"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08EF01B6"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45245123"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DF5778A"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CF7B0C3"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International</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5451B8D"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73EF405"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1BDD3495" w14:textId="77777777" w:rsidTr="00FB0A1E">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D498628" w14:textId="77777777" w:rsidR="00FB0A1E" w:rsidRPr="00DB6570" w:rsidRDefault="00FB0A1E"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12</w:t>
            </w: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8AC693A" w14:textId="77777777" w:rsidR="00FB0A1E" w:rsidRPr="00DB6570" w:rsidRDefault="00FB0A1E" w:rsidP="00D270E1">
            <w:pPr>
              <w:spacing w:after="0" w:line="240" w:lineRule="auto"/>
              <w:rPr>
                <w:rFonts w:ascii="Times New Roman" w:hAnsi="Times New Roman" w:cs="Times New Roman"/>
                <w:sz w:val="22"/>
              </w:rPr>
            </w:pPr>
            <w:r w:rsidRPr="00DB6570">
              <w:rPr>
                <w:rFonts w:ascii="Times New Roman" w:hAnsi="Times New Roman" w:cs="Times New Roman"/>
                <w:b/>
                <w:sz w:val="22"/>
              </w:rPr>
              <w:t>Existing/Active industry partnerships / MoUs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794D8E7D"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2F6048FF"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46C93ED1" w14:textId="77777777" w:rsidTr="00FB0A1E">
        <w:trPr>
          <w:cantSplit/>
          <w:trHeight w:val="360"/>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036F8B8" w14:textId="77777777" w:rsidR="00FB0A1E" w:rsidRPr="00DB6570" w:rsidRDefault="00FB0A1E"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13</w:t>
            </w: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7F0745A" w14:textId="77777777" w:rsidR="00FB0A1E" w:rsidRPr="00DB6570" w:rsidRDefault="00FB0A1E" w:rsidP="00D270E1">
            <w:pPr>
              <w:spacing w:after="0" w:line="240" w:lineRule="auto"/>
              <w:rPr>
                <w:rFonts w:ascii="Times New Roman" w:hAnsi="Times New Roman" w:cs="Times New Roman"/>
                <w:sz w:val="22"/>
              </w:rPr>
            </w:pPr>
            <w:r w:rsidRPr="00DB6570">
              <w:rPr>
                <w:rFonts w:ascii="Times New Roman" w:hAnsi="Times New Roman" w:cs="Times New Roman"/>
                <w:b/>
                <w:sz w:val="22"/>
              </w:rPr>
              <w:t>Innovations</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EAC5B70"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53CC11D" w14:textId="77777777" w:rsidR="00FB0A1E" w:rsidRPr="00DB6570" w:rsidRDefault="00FB0A1E" w:rsidP="00D270E1">
            <w:pPr>
              <w:spacing w:after="0" w:line="240" w:lineRule="auto"/>
              <w:jc w:val="center"/>
              <w:rPr>
                <w:rFonts w:ascii="Times New Roman" w:hAnsi="Times New Roman" w:cs="Times New Roman"/>
                <w:sz w:val="22"/>
              </w:rPr>
            </w:pPr>
          </w:p>
        </w:tc>
      </w:tr>
      <w:tr w:rsidR="00FB0A1E" w:rsidRPr="00DB6570" w14:paraId="0F000E6E" w14:textId="77777777" w:rsidTr="00FB0A1E">
        <w:trPr>
          <w:cantSplit/>
          <w:trHeight w:val="324"/>
          <w:jc w:val="center"/>
        </w:trPr>
        <w:tc>
          <w:tcPr>
            <w:tcW w:w="60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17BA421" w14:textId="77777777" w:rsidR="00FB0A1E" w:rsidRPr="00DB6570" w:rsidRDefault="00FB0A1E" w:rsidP="00D270E1">
            <w:pPr>
              <w:spacing w:after="0" w:line="240" w:lineRule="auto"/>
              <w:jc w:val="center"/>
              <w:rPr>
                <w:rFonts w:ascii="Times New Roman" w:hAnsi="Times New Roman" w:cs="Times New Roman"/>
                <w:sz w:val="22"/>
              </w:rPr>
            </w:pPr>
          </w:p>
        </w:tc>
        <w:tc>
          <w:tcPr>
            <w:tcW w:w="6265"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F545569" w14:textId="77777777" w:rsidR="00FB0A1E" w:rsidRPr="00DB6570" w:rsidRDefault="00FB0A1E" w:rsidP="00D270E1">
            <w:pPr>
              <w:spacing w:after="0" w:line="240" w:lineRule="auto"/>
              <w:ind w:left="144"/>
              <w:rPr>
                <w:rFonts w:ascii="Times New Roman" w:hAnsi="Times New Roman" w:cs="Times New Roman"/>
                <w:sz w:val="22"/>
              </w:rPr>
            </w:pPr>
            <w:r w:rsidRPr="00DB6570">
              <w:rPr>
                <w:rFonts w:ascii="Times New Roman" w:hAnsi="Times New Roman" w:cs="Times New Roman"/>
                <w:sz w:val="22"/>
              </w:rPr>
              <w:t>Technologies commercialized</w:t>
            </w: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115D8BAB" w14:textId="77777777" w:rsidR="00FB0A1E" w:rsidRPr="00DB6570" w:rsidRDefault="00FB0A1E" w:rsidP="00D270E1">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F7F7F7"/>
            <w:tcMar>
              <w:top w:w="45" w:type="dxa"/>
              <w:left w:w="55" w:type="dxa"/>
              <w:bottom w:w="45" w:type="dxa"/>
              <w:right w:w="55" w:type="dxa"/>
            </w:tcMar>
            <w:vAlign w:val="center"/>
          </w:tcPr>
          <w:p w14:paraId="4CC3CF99" w14:textId="77777777" w:rsidR="00FB0A1E" w:rsidRPr="00DB6570" w:rsidRDefault="00FB0A1E" w:rsidP="00D270E1">
            <w:pPr>
              <w:spacing w:after="0" w:line="240" w:lineRule="auto"/>
              <w:jc w:val="center"/>
              <w:rPr>
                <w:rFonts w:ascii="Times New Roman" w:hAnsi="Times New Roman" w:cs="Times New Roman"/>
                <w:sz w:val="22"/>
              </w:rPr>
            </w:pPr>
          </w:p>
        </w:tc>
      </w:tr>
    </w:tbl>
    <w:p w14:paraId="0D448E5C" w14:textId="77777777" w:rsidR="0061162A" w:rsidRPr="00DB6570" w:rsidRDefault="0061162A">
      <w:pPr>
        <w:spacing w:after="0"/>
        <w:rPr>
          <w:rFonts w:ascii="Times New Roman" w:hAnsi="Times New Roman" w:cs="Times New Roman"/>
          <w:sz w:val="22"/>
        </w:rPr>
      </w:pPr>
    </w:p>
    <w:p w14:paraId="3809BE78" w14:textId="7C1FC57E" w:rsidR="0061162A" w:rsidRPr="00DB6570" w:rsidRDefault="00640986">
      <w:pPr>
        <w:pStyle w:val="Heading2"/>
        <w:rPr>
          <w:rFonts w:ascii="Times New Roman" w:hAnsi="Times New Roman" w:cs="Times New Roman"/>
          <w:color w:val="auto"/>
          <w:sz w:val="22"/>
          <w:szCs w:val="22"/>
        </w:rPr>
      </w:pPr>
      <w:bookmarkStart w:id="60" w:name="_Toc237525255"/>
      <w:r w:rsidRPr="00DB6570">
        <w:rPr>
          <w:rFonts w:ascii="Times New Roman" w:hAnsi="Times New Roman" w:cs="Times New Roman"/>
          <w:color w:val="auto"/>
          <w:sz w:val="22"/>
          <w:szCs w:val="22"/>
        </w:rPr>
        <w:t>5</w:t>
      </w:r>
      <w:r w:rsidR="00BE6111" w:rsidRPr="00DB6570">
        <w:rPr>
          <w:rFonts w:ascii="Times New Roman" w:hAnsi="Times New Roman" w:cs="Times New Roman"/>
          <w:color w:val="auto"/>
          <w:sz w:val="22"/>
          <w:szCs w:val="22"/>
        </w:rPr>
        <w:t>.</w:t>
      </w:r>
      <w:r w:rsidR="00031803" w:rsidRPr="00DB6570">
        <w:rPr>
          <w:rFonts w:ascii="Times New Roman" w:hAnsi="Times New Roman" w:cs="Times New Roman"/>
          <w:color w:val="auto"/>
          <w:sz w:val="22"/>
          <w:szCs w:val="22"/>
        </w:rPr>
        <w:t>2</w:t>
      </w:r>
      <w:r w:rsidR="00BE6111" w:rsidRPr="00DB6570">
        <w:rPr>
          <w:rFonts w:ascii="Times New Roman" w:hAnsi="Times New Roman" w:cs="Times New Roman"/>
          <w:color w:val="auto"/>
          <w:sz w:val="22"/>
          <w:szCs w:val="22"/>
        </w:rPr>
        <w:t xml:space="preserve"> Training Programs, Qualifications and Curriculum Design</w:t>
      </w:r>
      <w:bookmarkEnd w:id="60"/>
    </w:p>
    <w:p w14:paraId="68DCDD27" w14:textId="223B18C9" w:rsidR="0061162A" w:rsidRPr="00DB6570" w:rsidRDefault="00BE6111">
      <w:pPr>
        <w:pStyle w:val="GuidanceText"/>
        <w:keepNext/>
        <w:rPr>
          <w:rFonts w:ascii="Times New Roman" w:hAnsi="Times New Roman" w:cs="Times New Roman"/>
          <w:color w:val="auto"/>
          <w:sz w:val="22"/>
        </w:rPr>
      </w:pPr>
      <w:r w:rsidRPr="00DB6570">
        <w:rPr>
          <w:rFonts w:ascii="Times New Roman" w:hAnsi="Times New Roman" w:cs="Times New Roman"/>
          <w:color w:val="auto"/>
          <w:sz w:val="22"/>
        </w:rPr>
        <w:t>Describe</w:t>
      </w:r>
      <w:r w:rsidR="003B34D7" w:rsidRPr="00DB6570">
        <w:rPr>
          <w:rFonts w:ascii="Times New Roman" w:hAnsi="Times New Roman" w:cs="Times New Roman"/>
          <w:color w:val="auto"/>
          <w:sz w:val="22"/>
        </w:rPr>
        <w:t xml:space="preserve"> </w:t>
      </w:r>
      <w:r w:rsidRPr="00DB6570">
        <w:rPr>
          <w:rFonts w:ascii="Times New Roman" w:hAnsi="Times New Roman" w:cs="Times New Roman"/>
          <w:color w:val="auto"/>
          <w:sz w:val="22"/>
        </w:rPr>
        <w:t>diplomas</w:t>
      </w:r>
      <w:r w:rsidR="003845C3" w:rsidRPr="00DB6570">
        <w:rPr>
          <w:rFonts w:ascii="Times New Roman" w:hAnsi="Times New Roman" w:cs="Times New Roman"/>
          <w:color w:val="auto"/>
          <w:sz w:val="22"/>
        </w:rPr>
        <w:t xml:space="preserve"> (post-secondary/tertiary level credentials)</w:t>
      </w:r>
      <w:r w:rsidRPr="00DB6570">
        <w:rPr>
          <w:rFonts w:ascii="Times New Roman" w:hAnsi="Times New Roman" w:cs="Times New Roman"/>
          <w:color w:val="auto"/>
          <w:sz w:val="22"/>
        </w:rPr>
        <w:t>, advanced technician programs,</w:t>
      </w:r>
      <w:r w:rsidR="00F2226C">
        <w:rPr>
          <w:rFonts w:ascii="Times New Roman" w:hAnsi="Times New Roman" w:cs="Times New Roman"/>
          <w:color w:val="auto"/>
          <w:sz w:val="22"/>
        </w:rPr>
        <w:t xml:space="preserve"> digital skills,</w:t>
      </w:r>
      <w:r w:rsidRPr="00DB6570">
        <w:rPr>
          <w:rFonts w:ascii="Times New Roman" w:hAnsi="Times New Roman" w:cs="Times New Roman"/>
          <w:color w:val="auto"/>
          <w:sz w:val="22"/>
        </w:rPr>
        <w:t xml:space="preserve"> short courses, apprenticeships and reskilling/upskilling offers. For each, show target learners, competencies, practical content, qualification framework alignment, accreditation, annual scale, regional reach and employer co-design</w:t>
      </w:r>
      <w:r w:rsidR="00A614F7" w:rsidRPr="00DB6570">
        <w:rPr>
          <w:rFonts w:ascii="Times New Roman" w:hAnsi="Times New Roman" w:cs="Times New Roman"/>
          <w:color w:val="auto"/>
          <w:sz w:val="22"/>
        </w:rPr>
        <w:t>, co-delivery and/or co-financing</w:t>
      </w:r>
      <w:r w:rsidRPr="00DB6570">
        <w:rPr>
          <w:rFonts w:ascii="Times New Roman" w:hAnsi="Times New Roman" w:cs="Times New Roman"/>
          <w:color w:val="auto"/>
          <w:sz w:val="22"/>
        </w:rPr>
        <w:t>.</w:t>
      </w:r>
    </w:p>
    <w:tbl>
      <w:tblPr>
        <w:tblStyle w:val="TableGrid"/>
        <w:tblW w:w="9000" w:type="dxa"/>
        <w:jc w:val="center"/>
        <w:tblLook w:val="04A0" w:firstRow="1" w:lastRow="0" w:firstColumn="1" w:lastColumn="0" w:noHBand="0" w:noVBand="1"/>
      </w:tblPr>
      <w:tblGrid>
        <w:gridCol w:w="9000"/>
      </w:tblGrid>
      <w:tr w:rsidR="0061162A" w:rsidRPr="00DB6570" w14:paraId="5F36E9A3" w14:textId="77777777">
        <w:trPr>
          <w:jc w:val="center"/>
        </w:trPr>
        <w:tc>
          <w:tcPr>
            <w:tcW w:w="9866" w:type="dxa"/>
            <w:shd w:val="clear" w:color="auto" w:fill="FAFAFA"/>
            <w:tcMar>
              <w:top w:w="110" w:type="dxa"/>
              <w:left w:w="120" w:type="dxa"/>
              <w:bottom w:w="110" w:type="dxa"/>
              <w:right w:w="120" w:type="dxa"/>
            </w:tcMar>
          </w:tcPr>
          <w:p w14:paraId="04624D84" w14:textId="1D5465C2" w:rsidR="0061162A" w:rsidRPr="00DB6570" w:rsidRDefault="007A34E6">
            <w:pPr>
              <w:rPr>
                <w:rFonts w:ascii="Times New Roman" w:hAnsi="Times New Roman" w:cs="Times New Roman"/>
                <w:sz w:val="22"/>
              </w:rPr>
            </w:pPr>
            <w:r w:rsidRPr="007A34E6">
              <w:rPr>
                <w:rFonts w:ascii="Times New Roman" w:hAnsi="Times New Roman" w:cs="Times New Roman"/>
                <w:i/>
                <w:sz w:val="22"/>
              </w:rPr>
              <w:t>[Applicant response must not exceed 1500 words]</w:t>
            </w:r>
          </w:p>
          <w:p w14:paraId="4A44716E" w14:textId="77777777" w:rsidR="0061162A" w:rsidRPr="00DB6570" w:rsidRDefault="0061162A">
            <w:pPr>
              <w:rPr>
                <w:rFonts w:ascii="Times New Roman" w:hAnsi="Times New Roman" w:cs="Times New Roman"/>
                <w:sz w:val="22"/>
              </w:rPr>
            </w:pPr>
          </w:p>
          <w:p w14:paraId="3EC076CE" w14:textId="77777777" w:rsidR="0061162A" w:rsidRPr="00DB6570" w:rsidRDefault="0061162A">
            <w:pPr>
              <w:rPr>
                <w:rFonts w:ascii="Times New Roman" w:hAnsi="Times New Roman" w:cs="Times New Roman"/>
                <w:sz w:val="22"/>
              </w:rPr>
            </w:pPr>
          </w:p>
          <w:p w14:paraId="789AA19D" w14:textId="77777777" w:rsidR="0061162A" w:rsidRPr="00DB6570" w:rsidRDefault="0061162A">
            <w:pPr>
              <w:rPr>
                <w:rFonts w:ascii="Times New Roman" w:hAnsi="Times New Roman" w:cs="Times New Roman"/>
                <w:sz w:val="22"/>
              </w:rPr>
            </w:pPr>
          </w:p>
        </w:tc>
      </w:tr>
    </w:tbl>
    <w:p w14:paraId="58ADF7BE" w14:textId="77777777" w:rsidR="0061162A" w:rsidRPr="00DB6570" w:rsidRDefault="0061162A">
      <w:pPr>
        <w:spacing w:after="0"/>
        <w:rPr>
          <w:rFonts w:ascii="Times New Roman" w:hAnsi="Times New Roman" w:cs="Times New Roman"/>
          <w:sz w:val="22"/>
        </w:rPr>
      </w:pPr>
    </w:p>
    <w:p w14:paraId="1717EA21" w14:textId="77777777" w:rsidR="0061162A" w:rsidRPr="00DB6570" w:rsidRDefault="0061162A">
      <w:pPr>
        <w:spacing w:after="0"/>
        <w:rPr>
          <w:rFonts w:ascii="Times New Roman" w:hAnsi="Times New Roman" w:cs="Times New Roman"/>
          <w:sz w:val="22"/>
        </w:rPr>
      </w:pPr>
    </w:p>
    <w:p w14:paraId="0B7DB135" w14:textId="69E86CC1" w:rsidR="0061162A" w:rsidRPr="00DB6570" w:rsidRDefault="00640986">
      <w:pPr>
        <w:pStyle w:val="Heading3"/>
        <w:rPr>
          <w:rFonts w:ascii="Times New Roman" w:hAnsi="Times New Roman" w:cs="Times New Roman"/>
          <w:color w:val="auto"/>
          <w:sz w:val="22"/>
        </w:rPr>
      </w:pPr>
      <w:bookmarkStart w:id="61" w:name="_Toc237525256"/>
      <w:r w:rsidRPr="00DB6570">
        <w:rPr>
          <w:rFonts w:ascii="Times New Roman" w:hAnsi="Times New Roman" w:cs="Times New Roman"/>
          <w:color w:val="auto"/>
          <w:sz w:val="22"/>
        </w:rPr>
        <w:t>5.</w:t>
      </w:r>
      <w:r w:rsidR="00031803" w:rsidRPr="00DB6570">
        <w:rPr>
          <w:rFonts w:ascii="Times New Roman" w:hAnsi="Times New Roman" w:cs="Times New Roman"/>
          <w:color w:val="auto"/>
          <w:sz w:val="22"/>
        </w:rPr>
        <w:t>2</w:t>
      </w:r>
      <w:r w:rsidRPr="00DB6570">
        <w:rPr>
          <w:rFonts w:ascii="Times New Roman" w:hAnsi="Times New Roman" w:cs="Times New Roman"/>
          <w:color w:val="auto"/>
          <w:sz w:val="22"/>
        </w:rPr>
        <w:t xml:space="preserve">.1 </w:t>
      </w:r>
      <w:r w:rsidR="00BE6111" w:rsidRPr="00DB6570">
        <w:rPr>
          <w:rFonts w:ascii="Times New Roman" w:hAnsi="Times New Roman" w:cs="Times New Roman"/>
          <w:color w:val="auto"/>
          <w:sz w:val="22"/>
        </w:rPr>
        <w:t>Five-Year RFTI Graduate and Inclusion Targets</w:t>
      </w:r>
      <w:bookmarkEnd w:id="61"/>
    </w:p>
    <w:tbl>
      <w:tblPr>
        <w:tblW w:w="5000" w:type="pct"/>
        <w:jc w:val="center"/>
        <w:tblLook w:val="04A0" w:firstRow="1" w:lastRow="0" w:firstColumn="1" w:lastColumn="0" w:noHBand="0" w:noVBand="1"/>
      </w:tblPr>
      <w:tblGrid>
        <w:gridCol w:w="764"/>
        <w:gridCol w:w="825"/>
        <w:gridCol w:w="825"/>
        <w:gridCol w:w="908"/>
        <w:gridCol w:w="1023"/>
        <w:gridCol w:w="691"/>
        <w:gridCol w:w="1023"/>
        <w:gridCol w:w="691"/>
        <w:gridCol w:w="690"/>
        <w:gridCol w:w="816"/>
        <w:gridCol w:w="691"/>
        <w:gridCol w:w="909"/>
      </w:tblGrid>
      <w:tr w:rsidR="00E4489A" w:rsidRPr="00DB6570" w14:paraId="1E966DAD" w14:textId="77777777" w:rsidTr="0021427D">
        <w:trPr>
          <w:cantSplit/>
          <w:trHeight w:val="677"/>
          <w:tblHeader/>
          <w:jc w:val="center"/>
        </w:trPr>
        <w:tc>
          <w:tcPr>
            <w:tcW w:w="18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BAEF7AF" w14:textId="77777777" w:rsidR="00E4489A" w:rsidRPr="00DB6570" w:rsidRDefault="00E4489A"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w:t>
            </w:r>
          </w:p>
        </w:tc>
        <w:tc>
          <w:tcPr>
            <w:tcW w:w="55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260CA84" w14:textId="77777777" w:rsidR="00E4489A" w:rsidRPr="00DB6570" w:rsidRDefault="00E4489A"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Program Name</w:t>
            </w:r>
          </w:p>
        </w:tc>
        <w:tc>
          <w:tcPr>
            <w:tcW w:w="5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4610E8" w14:textId="77777777" w:rsidR="00E4489A" w:rsidRPr="00DB6570" w:rsidRDefault="00E4489A"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Status</w:t>
            </w:r>
          </w:p>
        </w:tc>
        <w:tc>
          <w:tcPr>
            <w:tcW w:w="5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035DCA" w14:textId="77777777" w:rsidR="00E4489A" w:rsidRPr="00DB6570" w:rsidRDefault="00E4489A"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Program Level</w:t>
            </w:r>
          </w:p>
        </w:tc>
        <w:tc>
          <w:tcPr>
            <w:tcW w:w="42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131C921" w14:textId="77777777" w:rsidR="00E4489A" w:rsidRPr="00DB6570" w:rsidRDefault="00E4489A"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Baseline/ Current Enrollment</w:t>
            </w:r>
          </w:p>
        </w:tc>
        <w:tc>
          <w:tcPr>
            <w:tcW w:w="31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DFDBA0C" w14:textId="77777777" w:rsidR="00E4489A" w:rsidRPr="00DB6570" w:rsidRDefault="00E4489A"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of which Female</w:t>
            </w:r>
          </w:p>
        </w:tc>
        <w:tc>
          <w:tcPr>
            <w:tcW w:w="42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9D74E00" w14:textId="77777777" w:rsidR="00E4489A" w:rsidRPr="00DB6570" w:rsidRDefault="00E4489A"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Annual Enrollment target</w:t>
            </w:r>
          </w:p>
        </w:tc>
        <w:tc>
          <w:tcPr>
            <w:tcW w:w="31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3D84892" w14:textId="77777777" w:rsidR="00E4489A" w:rsidRPr="00DB6570" w:rsidRDefault="00E4489A"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of which Female</w:t>
            </w:r>
          </w:p>
        </w:tc>
        <w:tc>
          <w:tcPr>
            <w:tcW w:w="42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B64B21A" w14:textId="77777777" w:rsidR="00E4489A" w:rsidRPr="00DB6570" w:rsidRDefault="00E4489A"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End of Project Total (Yr 1–5)</w:t>
            </w:r>
          </w:p>
        </w:tc>
        <w:tc>
          <w:tcPr>
            <w:tcW w:w="3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111579B" w14:textId="77777777" w:rsidR="00E4489A" w:rsidRPr="00DB6570" w:rsidRDefault="00E4489A"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Regional target %</w:t>
            </w:r>
          </w:p>
        </w:tc>
        <w:tc>
          <w:tcPr>
            <w:tcW w:w="3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15A85B7" w14:textId="77777777" w:rsidR="00E4489A" w:rsidRPr="00DB6570" w:rsidRDefault="00E4489A"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Female target %</w:t>
            </w: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8C87DFE" w14:textId="77777777" w:rsidR="00E4489A" w:rsidRPr="00DB6570" w:rsidRDefault="00E4489A"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Sector alignment and Industry Role</w:t>
            </w:r>
          </w:p>
        </w:tc>
      </w:tr>
      <w:tr w:rsidR="00E4489A" w:rsidRPr="00DB6570" w14:paraId="7B45C63C" w14:textId="77777777" w:rsidTr="005E44DD">
        <w:trPr>
          <w:cantSplit/>
          <w:trHeight w:val="662"/>
          <w:jc w:val="center"/>
        </w:trPr>
        <w:tc>
          <w:tcPr>
            <w:tcW w:w="18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BFA5354" w14:textId="77777777" w:rsidR="00E4489A" w:rsidRPr="00DB6570" w:rsidRDefault="00E4489A"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1</w:t>
            </w:r>
          </w:p>
        </w:tc>
        <w:tc>
          <w:tcPr>
            <w:tcW w:w="55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D5B69F3" w14:textId="77777777" w:rsidR="00E4489A" w:rsidRPr="00DB6570" w:rsidRDefault="00E4489A" w:rsidP="00D270E1">
            <w:pPr>
              <w:spacing w:after="0" w:line="240" w:lineRule="auto"/>
              <w:rPr>
                <w:rFonts w:ascii="Times New Roman" w:hAnsi="Times New Roman" w:cs="Times New Roman"/>
                <w:sz w:val="22"/>
              </w:rPr>
            </w:pPr>
          </w:p>
        </w:tc>
        <w:tc>
          <w:tcPr>
            <w:tcW w:w="525" w:type="pct"/>
            <w:tcBorders>
              <w:top w:val="single" w:sz="4" w:space="0" w:color="7F7F7F"/>
              <w:left w:val="single" w:sz="4" w:space="0" w:color="7F7F7F"/>
              <w:bottom w:val="single" w:sz="4" w:space="0" w:color="7F7F7F"/>
              <w:right w:val="single" w:sz="4" w:space="0" w:color="7F7F7F"/>
            </w:tcBorders>
            <w:shd w:val="clear" w:color="auto" w:fill="FFF2CC"/>
            <w:tcMar>
              <w:top w:w="45" w:type="dxa"/>
              <w:left w:w="55" w:type="dxa"/>
              <w:bottom w:w="45" w:type="dxa"/>
              <w:right w:w="55" w:type="dxa"/>
            </w:tcMar>
            <w:vAlign w:val="center"/>
          </w:tcPr>
          <w:p w14:paraId="56FC5E1A" w14:textId="77777777" w:rsidR="00E4489A" w:rsidRPr="00DB6570" w:rsidRDefault="00E4489A" w:rsidP="00D270E1">
            <w:pPr>
              <w:spacing w:after="0" w:line="240" w:lineRule="auto"/>
              <w:rPr>
                <w:rFonts w:ascii="Times New Roman" w:hAnsi="Times New Roman" w:cs="Times New Roman"/>
                <w:sz w:val="22"/>
              </w:rPr>
            </w:pPr>
            <w:r w:rsidRPr="00DB6570">
              <w:rPr>
                <w:rFonts w:ascii="Times New Roman" w:hAnsi="Times New Roman" w:cs="Times New Roman"/>
                <w:i/>
                <w:sz w:val="22"/>
              </w:rPr>
              <w:t>Existing – to be expanded / New</w:t>
            </w:r>
          </w:p>
        </w:tc>
        <w:tc>
          <w:tcPr>
            <w:tcW w:w="525" w:type="pct"/>
            <w:tcBorders>
              <w:top w:val="single" w:sz="4" w:space="0" w:color="7F7F7F"/>
              <w:left w:val="single" w:sz="4" w:space="0" w:color="7F7F7F"/>
              <w:bottom w:val="single" w:sz="4" w:space="0" w:color="7F7F7F"/>
              <w:right w:val="single" w:sz="4" w:space="0" w:color="7F7F7F"/>
            </w:tcBorders>
            <w:shd w:val="clear" w:color="auto" w:fill="FFF2CC"/>
            <w:tcMar>
              <w:top w:w="45" w:type="dxa"/>
              <w:left w:w="55" w:type="dxa"/>
              <w:bottom w:w="45" w:type="dxa"/>
              <w:right w:w="55" w:type="dxa"/>
            </w:tcMar>
            <w:vAlign w:val="center"/>
          </w:tcPr>
          <w:p w14:paraId="2AB2E895" w14:textId="77777777" w:rsidR="00E4489A" w:rsidRPr="00DB6570" w:rsidRDefault="00E4489A" w:rsidP="00D270E1">
            <w:pPr>
              <w:spacing w:after="0" w:line="240" w:lineRule="auto"/>
              <w:rPr>
                <w:rFonts w:ascii="Times New Roman" w:hAnsi="Times New Roman" w:cs="Times New Roman"/>
                <w:sz w:val="22"/>
              </w:rPr>
            </w:pPr>
            <w:r w:rsidRPr="00DB6570">
              <w:rPr>
                <w:rFonts w:ascii="Times New Roman" w:hAnsi="Times New Roman" w:cs="Times New Roman"/>
                <w:i/>
                <w:sz w:val="22"/>
              </w:rPr>
              <w:t>PhD / Master's / Bachelor's / Diploma / Certificate / Short Course</w:t>
            </w:r>
          </w:p>
        </w:tc>
        <w:tc>
          <w:tcPr>
            <w:tcW w:w="42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C916D81" w14:textId="77777777" w:rsidR="00E4489A" w:rsidRPr="00DB6570" w:rsidRDefault="00E4489A" w:rsidP="00D270E1">
            <w:pPr>
              <w:spacing w:after="0" w:line="240" w:lineRule="auto"/>
              <w:rPr>
                <w:rFonts w:ascii="Times New Roman" w:hAnsi="Times New Roman" w:cs="Times New Roman"/>
                <w:sz w:val="22"/>
              </w:rPr>
            </w:pPr>
          </w:p>
        </w:tc>
        <w:tc>
          <w:tcPr>
            <w:tcW w:w="31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222AB61" w14:textId="77777777" w:rsidR="00E4489A" w:rsidRPr="00DB6570" w:rsidRDefault="00E4489A" w:rsidP="00D270E1">
            <w:pPr>
              <w:spacing w:after="0" w:line="240" w:lineRule="auto"/>
              <w:rPr>
                <w:rFonts w:ascii="Times New Roman" w:hAnsi="Times New Roman" w:cs="Times New Roman"/>
                <w:sz w:val="22"/>
              </w:rPr>
            </w:pPr>
          </w:p>
        </w:tc>
        <w:tc>
          <w:tcPr>
            <w:tcW w:w="42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71586F2" w14:textId="77777777" w:rsidR="00E4489A" w:rsidRPr="00DB6570" w:rsidRDefault="00E4489A" w:rsidP="00D270E1">
            <w:pPr>
              <w:spacing w:after="0" w:line="240" w:lineRule="auto"/>
              <w:rPr>
                <w:rFonts w:ascii="Times New Roman" w:hAnsi="Times New Roman" w:cs="Times New Roman"/>
                <w:sz w:val="22"/>
              </w:rPr>
            </w:pPr>
          </w:p>
        </w:tc>
        <w:tc>
          <w:tcPr>
            <w:tcW w:w="31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FE6E288" w14:textId="77777777" w:rsidR="00E4489A" w:rsidRPr="00DB6570" w:rsidRDefault="00E4489A" w:rsidP="00D270E1">
            <w:pPr>
              <w:spacing w:after="0" w:line="240" w:lineRule="auto"/>
              <w:jc w:val="center"/>
              <w:rPr>
                <w:rFonts w:ascii="Times New Roman" w:hAnsi="Times New Roman" w:cs="Times New Roman"/>
                <w:sz w:val="22"/>
              </w:rPr>
            </w:pPr>
          </w:p>
        </w:tc>
        <w:tc>
          <w:tcPr>
            <w:tcW w:w="42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78D5579" w14:textId="77777777" w:rsidR="00E4489A" w:rsidRPr="00DB6570" w:rsidRDefault="00E4489A" w:rsidP="00D270E1">
            <w:pPr>
              <w:spacing w:after="0" w:line="240" w:lineRule="auto"/>
              <w:jc w:val="center"/>
              <w:rPr>
                <w:rFonts w:ascii="Times New Roman" w:hAnsi="Times New Roman" w:cs="Times New Roman"/>
                <w:sz w:val="22"/>
              </w:rPr>
            </w:pPr>
          </w:p>
        </w:tc>
        <w:tc>
          <w:tcPr>
            <w:tcW w:w="3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414C32C" w14:textId="77777777" w:rsidR="00E4489A" w:rsidRPr="00DB6570" w:rsidRDefault="00E4489A" w:rsidP="00D270E1">
            <w:pPr>
              <w:spacing w:after="0" w:line="240" w:lineRule="auto"/>
              <w:jc w:val="center"/>
              <w:rPr>
                <w:rFonts w:ascii="Times New Roman" w:hAnsi="Times New Roman" w:cs="Times New Roman"/>
                <w:sz w:val="22"/>
              </w:rPr>
            </w:pPr>
          </w:p>
        </w:tc>
        <w:tc>
          <w:tcPr>
            <w:tcW w:w="3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B903C03" w14:textId="77777777" w:rsidR="00E4489A" w:rsidRPr="00DB6570" w:rsidRDefault="00E4489A" w:rsidP="00D270E1">
            <w:pPr>
              <w:spacing w:after="0" w:line="240" w:lineRule="auto"/>
              <w:jc w:val="center"/>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75B0E70" w14:textId="77777777" w:rsidR="00E4489A" w:rsidRPr="00DB6570" w:rsidRDefault="00E4489A" w:rsidP="00D270E1">
            <w:pPr>
              <w:spacing w:after="0" w:line="240" w:lineRule="auto"/>
              <w:jc w:val="center"/>
              <w:rPr>
                <w:rFonts w:ascii="Times New Roman" w:hAnsi="Times New Roman" w:cs="Times New Roman"/>
                <w:sz w:val="22"/>
              </w:rPr>
            </w:pPr>
          </w:p>
        </w:tc>
      </w:tr>
      <w:tr w:rsidR="00E4489A" w:rsidRPr="00DB6570" w14:paraId="10584072" w14:textId="77777777" w:rsidTr="005E44DD">
        <w:trPr>
          <w:cantSplit/>
          <w:trHeight w:val="662"/>
          <w:jc w:val="center"/>
        </w:trPr>
        <w:tc>
          <w:tcPr>
            <w:tcW w:w="18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ED2ED33" w14:textId="77777777" w:rsidR="00E4489A" w:rsidRPr="00DB6570" w:rsidRDefault="00E4489A"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2</w:t>
            </w:r>
          </w:p>
        </w:tc>
        <w:tc>
          <w:tcPr>
            <w:tcW w:w="55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CE28BAE" w14:textId="77777777" w:rsidR="00E4489A" w:rsidRPr="00DB6570" w:rsidRDefault="00E4489A" w:rsidP="00D270E1">
            <w:pPr>
              <w:spacing w:after="0" w:line="240" w:lineRule="auto"/>
              <w:rPr>
                <w:rFonts w:ascii="Times New Roman" w:hAnsi="Times New Roman" w:cs="Times New Roman"/>
                <w:sz w:val="22"/>
              </w:rPr>
            </w:pPr>
          </w:p>
        </w:tc>
        <w:tc>
          <w:tcPr>
            <w:tcW w:w="5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A1556FE" w14:textId="77777777" w:rsidR="00E4489A" w:rsidRPr="00DB6570" w:rsidRDefault="00E4489A" w:rsidP="00D270E1">
            <w:pPr>
              <w:spacing w:after="0" w:line="240" w:lineRule="auto"/>
              <w:rPr>
                <w:rFonts w:ascii="Times New Roman" w:hAnsi="Times New Roman" w:cs="Times New Roman"/>
                <w:sz w:val="22"/>
              </w:rPr>
            </w:pPr>
          </w:p>
        </w:tc>
        <w:tc>
          <w:tcPr>
            <w:tcW w:w="5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FB744BB" w14:textId="77777777" w:rsidR="00E4489A" w:rsidRPr="00DB6570" w:rsidRDefault="00E4489A" w:rsidP="00D270E1">
            <w:pPr>
              <w:spacing w:after="0" w:line="240" w:lineRule="auto"/>
              <w:rPr>
                <w:rFonts w:ascii="Times New Roman" w:hAnsi="Times New Roman" w:cs="Times New Roman"/>
                <w:sz w:val="22"/>
              </w:rPr>
            </w:pPr>
          </w:p>
        </w:tc>
        <w:tc>
          <w:tcPr>
            <w:tcW w:w="42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4D4C0CE" w14:textId="77777777" w:rsidR="00E4489A" w:rsidRPr="00DB6570" w:rsidRDefault="00E4489A" w:rsidP="00D270E1">
            <w:pPr>
              <w:spacing w:after="0" w:line="240" w:lineRule="auto"/>
              <w:rPr>
                <w:rFonts w:ascii="Times New Roman" w:hAnsi="Times New Roman" w:cs="Times New Roman"/>
                <w:sz w:val="22"/>
              </w:rPr>
            </w:pPr>
          </w:p>
        </w:tc>
        <w:tc>
          <w:tcPr>
            <w:tcW w:w="31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0F576E0" w14:textId="77777777" w:rsidR="00E4489A" w:rsidRPr="00DB6570" w:rsidRDefault="00E4489A" w:rsidP="00D270E1">
            <w:pPr>
              <w:spacing w:after="0" w:line="240" w:lineRule="auto"/>
              <w:rPr>
                <w:rFonts w:ascii="Times New Roman" w:hAnsi="Times New Roman" w:cs="Times New Roman"/>
                <w:sz w:val="22"/>
              </w:rPr>
            </w:pPr>
          </w:p>
        </w:tc>
        <w:tc>
          <w:tcPr>
            <w:tcW w:w="42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3DE59A0" w14:textId="77777777" w:rsidR="00E4489A" w:rsidRPr="00DB6570" w:rsidRDefault="00E4489A" w:rsidP="00D270E1">
            <w:pPr>
              <w:spacing w:after="0" w:line="240" w:lineRule="auto"/>
              <w:rPr>
                <w:rFonts w:ascii="Times New Roman" w:hAnsi="Times New Roman" w:cs="Times New Roman"/>
                <w:sz w:val="22"/>
              </w:rPr>
            </w:pPr>
          </w:p>
        </w:tc>
        <w:tc>
          <w:tcPr>
            <w:tcW w:w="31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4211854" w14:textId="77777777" w:rsidR="00E4489A" w:rsidRPr="00DB6570" w:rsidRDefault="00E4489A" w:rsidP="00D270E1">
            <w:pPr>
              <w:spacing w:after="0" w:line="240" w:lineRule="auto"/>
              <w:jc w:val="center"/>
              <w:rPr>
                <w:rFonts w:ascii="Times New Roman" w:hAnsi="Times New Roman" w:cs="Times New Roman"/>
                <w:sz w:val="22"/>
              </w:rPr>
            </w:pPr>
          </w:p>
        </w:tc>
        <w:tc>
          <w:tcPr>
            <w:tcW w:w="42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4AF3A1D" w14:textId="77777777" w:rsidR="00E4489A" w:rsidRPr="00DB6570" w:rsidRDefault="00E4489A" w:rsidP="00D270E1">
            <w:pPr>
              <w:spacing w:after="0" w:line="240" w:lineRule="auto"/>
              <w:jc w:val="center"/>
              <w:rPr>
                <w:rFonts w:ascii="Times New Roman" w:hAnsi="Times New Roman" w:cs="Times New Roman"/>
                <w:sz w:val="22"/>
              </w:rPr>
            </w:pPr>
          </w:p>
        </w:tc>
        <w:tc>
          <w:tcPr>
            <w:tcW w:w="3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1553E15" w14:textId="77777777" w:rsidR="00E4489A" w:rsidRPr="00DB6570" w:rsidRDefault="00E4489A" w:rsidP="00D270E1">
            <w:pPr>
              <w:spacing w:after="0" w:line="240" w:lineRule="auto"/>
              <w:jc w:val="center"/>
              <w:rPr>
                <w:rFonts w:ascii="Times New Roman" w:hAnsi="Times New Roman" w:cs="Times New Roman"/>
                <w:sz w:val="22"/>
              </w:rPr>
            </w:pPr>
          </w:p>
        </w:tc>
        <w:tc>
          <w:tcPr>
            <w:tcW w:w="3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E3B736A" w14:textId="77777777" w:rsidR="00E4489A" w:rsidRPr="00DB6570" w:rsidRDefault="00E4489A" w:rsidP="00D270E1">
            <w:pPr>
              <w:spacing w:after="0" w:line="240" w:lineRule="auto"/>
              <w:jc w:val="center"/>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C75D70" w14:textId="77777777" w:rsidR="00E4489A" w:rsidRPr="00DB6570" w:rsidRDefault="00E4489A" w:rsidP="00D270E1">
            <w:pPr>
              <w:spacing w:after="0" w:line="240" w:lineRule="auto"/>
              <w:jc w:val="center"/>
              <w:rPr>
                <w:rFonts w:ascii="Times New Roman" w:hAnsi="Times New Roman" w:cs="Times New Roman"/>
                <w:sz w:val="22"/>
              </w:rPr>
            </w:pPr>
          </w:p>
        </w:tc>
      </w:tr>
      <w:tr w:rsidR="00E4489A" w:rsidRPr="00DB6570" w14:paraId="77C61A5F" w14:textId="77777777" w:rsidTr="005E44DD">
        <w:trPr>
          <w:cantSplit/>
          <w:trHeight w:val="662"/>
          <w:jc w:val="center"/>
        </w:trPr>
        <w:tc>
          <w:tcPr>
            <w:tcW w:w="18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4AD1614" w14:textId="77777777" w:rsidR="00E4489A" w:rsidRPr="00DB6570" w:rsidRDefault="00E4489A"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3</w:t>
            </w:r>
          </w:p>
        </w:tc>
        <w:tc>
          <w:tcPr>
            <w:tcW w:w="55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F34CDBE" w14:textId="77777777" w:rsidR="00E4489A" w:rsidRPr="00DB6570" w:rsidRDefault="00E4489A" w:rsidP="00D270E1">
            <w:pPr>
              <w:spacing w:after="0" w:line="240" w:lineRule="auto"/>
              <w:rPr>
                <w:rFonts w:ascii="Times New Roman" w:hAnsi="Times New Roman" w:cs="Times New Roman"/>
                <w:sz w:val="22"/>
              </w:rPr>
            </w:pPr>
          </w:p>
        </w:tc>
        <w:tc>
          <w:tcPr>
            <w:tcW w:w="5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7C5A8A5" w14:textId="77777777" w:rsidR="00E4489A" w:rsidRPr="00DB6570" w:rsidRDefault="00E4489A" w:rsidP="00D270E1">
            <w:pPr>
              <w:spacing w:after="0" w:line="240" w:lineRule="auto"/>
              <w:rPr>
                <w:rFonts w:ascii="Times New Roman" w:hAnsi="Times New Roman" w:cs="Times New Roman"/>
                <w:sz w:val="22"/>
              </w:rPr>
            </w:pPr>
          </w:p>
        </w:tc>
        <w:tc>
          <w:tcPr>
            <w:tcW w:w="5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4E3ABBE" w14:textId="77777777" w:rsidR="00E4489A" w:rsidRPr="00DB6570" w:rsidRDefault="00E4489A" w:rsidP="00D270E1">
            <w:pPr>
              <w:spacing w:after="0" w:line="240" w:lineRule="auto"/>
              <w:rPr>
                <w:rFonts w:ascii="Times New Roman" w:hAnsi="Times New Roman" w:cs="Times New Roman"/>
                <w:sz w:val="22"/>
              </w:rPr>
            </w:pPr>
          </w:p>
        </w:tc>
        <w:tc>
          <w:tcPr>
            <w:tcW w:w="42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D405DC8" w14:textId="77777777" w:rsidR="00E4489A" w:rsidRPr="00DB6570" w:rsidRDefault="00E4489A" w:rsidP="00D270E1">
            <w:pPr>
              <w:spacing w:after="0" w:line="240" w:lineRule="auto"/>
              <w:rPr>
                <w:rFonts w:ascii="Times New Roman" w:hAnsi="Times New Roman" w:cs="Times New Roman"/>
                <w:sz w:val="22"/>
              </w:rPr>
            </w:pPr>
          </w:p>
        </w:tc>
        <w:tc>
          <w:tcPr>
            <w:tcW w:w="31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5A9F9E" w14:textId="77777777" w:rsidR="00E4489A" w:rsidRPr="00DB6570" w:rsidRDefault="00E4489A" w:rsidP="00D270E1">
            <w:pPr>
              <w:spacing w:after="0" w:line="240" w:lineRule="auto"/>
              <w:rPr>
                <w:rFonts w:ascii="Times New Roman" w:hAnsi="Times New Roman" w:cs="Times New Roman"/>
                <w:sz w:val="22"/>
              </w:rPr>
            </w:pPr>
          </w:p>
        </w:tc>
        <w:tc>
          <w:tcPr>
            <w:tcW w:w="42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4AA41B2" w14:textId="77777777" w:rsidR="00E4489A" w:rsidRPr="00DB6570" w:rsidRDefault="00E4489A" w:rsidP="00D270E1">
            <w:pPr>
              <w:spacing w:after="0" w:line="240" w:lineRule="auto"/>
              <w:rPr>
                <w:rFonts w:ascii="Times New Roman" w:hAnsi="Times New Roman" w:cs="Times New Roman"/>
                <w:sz w:val="22"/>
              </w:rPr>
            </w:pPr>
          </w:p>
        </w:tc>
        <w:tc>
          <w:tcPr>
            <w:tcW w:w="31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2A72693" w14:textId="77777777" w:rsidR="00E4489A" w:rsidRPr="00DB6570" w:rsidRDefault="00E4489A" w:rsidP="00D270E1">
            <w:pPr>
              <w:spacing w:after="0" w:line="240" w:lineRule="auto"/>
              <w:jc w:val="center"/>
              <w:rPr>
                <w:rFonts w:ascii="Times New Roman" w:hAnsi="Times New Roman" w:cs="Times New Roman"/>
                <w:sz w:val="22"/>
              </w:rPr>
            </w:pPr>
          </w:p>
        </w:tc>
        <w:tc>
          <w:tcPr>
            <w:tcW w:w="42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17FB83B" w14:textId="77777777" w:rsidR="00E4489A" w:rsidRPr="00DB6570" w:rsidRDefault="00E4489A" w:rsidP="00D270E1">
            <w:pPr>
              <w:spacing w:after="0" w:line="240" w:lineRule="auto"/>
              <w:jc w:val="center"/>
              <w:rPr>
                <w:rFonts w:ascii="Times New Roman" w:hAnsi="Times New Roman" w:cs="Times New Roman"/>
                <w:sz w:val="22"/>
              </w:rPr>
            </w:pPr>
          </w:p>
        </w:tc>
        <w:tc>
          <w:tcPr>
            <w:tcW w:w="3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BCB9FAD" w14:textId="77777777" w:rsidR="00E4489A" w:rsidRPr="00DB6570" w:rsidRDefault="00E4489A" w:rsidP="00D270E1">
            <w:pPr>
              <w:spacing w:after="0" w:line="240" w:lineRule="auto"/>
              <w:jc w:val="center"/>
              <w:rPr>
                <w:rFonts w:ascii="Times New Roman" w:hAnsi="Times New Roman" w:cs="Times New Roman"/>
                <w:sz w:val="22"/>
              </w:rPr>
            </w:pPr>
          </w:p>
        </w:tc>
        <w:tc>
          <w:tcPr>
            <w:tcW w:w="3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DB98D95" w14:textId="77777777" w:rsidR="00E4489A" w:rsidRPr="00DB6570" w:rsidRDefault="00E4489A" w:rsidP="00D270E1">
            <w:pPr>
              <w:spacing w:after="0" w:line="240" w:lineRule="auto"/>
              <w:jc w:val="center"/>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2796FE3" w14:textId="77777777" w:rsidR="00E4489A" w:rsidRPr="00DB6570" w:rsidRDefault="00E4489A" w:rsidP="00D270E1">
            <w:pPr>
              <w:spacing w:after="0" w:line="240" w:lineRule="auto"/>
              <w:jc w:val="center"/>
              <w:rPr>
                <w:rFonts w:ascii="Times New Roman" w:hAnsi="Times New Roman" w:cs="Times New Roman"/>
                <w:sz w:val="22"/>
              </w:rPr>
            </w:pPr>
          </w:p>
        </w:tc>
      </w:tr>
      <w:tr w:rsidR="00E4489A" w:rsidRPr="00DB6570" w14:paraId="450A4164" w14:textId="77777777" w:rsidTr="005E44DD">
        <w:trPr>
          <w:cantSplit/>
          <w:trHeight w:val="662"/>
          <w:jc w:val="center"/>
        </w:trPr>
        <w:tc>
          <w:tcPr>
            <w:tcW w:w="18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5EEB696" w14:textId="77777777" w:rsidR="00E4489A" w:rsidRPr="00DB6570" w:rsidRDefault="00E4489A"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4</w:t>
            </w:r>
          </w:p>
        </w:tc>
        <w:tc>
          <w:tcPr>
            <w:tcW w:w="55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1DF4693" w14:textId="77777777" w:rsidR="00E4489A" w:rsidRPr="00DB6570" w:rsidRDefault="00E4489A" w:rsidP="00D270E1">
            <w:pPr>
              <w:spacing w:after="0" w:line="240" w:lineRule="auto"/>
              <w:rPr>
                <w:rFonts w:ascii="Times New Roman" w:hAnsi="Times New Roman" w:cs="Times New Roman"/>
                <w:sz w:val="22"/>
              </w:rPr>
            </w:pPr>
          </w:p>
        </w:tc>
        <w:tc>
          <w:tcPr>
            <w:tcW w:w="5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DA34413" w14:textId="77777777" w:rsidR="00E4489A" w:rsidRPr="00DB6570" w:rsidRDefault="00E4489A" w:rsidP="00D270E1">
            <w:pPr>
              <w:spacing w:after="0" w:line="240" w:lineRule="auto"/>
              <w:rPr>
                <w:rFonts w:ascii="Times New Roman" w:hAnsi="Times New Roman" w:cs="Times New Roman"/>
                <w:sz w:val="22"/>
              </w:rPr>
            </w:pPr>
          </w:p>
        </w:tc>
        <w:tc>
          <w:tcPr>
            <w:tcW w:w="5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778277" w14:textId="77777777" w:rsidR="00E4489A" w:rsidRPr="00DB6570" w:rsidRDefault="00E4489A" w:rsidP="00D270E1">
            <w:pPr>
              <w:spacing w:after="0" w:line="240" w:lineRule="auto"/>
              <w:rPr>
                <w:rFonts w:ascii="Times New Roman" w:hAnsi="Times New Roman" w:cs="Times New Roman"/>
                <w:sz w:val="22"/>
              </w:rPr>
            </w:pPr>
          </w:p>
        </w:tc>
        <w:tc>
          <w:tcPr>
            <w:tcW w:w="42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2D4E8D9" w14:textId="77777777" w:rsidR="00E4489A" w:rsidRPr="00DB6570" w:rsidRDefault="00E4489A" w:rsidP="00D270E1">
            <w:pPr>
              <w:spacing w:after="0" w:line="240" w:lineRule="auto"/>
              <w:rPr>
                <w:rFonts w:ascii="Times New Roman" w:hAnsi="Times New Roman" w:cs="Times New Roman"/>
                <w:sz w:val="22"/>
              </w:rPr>
            </w:pPr>
          </w:p>
        </w:tc>
        <w:tc>
          <w:tcPr>
            <w:tcW w:w="31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CF5899A" w14:textId="77777777" w:rsidR="00E4489A" w:rsidRPr="00DB6570" w:rsidRDefault="00E4489A" w:rsidP="00D270E1">
            <w:pPr>
              <w:spacing w:after="0" w:line="240" w:lineRule="auto"/>
              <w:rPr>
                <w:rFonts w:ascii="Times New Roman" w:hAnsi="Times New Roman" w:cs="Times New Roman"/>
                <w:sz w:val="22"/>
              </w:rPr>
            </w:pPr>
          </w:p>
        </w:tc>
        <w:tc>
          <w:tcPr>
            <w:tcW w:w="42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2AC9856" w14:textId="77777777" w:rsidR="00E4489A" w:rsidRPr="00DB6570" w:rsidRDefault="00E4489A" w:rsidP="00D270E1">
            <w:pPr>
              <w:spacing w:after="0" w:line="240" w:lineRule="auto"/>
              <w:rPr>
                <w:rFonts w:ascii="Times New Roman" w:hAnsi="Times New Roman" w:cs="Times New Roman"/>
                <w:sz w:val="22"/>
              </w:rPr>
            </w:pPr>
          </w:p>
        </w:tc>
        <w:tc>
          <w:tcPr>
            <w:tcW w:w="31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25CE857" w14:textId="77777777" w:rsidR="00E4489A" w:rsidRPr="00DB6570" w:rsidRDefault="00E4489A" w:rsidP="00D270E1">
            <w:pPr>
              <w:spacing w:after="0" w:line="240" w:lineRule="auto"/>
              <w:jc w:val="center"/>
              <w:rPr>
                <w:rFonts w:ascii="Times New Roman" w:hAnsi="Times New Roman" w:cs="Times New Roman"/>
                <w:sz w:val="22"/>
              </w:rPr>
            </w:pPr>
          </w:p>
        </w:tc>
        <w:tc>
          <w:tcPr>
            <w:tcW w:w="42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14A4E49" w14:textId="77777777" w:rsidR="00E4489A" w:rsidRPr="00DB6570" w:rsidRDefault="00E4489A" w:rsidP="00D270E1">
            <w:pPr>
              <w:spacing w:after="0" w:line="240" w:lineRule="auto"/>
              <w:jc w:val="center"/>
              <w:rPr>
                <w:rFonts w:ascii="Times New Roman" w:hAnsi="Times New Roman" w:cs="Times New Roman"/>
                <w:sz w:val="22"/>
              </w:rPr>
            </w:pPr>
          </w:p>
        </w:tc>
        <w:tc>
          <w:tcPr>
            <w:tcW w:w="3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AA29F3" w14:textId="77777777" w:rsidR="00E4489A" w:rsidRPr="00DB6570" w:rsidRDefault="00E4489A" w:rsidP="00D270E1">
            <w:pPr>
              <w:spacing w:after="0" w:line="240" w:lineRule="auto"/>
              <w:jc w:val="center"/>
              <w:rPr>
                <w:rFonts w:ascii="Times New Roman" w:hAnsi="Times New Roman" w:cs="Times New Roman"/>
                <w:sz w:val="22"/>
              </w:rPr>
            </w:pPr>
          </w:p>
        </w:tc>
        <w:tc>
          <w:tcPr>
            <w:tcW w:w="3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D182A9D" w14:textId="77777777" w:rsidR="00E4489A" w:rsidRPr="00DB6570" w:rsidRDefault="00E4489A" w:rsidP="00D270E1">
            <w:pPr>
              <w:spacing w:after="0" w:line="240" w:lineRule="auto"/>
              <w:jc w:val="center"/>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327B2FC" w14:textId="77777777" w:rsidR="00E4489A" w:rsidRPr="00DB6570" w:rsidRDefault="00E4489A" w:rsidP="00D270E1">
            <w:pPr>
              <w:spacing w:after="0" w:line="240" w:lineRule="auto"/>
              <w:jc w:val="center"/>
              <w:rPr>
                <w:rFonts w:ascii="Times New Roman" w:hAnsi="Times New Roman" w:cs="Times New Roman"/>
                <w:sz w:val="22"/>
              </w:rPr>
            </w:pPr>
          </w:p>
        </w:tc>
      </w:tr>
      <w:tr w:rsidR="00E4489A" w:rsidRPr="00DB6570" w14:paraId="01A1C181" w14:textId="77777777" w:rsidTr="005E44DD">
        <w:trPr>
          <w:cantSplit/>
          <w:trHeight w:val="662"/>
          <w:jc w:val="center"/>
        </w:trPr>
        <w:tc>
          <w:tcPr>
            <w:tcW w:w="18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57B7CFC" w14:textId="77777777" w:rsidR="00E4489A" w:rsidRPr="00DB6570" w:rsidRDefault="00E4489A"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5</w:t>
            </w:r>
          </w:p>
        </w:tc>
        <w:tc>
          <w:tcPr>
            <w:tcW w:w="55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D76995A" w14:textId="77777777" w:rsidR="00E4489A" w:rsidRPr="00DB6570" w:rsidRDefault="00E4489A" w:rsidP="00D270E1">
            <w:pPr>
              <w:spacing w:after="0" w:line="240" w:lineRule="auto"/>
              <w:rPr>
                <w:rFonts w:ascii="Times New Roman" w:hAnsi="Times New Roman" w:cs="Times New Roman"/>
                <w:sz w:val="22"/>
              </w:rPr>
            </w:pPr>
          </w:p>
        </w:tc>
        <w:tc>
          <w:tcPr>
            <w:tcW w:w="5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9E5E850" w14:textId="77777777" w:rsidR="00E4489A" w:rsidRPr="00DB6570" w:rsidRDefault="00E4489A" w:rsidP="00D270E1">
            <w:pPr>
              <w:spacing w:after="0" w:line="240" w:lineRule="auto"/>
              <w:rPr>
                <w:rFonts w:ascii="Times New Roman" w:hAnsi="Times New Roman" w:cs="Times New Roman"/>
                <w:sz w:val="22"/>
              </w:rPr>
            </w:pPr>
          </w:p>
        </w:tc>
        <w:tc>
          <w:tcPr>
            <w:tcW w:w="5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40E1E00" w14:textId="77777777" w:rsidR="00E4489A" w:rsidRPr="00DB6570" w:rsidRDefault="00E4489A" w:rsidP="00D270E1">
            <w:pPr>
              <w:spacing w:after="0" w:line="240" w:lineRule="auto"/>
              <w:rPr>
                <w:rFonts w:ascii="Times New Roman" w:hAnsi="Times New Roman" w:cs="Times New Roman"/>
                <w:sz w:val="22"/>
              </w:rPr>
            </w:pPr>
          </w:p>
        </w:tc>
        <w:tc>
          <w:tcPr>
            <w:tcW w:w="42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CA1D724" w14:textId="77777777" w:rsidR="00E4489A" w:rsidRPr="00DB6570" w:rsidRDefault="00E4489A" w:rsidP="00D270E1">
            <w:pPr>
              <w:spacing w:after="0" w:line="240" w:lineRule="auto"/>
              <w:rPr>
                <w:rFonts w:ascii="Times New Roman" w:hAnsi="Times New Roman" w:cs="Times New Roman"/>
                <w:sz w:val="22"/>
              </w:rPr>
            </w:pPr>
          </w:p>
        </w:tc>
        <w:tc>
          <w:tcPr>
            <w:tcW w:w="31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7C764B5" w14:textId="77777777" w:rsidR="00E4489A" w:rsidRPr="00DB6570" w:rsidRDefault="00E4489A" w:rsidP="00D270E1">
            <w:pPr>
              <w:spacing w:after="0" w:line="240" w:lineRule="auto"/>
              <w:rPr>
                <w:rFonts w:ascii="Times New Roman" w:hAnsi="Times New Roman" w:cs="Times New Roman"/>
                <w:sz w:val="22"/>
              </w:rPr>
            </w:pPr>
          </w:p>
        </w:tc>
        <w:tc>
          <w:tcPr>
            <w:tcW w:w="42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76F4B6B" w14:textId="77777777" w:rsidR="00E4489A" w:rsidRPr="00DB6570" w:rsidRDefault="00E4489A" w:rsidP="00D270E1">
            <w:pPr>
              <w:spacing w:after="0" w:line="240" w:lineRule="auto"/>
              <w:rPr>
                <w:rFonts w:ascii="Times New Roman" w:hAnsi="Times New Roman" w:cs="Times New Roman"/>
                <w:sz w:val="22"/>
              </w:rPr>
            </w:pPr>
          </w:p>
        </w:tc>
        <w:tc>
          <w:tcPr>
            <w:tcW w:w="31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AD35A5" w14:textId="77777777" w:rsidR="00E4489A" w:rsidRPr="00DB6570" w:rsidRDefault="00E4489A" w:rsidP="00D270E1">
            <w:pPr>
              <w:spacing w:after="0" w:line="240" w:lineRule="auto"/>
              <w:jc w:val="center"/>
              <w:rPr>
                <w:rFonts w:ascii="Times New Roman" w:hAnsi="Times New Roman" w:cs="Times New Roman"/>
                <w:sz w:val="22"/>
              </w:rPr>
            </w:pPr>
          </w:p>
        </w:tc>
        <w:tc>
          <w:tcPr>
            <w:tcW w:w="42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6EFB263" w14:textId="77777777" w:rsidR="00E4489A" w:rsidRPr="00DB6570" w:rsidRDefault="00E4489A" w:rsidP="00D270E1">
            <w:pPr>
              <w:spacing w:after="0" w:line="240" w:lineRule="auto"/>
              <w:jc w:val="center"/>
              <w:rPr>
                <w:rFonts w:ascii="Times New Roman" w:hAnsi="Times New Roman" w:cs="Times New Roman"/>
                <w:sz w:val="22"/>
              </w:rPr>
            </w:pPr>
          </w:p>
        </w:tc>
        <w:tc>
          <w:tcPr>
            <w:tcW w:w="3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49B69B0" w14:textId="77777777" w:rsidR="00E4489A" w:rsidRPr="00DB6570" w:rsidRDefault="00E4489A" w:rsidP="00D270E1">
            <w:pPr>
              <w:spacing w:after="0" w:line="240" w:lineRule="auto"/>
              <w:jc w:val="center"/>
              <w:rPr>
                <w:rFonts w:ascii="Times New Roman" w:hAnsi="Times New Roman" w:cs="Times New Roman"/>
                <w:sz w:val="22"/>
              </w:rPr>
            </w:pPr>
          </w:p>
        </w:tc>
        <w:tc>
          <w:tcPr>
            <w:tcW w:w="32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9326A2B" w14:textId="77777777" w:rsidR="00E4489A" w:rsidRPr="00DB6570" w:rsidRDefault="00E4489A" w:rsidP="00D270E1">
            <w:pPr>
              <w:spacing w:after="0" w:line="240" w:lineRule="auto"/>
              <w:jc w:val="center"/>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E1FB64E" w14:textId="77777777" w:rsidR="00E4489A" w:rsidRPr="00DB6570" w:rsidRDefault="00E4489A" w:rsidP="00D270E1">
            <w:pPr>
              <w:spacing w:after="0" w:line="240" w:lineRule="auto"/>
              <w:jc w:val="center"/>
              <w:rPr>
                <w:rFonts w:ascii="Times New Roman" w:hAnsi="Times New Roman" w:cs="Times New Roman"/>
                <w:sz w:val="22"/>
              </w:rPr>
            </w:pPr>
          </w:p>
        </w:tc>
      </w:tr>
      <w:tr w:rsidR="00E4489A" w:rsidRPr="00DB6570" w14:paraId="27357B35" w14:textId="77777777" w:rsidTr="005E44DD">
        <w:trPr>
          <w:cantSplit/>
          <w:trHeight w:val="432"/>
          <w:jc w:val="center"/>
        </w:trPr>
        <w:tc>
          <w:tcPr>
            <w:tcW w:w="18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35892C4F" w14:textId="77777777" w:rsidR="00E4489A" w:rsidRPr="00DB6570" w:rsidRDefault="00E4489A"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TOTAL</w:t>
            </w:r>
          </w:p>
        </w:tc>
        <w:tc>
          <w:tcPr>
            <w:tcW w:w="559"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6A75A040" w14:textId="77777777" w:rsidR="00E4489A" w:rsidRPr="00DB6570" w:rsidRDefault="00E4489A" w:rsidP="00D270E1">
            <w:pPr>
              <w:spacing w:after="0" w:line="240" w:lineRule="auto"/>
              <w:rPr>
                <w:rFonts w:ascii="Times New Roman" w:hAnsi="Times New Roman" w:cs="Times New Roman"/>
                <w:sz w:val="22"/>
              </w:rPr>
            </w:pPr>
          </w:p>
        </w:tc>
        <w:tc>
          <w:tcPr>
            <w:tcW w:w="52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3D919C7B" w14:textId="77777777" w:rsidR="00E4489A" w:rsidRPr="00DB6570" w:rsidRDefault="00E4489A" w:rsidP="00D270E1">
            <w:pPr>
              <w:spacing w:after="0" w:line="240" w:lineRule="auto"/>
              <w:rPr>
                <w:rFonts w:ascii="Times New Roman" w:hAnsi="Times New Roman" w:cs="Times New Roman"/>
                <w:sz w:val="22"/>
              </w:rPr>
            </w:pPr>
          </w:p>
        </w:tc>
        <w:tc>
          <w:tcPr>
            <w:tcW w:w="52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162CDD5F" w14:textId="77777777" w:rsidR="00E4489A" w:rsidRPr="00DB6570" w:rsidRDefault="00E4489A" w:rsidP="00D270E1">
            <w:pPr>
              <w:spacing w:after="0" w:line="240" w:lineRule="auto"/>
              <w:rPr>
                <w:rFonts w:ascii="Times New Roman" w:hAnsi="Times New Roman" w:cs="Times New Roman"/>
                <w:sz w:val="22"/>
              </w:rPr>
            </w:pPr>
          </w:p>
        </w:tc>
        <w:tc>
          <w:tcPr>
            <w:tcW w:w="428"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52355250" w14:textId="77777777" w:rsidR="00E4489A" w:rsidRPr="00DB6570" w:rsidRDefault="00E4489A" w:rsidP="00D270E1">
            <w:pPr>
              <w:spacing w:after="0" w:line="240" w:lineRule="auto"/>
              <w:rPr>
                <w:rFonts w:ascii="Times New Roman" w:hAnsi="Times New Roman" w:cs="Times New Roman"/>
                <w:sz w:val="22"/>
              </w:rPr>
            </w:pPr>
          </w:p>
        </w:tc>
        <w:tc>
          <w:tcPr>
            <w:tcW w:w="311"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62A3A7DE" w14:textId="77777777" w:rsidR="00E4489A" w:rsidRPr="00DB6570" w:rsidRDefault="00E4489A" w:rsidP="00D270E1">
            <w:pPr>
              <w:spacing w:after="0" w:line="240" w:lineRule="auto"/>
              <w:rPr>
                <w:rFonts w:ascii="Times New Roman" w:hAnsi="Times New Roman" w:cs="Times New Roman"/>
                <w:sz w:val="22"/>
              </w:rPr>
            </w:pPr>
          </w:p>
        </w:tc>
        <w:tc>
          <w:tcPr>
            <w:tcW w:w="428"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3B6BE390" w14:textId="77777777" w:rsidR="00E4489A" w:rsidRPr="00DB6570" w:rsidRDefault="00E4489A" w:rsidP="00D270E1">
            <w:pPr>
              <w:spacing w:after="0" w:line="240" w:lineRule="auto"/>
              <w:rPr>
                <w:rFonts w:ascii="Times New Roman" w:hAnsi="Times New Roman" w:cs="Times New Roman"/>
                <w:sz w:val="22"/>
              </w:rPr>
            </w:pPr>
          </w:p>
        </w:tc>
        <w:tc>
          <w:tcPr>
            <w:tcW w:w="311"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3505E514" w14:textId="77777777" w:rsidR="00E4489A" w:rsidRPr="00DB6570" w:rsidRDefault="00E4489A" w:rsidP="00D270E1">
            <w:pPr>
              <w:spacing w:after="0" w:line="240" w:lineRule="auto"/>
              <w:jc w:val="center"/>
              <w:rPr>
                <w:rFonts w:ascii="Times New Roman" w:hAnsi="Times New Roman" w:cs="Times New Roman"/>
                <w:sz w:val="22"/>
              </w:rPr>
            </w:pPr>
          </w:p>
        </w:tc>
        <w:tc>
          <w:tcPr>
            <w:tcW w:w="428"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3E31FAF8" w14:textId="77777777" w:rsidR="00E4489A" w:rsidRPr="00DB6570" w:rsidRDefault="00E4489A" w:rsidP="00D270E1">
            <w:pPr>
              <w:spacing w:after="0" w:line="240" w:lineRule="auto"/>
              <w:jc w:val="center"/>
              <w:rPr>
                <w:rFonts w:ascii="Times New Roman" w:hAnsi="Times New Roman" w:cs="Times New Roman"/>
                <w:sz w:val="22"/>
              </w:rPr>
            </w:pPr>
          </w:p>
        </w:tc>
        <w:tc>
          <w:tcPr>
            <w:tcW w:w="32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1E75D99B" w14:textId="77777777" w:rsidR="00E4489A" w:rsidRPr="00DB6570" w:rsidRDefault="00E4489A" w:rsidP="00D270E1">
            <w:pPr>
              <w:spacing w:after="0" w:line="240" w:lineRule="auto"/>
              <w:jc w:val="center"/>
              <w:rPr>
                <w:rFonts w:ascii="Times New Roman" w:hAnsi="Times New Roman" w:cs="Times New Roman"/>
                <w:sz w:val="22"/>
              </w:rPr>
            </w:pPr>
          </w:p>
        </w:tc>
        <w:tc>
          <w:tcPr>
            <w:tcW w:w="32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A29DD29" w14:textId="77777777" w:rsidR="00E4489A" w:rsidRPr="00DB6570" w:rsidRDefault="00E4489A" w:rsidP="00D270E1">
            <w:pPr>
              <w:spacing w:after="0" w:line="240" w:lineRule="auto"/>
              <w:jc w:val="center"/>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3163D2C" w14:textId="77777777" w:rsidR="00E4489A" w:rsidRPr="00DB6570" w:rsidRDefault="00E4489A" w:rsidP="00D270E1">
            <w:pPr>
              <w:spacing w:after="0" w:line="240" w:lineRule="auto"/>
              <w:jc w:val="center"/>
              <w:rPr>
                <w:rFonts w:ascii="Times New Roman" w:hAnsi="Times New Roman" w:cs="Times New Roman"/>
                <w:sz w:val="22"/>
              </w:rPr>
            </w:pPr>
          </w:p>
        </w:tc>
      </w:tr>
    </w:tbl>
    <w:p w14:paraId="5E655798" w14:textId="77777777" w:rsidR="0061162A" w:rsidRPr="00DB6570" w:rsidRDefault="0061162A">
      <w:pPr>
        <w:spacing w:after="0"/>
        <w:rPr>
          <w:rFonts w:ascii="Times New Roman" w:hAnsi="Times New Roman" w:cs="Times New Roman"/>
          <w:sz w:val="22"/>
        </w:rPr>
      </w:pPr>
    </w:p>
    <w:p w14:paraId="081B171B" w14:textId="14A11D3B" w:rsidR="0061162A" w:rsidRPr="00DB6570" w:rsidRDefault="00640986">
      <w:pPr>
        <w:pStyle w:val="Heading2"/>
        <w:rPr>
          <w:rFonts w:ascii="Times New Roman" w:hAnsi="Times New Roman" w:cs="Times New Roman"/>
          <w:color w:val="auto"/>
          <w:sz w:val="22"/>
          <w:szCs w:val="22"/>
        </w:rPr>
      </w:pPr>
      <w:bookmarkStart w:id="62" w:name="_Toc237525257"/>
      <w:r w:rsidRPr="00DB6570">
        <w:rPr>
          <w:rFonts w:ascii="Times New Roman" w:hAnsi="Times New Roman" w:cs="Times New Roman"/>
          <w:color w:val="auto"/>
          <w:sz w:val="22"/>
          <w:szCs w:val="22"/>
        </w:rPr>
        <w:t>5</w:t>
      </w:r>
      <w:r w:rsidR="00BE6111" w:rsidRPr="00DB6570">
        <w:rPr>
          <w:rFonts w:ascii="Times New Roman" w:hAnsi="Times New Roman" w:cs="Times New Roman"/>
          <w:color w:val="auto"/>
          <w:sz w:val="22"/>
          <w:szCs w:val="22"/>
        </w:rPr>
        <w:t>.</w:t>
      </w:r>
      <w:r w:rsidR="00031803" w:rsidRPr="00DB6570">
        <w:rPr>
          <w:rFonts w:ascii="Times New Roman" w:hAnsi="Times New Roman" w:cs="Times New Roman"/>
          <w:color w:val="auto"/>
          <w:sz w:val="22"/>
          <w:szCs w:val="22"/>
        </w:rPr>
        <w:t>3</w:t>
      </w:r>
      <w:r w:rsidR="00BE6111" w:rsidRPr="00DB6570">
        <w:rPr>
          <w:rFonts w:ascii="Times New Roman" w:hAnsi="Times New Roman" w:cs="Times New Roman"/>
          <w:color w:val="auto"/>
          <w:sz w:val="22"/>
          <w:szCs w:val="22"/>
        </w:rPr>
        <w:t xml:space="preserve"> Work-Based Learning, Apprenticeships and Industry Placements</w:t>
      </w:r>
      <w:bookmarkEnd w:id="62"/>
    </w:p>
    <w:p w14:paraId="125214E5" w14:textId="29E45900" w:rsidR="0061162A" w:rsidRPr="00DB6570" w:rsidRDefault="00BE6111">
      <w:pPr>
        <w:pStyle w:val="GuidanceText"/>
        <w:keepNext/>
        <w:rPr>
          <w:rFonts w:ascii="Times New Roman" w:hAnsi="Times New Roman" w:cs="Times New Roman"/>
          <w:color w:val="auto"/>
          <w:sz w:val="22"/>
        </w:rPr>
      </w:pPr>
      <w:r w:rsidRPr="00DB6570">
        <w:rPr>
          <w:rFonts w:ascii="Times New Roman" w:hAnsi="Times New Roman" w:cs="Times New Roman"/>
          <w:color w:val="auto"/>
          <w:sz w:val="22"/>
        </w:rPr>
        <w:t>Explain the operating model for apprenticeships, internships, industry placements, firm-based training, recognition of prior learning and workplace assessment. Address employer agreements, supervision, placement capacity, quality control and learner feedback.</w:t>
      </w:r>
    </w:p>
    <w:tbl>
      <w:tblPr>
        <w:tblStyle w:val="TableGrid"/>
        <w:tblW w:w="9000" w:type="dxa"/>
        <w:jc w:val="center"/>
        <w:tblLook w:val="04A0" w:firstRow="1" w:lastRow="0" w:firstColumn="1" w:lastColumn="0" w:noHBand="0" w:noVBand="1"/>
      </w:tblPr>
      <w:tblGrid>
        <w:gridCol w:w="9000"/>
      </w:tblGrid>
      <w:tr w:rsidR="0061162A" w:rsidRPr="00DB6570" w14:paraId="7081114C" w14:textId="77777777">
        <w:trPr>
          <w:jc w:val="center"/>
        </w:trPr>
        <w:tc>
          <w:tcPr>
            <w:tcW w:w="9866" w:type="dxa"/>
            <w:shd w:val="clear" w:color="auto" w:fill="FAFAFA"/>
            <w:tcMar>
              <w:top w:w="110" w:type="dxa"/>
              <w:left w:w="120" w:type="dxa"/>
              <w:bottom w:w="110" w:type="dxa"/>
              <w:right w:w="120" w:type="dxa"/>
            </w:tcMar>
          </w:tcPr>
          <w:p w14:paraId="5B5C4D10" w14:textId="1A818066" w:rsidR="0061162A" w:rsidRPr="00DB6570" w:rsidRDefault="005C14BF">
            <w:pPr>
              <w:rPr>
                <w:rFonts w:ascii="Times New Roman" w:hAnsi="Times New Roman" w:cs="Times New Roman"/>
                <w:sz w:val="22"/>
              </w:rPr>
            </w:pPr>
            <w:r w:rsidRPr="005C14BF">
              <w:rPr>
                <w:rFonts w:ascii="Times New Roman" w:hAnsi="Times New Roman" w:cs="Times New Roman"/>
                <w:i/>
                <w:sz w:val="22"/>
              </w:rPr>
              <w:t>[Applicant response must not exceed 700 words]</w:t>
            </w:r>
          </w:p>
          <w:p w14:paraId="7F053880" w14:textId="77777777" w:rsidR="0061162A" w:rsidRPr="00DB6570" w:rsidRDefault="0061162A">
            <w:pPr>
              <w:rPr>
                <w:rFonts w:ascii="Times New Roman" w:hAnsi="Times New Roman" w:cs="Times New Roman"/>
                <w:sz w:val="22"/>
              </w:rPr>
            </w:pPr>
          </w:p>
          <w:p w14:paraId="0655709A" w14:textId="77777777" w:rsidR="0061162A" w:rsidRPr="00DB6570" w:rsidRDefault="0061162A">
            <w:pPr>
              <w:rPr>
                <w:rFonts w:ascii="Times New Roman" w:hAnsi="Times New Roman" w:cs="Times New Roman"/>
                <w:sz w:val="22"/>
              </w:rPr>
            </w:pPr>
          </w:p>
          <w:p w14:paraId="16CD7F37" w14:textId="77777777" w:rsidR="0061162A" w:rsidRPr="00DB6570" w:rsidRDefault="0061162A">
            <w:pPr>
              <w:rPr>
                <w:rFonts w:ascii="Times New Roman" w:hAnsi="Times New Roman" w:cs="Times New Roman"/>
                <w:sz w:val="22"/>
              </w:rPr>
            </w:pPr>
          </w:p>
          <w:p w14:paraId="64962E74" w14:textId="77777777" w:rsidR="0061162A" w:rsidRPr="00DB6570" w:rsidRDefault="0061162A">
            <w:pPr>
              <w:rPr>
                <w:rFonts w:ascii="Times New Roman" w:hAnsi="Times New Roman" w:cs="Times New Roman"/>
                <w:sz w:val="22"/>
              </w:rPr>
            </w:pPr>
          </w:p>
        </w:tc>
      </w:tr>
    </w:tbl>
    <w:p w14:paraId="228185CD" w14:textId="77777777" w:rsidR="0061162A" w:rsidRPr="00DB6570" w:rsidRDefault="0061162A">
      <w:pPr>
        <w:spacing w:after="0"/>
        <w:rPr>
          <w:rFonts w:ascii="Times New Roman" w:hAnsi="Times New Roman" w:cs="Times New Roman"/>
          <w:sz w:val="22"/>
        </w:rPr>
      </w:pPr>
    </w:p>
    <w:p w14:paraId="5DF6C03E" w14:textId="03EB103E" w:rsidR="0061162A" w:rsidRPr="00DB6570" w:rsidRDefault="00640986">
      <w:pPr>
        <w:pStyle w:val="Heading3"/>
        <w:rPr>
          <w:rFonts w:ascii="Times New Roman" w:hAnsi="Times New Roman" w:cs="Times New Roman"/>
          <w:color w:val="auto"/>
          <w:sz w:val="22"/>
        </w:rPr>
      </w:pPr>
      <w:bookmarkStart w:id="63" w:name="_Toc237525258"/>
      <w:r w:rsidRPr="00DB6570">
        <w:rPr>
          <w:rFonts w:ascii="Times New Roman" w:hAnsi="Times New Roman" w:cs="Times New Roman"/>
          <w:color w:val="auto"/>
          <w:sz w:val="22"/>
        </w:rPr>
        <w:t>5.</w:t>
      </w:r>
      <w:r w:rsidR="00031803" w:rsidRPr="00DB6570">
        <w:rPr>
          <w:rFonts w:ascii="Times New Roman" w:hAnsi="Times New Roman" w:cs="Times New Roman"/>
          <w:color w:val="auto"/>
          <w:sz w:val="22"/>
        </w:rPr>
        <w:t>3</w:t>
      </w:r>
      <w:r w:rsidRPr="00DB6570">
        <w:rPr>
          <w:rFonts w:ascii="Times New Roman" w:hAnsi="Times New Roman" w:cs="Times New Roman"/>
          <w:color w:val="auto"/>
          <w:sz w:val="22"/>
        </w:rPr>
        <w:t xml:space="preserve">.1 </w:t>
      </w:r>
      <w:r w:rsidR="005E188E" w:rsidRPr="00DB6570">
        <w:rPr>
          <w:rFonts w:ascii="Times New Roman" w:hAnsi="Times New Roman" w:cs="Times New Roman"/>
          <w:color w:val="auto"/>
          <w:sz w:val="22"/>
        </w:rPr>
        <w:t>Industry Placement</w:t>
      </w:r>
      <w:bookmarkEnd w:id="63"/>
    </w:p>
    <w:tbl>
      <w:tblPr>
        <w:tblW w:w="5000" w:type="pct"/>
        <w:jc w:val="center"/>
        <w:tblLook w:val="04A0" w:firstRow="1" w:lastRow="0" w:firstColumn="1" w:lastColumn="0" w:noHBand="0" w:noVBand="1"/>
      </w:tblPr>
      <w:tblGrid>
        <w:gridCol w:w="837"/>
        <w:gridCol w:w="1572"/>
        <w:gridCol w:w="1526"/>
        <w:gridCol w:w="1894"/>
        <w:gridCol w:w="916"/>
        <w:gridCol w:w="709"/>
        <w:gridCol w:w="755"/>
        <w:gridCol w:w="754"/>
        <w:gridCol w:w="893"/>
      </w:tblGrid>
      <w:tr w:rsidR="005E188E" w:rsidRPr="00DB6570" w14:paraId="6897DCAA" w14:textId="77777777" w:rsidTr="0021427D">
        <w:trPr>
          <w:cantSplit/>
          <w:trHeight w:val="677"/>
          <w:tblHeader/>
          <w:jc w:val="center"/>
        </w:trPr>
        <w:tc>
          <w:tcPr>
            <w:tcW w:w="1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2050C8" w14:textId="77777777" w:rsidR="005E188E" w:rsidRPr="00DB6570" w:rsidRDefault="005E188E"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w:t>
            </w:r>
          </w:p>
        </w:tc>
        <w:tc>
          <w:tcPr>
            <w:tcW w:w="69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9C7BD54" w14:textId="77777777" w:rsidR="005E188E" w:rsidRPr="00DB6570" w:rsidRDefault="005E188E"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Target group/Programs</w:t>
            </w:r>
          </w:p>
        </w:tc>
        <w:tc>
          <w:tcPr>
            <w:tcW w:w="92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EB733F4" w14:textId="77777777" w:rsidR="005E188E" w:rsidRPr="00DB6570" w:rsidRDefault="005E188E"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Type (Internships, Apprenticeship/ WBL/ Faculty industry attachment)</w:t>
            </w:r>
          </w:p>
        </w:tc>
        <w:tc>
          <w:tcPr>
            <w:tcW w:w="74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550FBD2" w14:textId="77777777" w:rsidR="005E188E" w:rsidRPr="00DB6570" w:rsidRDefault="005E188E"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Industry Partners/Employers</w:t>
            </w: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ED97B81" w14:textId="77777777" w:rsidR="005E188E" w:rsidRPr="00DB6570" w:rsidRDefault="005E188E"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Duration / timing</w:t>
            </w:r>
          </w:p>
        </w:tc>
        <w:tc>
          <w:tcPr>
            <w:tcW w:w="47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8640A5B" w14:textId="77777777" w:rsidR="005E188E" w:rsidRPr="00DB6570" w:rsidRDefault="005E188E"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Yearly target</w:t>
            </w:r>
          </w:p>
        </w:tc>
        <w:tc>
          <w:tcPr>
            <w:tcW w:w="41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0EE470F" w14:textId="77777777" w:rsidR="005E188E" w:rsidRPr="00DB6570" w:rsidRDefault="005E188E"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of which Female</w:t>
            </w: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028E9FC" w14:textId="77777777" w:rsidR="005E188E" w:rsidRPr="00DB6570" w:rsidRDefault="005E188E"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End of Project Total (Yr 1–5)</w:t>
            </w:r>
          </w:p>
        </w:tc>
        <w:tc>
          <w:tcPr>
            <w:tcW w:w="43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A532B9" w14:textId="77777777" w:rsidR="005E188E" w:rsidRPr="00DB6570" w:rsidRDefault="005E188E"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Regional target %</w:t>
            </w:r>
          </w:p>
        </w:tc>
      </w:tr>
      <w:tr w:rsidR="005E188E" w:rsidRPr="00DB6570" w14:paraId="60F2BDD3" w14:textId="77777777" w:rsidTr="005E44DD">
        <w:trPr>
          <w:cantSplit/>
          <w:trHeight w:val="720"/>
          <w:jc w:val="center"/>
        </w:trPr>
        <w:tc>
          <w:tcPr>
            <w:tcW w:w="1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4F95088" w14:textId="77777777" w:rsidR="005E188E" w:rsidRPr="00DB6570" w:rsidRDefault="005E188E"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1</w:t>
            </w:r>
          </w:p>
        </w:tc>
        <w:tc>
          <w:tcPr>
            <w:tcW w:w="69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B934508" w14:textId="77777777" w:rsidR="005E188E" w:rsidRPr="00DB6570" w:rsidRDefault="005E188E" w:rsidP="00D270E1">
            <w:pPr>
              <w:spacing w:after="0" w:line="240" w:lineRule="auto"/>
              <w:rPr>
                <w:rFonts w:ascii="Times New Roman" w:hAnsi="Times New Roman" w:cs="Times New Roman"/>
                <w:sz w:val="22"/>
              </w:rPr>
            </w:pPr>
          </w:p>
        </w:tc>
        <w:tc>
          <w:tcPr>
            <w:tcW w:w="92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BCBEC4B" w14:textId="77777777" w:rsidR="005E188E" w:rsidRPr="00DB6570" w:rsidRDefault="005E188E" w:rsidP="00D270E1">
            <w:pPr>
              <w:spacing w:after="0" w:line="240" w:lineRule="auto"/>
              <w:rPr>
                <w:rFonts w:ascii="Times New Roman" w:hAnsi="Times New Roman" w:cs="Times New Roman"/>
                <w:sz w:val="22"/>
              </w:rPr>
            </w:pPr>
          </w:p>
        </w:tc>
        <w:tc>
          <w:tcPr>
            <w:tcW w:w="74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934CF6A" w14:textId="77777777" w:rsidR="005E188E" w:rsidRPr="00DB6570" w:rsidRDefault="005E188E" w:rsidP="00D270E1">
            <w:pPr>
              <w:spacing w:after="0" w:line="240" w:lineRule="auto"/>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A05EB01" w14:textId="77777777" w:rsidR="005E188E" w:rsidRPr="00DB6570" w:rsidRDefault="005E188E" w:rsidP="00D270E1">
            <w:pPr>
              <w:spacing w:after="0" w:line="240" w:lineRule="auto"/>
              <w:jc w:val="center"/>
              <w:rPr>
                <w:rFonts w:ascii="Times New Roman" w:hAnsi="Times New Roman" w:cs="Times New Roman"/>
                <w:sz w:val="22"/>
              </w:rPr>
            </w:pPr>
          </w:p>
        </w:tc>
        <w:tc>
          <w:tcPr>
            <w:tcW w:w="47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0154282" w14:textId="77777777" w:rsidR="005E188E" w:rsidRPr="00DB6570" w:rsidRDefault="005E188E" w:rsidP="00D270E1">
            <w:pPr>
              <w:spacing w:after="0" w:line="240" w:lineRule="auto"/>
              <w:jc w:val="center"/>
              <w:rPr>
                <w:rFonts w:ascii="Times New Roman" w:hAnsi="Times New Roman" w:cs="Times New Roman"/>
                <w:sz w:val="22"/>
              </w:rPr>
            </w:pPr>
          </w:p>
        </w:tc>
        <w:tc>
          <w:tcPr>
            <w:tcW w:w="41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AA53118" w14:textId="77777777" w:rsidR="005E188E" w:rsidRPr="00DB6570" w:rsidRDefault="005E188E" w:rsidP="00D270E1">
            <w:pPr>
              <w:spacing w:after="0" w:line="240" w:lineRule="auto"/>
              <w:jc w:val="center"/>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E594494" w14:textId="77777777" w:rsidR="005E188E" w:rsidRPr="00DB6570" w:rsidRDefault="005E188E" w:rsidP="00D270E1">
            <w:pPr>
              <w:spacing w:after="0" w:line="240" w:lineRule="auto"/>
              <w:jc w:val="center"/>
              <w:rPr>
                <w:rFonts w:ascii="Times New Roman" w:hAnsi="Times New Roman" w:cs="Times New Roman"/>
                <w:sz w:val="22"/>
              </w:rPr>
            </w:pPr>
          </w:p>
        </w:tc>
        <w:tc>
          <w:tcPr>
            <w:tcW w:w="43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1A8B9F5" w14:textId="77777777" w:rsidR="005E188E" w:rsidRPr="00DB6570" w:rsidRDefault="005E188E" w:rsidP="00D270E1">
            <w:pPr>
              <w:spacing w:after="0" w:line="240" w:lineRule="auto"/>
              <w:jc w:val="center"/>
              <w:rPr>
                <w:rFonts w:ascii="Times New Roman" w:hAnsi="Times New Roman" w:cs="Times New Roman"/>
                <w:sz w:val="22"/>
              </w:rPr>
            </w:pPr>
          </w:p>
        </w:tc>
      </w:tr>
      <w:tr w:rsidR="005E188E" w:rsidRPr="00DB6570" w14:paraId="0E2D5522" w14:textId="77777777" w:rsidTr="005E44DD">
        <w:trPr>
          <w:cantSplit/>
          <w:trHeight w:val="720"/>
          <w:jc w:val="center"/>
        </w:trPr>
        <w:tc>
          <w:tcPr>
            <w:tcW w:w="1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692EFA" w14:textId="77777777" w:rsidR="005E188E" w:rsidRPr="00DB6570" w:rsidRDefault="005E188E"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2</w:t>
            </w:r>
          </w:p>
        </w:tc>
        <w:tc>
          <w:tcPr>
            <w:tcW w:w="69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D3C192A" w14:textId="77777777" w:rsidR="005E188E" w:rsidRPr="00DB6570" w:rsidRDefault="005E188E" w:rsidP="00D270E1">
            <w:pPr>
              <w:spacing w:after="0" w:line="240" w:lineRule="auto"/>
              <w:rPr>
                <w:rFonts w:ascii="Times New Roman" w:hAnsi="Times New Roman" w:cs="Times New Roman"/>
                <w:sz w:val="22"/>
              </w:rPr>
            </w:pPr>
          </w:p>
        </w:tc>
        <w:tc>
          <w:tcPr>
            <w:tcW w:w="92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59E5320" w14:textId="77777777" w:rsidR="005E188E" w:rsidRPr="00DB6570" w:rsidRDefault="005E188E" w:rsidP="00D270E1">
            <w:pPr>
              <w:spacing w:after="0" w:line="240" w:lineRule="auto"/>
              <w:rPr>
                <w:rFonts w:ascii="Times New Roman" w:hAnsi="Times New Roman" w:cs="Times New Roman"/>
                <w:sz w:val="22"/>
              </w:rPr>
            </w:pPr>
          </w:p>
        </w:tc>
        <w:tc>
          <w:tcPr>
            <w:tcW w:w="74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5E7B7A3" w14:textId="77777777" w:rsidR="005E188E" w:rsidRPr="00DB6570" w:rsidRDefault="005E188E" w:rsidP="00D270E1">
            <w:pPr>
              <w:spacing w:after="0" w:line="240" w:lineRule="auto"/>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57CA6DA" w14:textId="77777777" w:rsidR="005E188E" w:rsidRPr="00DB6570" w:rsidRDefault="005E188E" w:rsidP="00D270E1">
            <w:pPr>
              <w:spacing w:after="0" w:line="240" w:lineRule="auto"/>
              <w:jc w:val="center"/>
              <w:rPr>
                <w:rFonts w:ascii="Times New Roman" w:hAnsi="Times New Roman" w:cs="Times New Roman"/>
                <w:sz w:val="22"/>
              </w:rPr>
            </w:pPr>
          </w:p>
        </w:tc>
        <w:tc>
          <w:tcPr>
            <w:tcW w:w="47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19F3B4" w14:textId="77777777" w:rsidR="005E188E" w:rsidRPr="00DB6570" w:rsidRDefault="005E188E" w:rsidP="00D270E1">
            <w:pPr>
              <w:spacing w:after="0" w:line="240" w:lineRule="auto"/>
              <w:jc w:val="center"/>
              <w:rPr>
                <w:rFonts w:ascii="Times New Roman" w:hAnsi="Times New Roman" w:cs="Times New Roman"/>
                <w:sz w:val="22"/>
              </w:rPr>
            </w:pPr>
          </w:p>
        </w:tc>
        <w:tc>
          <w:tcPr>
            <w:tcW w:w="41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0A719A1" w14:textId="77777777" w:rsidR="005E188E" w:rsidRPr="00DB6570" w:rsidRDefault="005E188E" w:rsidP="00D270E1">
            <w:pPr>
              <w:spacing w:after="0" w:line="240" w:lineRule="auto"/>
              <w:jc w:val="center"/>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58F1C25" w14:textId="77777777" w:rsidR="005E188E" w:rsidRPr="00DB6570" w:rsidRDefault="005E188E" w:rsidP="00D270E1">
            <w:pPr>
              <w:spacing w:after="0" w:line="240" w:lineRule="auto"/>
              <w:jc w:val="center"/>
              <w:rPr>
                <w:rFonts w:ascii="Times New Roman" w:hAnsi="Times New Roman" w:cs="Times New Roman"/>
                <w:sz w:val="22"/>
              </w:rPr>
            </w:pPr>
          </w:p>
        </w:tc>
        <w:tc>
          <w:tcPr>
            <w:tcW w:w="43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E376512" w14:textId="77777777" w:rsidR="005E188E" w:rsidRPr="00DB6570" w:rsidRDefault="005E188E" w:rsidP="00D270E1">
            <w:pPr>
              <w:spacing w:after="0" w:line="240" w:lineRule="auto"/>
              <w:jc w:val="center"/>
              <w:rPr>
                <w:rFonts w:ascii="Times New Roman" w:hAnsi="Times New Roman" w:cs="Times New Roman"/>
                <w:sz w:val="22"/>
              </w:rPr>
            </w:pPr>
          </w:p>
        </w:tc>
      </w:tr>
      <w:tr w:rsidR="005E188E" w:rsidRPr="00DB6570" w14:paraId="7607854D" w14:textId="77777777" w:rsidTr="005E44DD">
        <w:trPr>
          <w:cantSplit/>
          <w:trHeight w:val="720"/>
          <w:jc w:val="center"/>
        </w:trPr>
        <w:tc>
          <w:tcPr>
            <w:tcW w:w="1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27BAE9" w14:textId="77777777" w:rsidR="005E188E" w:rsidRPr="00DB6570" w:rsidRDefault="005E188E"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3</w:t>
            </w:r>
          </w:p>
        </w:tc>
        <w:tc>
          <w:tcPr>
            <w:tcW w:w="69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B3A7A60" w14:textId="77777777" w:rsidR="005E188E" w:rsidRPr="00DB6570" w:rsidRDefault="005E188E" w:rsidP="00D270E1">
            <w:pPr>
              <w:spacing w:after="0" w:line="240" w:lineRule="auto"/>
              <w:rPr>
                <w:rFonts w:ascii="Times New Roman" w:hAnsi="Times New Roman" w:cs="Times New Roman"/>
                <w:sz w:val="22"/>
              </w:rPr>
            </w:pPr>
          </w:p>
        </w:tc>
        <w:tc>
          <w:tcPr>
            <w:tcW w:w="92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D7586EC" w14:textId="77777777" w:rsidR="005E188E" w:rsidRPr="00DB6570" w:rsidRDefault="005E188E" w:rsidP="00D270E1">
            <w:pPr>
              <w:spacing w:after="0" w:line="240" w:lineRule="auto"/>
              <w:rPr>
                <w:rFonts w:ascii="Times New Roman" w:hAnsi="Times New Roman" w:cs="Times New Roman"/>
                <w:sz w:val="22"/>
              </w:rPr>
            </w:pPr>
          </w:p>
        </w:tc>
        <w:tc>
          <w:tcPr>
            <w:tcW w:w="74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0C5E19B" w14:textId="77777777" w:rsidR="005E188E" w:rsidRPr="00DB6570" w:rsidRDefault="005E188E" w:rsidP="00D270E1">
            <w:pPr>
              <w:spacing w:after="0" w:line="240" w:lineRule="auto"/>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26CB0EE" w14:textId="77777777" w:rsidR="005E188E" w:rsidRPr="00DB6570" w:rsidRDefault="005E188E" w:rsidP="00D270E1">
            <w:pPr>
              <w:spacing w:after="0" w:line="240" w:lineRule="auto"/>
              <w:jc w:val="center"/>
              <w:rPr>
                <w:rFonts w:ascii="Times New Roman" w:hAnsi="Times New Roman" w:cs="Times New Roman"/>
                <w:sz w:val="22"/>
              </w:rPr>
            </w:pPr>
          </w:p>
        </w:tc>
        <w:tc>
          <w:tcPr>
            <w:tcW w:w="47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ECC6816" w14:textId="77777777" w:rsidR="005E188E" w:rsidRPr="00DB6570" w:rsidRDefault="005E188E" w:rsidP="00D270E1">
            <w:pPr>
              <w:spacing w:after="0" w:line="240" w:lineRule="auto"/>
              <w:jc w:val="center"/>
              <w:rPr>
                <w:rFonts w:ascii="Times New Roman" w:hAnsi="Times New Roman" w:cs="Times New Roman"/>
                <w:sz w:val="22"/>
              </w:rPr>
            </w:pPr>
          </w:p>
        </w:tc>
        <w:tc>
          <w:tcPr>
            <w:tcW w:w="41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2C1F4BA" w14:textId="77777777" w:rsidR="005E188E" w:rsidRPr="00DB6570" w:rsidRDefault="005E188E" w:rsidP="00D270E1">
            <w:pPr>
              <w:spacing w:after="0" w:line="240" w:lineRule="auto"/>
              <w:jc w:val="center"/>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5D64A3A" w14:textId="77777777" w:rsidR="005E188E" w:rsidRPr="00DB6570" w:rsidRDefault="005E188E" w:rsidP="00D270E1">
            <w:pPr>
              <w:spacing w:after="0" w:line="240" w:lineRule="auto"/>
              <w:jc w:val="center"/>
              <w:rPr>
                <w:rFonts w:ascii="Times New Roman" w:hAnsi="Times New Roman" w:cs="Times New Roman"/>
                <w:sz w:val="22"/>
              </w:rPr>
            </w:pPr>
          </w:p>
        </w:tc>
        <w:tc>
          <w:tcPr>
            <w:tcW w:w="43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8EA77ED" w14:textId="77777777" w:rsidR="005E188E" w:rsidRPr="00DB6570" w:rsidRDefault="005E188E" w:rsidP="00D270E1">
            <w:pPr>
              <w:spacing w:after="0" w:line="240" w:lineRule="auto"/>
              <w:jc w:val="center"/>
              <w:rPr>
                <w:rFonts w:ascii="Times New Roman" w:hAnsi="Times New Roman" w:cs="Times New Roman"/>
                <w:sz w:val="22"/>
              </w:rPr>
            </w:pPr>
          </w:p>
        </w:tc>
      </w:tr>
      <w:tr w:rsidR="005E188E" w:rsidRPr="00DB6570" w14:paraId="513A6346" w14:textId="77777777" w:rsidTr="005E44DD">
        <w:trPr>
          <w:cantSplit/>
          <w:trHeight w:val="720"/>
          <w:jc w:val="center"/>
        </w:trPr>
        <w:tc>
          <w:tcPr>
            <w:tcW w:w="1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91E2BF" w14:textId="77777777" w:rsidR="005E188E" w:rsidRPr="00DB6570" w:rsidRDefault="005E188E"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4</w:t>
            </w:r>
          </w:p>
        </w:tc>
        <w:tc>
          <w:tcPr>
            <w:tcW w:w="69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CB471F6" w14:textId="77777777" w:rsidR="005E188E" w:rsidRPr="00DB6570" w:rsidRDefault="005E188E" w:rsidP="00D270E1">
            <w:pPr>
              <w:spacing w:after="0" w:line="240" w:lineRule="auto"/>
              <w:rPr>
                <w:rFonts w:ascii="Times New Roman" w:hAnsi="Times New Roman" w:cs="Times New Roman"/>
                <w:sz w:val="22"/>
              </w:rPr>
            </w:pPr>
          </w:p>
        </w:tc>
        <w:tc>
          <w:tcPr>
            <w:tcW w:w="92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184A32B" w14:textId="77777777" w:rsidR="005E188E" w:rsidRPr="00DB6570" w:rsidRDefault="005E188E" w:rsidP="00D270E1">
            <w:pPr>
              <w:spacing w:after="0" w:line="240" w:lineRule="auto"/>
              <w:rPr>
                <w:rFonts w:ascii="Times New Roman" w:hAnsi="Times New Roman" w:cs="Times New Roman"/>
                <w:sz w:val="22"/>
              </w:rPr>
            </w:pPr>
          </w:p>
        </w:tc>
        <w:tc>
          <w:tcPr>
            <w:tcW w:w="74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8744FF5" w14:textId="77777777" w:rsidR="005E188E" w:rsidRPr="00DB6570" w:rsidRDefault="005E188E" w:rsidP="00D270E1">
            <w:pPr>
              <w:spacing w:after="0" w:line="240" w:lineRule="auto"/>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12C51B6" w14:textId="77777777" w:rsidR="005E188E" w:rsidRPr="00DB6570" w:rsidRDefault="005E188E" w:rsidP="00D270E1">
            <w:pPr>
              <w:spacing w:after="0" w:line="240" w:lineRule="auto"/>
              <w:jc w:val="center"/>
              <w:rPr>
                <w:rFonts w:ascii="Times New Roman" w:hAnsi="Times New Roman" w:cs="Times New Roman"/>
                <w:sz w:val="22"/>
              </w:rPr>
            </w:pPr>
          </w:p>
        </w:tc>
        <w:tc>
          <w:tcPr>
            <w:tcW w:w="47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C475AAF" w14:textId="77777777" w:rsidR="005E188E" w:rsidRPr="00DB6570" w:rsidRDefault="005E188E" w:rsidP="00D270E1">
            <w:pPr>
              <w:spacing w:after="0" w:line="240" w:lineRule="auto"/>
              <w:jc w:val="center"/>
              <w:rPr>
                <w:rFonts w:ascii="Times New Roman" w:hAnsi="Times New Roman" w:cs="Times New Roman"/>
                <w:sz w:val="22"/>
              </w:rPr>
            </w:pPr>
          </w:p>
        </w:tc>
        <w:tc>
          <w:tcPr>
            <w:tcW w:w="41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86E9B74" w14:textId="77777777" w:rsidR="005E188E" w:rsidRPr="00DB6570" w:rsidRDefault="005E188E" w:rsidP="00D270E1">
            <w:pPr>
              <w:spacing w:after="0" w:line="240" w:lineRule="auto"/>
              <w:jc w:val="center"/>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64E991B" w14:textId="77777777" w:rsidR="005E188E" w:rsidRPr="00DB6570" w:rsidRDefault="005E188E" w:rsidP="00D270E1">
            <w:pPr>
              <w:spacing w:after="0" w:line="240" w:lineRule="auto"/>
              <w:jc w:val="center"/>
              <w:rPr>
                <w:rFonts w:ascii="Times New Roman" w:hAnsi="Times New Roman" w:cs="Times New Roman"/>
                <w:sz w:val="22"/>
              </w:rPr>
            </w:pPr>
          </w:p>
        </w:tc>
        <w:tc>
          <w:tcPr>
            <w:tcW w:w="43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0546884" w14:textId="77777777" w:rsidR="005E188E" w:rsidRPr="00DB6570" w:rsidRDefault="005E188E" w:rsidP="00D270E1">
            <w:pPr>
              <w:spacing w:after="0" w:line="240" w:lineRule="auto"/>
              <w:jc w:val="center"/>
              <w:rPr>
                <w:rFonts w:ascii="Times New Roman" w:hAnsi="Times New Roman" w:cs="Times New Roman"/>
                <w:sz w:val="22"/>
              </w:rPr>
            </w:pPr>
          </w:p>
        </w:tc>
      </w:tr>
      <w:tr w:rsidR="005E188E" w:rsidRPr="00DB6570" w14:paraId="29626A54" w14:textId="77777777" w:rsidTr="005E44DD">
        <w:trPr>
          <w:cantSplit/>
          <w:trHeight w:val="720"/>
          <w:jc w:val="center"/>
        </w:trPr>
        <w:tc>
          <w:tcPr>
            <w:tcW w:w="1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7FF4DAB" w14:textId="77777777" w:rsidR="005E188E" w:rsidRPr="00DB6570" w:rsidRDefault="005E188E"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5</w:t>
            </w:r>
          </w:p>
        </w:tc>
        <w:tc>
          <w:tcPr>
            <w:tcW w:w="69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8537FC6" w14:textId="77777777" w:rsidR="005E188E" w:rsidRPr="00DB6570" w:rsidRDefault="005E188E" w:rsidP="00D270E1">
            <w:pPr>
              <w:spacing w:after="0" w:line="240" w:lineRule="auto"/>
              <w:rPr>
                <w:rFonts w:ascii="Times New Roman" w:hAnsi="Times New Roman" w:cs="Times New Roman"/>
                <w:sz w:val="22"/>
              </w:rPr>
            </w:pPr>
          </w:p>
        </w:tc>
        <w:tc>
          <w:tcPr>
            <w:tcW w:w="92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59A2ED" w14:textId="77777777" w:rsidR="005E188E" w:rsidRPr="00DB6570" w:rsidRDefault="005E188E" w:rsidP="00D270E1">
            <w:pPr>
              <w:spacing w:after="0" w:line="240" w:lineRule="auto"/>
              <w:rPr>
                <w:rFonts w:ascii="Times New Roman" w:hAnsi="Times New Roman" w:cs="Times New Roman"/>
                <w:sz w:val="22"/>
              </w:rPr>
            </w:pPr>
          </w:p>
        </w:tc>
        <w:tc>
          <w:tcPr>
            <w:tcW w:w="74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7CC2953" w14:textId="77777777" w:rsidR="005E188E" w:rsidRPr="00DB6570" w:rsidRDefault="005E188E" w:rsidP="00D270E1">
            <w:pPr>
              <w:spacing w:after="0" w:line="240" w:lineRule="auto"/>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E5A3D14" w14:textId="77777777" w:rsidR="005E188E" w:rsidRPr="00DB6570" w:rsidRDefault="005E188E" w:rsidP="00D270E1">
            <w:pPr>
              <w:spacing w:after="0" w:line="240" w:lineRule="auto"/>
              <w:jc w:val="center"/>
              <w:rPr>
                <w:rFonts w:ascii="Times New Roman" w:hAnsi="Times New Roman" w:cs="Times New Roman"/>
                <w:sz w:val="22"/>
              </w:rPr>
            </w:pPr>
          </w:p>
        </w:tc>
        <w:tc>
          <w:tcPr>
            <w:tcW w:w="47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6E5FFA1" w14:textId="77777777" w:rsidR="005E188E" w:rsidRPr="00DB6570" w:rsidRDefault="005E188E" w:rsidP="00D270E1">
            <w:pPr>
              <w:spacing w:after="0" w:line="240" w:lineRule="auto"/>
              <w:jc w:val="center"/>
              <w:rPr>
                <w:rFonts w:ascii="Times New Roman" w:hAnsi="Times New Roman" w:cs="Times New Roman"/>
                <w:sz w:val="22"/>
              </w:rPr>
            </w:pPr>
          </w:p>
        </w:tc>
        <w:tc>
          <w:tcPr>
            <w:tcW w:w="41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08CBBBF" w14:textId="77777777" w:rsidR="005E188E" w:rsidRPr="00DB6570" w:rsidRDefault="005E188E" w:rsidP="00D270E1">
            <w:pPr>
              <w:spacing w:after="0" w:line="240" w:lineRule="auto"/>
              <w:jc w:val="center"/>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20B7CC1" w14:textId="77777777" w:rsidR="005E188E" w:rsidRPr="00DB6570" w:rsidRDefault="005E188E" w:rsidP="00D270E1">
            <w:pPr>
              <w:spacing w:after="0" w:line="240" w:lineRule="auto"/>
              <w:jc w:val="center"/>
              <w:rPr>
                <w:rFonts w:ascii="Times New Roman" w:hAnsi="Times New Roman" w:cs="Times New Roman"/>
                <w:sz w:val="22"/>
              </w:rPr>
            </w:pPr>
          </w:p>
        </w:tc>
        <w:tc>
          <w:tcPr>
            <w:tcW w:w="43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DBDE761" w14:textId="77777777" w:rsidR="005E188E" w:rsidRPr="00DB6570" w:rsidRDefault="005E188E" w:rsidP="00D270E1">
            <w:pPr>
              <w:spacing w:after="0" w:line="240" w:lineRule="auto"/>
              <w:jc w:val="center"/>
              <w:rPr>
                <w:rFonts w:ascii="Times New Roman" w:hAnsi="Times New Roman" w:cs="Times New Roman"/>
                <w:sz w:val="22"/>
              </w:rPr>
            </w:pPr>
          </w:p>
        </w:tc>
      </w:tr>
      <w:tr w:rsidR="005E188E" w:rsidRPr="00DB6570" w14:paraId="03A52083" w14:textId="77777777" w:rsidTr="005E44DD">
        <w:trPr>
          <w:cantSplit/>
          <w:trHeight w:val="432"/>
          <w:jc w:val="center"/>
        </w:trPr>
        <w:tc>
          <w:tcPr>
            <w:tcW w:w="19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3F95D62F" w14:textId="77777777" w:rsidR="005E188E" w:rsidRPr="00DB6570" w:rsidRDefault="005E188E"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TOTAL</w:t>
            </w:r>
          </w:p>
        </w:tc>
        <w:tc>
          <w:tcPr>
            <w:tcW w:w="691"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72468F5B" w14:textId="77777777" w:rsidR="005E188E" w:rsidRPr="00DB6570" w:rsidRDefault="005E188E" w:rsidP="00D270E1">
            <w:pPr>
              <w:spacing w:after="0" w:line="240" w:lineRule="auto"/>
              <w:rPr>
                <w:rFonts w:ascii="Times New Roman" w:hAnsi="Times New Roman" w:cs="Times New Roman"/>
                <w:sz w:val="22"/>
              </w:rPr>
            </w:pPr>
          </w:p>
        </w:tc>
        <w:tc>
          <w:tcPr>
            <w:tcW w:w="921"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17F67E70" w14:textId="77777777" w:rsidR="005E188E" w:rsidRPr="00DB6570" w:rsidRDefault="005E188E" w:rsidP="00D270E1">
            <w:pPr>
              <w:spacing w:after="0" w:line="240" w:lineRule="auto"/>
              <w:rPr>
                <w:rFonts w:ascii="Times New Roman" w:hAnsi="Times New Roman" w:cs="Times New Roman"/>
                <w:sz w:val="22"/>
              </w:rPr>
            </w:pPr>
          </w:p>
        </w:tc>
        <w:tc>
          <w:tcPr>
            <w:tcW w:w="742"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665D4336" w14:textId="77777777" w:rsidR="005E188E" w:rsidRPr="00DB6570" w:rsidRDefault="005E188E" w:rsidP="00D270E1">
            <w:pPr>
              <w:spacing w:after="0" w:line="240" w:lineRule="auto"/>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2E8551F" w14:textId="77777777" w:rsidR="005E188E" w:rsidRPr="00DB6570" w:rsidRDefault="005E188E" w:rsidP="00D270E1">
            <w:pPr>
              <w:spacing w:after="0" w:line="240" w:lineRule="auto"/>
              <w:jc w:val="center"/>
              <w:rPr>
                <w:rFonts w:ascii="Times New Roman" w:hAnsi="Times New Roman" w:cs="Times New Roman"/>
                <w:sz w:val="22"/>
              </w:rPr>
            </w:pPr>
          </w:p>
        </w:tc>
        <w:tc>
          <w:tcPr>
            <w:tcW w:w="471"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46164C52" w14:textId="77777777" w:rsidR="005E188E" w:rsidRPr="00DB6570" w:rsidRDefault="005E188E" w:rsidP="00D270E1">
            <w:pPr>
              <w:spacing w:after="0" w:line="240" w:lineRule="auto"/>
              <w:jc w:val="center"/>
              <w:rPr>
                <w:rFonts w:ascii="Times New Roman" w:hAnsi="Times New Roman" w:cs="Times New Roman"/>
                <w:sz w:val="22"/>
              </w:rPr>
            </w:pPr>
          </w:p>
        </w:tc>
        <w:tc>
          <w:tcPr>
            <w:tcW w:w="419"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607AB942" w14:textId="77777777" w:rsidR="005E188E" w:rsidRPr="00DB6570" w:rsidRDefault="005E188E" w:rsidP="00D270E1">
            <w:pPr>
              <w:spacing w:after="0" w:line="240" w:lineRule="auto"/>
              <w:jc w:val="center"/>
              <w:rPr>
                <w:rFonts w:ascii="Times New Roman" w:hAnsi="Times New Roman" w:cs="Times New Roman"/>
                <w:sz w:val="22"/>
              </w:rPr>
            </w:pPr>
          </w:p>
        </w:tc>
        <w:tc>
          <w:tcPr>
            <w:tcW w:w="563"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5F220027" w14:textId="77777777" w:rsidR="005E188E" w:rsidRPr="00DB6570" w:rsidRDefault="005E188E" w:rsidP="00D270E1">
            <w:pPr>
              <w:spacing w:after="0" w:line="240" w:lineRule="auto"/>
              <w:jc w:val="center"/>
              <w:rPr>
                <w:rFonts w:ascii="Times New Roman" w:hAnsi="Times New Roman" w:cs="Times New Roman"/>
                <w:sz w:val="22"/>
              </w:rPr>
            </w:pPr>
          </w:p>
        </w:tc>
        <w:tc>
          <w:tcPr>
            <w:tcW w:w="43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366CB694" w14:textId="77777777" w:rsidR="005E188E" w:rsidRPr="00DB6570" w:rsidRDefault="005E188E" w:rsidP="00D270E1">
            <w:pPr>
              <w:spacing w:after="0" w:line="240" w:lineRule="auto"/>
              <w:jc w:val="center"/>
              <w:rPr>
                <w:rFonts w:ascii="Times New Roman" w:hAnsi="Times New Roman" w:cs="Times New Roman"/>
                <w:sz w:val="22"/>
              </w:rPr>
            </w:pPr>
          </w:p>
        </w:tc>
      </w:tr>
    </w:tbl>
    <w:p w14:paraId="3158981D" w14:textId="77777777" w:rsidR="0061162A" w:rsidRPr="00DB6570" w:rsidRDefault="0061162A">
      <w:pPr>
        <w:spacing w:after="0"/>
        <w:rPr>
          <w:rFonts w:ascii="Times New Roman" w:hAnsi="Times New Roman" w:cs="Times New Roman"/>
          <w:sz w:val="22"/>
        </w:rPr>
      </w:pPr>
    </w:p>
    <w:p w14:paraId="2ED06F05" w14:textId="6BDAC9A7" w:rsidR="0061162A" w:rsidRPr="00DB6570" w:rsidRDefault="00640986">
      <w:pPr>
        <w:pStyle w:val="Heading2"/>
        <w:rPr>
          <w:rFonts w:ascii="Times New Roman" w:hAnsi="Times New Roman" w:cs="Times New Roman"/>
          <w:color w:val="auto"/>
          <w:sz w:val="22"/>
          <w:szCs w:val="22"/>
        </w:rPr>
      </w:pPr>
      <w:bookmarkStart w:id="64" w:name="_Toc237525259"/>
      <w:r w:rsidRPr="00DB6570">
        <w:rPr>
          <w:rFonts w:ascii="Times New Roman" w:hAnsi="Times New Roman" w:cs="Times New Roman"/>
          <w:color w:val="auto"/>
          <w:sz w:val="22"/>
          <w:szCs w:val="22"/>
        </w:rPr>
        <w:t>5</w:t>
      </w:r>
      <w:r w:rsidR="00BE6111" w:rsidRPr="00DB6570">
        <w:rPr>
          <w:rFonts w:ascii="Times New Roman" w:hAnsi="Times New Roman" w:cs="Times New Roman"/>
          <w:color w:val="auto"/>
          <w:sz w:val="22"/>
          <w:szCs w:val="22"/>
        </w:rPr>
        <w:t>.</w:t>
      </w:r>
      <w:r w:rsidR="00031803" w:rsidRPr="00DB6570">
        <w:rPr>
          <w:rFonts w:ascii="Times New Roman" w:hAnsi="Times New Roman" w:cs="Times New Roman"/>
          <w:color w:val="auto"/>
          <w:sz w:val="22"/>
          <w:szCs w:val="22"/>
        </w:rPr>
        <w:t>4</w:t>
      </w:r>
      <w:r w:rsidR="00BE6111" w:rsidRPr="00DB6570">
        <w:rPr>
          <w:rFonts w:ascii="Times New Roman" w:hAnsi="Times New Roman" w:cs="Times New Roman"/>
          <w:color w:val="auto"/>
          <w:sz w:val="22"/>
          <w:szCs w:val="22"/>
        </w:rPr>
        <w:t xml:space="preserve"> Employer Engagement and Industry Services</w:t>
      </w:r>
      <w:bookmarkEnd w:id="64"/>
    </w:p>
    <w:p w14:paraId="62CBA432" w14:textId="77777777" w:rsidR="00254027" w:rsidRPr="00DB6570" w:rsidRDefault="00254027" w:rsidP="00254027">
      <w:pPr>
        <w:pStyle w:val="GuidanceText"/>
        <w:keepNext/>
        <w:rPr>
          <w:rFonts w:ascii="Times New Roman" w:hAnsi="Times New Roman" w:cs="Times New Roman"/>
          <w:color w:val="auto"/>
          <w:sz w:val="22"/>
        </w:rPr>
      </w:pPr>
      <w:r w:rsidRPr="00DB6570">
        <w:rPr>
          <w:rFonts w:ascii="Times New Roman" w:hAnsi="Times New Roman" w:cs="Times New Roman"/>
          <w:color w:val="auto"/>
          <w:sz w:val="22"/>
        </w:rPr>
        <w:t>Beyond the Sector Engagement Panel, Centers/ RFTIs are expected to engage a broader set of industry, private sector, and sectoral partners. Building on the partnerships identified in the EoI, describe the model for engaging both existing and new partners, and explain how these relationships will inform and shape the Center's/RFTI's applied research agenda, innovation priorities, skills programs, and curricula. Partners should reflect a diversity of scale and geography, spanning local, national, regional, and international stakeholders.</w:t>
      </w:r>
    </w:p>
    <w:p w14:paraId="0D3FEE88" w14:textId="3152DC9E" w:rsidR="0061162A" w:rsidRPr="00DB6570" w:rsidRDefault="00254027" w:rsidP="00254027">
      <w:pPr>
        <w:pStyle w:val="GuidanceText"/>
        <w:keepNext/>
        <w:rPr>
          <w:rFonts w:ascii="Times New Roman" w:hAnsi="Times New Roman" w:cs="Times New Roman"/>
          <w:color w:val="auto"/>
          <w:sz w:val="22"/>
        </w:rPr>
      </w:pPr>
      <w:r w:rsidRPr="00DB6570">
        <w:rPr>
          <w:rFonts w:ascii="Times New Roman" w:hAnsi="Times New Roman" w:cs="Times New Roman"/>
          <w:color w:val="auto"/>
          <w:sz w:val="22"/>
        </w:rPr>
        <w:t>In the table below, list partners that have made confirmed commitments prior to submission, specifying their concrete contributions — financial and/or in-kind. Contributions may include, but are not limited to, curriculum co-design, guest teaching, internships, faculty and trainer development, contract research, equipment access, co-supervision, student mobility, joint grants, technology validation, and regional networks. Entries should reflect actual commitments, not aspirational intentions.</w:t>
      </w:r>
    </w:p>
    <w:tbl>
      <w:tblPr>
        <w:tblStyle w:val="TableGrid"/>
        <w:tblW w:w="9000" w:type="dxa"/>
        <w:jc w:val="center"/>
        <w:tblLook w:val="04A0" w:firstRow="1" w:lastRow="0" w:firstColumn="1" w:lastColumn="0" w:noHBand="0" w:noVBand="1"/>
      </w:tblPr>
      <w:tblGrid>
        <w:gridCol w:w="9000"/>
      </w:tblGrid>
      <w:tr w:rsidR="0061162A" w:rsidRPr="00DB6570" w14:paraId="3FA86897" w14:textId="77777777">
        <w:trPr>
          <w:jc w:val="center"/>
        </w:trPr>
        <w:tc>
          <w:tcPr>
            <w:tcW w:w="9866" w:type="dxa"/>
            <w:shd w:val="clear" w:color="auto" w:fill="FAFAFA"/>
            <w:tcMar>
              <w:top w:w="110" w:type="dxa"/>
              <w:left w:w="120" w:type="dxa"/>
              <w:bottom w:w="110" w:type="dxa"/>
              <w:right w:w="120" w:type="dxa"/>
            </w:tcMar>
          </w:tcPr>
          <w:p w14:paraId="68AE9778" w14:textId="51075A02" w:rsidR="0061162A" w:rsidRPr="00DB6570" w:rsidRDefault="00E405D6">
            <w:pPr>
              <w:pStyle w:val="ResponsePlaceholder"/>
              <w:rPr>
                <w:rFonts w:ascii="Times New Roman" w:hAnsi="Times New Roman" w:cs="Times New Roman"/>
                <w:color w:val="auto"/>
                <w:sz w:val="22"/>
              </w:rPr>
            </w:pPr>
            <w:r w:rsidRPr="00E405D6">
              <w:rPr>
                <w:rFonts w:ascii="Times New Roman" w:hAnsi="Times New Roman" w:cs="Times New Roman"/>
                <w:color w:val="auto"/>
                <w:sz w:val="22"/>
              </w:rPr>
              <w:t>[Applicant response must not exceed 700 words]</w:t>
            </w:r>
          </w:p>
          <w:p w14:paraId="0CF5BC0D" w14:textId="77777777" w:rsidR="0061162A" w:rsidRPr="00DB6570" w:rsidRDefault="0061162A">
            <w:pPr>
              <w:rPr>
                <w:rFonts w:ascii="Times New Roman" w:hAnsi="Times New Roman" w:cs="Times New Roman"/>
                <w:sz w:val="22"/>
              </w:rPr>
            </w:pPr>
          </w:p>
          <w:p w14:paraId="4A3BEFF3" w14:textId="77777777" w:rsidR="0061162A" w:rsidRPr="00DB6570" w:rsidRDefault="0061162A">
            <w:pPr>
              <w:rPr>
                <w:rFonts w:ascii="Times New Roman" w:hAnsi="Times New Roman" w:cs="Times New Roman"/>
                <w:sz w:val="22"/>
              </w:rPr>
            </w:pPr>
          </w:p>
          <w:p w14:paraId="78712413" w14:textId="77777777" w:rsidR="0061162A" w:rsidRPr="00DB6570" w:rsidRDefault="0061162A">
            <w:pPr>
              <w:rPr>
                <w:rFonts w:ascii="Times New Roman" w:hAnsi="Times New Roman" w:cs="Times New Roman"/>
                <w:sz w:val="22"/>
              </w:rPr>
            </w:pPr>
          </w:p>
          <w:p w14:paraId="2781F533" w14:textId="77777777" w:rsidR="0061162A" w:rsidRPr="00DB6570" w:rsidRDefault="0061162A">
            <w:pPr>
              <w:rPr>
                <w:rFonts w:ascii="Times New Roman" w:hAnsi="Times New Roman" w:cs="Times New Roman"/>
                <w:sz w:val="22"/>
              </w:rPr>
            </w:pPr>
          </w:p>
        </w:tc>
      </w:tr>
    </w:tbl>
    <w:p w14:paraId="3AC13223" w14:textId="77777777" w:rsidR="0061162A" w:rsidRPr="00DB6570" w:rsidRDefault="0061162A">
      <w:pPr>
        <w:spacing w:after="0"/>
        <w:rPr>
          <w:rFonts w:ascii="Times New Roman" w:hAnsi="Times New Roman" w:cs="Times New Roman"/>
          <w:sz w:val="22"/>
        </w:rPr>
      </w:pPr>
    </w:p>
    <w:p w14:paraId="20AD34EB" w14:textId="4376EF2C" w:rsidR="0061162A" w:rsidRPr="00DB6570" w:rsidRDefault="00640986">
      <w:pPr>
        <w:pStyle w:val="Heading3"/>
        <w:rPr>
          <w:rFonts w:ascii="Times New Roman" w:hAnsi="Times New Roman" w:cs="Times New Roman"/>
          <w:color w:val="auto"/>
          <w:sz w:val="22"/>
        </w:rPr>
      </w:pPr>
      <w:bookmarkStart w:id="65" w:name="_Toc237525260"/>
      <w:r w:rsidRPr="00DB6570">
        <w:rPr>
          <w:rFonts w:ascii="Times New Roman" w:hAnsi="Times New Roman" w:cs="Times New Roman"/>
          <w:color w:val="auto"/>
          <w:sz w:val="22"/>
        </w:rPr>
        <w:t>5.</w:t>
      </w:r>
      <w:r w:rsidR="00031803" w:rsidRPr="00DB6570">
        <w:rPr>
          <w:rFonts w:ascii="Times New Roman" w:hAnsi="Times New Roman" w:cs="Times New Roman"/>
          <w:color w:val="auto"/>
          <w:sz w:val="22"/>
        </w:rPr>
        <w:t>4</w:t>
      </w:r>
      <w:r w:rsidRPr="00DB6570">
        <w:rPr>
          <w:rFonts w:ascii="Times New Roman" w:hAnsi="Times New Roman" w:cs="Times New Roman"/>
          <w:color w:val="auto"/>
          <w:sz w:val="22"/>
        </w:rPr>
        <w:t xml:space="preserve">.1 </w:t>
      </w:r>
      <w:r w:rsidR="00BE6111" w:rsidRPr="00DB6570">
        <w:rPr>
          <w:rFonts w:ascii="Times New Roman" w:hAnsi="Times New Roman" w:cs="Times New Roman"/>
          <w:color w:val="auto"/>
          <w:sz w:val="22"/>
        </w:rPr>
        <w:t>Employer Commitment Register</w:t>
      </w:r>
      <w:bookmarkEnd w:id="65"/>
    </w:p>
    <w:tbl>
      <w:tblPr>
        <w:tblW w:w="5000" w:type="pct"/>
        <w:jc w:val="center"/>
        <w:tblLook w:val="04A0" w:firstRow="1" w:lastRow="0" w:firstColumn="1" w:lastColumn="0" w:noHBand="0" w:noVBand="1"/>
      </w:tblPr>
      <w:tblGrid>
        <w:gridCol w:w="881"/>
        <w:gridCol w:w="1699"/>
        <w:gridCol w:w="1178"/>
        <w:gridCol w:w="727"/>
        <w:gridCol w:w="1332"/>
        <w:gridCol w:w="1781"/>
        <w:gridCol w:w="1130"/>
        <w:gridCol w:w="1128"/>
      </w:tblGrid>
      <w:tr w:rsidR="00927498" w:rsidRPr="00DB6570" w14:paraId="5381AB0B" w14:textId="77777777" w:rsidTr="0021427D">
        <w:trPr>
          <w:cantSplit/>
          <w:trHeight w:val="677"/>
          <w:tblHeader/>
          <w:jc w:val="center"/>
        </w:trPr>
        <w:tc>
          <w:tcPr>
            <w:tcW w:w="19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C507245" w14:textId="77777777" w:rsidR="00927498" w:rsidRPr="00DB6570" w:rsidRDefault="00927498"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53C85DA" w14:textId="77777777" w:rsidR="00927498" w:rsidRPr="00DB6570" w:rsidRDefault="00927498"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Partner/Country</w:t>
            </w:r>
          </w:p>
        </w:tc>
        <w:tc>
          <w:tcPr>
            <w:tcW w:w="71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DE7CC4C" w14:textId="77777777" w:rsidR="00927498" w:rsidRPr="00DB6570" w:rsidRDefault="00927498"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Focus (Academic/ research or Industry)</w:t>
            </w:r>
          </w:p>
        </w:tc>
        <w:tc>
          <w:tcPr>
            <w:tcW w:w="48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09539C1" w14:textId="77777777" w:rsidR="00927498" w:rsidRPr="00DB6570" w:rsidRDefault="00927498"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Type</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7D57927" w14:textId="77777777" w:rsidR="00927498" w:rsidRPr="00DB6570" w:rsidRDefault="00927498"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Status (Active/New)</w:t>
            </w:r>
          </w:p>
        </w:tc>
        <w:tc>
          <w:tcPr>
            <w:tcW w:w="10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395B76B" w14:textId="77777777" w:rsidR="00927498" w:rsidRPr="00DB6570" w:rsidRDefault="00927498"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Specific collaboration/ contributions</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1AA4D14" w14:textId="77777777" w:rsidR="00927498" w:rsidRPr="00DB6570" w:rsidRDefault="00927498"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Expected output</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D5BBD80" w14:textId="77777777" w:rsidR="00927498" w:rsidRPr="00DB6570" w:rsidRDefault="00927498"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Financial / in-kind value</w:t>
            </w:r>
          </w:p>
        </w:tc>
      </w:tr>
      <w:tr w:rsidR="00927498" w:rsidRPr="00DB6570" w14:paraId="373C5397" w14:textId="77777777" w:rsidTr="005E44DD">
        <w:trPr>
          <w:cantSplit/>
          <w:trHeight w:val="749"/>
          <w:jc w:val="center"/>
        </w:trPr>
        <w:tc>
          <w:tcPr>
            <w:tcW w:w="19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08BB324" w14:textId="77777777" w:rsidR="00927498" w:rsidRPr="00DB6570" w:rsidRDefault="00927498"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1</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A64465D" w14:textId="77777777" w:rsidR="00927498" w:rsidRPr="00DB6570" w:rsidRDefault="00927498" w:rsidP="00D270E1">
            <w:pPr>
              <w:spacing w:after="0" w:line="240" w:lineRule="auto"/>
              <w:rPr>
                <w:rFonts w:ascii="Times New Roman" w:hAnsi="Times New Roman" w:cs="Times New Roman"/>
                <w:sz w:val="22"/>
              </w:rPr>
            </w:pPr>
          </w:p>
        </w:tc>
        <w:tc>
          <w:tcPr>
            <w:tcW w:w="71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3EC5944" w14:textId="77777777" w:rsidR="00927498" w:rsidRPr="00DB6570" w:rsidRDefault="00927498" w:rsidP="00D270E1">
            <w:pPr>
              <w:spacing w:after="0" w:line="240" w:lineRule="auto"/>
              <w:rPr>
                <w:rFonts w:ascii="Times New Roman" w:hAnsi="Times New Roman" w:cs="Times New Roman"/>
                <w:sz w:val="22"/>
              </w:rPr>
            </w:pPr>
          </w:p>
        </w:tc>
        <w:tc>
          <w:tcPr>
            <w:tcW w:w="48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D296CBB" w14:textId="77777777" w:rsidR="00927498" w:rsidRPr="00DB6570" w:rsidRDefault="00927498" w:rsidP="00D270E1">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93D127B" w14:textId="77777777" w:rsidR="00927498" w:rsidRPr="00DB6570" w:rsidRDefault="00927498" w:rsidP="00D270E1">
            <w:pPr>
              <w:spacing w:after="0" w:line="240" w:lineRule="auto"/>
              <w:jc w:val="center"/>
              <w:rPr>
                <w:rFonts w:ascii="Times New Roman" w:hAnsi="Times New Roman" w:cs="Times New Roman"/>
                <w:sz w:val="22"/>
              </w:rPr>
            </w:pPr>
          </w:p>
        </w:tc>
        <w:tc>
          <w:tcPr>
            <w:tcW w:w="10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6FADCA3" w14:textId="77777777" w:rsidR="00927498" w:rsidRPr="00DB6570" w:rsidRDefault="00927498" w:rsidP="00D270E1">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0EF3EE5" w14:textId="77777777" w:rsidR="00927498" w:rsidRPr="00DB6570" w:rsidRDefault="00927498" w:rsidP="00D270E1">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54C9D54" w14:textId="77777777" w:rsidR="00927498" w:rsidRPr="00DB6570" w:rsidRDefault="00927498" w:rsidP="00D270E1">
            <w:pPr>
              <w:spacing w:after="0" w:line="240" w:lineRule="auto"/>
              <w:jc w:val="center"/>
              <w:rPr>
                <w:rFonts w:ascii="Times New Roman" w:hAnsi="Times New Roman" w:cs="Times New Roman"/>
                <w:sz w:val="22"/>
              </w:rPr>
            </w:pPr>
          </w:p>
        </w:tc>
      </w:tr>
      <w:tr w:rsidR="00927498" w:rsidRPr="00DB6570" w14:paraId="57529999" w14:textId="77777777" w:rsidTr="005E44DD">
        <w:trPr>
          <w:cantSplit/>
          <w:trHeight w:val="749"/>
          <w:jc w:val="center"/>
        </w:trPr>
        <w:tc>
          <w:tcPr>
            <w:tcW w:w="19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05FAAEA" w14:textId="77777777" w:rsidR="00927498" w:rsidRPr="00DB6570" w:rsidRDefault="00927498"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2</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12C8B6F" w14:textId="77777777" w:rsidR="00927498" w:rsidRPr="00DB6570" w:rsidRDefault="00927498" w:rsidP="00D270E1">
            <w:pPr>
              <w:spacing w:after="0" w:line="240" w:lineRule="auto"/>
              <w:rPr>
                <w:rFonts w:ascii="Times New Roman" w:hAnsi="Times New Roman" w:cs="Times New Roman"/>
                <w:sz w:val="22"/>
              </w:rPr>
            </w:pPr>
          </w:p>
        </w:tc>
        <w:tc>
          <w:tcPr>
            <w:tcW w:w="71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4EDCC2E" w14:textId="77777777" w:rsidR="00927498" w:rsidRPr="00DB6570" w:rsidRDefault="00927498" w:rsidP="00D270E1">
            <w:pPr>
              <w:spacing w:after="0" w:line="240" w:lineRule="auto"/>
              <w:rPr>
                <w:rFonts w:ascii="Times New Roman" w:hAnsi="Times New Roman" w:cs="Times New Roman"/>
                <w:sz w:val="22"/>
              </w:rPr>
            </w:pPr>
          </w:p>
        </w:tc>
        <w:tc>
          <w:tcPr>
            <w:tcW w:w="48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1BEFD04" w14:textId="77777777" w:rsidR="00927498" w:rsidRPr="00DB6570" w:rsidRDefault="00927498" w:rsidP="00D270E1">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6FD697A" w14:textId="77777777" w:rsidR="00927498" w:rsidRPr="00DB6570" w:rsidRDefault="00927498" w:rsidP="00D270E1">
            <w:pPr>
              <w:spacing w:after="0" w:line="240" w:lineRule="auto"/>
              <w:jc w:val="center"/>
              <w:rPr>
                <w:rFonts w:ascii="Times New Roman" w:hAnsi="Times New Roman" w:cs="Times New Roman"/>
                <w:sz w:val="22"/>
              </w:rPr>
            </w:pPr>
          </w:p>
        </w:tc>
        <w:tc>
          <w:tcPr>
            <w:tcW w:w="10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2C46427" w14:textId="77777777" w:rsidR="00927498" w:rsidRPr="00DB6570" w:rsidRDefault="00927498" w:rsidP="00D270E1">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3432FAA" w14:textId="77777777" w:rsidR="00927498" w:rsidRPr="00DB6570" w:rsidRDefault="00927498" w:rsidP="00D270E1">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3888491" w14:textId="77777777" w:rsidR="00927498" w:rsidRPr="00DB6570" w:rsidRDefault="00927498" w:rsidP="00D270E1">
            <w:pPr>
              <w:spacing w:after="0" w:line="240" w:lineRule="auto"/>
              <w:jc w:val="center"/>
              <w:rPr>
                <w:rFonts w:ascii="Times New Roman" w:hAnsi="Times New Roman" w:cs="Times New Roman"/>
                <w:sz w:val="22"/>
              </w:rPr>
            </w:pPr>
          </w:p>
        </w:tc>
      </w:tr>
      <w:tr w:rsidR="00927498" w:rsidRPr="00DB6570" w14:paraId="47AAA23A" w14:textId="77777777" w:rsidTr="005E44DD">
        <w:trPr>
          <w:cantSplit/>
          <w:trHeight w:val="749"/>
          <w:jc w:val="center"/>
        </w:trPr>
        <w:tc>
          <w:tcPr>
            <w:tcW w:w="19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DB6437" w14:textId="77777777" w:rsidR="00927498" w:rsidRPr="00DB6570" w:rsidRDefault="00927498"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3</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9A05F74" w14:textId="77777777" w:rsidR="00927498" w:rsidRPr="00DB6570" w:rsidRDefault="00927498" w:rsidP="00D270E1">
            <w:pPr>
              <w:spacing w:after="0" w:line="240" w:lineRule="auto"/>
              <w:rPr>
                <w:rFonts w:ascii="Times New Roman" w:hAnsi="Times New Roman" w:cs="Times New Roman"/>
                <w:sz w:val="22"/>
              </w:rPr>
            </w:pPr>
          </w:p>
        </w:tc>
        <w:tc>
          <w:tcPr>
            <w:tcW w:w="71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87ADE4D" w14:textId="77777777" w:rsidR="00927498" w:rsidRPr="00DB6570" w:rsidRDefault="00927498" w:rsidP="00D270E1">
            <w:pPr>
              <w:spacing w:after="0" w:line="240" w:lineRule="auto"/>
              <w:rPr>
                <w:rFonts w:ascii="Times New Roman" w:hAnsi="Times New Roman" w:cs="Times New Roman"/>
                <w:sz w:val="22"/>
              </w:rPr>
            </w:pPr>
          </w:p>
        </w:tc>
        <w:tc>
          <w:tcPr>
            <w:tcW w:w="48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CAEFEDF" w14:textId="77777777" w:rsidR="00927498" w:rsidRPr="00DB6570" w:rsidRDefault="00927498" w:rsidP="00D270E1">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074951E" w14:textId="77777777" w:rsidR="00927498" w:rsidRPr="00DB6570" w:rsidRDefault="00927498" w:rsidP="00D270E1">
            <w:pPr>
              <w:spacing w:after="0" w:line="240" w:lineRule="auto"/>
              <w:jc w:val="center"/>
              <w:rPr>
                <w:rFonts w:ascii="Times New Roman" w:hAnsi="Times New Roman" w:cs="Times New Roman"/>
                <w:sz w:val="22"/>
              </w:rPr>
            </w:pPr>
          </w:p>
        </w:tc>
        <w:tc>
          <w:tcPr>
            <w:tcW w:w="10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3896D27" w14:textId="77777777" w:rsidR="00927498" w:rsidRPr="00DB6570" w:rsidRDefault="00927498" w:rsidP="00D270E1">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2D2F0F" w14:textId="77777777" w:rsidR="00927498" w:rsidRPr="00DB6570" w:rsidRDefault="00927498" w:rsidP="00D270E1">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2732DA2" w14:textId="77777777" w:rsidR="00927498" w:rsidRPr="00DB6570" w:rsidRDefault="00927498" w:rsidP="00D270E1">
            <w:pPr>
              <w:spacing w:after="0" w:line="240" w:lineRule="auto"/>
              <w:jc w:val="center"/>
              <w:rPr>
                <w:rFonts w:ascii="Times New Roman" w:hAnsi="Times New Roman" w:cs="Times New Roman"/>
                <w:sz w:val="22"/>
              </w:rPr>
            </w:pPr>
          </w:p>
        </w:tc>
      </w:tr>
      <w:tr w:rsidR="00927498" w:rsidRPr="00DB6570" w14:paraId="746EF820" w14:textId="77777777" w:rsidTr="005E44DD">
        <w:trPr>
          <w:cantSplit/>
          <w:trHeight w:val="749"/>
          <w:jc w:val="center"/>
        </w:trPr>
        <w:tc>
          <w:tcPr>
            <w:tcW w:w="19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81E6701" w14:textId="77777777" w:rsidR="00927498" w:rsidRPr="00DB6570" w:rsidRDefault="00927498"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4</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1628CB2" w14:textId="77777777" w:rsidR="00927498" w:rsidRPr="00DB6570" w:rsidRDefault="00927498" w:rsidP="00D270E1">
            <w:pPr>
              <w:spacing w:after="0" w:line="240" w:lineRule="auto"/>
              <w:rPr>
                <w:rFonts w:ascii="Times New Roman" w:hAnsi="Times New Roman" w:cs="Times New Roman"/>
                <w:sz w:val="22"/>
              </w:rPr>
            </w:pPr>
          </w:p>
        </w:tc>
        <w:tc>
          <w:tcPr>
            <w:tcW w:w="71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BC61E6" w14:textId="77777777" w:rsidR="00927498" w:rsidRPr="00DB6570" w:rsidRDefault="00927498" w:rsidP="00D270E1">
            <w:pPr>
              <w:spacing w:after="0" w:line="240" w:lineRule="auto"/>
              <w:rPr>
                <w:rFonts w:ascii="Times New Roman" w:hAnsi="Times New Roman" w:cs="Times New Roman"/>
                <w:sz w:val="22"/>
              </w:rPr>
            </w:pPr>
          </w:p>
        </w:tc>
        <w:tc>
          <w:tcPr>
            <w:tcW w:w="48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204C191" w14:textId="77777777" w:rsidR="00927498" w:rsidRPr="00DB6570" w:rsidRDefault="00927498" w:rsidP="00D270E1">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B82D22E" w14:textId="77777777" w:rsidR="00927498" w:rsidRPr="00DB6570" w:rsidRDefault="00927498" w:rsidP="00D270E1">
            <w:pPr>
              <w:spacing w:after="0" w:line="240" w:lineRule="auto"/>
              <w:jc w:val="center"/>
              <w:rPr>
                <w:rFonts w:ascii="Times New Roman" w:hAnsi="Times New Roman" w:cs="Times New Roman"/>
                <w:sz w:val="22"/>
              </w:rPr>
            </w:pPr>
          </w:p>
        </w:tc>
        <w:tc>
          <w:tcPr>
            <w:tcW w:w="10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4C62E3E" w14:textId="77777777" w:rsidR="00927498" w:rsidRPr="00DB6570" w:rsidRDefault="00927498" w:rsidP="00D270E1">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1E8B9FF" w14:textId="77777777" w:rsidR="00927498" w:rsidRPr="00DB6570" w:rsidRDefault="00927498" w:rsidP="00D270E1">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8342B54" w14:textId="77777777" w:rsidR="00927498" w:rsidRPr="00DB6570" w:rsidRDefault="00927498" w:rsidP="00D270E1">
            <w:pPr>
              <w:spacing w:after="0" w:line="240" w:lineRule="auto"/>
              <w:jc w:val="center"/>
              <w:rPr>
                <w:rFonts w:ascii="Times New Roman" w:hAnsi="Times New Roman" w:cs="Times New Roman"/>
                <w:sz w:val="22"/>
              </w:rPr>
            </w:pPr>
          </w:p>
        </w:tc>
      </w:tr>
      <w:tr w:rsidR="00927498" w:rsidRPr="00DB6570" w14:paraId="14DB66F4" w14:textId="77777777" w:rsidTr="005E44DD">
        <w:trPr>
          <w:cantSplit/>
          <w:trHeight w:val="749"/>
          <w:jc w:val="center"/>
        </w:trPr>
        <w:tc>
          <w:tcPr>
            <w:tcW w:w="19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031CFD2" w14:textId="77777777" w:rsidR="00927498" w:rsidRPr="00DB6570" w:rsidRDefault="00927498"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5</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1FE9037" w14:textId="77777777" w:rsidR="00927498" w:rsidRPr="00DB6570" w:rsidRDefault="00927498" w:rsidP="00D270E1">
            <w:pPr>
              <w:spacing w:after="0" w:line="240" w:lineRule="auto"/>
              <w:rPr>
                <w:rFonts w:ascii="Times New Roman" w:hAnsi="Times New Roman" w:cs="Times New Roman"/>
                <w:sz w:val="22"/>
              </w:rPr>
            </w:pPr>
          </w:p>
        </w:tc>
        <w:tc>
          <w:tcPr>
            <w:tcW w:w="71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DEF8185" w14:textId="77777777" w:rsidR="00927498" w:rsidRPr="00DB6570" w:rsidRDefault="00927498" w:rsidP="00D270E1">
            <w:pPr>
              <w:spacing w:after="0" w:line="240" w:lineRule="auto"/>
              <w:rPr>
                <w:rFonts w:ascii="Times New Roman" w:hAnsi="Times New Roman" w:cs="Times New Roman"/>
                <w:sz w:val="22"/>
              </w:rPr>
            </w:pPr>
          </w:p>
        </w:tc>
        <w:tc>
          <w:tcPr>
            <w:tcW w:w="48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848A8C0" w14:textId="77777777" w:rsidR="00927498" w:rsidRPr="00DB6570" w:rsidRDefault="00927498" w:rsidP="00D270E1">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7EBB00" w14:textId="77777777" w:rsidR="00927498" w:rsidRPr="00DB6570" w:rsidRDefault="00927498" w:rsidP="00D270E1">
            <w:pPr>
              <w:spacing w:after="0" w:line="240" w:lineRule="auto"/>
              <w:jc w:val="center"/>
              <w:rPr>
                <w:rFonts w:ascii="Times New Roman" w:hAnsi="Times New Roman" w:cs="Times New Roman"/>
                <w:sz w:val="22"/>
              </w:rPr>
            </w:pPr>
          </w:p>
        </w:tc>
        <w:tc>
          <w:tcPr>
            <w:tcW w:w="10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D89C2F" w14:textId="77777777" w:rsidR="00927498" w:rsidRPr="00DB6570" w:rsidRDefault="00927498" w:rsidP="00D270E1">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EEC7EDC" w14:textId="77777777" w:rsidR="00927498" w:rsidRPr="00DB6570" w:rsidRDefault="00927498" w:rsidP="00D270E1">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1CB71D9" w14:textId="77777777" w:rsidR="00927498" w:rsidRPr="00DB6570" w:rsidRDefault="00927498" w:rsidP="00D270E1">
            <w:pPr>
              <w:spacing w:after="0" w:line="240" w:lineRule="auto"/>
              <w:jc w:val="center"/>
              <w:rPr>
                <w:rFonts w:ascii="Times New Roman" w:hAnsi="Times New Roman" w:cs="Times New Roman"/>
                <w:sz w:val="22"/>
              </w:rPr>
            </w:pPr>
          </w:p>
        </w:tc>
      </w:tr>
      <w:tr w:rsidR="00927498" w:rsidRPr="00DB6570" w14:paraId="7F7CB5B5" w14:textId="77777777" w:rsidTr="005E44DD">
        <w:trPr>
          <w:cantSplit/>
          <w:trHeight w:val="432"/>
          <w:jc w:val="center"/>
        </w:trPr>
        <w:tc>
          <w:tcPr>
            <w:tcW w:w="194"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40095F4E" w14:textId="77777777" w:rsidR="00927498" w:rsidRPr="00DB6570" w:rsidRDefault="00927498"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TOTAL</w:t>
            </w:r>
          </w:p>
        </w:tc>
        <w:tc>
          <w:tcPr>
            <w:tcW w:w="687"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429A03CF" w14:textId="77777777" w:rsidR="00927498" w:rsidRPr="00DB6570" w:rsidRDefault="00927498" w:rsidP="00D270E1">
            <w:pPr>
              <w:spacing w:after="0" w:line="240" w:lineRule="auto"/>
              <w:rPr>
                <w:rFonts w:ascii="Times New Roman" w:hAnsi="Times New Roman" w:cs="Times New Roman"/>
                <w:sz w:val="22"/>
              </w:rPr>
            </w:pPr>
          </w:p>
        </w:tc>
        <w:tc>
          <w:tcPr>
            <w:tcW w:w="712"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990F930" w14:textId="77777777" w:rsidR="00927498" w:rsidRPr="00DB6570" w:rsidRDefault="00927498" w:rsidP="00D270E1">
            <w:pPr>
              <w:spacing w:after="0" w:line="240" w:lineRule="auto"/>
              <w:rPr>
                <w:rFonts w:ascii="Times New Roman" w:hAnsi="Times New Roman" w:cs="Times New Roman"/>
                <w:sz w:val="22"/>
              </w:rPr>
            </w:pPr>
          </w:p>
        </w:tc>
        <w:tc>
          <w:tcPr>
            <w:tcW w:w="483"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39B469E0" w14:textId="77777777" w:rsidR="00927498" w:rsidRPr="00DB6570" w:rsidRDefault="00927498" w:rsidP="00D270E1">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594E7C22" w14:textId="77777777" w:rsidR="00927498" w:rsidRPr="00DB6570" w:rsidRDefault="00927498" w:rsidP="00D270E1">
            <w:pPr>
              <w:spacing w:after="0" w:line="240" w:lineRule="auto"/>
              <w:jc w:val="center"/>
              <w:rPr>
                <w:rFonts w:ascii="Times New Roman" w:hAnsi="Times New Roman" w:cs="Times New Roman"/>
                <w:sz w:val="22"/>
              </w:rPr>
            </w:pPr>
          </w:p>
        </w:tc>
        <w:tc>
          <w:tcPr>
            <w:tcW w:w="1017"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32FD0250" w14:textId="77777777" w:rsidR="00927498" w:rsidRPr="00DB6570" w:rsidRDefault="00927498" w:rsidP="00D270E1">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F4E885C" w14:textId="77777777" w:rsidR="00927498" w:rsidRPr="00DB6570" w:rsidRDefault="00927498" w:rsidP="00D270E1">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72D20E55" w14:textId="77777777" w:rsidR="00927498" w:rsidRPr="00DB6570" w:rsidRDefault="00927498" w:rsidP="00D270E1">
            <w:pPr>
              <w:spacing w:after="0" w:line="240" w:lineRule="auto"/>
              <w:jc w:val="center"/>
              <w:rPr>
                <w:rFonts w:ascii="Times New Roman" w:hAnsi="Times New Roman" w:cs="Times New Roman"/>
                <w:sz w:val="22"/>
              </w:rPr>
            </w:pPr>
          </w:p>
        </w:tc>
      </w:tr>
    </w:tbl>
    <w:p w14:paraId="4F4793E9" w14:textId="77777777" w:rsidR="00927498" w:rsidRPr="00DB6570" w:rsidRDefault="00927498" w:rsidP="00254027">
      <w:pPr>
        <w:spacing w:after="0"/>
        <w:rPr>
          <w:rFonts w:ascii="Times New Roman" w:hAnsi="Times New Roman" w:cs="Times New Roman"/>
          <w:b/>
          <w:bCs/>
          <w:sz w:val="22"/>
        </w:rPr>
      </w:pPr>
    </w:p>
    <w:p w14:paraId="21806E03" w14:textId="77777777" w:rsidR="00927498" w:rsidRPr="00DB6570" w:rsidRDefault="00927498" w:rsidP="00254027">
      <w:pPr>
        <w:spacing w:after="0"/>
        <w:rPr>
          <w:rFonts w:ascii="Times New Roman" w:hAnsi="Times New Roman" w:cs="Times New Roman"/>
          <w:b/>
          <w:bCs/>
          <w:sz w:val="22"/>
        </w:rPr>
      </w:pPr>
    </w:p>
    <w:p w14:paraId="28083861" w14:textId="7667B14B" w:rsidR="00254027" w:rsidRPr="00DB6570" w:rsidRDefault="00640986" w:rsidP="005E44DD">
      <w:pPr>
        <w:pStyle w:val="Heading2"/>
        <w:rPr>
          <w:rFonts w:ascii="Times New Roman" w:hAnsi="Times New Roman" w:cs="Times New Roman"/>
          <w:color w:val="auto"/>
          <w:sz w:val="22"/>
          <w:szCs w:val="22"/>
        </w:rPr>
      </w:pPr>
      <w:bookmarkStart w:id="66" w:name="_Toc237525261"/>
      <w:r w:rsidRPr="00DB6570">
        <w:rPr>
          <w:rFonts w:ascii="Times New Roman" w:hAnsi="Times New Roman" w:cs="Times New Roman"/>
          <w:color w:val="auto"/>
          <w:sz w:val="22"/>
          <w:szCs w:val="22"/>
        </w:rPr>
        <w:t>5.</w:t>
      </w:r>
      <w:r w:rsidR="00031803" w:rsidRPr="00DB6570">
        <w:rPr>
          <w:rFonts w:ascii="Times New Roman" w:hAnsi="Times New Roman" w:cs="Times New Roman"/>
          <w:color w:val="auto"/>
          <w:sz w:val="22"/>
          <w:szCs w:val="22"/>
        </w:rPr>
        <w:t>5</w:t>
      </w:r>
      <w:r w:rsidRPr="00DB6570">
        <w:rPr>
          <w:rFonts w:ascii="Times New Roman" w:hAnsi="Times New Roman" w:cs="Times New Roman"/>
          <w:color w:val="auto"/>
          <w:sz w:val="22"/>
          <w:szCs w:val="22"/>
        </w:rPr>
        <w:t xml:space="preserve"> </w:t>
      </w:r>
      <w:r w:rsidR="00254027" w:rsidRPr="00DB6570">
        <w:rPr>
          <w:rFonts w:ascii="Times New Roman" w:hAnsi="Times New Roman" w:cs="Times New Roman"/>
          <w:color w:val="auto"/>
          <w:sz w:val="22"/>
          <w:szCs w:val="22"/>
        </w:rPr>
        <w:t>Academic Partnerships</w:t>
      </w:r>
      <w:bookmarkEnd w:id="66"/>
      <w:r w:rsidR="00254027" w:rsidRPr="00DB6570">
        <w:rPr>
          <w:rFonts w:ascii="Times New Roman" w:hAnsi="Times New Roman" w:cs="Times New Roman"/>
          <w:color w:val="auto"/>
          <w:sz w:val="22"/>
          <w:szCs w:val="22"/>
        </w:rPr>
        <w:t xml:space="preserve"> </w:t>
      </w:r>
    </w:p>
    <w:p w14:paraId="5E679FCD" w14:textId="77777777" w:rsidR="00254027" w:rsidRPr="00DB6570" w:rsidRDefault="00254027" w:rsidP="00254027">
      <w:pPr>
        <w:spacing w:after="0"/>
        <w:rPr>
          <w:rFonts w:ascii="Times New Roman" w:hAnsi="Times New Roman" w:cs="Times New Roman"/>
          <w:i/>
          <w:iCs/>
          <w:sz w:val="22"/>
        </w:rPr>
      </w:pPr>
      <w:r w:rsidRPr="00DB6570">
        <w:rPr>
          <w:rFonts w:ascii="Times New Roman" w:hAnsi="Times New Roman" w:cs="Times New Roman"/>
          <w:i/>
          <w:iCs/>
          <w:sz w:val="22"/>
        </w:rPr>
        <w:t xml:space="preserve">Centers and RFTIs are expected to develop and maintain academic partnerships that strengthen their research capacity, program quality, and regional reach. These partnerships can be at the department/center/institutional level or with specific researchers/academics and can reflect a diversity of geography, spanning national, regional, and international institutions. Describe the model for engaging academic partners and explain how these relationships contribute to the Center's/RFTI's core activities. </w:t>
      </w:r>
    </w:p>
    <w:p w14:paraId="486A6F03" w14:textId="77777777" w:rsidR="00254027" w:rsidRPr="00DB6570" w:rsidRDefault="00254027" w:rsidP="00254027">
      <w:pPr>
        <w:spacing w:after="0"/>
        <w:rPr>
          <w:rFonts w:ascii="Times New Roman" w:hAnsi="Times New Roman" w:cs="Times New Roman"/>
          <w:i/>
          <w:iCs/>
          <w:sz w:val="22"/>
        </w:rPr>
      </w:pPr>
      <w:r w:rsidRPr="00DB6570">
        <w:rPr>
          <w:rFonts w:ascii="Times New Roman" w:hAnsi="Times New Roman" w:cs="Times New Roman"/>
          <w:i/>
          <w:iCs/>
          <w:sz w:val="22"/>
        </w:rPr>
        <w:t>In the table below, list active academic partners that have made confirmed commitments prior to submission, specifying their concrete contributions. Contributions may include, but are not limited to, joint research and publications, faculty and student exchanges, co-supervision of postgraduate students, shared curriculum development, access to specialized facilities, and participation in regional knowledge networks. Entries should reflect actual commitments, not aspirational intentions.</w:t>
      </w:r>
    </w:p>
    <w:p w14:paraId="3631A360" w14:textId="77777777" w:rsidR="00254027" w:rsidRPr="00DB6570" w:rsidRDefault="00254027" w:rsidP="00254027">
      <w:pPr>
        <w:keepNext/>
        <w:spacing w:after="60" w:line="240" w:lineRule="auto"/>
        <w:rPr>
          <w:rFonts w:ascii="Times New Roman" w:hAnsi="Times New Roman" w:cs="Times New Roman"/>
          <w:i/>
          <w:sz w:val="22"/>
        </w:rPr>
      </w:pPr>
    </w:p>
    <w:tbl>
      <w:tblPr>
        <w:tblStyle w:val="TableGrid"/>
        <w:tblW w:w="9000" w:type="dxa"/>
        <w:jc w:val="center"/>
        <w:tblLook w:val="04A0" w:firstRow="1" w:lastRow="0" w:firstColumn="1" w:lastColumn="0" w:noHBand="0" w:noVBand="1"/>
      </w:tblPr>
      <w:tblGrid>
        <w:gridCol w:w="9000"/>
      </w:tblGrid>
      <w:tr w:rsidR="00254027" w:rsidRPr="00DB6570" w14:paraId="24FD8D98" w14:textId="77777777" w:rsidTr="00D270E1">
        <w:trPr>
          <w:jc w:val="center"/>
        </w:trPr>
        <w:tc>
          <w:tcPr>
            <w:tcW w:w="9866" w:type="dxa"/>
            <w:shd w:val="clear" w:color="auto" w:fill="FAFAFA"/>
            <w:tcMar>
              <w:top w:w="110" w:type="dxa"/>
              <w:left w:w="120" w:type="dxa"/>
              <w:bottom w:w="110" w:type="dxa"/>
              <w:right w:w="120" w:type="dxa"/>
            </w:tcMar>
          </w:tcPr>
          <w:p w14:paraId="4F16DBB6" w14:textId="7E88FA7A" w:rsidR="00254027" w:rsidRPr="00DB6570" w:rsidRDefault="00E405D6" w:rsidP="00D270E1">
            <w:pPr>
              <w:rPr>
                <w:rFonts w:ascii="Times New Roman" w:hAnsi="Times New Roman" w:cs="Times New Roman"/>
                <w:sz w:val="22"/>
              </w:rPr>
            </w:pPr>
            <w:r w:rsidRPr="00E405D6">
              <w:rPr>
                <w:rFonts w:ascii="Times New Roman" w:hAnsi="Times New Roman" w:cs="Times New Roman"/>
                <w:i/>
                <w:sz w:val="22"/>
              </w:rPr>
              <w:t>[Applicant response must not exceed 700 words]</w:t>
            </w:r>
          </w:p>
          <w:p w14:paraId="3AF7B494" w14:textId="77777777" w:rsidR="00254027" w:rsidRPr="00DB6570" w:rsidRDefault="00254027" w:rsidP="00D270E1">
            <w:pPr>
              <w:rPr>
                <w:rFonts w:ascii="Times New Roman" w:hAnsi="Times New Roman" w:cs="Times New Roman"/>
                <w:sz w:val="22"/>
              </w:rPr>
            </w:pPr>
          </w:p>
          <w:p w14:paraId="4BD754FA" w14:textId="77777777" w:rsidR="00254027" w:rsidRPr="00DB6570" w:rsidRDefault="00254027" w:rsidP="00D270E1">
            <w:pPr>
              <w:rPr>
                <w:rFonts w:ascii="Times New Roman" w:hAnsi="Times New Roman" w:cs="Times New Roman"/>
                <w:sz w:val="22"/>
              </w:rPr>
            </w:pPr>
          </w:p>
          <w:p w14:paraId="1EE3D20A" w14:textId="77777777" w:rsidR="00254027" w:rsidRPr="00DB6570" w:rsidRDefault="00254027" w:rsidP="00D270E1">
            <w:pPr>
              <w:rPr>
                <w:rFonts w:ascii="Times New Roman" w:hAnsi="Times New Roman" w:cs="Times New Roman"/>
                <w:sz w:val="22"/>
              </w:rPr>
            </w:pPr>
          </w:p>
        </w:tc>
      </w:tr>
    </w:tbl>
    <w:p w14:paraId="2E2DD065" w14:textId="77777777" w:rsidR="00254027" w:rsidRPr="00DB6570" w:rsidRDefault="00254027" w:rsidP="00254027">
      <w:pPr>
        <w:spacing w:after="0"/>
        <w:rPr>
          <w:rFonts w:ascii="Times New Roman" w:hAnsi="Times New Roman" w:cs="Times New Roman"/>
          <w:sz w:val="22"/>
        </w:rPr>
      </w:pPr>
    </w:p>
    <w:p w14:paraId="2EA073CE" w14:textId="03098283" w:rsidR="00254027" w:rsidRPr="00DB6570" w:rsidRDefault="00640986" w:rsidP="005E44DD">
      <w:pPr>
        <w:pStyle w:val="Heading3"/>
        <w:rPr>
          <w:rFonts w:ascii="Times New Roman" w:hAnsi="Times New Roman" w:cs="Times New Roman"/>
          <w:color w:val="auto"/>
          <w:sz w:val="22"/>
        </w:rPr>
      </w:pPr>
      <w:bookmarkStart w:id="67" w:name="_Toc237525262"/>
      <w:r w:rsidRPr="00DB6570">
        <w:rPr>
          <w:rFonts w:ascii="Times New Roman" w:hAnsi="Times New Roman" w:cs="Times New Roman"/>
          <w:color w:val="auto"/>
          <w:sz w:val="22"/>
        </w:rPr>
        <w:t>5.</w:t>
      </w:r>
      <w:r w:rsidR="00031803" w:rsidRPr="00DB6570">
        <w:rPr>
          <w:rFonts w:ascii="Times New Roman" w:hAnsi="Times New Roman" w:cs="Times New Roman"/>
          <w:color w:val="auto"/>
          <w:sz w:val="22"/>
        </w:rPr>
        <w:t>5</w:t>
      </w:r>
      <w:r w:rsidRPr="00DB6570">
        <w:rPr>
          <w:rFonts w:ascii="Times New Roman" w:hAnsi="Times New Roman" w:cs="Times New Roman"/>
          <w:color w:val="auto"/>
          <w:sz w:val="22"/>
        </w:rPr>
        <w:t xml:space="preserve">.1 </w:t>
      </w:r>
      <w:r w:rsidR="00254027" w:rsidRPr="00DB6570">
        <w:rPr>
          <w:rFonts w:ascii="Times New Roman" w:hAnsi="Times New Roman" w:cs="Times New Roman"/>
          <w:color w:val="auto"/>
          <w:sz w:val="22"/>
        </w:rPr>
        <w:t>Partner Commitment Register</w:t>
      </w:r>
      <w:bookmarkEnd w:id="67"/>
    </w:p>
    <w:tbl>
      <w:tblPr>
        <w:tblW w:w="5000" w:type="pct"/>
        <w:jc w:val="center"/>
        <w:tblLook w:val="04A0" w:firstRow="1" w:lastRow="0" w:firstColumn="1" w:lastColumn="0" w:noHBand="0" w:noVBand="1"/>
      </w:tblPr>
      <w:tblGrid>
        <w:gridCol w:w="881"/>
        <w:gridCol w:w="1699"/>
        <w:gridCol w:w="1178"/>
        <w:gridCol w:w="727"/>
        <w:gridCol w:w="1332"/>
        <w:gridCol w:w="1781"/>
        <w:gridCol w:w="1130"/>
        <w:gridCol w:w="1128"/>
      </w:tblGrid>
      <w:tr w:rsidR="00CE3341" w:rsidRPr="00DB6570" w14:paraId="6406E912" w14:textId="77777777" w:rsidTr="0021427D">
        <w:trPr>
          <w:cantSplit/>
          <w:trHeight w:val="677"/>
          <w:tblHeader/>
          <w:jc w:val="center"/>
        </w:trPr>
        <w:tc>
          <w:tcPr>
            <w:tcW w:w="19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7B9301A" w14:textId="77777777" w:rsidR="00CE3341" w:rsidRPr="00DB6570" w:rsidRDefault="00CE3341" w:rsidP="00CE3341">
            <w:pPr>
              <w:spacing w:after="0" w:line="240" w:lineRule="auto"/>
              <w:jc w:val="center"/>
              <w:rPr>
                <w:rFonts w:ascii="Times New Roman" w:hAnsi="Times New Roman" w:cs="Times New Roman"/>
                <w:sz w:val="22"/>
              </w:rPr>
            </w:pPr>
            <w:r w:rsidRPr="00DB6570">
              <w:rPr>
                <w:rFonts w:ascii="Times New Roman" w:hAnsi="Times New Roman" w:cs="Times New Roman"/>
                <w:b/>
                <w:sz w:val="22"/>
              </w:rPr>
              <w:t>#</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67704BA" w14:textId="77777777" w:rsidR="00CE3341" w:rsidRPr="00DB6570" w:rsidRDefault="00CE3341" w:rsidP="00CE3341">
            <w:pPr>
              <w:spacing w:after="0" w:line="240" w:lineRule="auto"/>
              <w:jc w:val="center"/>
              <w:rPr>
                <w:rFonts w:ascii="Times New Roman" w:hAnsi="Times New Roman" w:cs="Times New Roman"/>
                <w:sz w:val="22"/>
              </w:rPr>
            </w:pPr>
            <w:r w:rsidRPr="00DB6570">
              <w:rPr>
                <w:rFonts w:ascii="Times New Roman" w:hAnsi="Times New Roman" w:cs="Times New Roman"/>
                <w:b/>
                <w:sz w:val="22"/>
              </w:rPr>
              <w:t>Partner/Country</w:t>
            </w:r>
          </w:p>
        </w:tc>
        <w:tc>
          <w:tcPr>
            <w:tcW w:w="71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EFD1EA7" w14:textId="77777777" w:rsidR="00CE3341" w:rsidRPr="00DB6570" w:rsidRDefault="00CE3341" w:rsidP="00CE3341">
            <w:pPr>
              <w:spacing w:after="0" w:line="240" w:lineRule="auto"/>
              <w:jc w:val="center"/>
              <w:rPr>
                <w:rFonts w:ascii="Times New Roman" w:hAnsi="Times New Roman" w:cs="Times New Roman"/>
                <w:sz w:val="22"/>
              </w:rPr>
            </w:pPr>
            <w:r w:rsidRPr="00DB6570">
              <w:rPr>
                <w:rFonts w:ascii="Times New Roman" w:hAnsi="Times New Roman" w:cs="Times New Roman"/>
                <w:b/>
                <w:sz w:val="22"/>
              </w:rPr>
              <w:t>Focus (Academic/ research or Industry)</w:t>
            </w:r>
          </w:p>
        </w:tc>
        <w:tc>
          <w:tcPr>
            <w:tcW w:w="48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F8DA04C" w14:textId="77777777" w:rsidR="00CE3341" w:rsidRPr="00DB6570" w:rsidRDefault="00CE3341" w:rsidP="00CE3341">
            <w:pPr>
              <w:spacing w:after="0" w:line="240" w:lineRule="auto"/>
              <w:jc w:val="center"/>
              <w:rPr>
                <w:rFonts w:ascii="Times New Roman" w:hAnsi="Times New Roman" w:cs="Times New Roman"/>
                <w:sz w:val="22"/>
              </w:rPr>
            </w:pPr>
            <w:r w:rsidRPr="00DB6570">
              <w:rPr>
                <w:rFonts w:ascii="Times New Roman" w:hAnsi="Times New Roman" w:cs="Times New Roman"/>
                <w:b/>
                <w:sz w:val="22"/>
              </w:rPr>
              <w:t>Type</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74B3CDB" w14:textId="77777777" w:rsidR="00CE3341" w:rsidRPr="00DB6570" w:rsidRDefault="00CE3341" w:rsidP="00CE3341">
            <w:pPr>
              <w:spacing w:after="0" w:line="240" w:lineRule="auto"/>
              <w:jc w:val="center"/>
              <w:rPr>
                <w:rFonts w:ascii="Times New Roman" w:hAnsi="Times New Roman" w:cs="Times New Roman"/>
                <w:sz w:val="22"/>
              </w:rPr>
            </w:pPr>
            <w:r w:rsidRPr="00DB6570">
              <w:rPr>
                <w:rFonts w:ascii="Times New Roman" w:hAnsi="Times New Roman" w:cs="Times New Roman"/>
                <w:b/>
                <w:sz w:val="22"/>
              </w:rPr>
              <w:t>Status (Active/New)</w:t>
            </w:r>
          </w:p>
        </w:tc>
        <w:tc>
          <w:tcPr>
            <w:tcW w:w="10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C6A6EB5" w14:textId="77777777" w:rsidR="00CE3341" w:rsidRPr="00DB6570" w:rsidRDefault="00CE3341" w:rsidP="00CE3341">
            <w:pPr>
              <w:spacing w:after="0" w:line="240" w:lineRule="auto"/>
              <w:jc w:val="center"/>
              <w:rPr>
                <w:rFonts w:ascii="Times New Roman" w:hAnsi="Times New Roman" w:cs="Times New Roman"/>
                <w:sz w:val="22"/>
              </w:rPr>
            </w:pPr>
            <w:r w:rsidRPr="00DB6570">
              <w:rPr>
                <w:rFonts w:ascii="Times New Roman" w:hAnsi="Times New Roman" w:cs="Times New Roman"/>
                <w:b/>
                <w:sz w:val="22"/>
              </w:rPr>
              <w:t>Specific collaboration/ contributions</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A25E4BA" w14:textId="77777777" w:rsidR="00CE3341" w:rsidRPr="00DB6570" w:rsidRDefault="00CE3341" w:rsidP="00CE3341">
            <w:pPr>
              <w:spacing w:after="0" w:line="240" w:lineRule="auto"/>
              <w:jc w:val="center"/>
              <w:rPr>
                <w:rFonts w:ascii="Times New Roman" w:hAnsi="Times New Roman" w:cs="Times New Roman"/>
                <w:sz w:val="22"/>
              </w:rPr>
            </w:pPr>
            <w:r w:rsidRPr="00DB6570">
              <w:rPr>
                <w:rFonts w:ascii="Times New Roman" w:hAnsi="Times New Roman" w:cs="Times New Roman"/>
                <w:b/>
                <w:sz w:val="22"/>
              </w:rPr>
              <w:t>Expected output</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AC49EA4" w14:textId="77777777" w:rsidR="00CE3341" w:rsidRPr="00DB6570" w:rsidRDefault="00CE3341" w:rsidP="00CE3341">
            <w:pPr>
              <w:spacing w:after="0" w:line="240" w:lineRule="auto"/>
              <w:jc w:val="center"/>
              <w:rPr>
                <w:rFonts w:ascii="Times New Roman" w:hAnsi="Times New Roman" w:cs="Times New Roman"/>
                <w:sz w:val="22"/>
              </w:rPr>
            </w:pPr>
            <w:r w:rsidRPr="00DB6570">
              <w:rPr>
                <w:rFonts w:ascii="Times New Roman" w:hAnsi="Times New Roman" w:cs="Times New Roman"/>
                <w:b/>
                <w:sz w:val="22"/>
              </w:rPr>
              <w:t>Financial / in-kind value</w:t>
            </w:r>
          </w:p>
        </w:tc>
      </w:tr>
      <w:tr w:rsidR="00CE3341" w:rsidRPr="00DB6570" w14:paraId="7D1F6D9F" w14:textId="77777777" w:rsidTr="005E44DD">
        <w:trPr>
          <w:cantSplit/>
          <w:trHeight w:val="749"/>
          <w:jc w:val="center"/>
        </w:trPr>
        <w:tc>
          <w:tcPr>
            <w:tcW w:w="19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8283C2A" w14:textId="77777777" w:rsidR="00CE3341" w:rsidRPr="00DB6570" w:rsidRDefault="00CE3341" w:rsidP="00CE3341">
            <w:pPr>
              <w:spacing w:after="0" w:line="240" w:lineRule="auto"/>
              <w:jc w:val="center"/>
              <w:rPr>
                <w:rFonts w:ascii="Times New Roman" w:hAnsi="Times New Roman" w:cs="Times New Roman"/>
                <w:sz w:val="22"/>
              </w:rPr>
            </w:pPr>
            <w:r w:rsidRPr="00DB6570">
              <w:rPr>
                <w:rFonts w:ascii="Times New Roman" w:hAnsi="Times New Roman" w:cs="Times New Roman"/>
                <w:sz w:val="22"/>
              </w:rPr>
              <w:t>1</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99154A" w14:textId="77777777" w:rsidR="00CE3341" w:rsidRPr="00DB6570" w:rsidRDefault="00CE3341" w:rsidP="00CE3341">
            <w:pPr>
              <w:spacing w:after="0" w:line="240" w:lineRule="auto"/>
              <w:rPr>
                <w:rFonts w:ascii="Times New Roman" w:hAnsi="Times New Roman" w:cs="Times New Roman"/>
                <w:sz w:val="22"/>
              </w:rPr>
            </w:pPr>
          </w:p>
        </w:tc>
        <w:tc>
          <w:tcPr>
            <w:tcW w:w="71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DD27F71" w14:textId="77777777" w:rsidR="00CE3341" w:rsidRPr="00DB6570" w:rsidRDefault="00CE3341" w:rsidP="00CE3341">
            <w:pPr>
              <w:spacing w:after="0" w:line="240" w:lineRule="auto"/>
              <w:rPr>
                <w:rFonts w:ascii="Times New Roman" w:hAnsi="Times New Roman" w:cs="Times New Roman"/>
                <w:sz w:val="22"/>
              </w:rPr>
            </w:pPr>
          </w:p>
        </w:tc>
        <w:tc>
          <w:tcPr>
            <w:tcW w:w="48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F6FD770" w14:textId="77777777" w:rsidR="00CE3341" w:rsidRPr="00DB6570" w:rsidRDefault="00CE3341" w:rsidP="00CE3341">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0A89ECE" w14:textId="77777777" w:rsidR="00CE3341" w:rsidRPr="00DB6570" w:rsidRDefault="00CE3341" w:rsidP="00CE3341">
            <w:pPr>
              <w:spacing w:after="0" w:line="240" w:lineRule="auto"/>
              <w:jc w:val="center"/>
              <w:rPr>
                <w:rFonts w:ascii="Times New Roman" w:hAnsi="Times New Roman" w:cs="Times New Roman"/>
                <w:sz w:val="22"/>
              </w:rPr>
            </w:pPr>
          </w:p>
        </w:tc>
        <w:tc>
          <w:tcPr>
            <w:tcW w:w="10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FE12ABE" w14:textId="77777777" w:rsidR="00CE3341" w:rsidRPr="00DB6570" w:rsidRDefault="00CE3341" w:rsidP="00CE3341">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C316FB3" w14:textId="77777777" w:rsidR="00CE3341" w:rsidRPr="00DB6570" w:rsidRDefault="00CE3341" w:rsidP="00CE3341">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F96F41B" w14:textId="77777777" w:rsidR="00CE3341" w:rsidRPr="00DB6570" w:rsidRDefault="00CE3341" w:rsidP="00CE3341">
            <w:pPr>
              <w:spacing w:after="0" w:line="240" w:lineRule="auto"/>
              <w:jc w:val="center"/>
              <w:rPr>
                <w:rFonts w:ascii="Times New Roman" w:hAnsi="Times New Roman" w:cs="Times New Roman"/>
                <w:sz w:val="22"/>
              </w:rPr>
            </w:pPr>
          </w:p>
        </w:tc>
      </w:tr>
      <w:tr w:rsidR="00CE3341" w:rsidRPr="00DB6570" w14:paraId="39CA20AB" w14:textId="77777777" w:rsidTr="005E44DD">
        <w:trPr>
          <w:cantSplit/>
          <w:trHeight w:val="749"/>
          <w:jc w:val="center"/>
        </w:trPr>
        <w:tc>
          <w:tcPr>
            <w:tcW w:w="19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9BD6758" w14:textId="77777777" w:rsidR="00CE3341" w:rsidRPr="00DB6570" w:rsidRDefault="00CE3341" w:rsidP="00CE3341">
            <w:pPr>
              <w:spacing w:after="0" w:line="240" w:lineRule="auto"/>
              <w:jc w:val="center"/>
              <w:rPr>
                <w:rFonts w:ascii="Times New Roman" w:hAnsi="Times New Roman" w:cs="Times New Roman"/>
                <w:sz w:val="22"/>
              </w:rPr>
            </w:pPr>
            <w:r w:rsidRPr="00DB6570">
              <w:rPr>
                <w:rFonts w:ascii="Times New Roman" w:hAnsi="Times New Roman" w:cs="Times New Roman"/>
                <w:sz w:val="22"/>
              </w:rPr>
              <w:t>2</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2327B1A" w14:textId="77777777" w:rsidR="00CE3341" w:rsidRPr="00DB6570" w:rsidRDefault="00CE3341" w:rsidP="00CE3341">
            <w:pPr>
              <w:spacing w:after="0" w:line="240" w:lineRule="auto"/>
              <w:rPr>
                <w:rFonts w:ascii="Times New Roman" w:hAnsi="Times New Roman" w:cs="Times New Roman"/>
                <w:sz w:val="22"/>
              </w:rPr>
            </w:pPr>
          </w:p>
        </w:tc>
        <w:tc>
          <w:tcPr>
            <w:tcW w:w="71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5A97002" w14:textId="77777777" w:rsidR="00CE3341" w:rsidRPr="00DB6570" w:rsidRDefault="00CE3341" w:rsidP="00CE3341">
            <w:pPr>
              <w:spacing w:after="0" w:line="240" w:lineRule="auto"/>
              <w:rPr>
                <w:rFonts w:ascii="Times New Roman" w:hAnsi="Times New Roman" w:cs="Times New Roman"/>
                <w:sz w:val="22"/>
              </w:rPr>
            </w:pPr>
          </w:p>
        </w:tc>
        <w:tc>
          <w:tcPr>
            <w:tcW w:w="48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03AD537" w14:textId="77777777" w:rsidR="00CE3341" w:rsidRPr="00DB6570" w:rsidRDefault="00CE3341" w:rsidP="00CE3341">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C128CAD" w14:textId="77777777" w:rsidR="00CE3341" w:rsidRPr="00DB6570" w:rsidRDefault="00CE3341" w:rsidP="00CE3341">
            <w:pPr>
              <w:spacing w:after="0" w:line="240" w:lineRule="auto"/>
              <w:jc w:val="center"/>
              <w:rPr>
                <w:rFonts w:ascii="Times New Roman" w:hAnsi="Times New Roman" w:cs="Times New Roman"/>
                <w:sz w:val="22"/>
              </w:rPr>
            </w:pPr>
          </w:p>
        </w:tc>
        <w:tc>
          <w:tcPr>
            <w:tcW w:w="10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EAB9FB0" w14:textId="77777777" w:rsidR="00CE3341" w:rsidRPr="00DB6570" w:rsidRDefault="00CE3341" w:rsidP="00CE3341">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1A10C9" w14:textId="77777777" w:rsidR="00CE3341" w:rsidRPr="00DB6570" w:rsidRDefault="00CE3341" w:rsidP="00CE3341">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802AD96" w14:textId="77777777" w:rsidR="00CE3341" w:rsidRPr="00DB6570" w:rsidRDefault="00CE3341" w:rsidP="00CE3341">
            <w:pPr>
              <w:spacing w:after="0" w:line="240" w:lineRule="auto"/>
              <w:jc w:val="center"/>
              <w:rPr>
                <w:rFonts w:ascii="Times New Roman" w:hAnsi="Times New Roman" w:cs="Times New Roman"/>
                <w:sz w:val="22"/>
              </w:rPr>
            </w:pPr>
          </w:p>
        </w:tc>
      </w:tr>
      <w:tr w:rsidR="00CE3341" w:rsidRPr="00DB6570" w14:paraId="240DF2D6" w14:textId="77777777" w:rsidTr="005E44DD">
        <w:trPr>
          <w:cantSplit/>
          <w:trHeight w:val="749"/>
          <w:jc w:val="center"/>
        </w:trPr>
        <w:tc>
          <w:tcPr>
            <w:tcW w:w="19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A541D69" w14:textId="77777777" w:rsidR="00CE3341" w:rsidRPr="00DB6570" w:rsidRDefault="00CE3341" w:rsidP="00CE3341">
            <w:pPr>
              <w:spacing w:after="0" w:line="240" w:lineRule="auto"/>
              <w:jc w:val="center"/>
              <w:rPr>
                <w:rFonts w:ascii="Times New Roman" w:hAnsi="Times New Roman" w:cs="Times New Roman"/>
                <w:sz w:val="22"/>
              </w:rPr>
            </w:pPr>
            <w:r w:rsidRPr="00DB6570">
              <w:rPr>
                <w:rFonts w:ascii="Times New Roman" w:hAnsi="Times New Roman" w:cs="Times New Roman"/>
                <w:sz w:val="22"/>
              </w:rPr>
              <w:t>3</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7F8FE18" w14:textId="77777777" w:rsidR="00CE3341" w:rsidRPr="00DB6570" w:rsidRDefault="00CE3341" w:rsidP="00CE3341">
            <w:pPr>
              <w:spacing w:after="0" w:line="240" w:lineRule="auto"/>
              <w:rPr>
                <w:rFonts w:ascii="Times New Roman" w:hAnsi="Times New Roman" w:cs="Times New Roman"/>
                <w:sz w:val="22"/>
              </w:rPr>
            </w:pPr>
          </w:p>
        </w:tc>
        <w:tc>
          <w:tcPr>
            <w:tcW w:w="71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3893FF" w14:textId="77777777" w:rsidR="00CE3341" w:rsidRPr="00DB6570" w:rsidRDefault="00CE3341" w:rsidP="00CE3341">
            <w:pPr>
              <w:spacing w:after="0" w:line="240" w:lineRule="auto"/>
              <w:rPr>
                <w:rFonts w:ascii="Times New Roman" w:hAnsi="Times New Roman" w:cs="Times New Roman"/>
                <w:sz w:val="22"/>
              </w:rPr>
            </w:pPr>
          </w:p>
        </w:tc>
        <w:tc>
          <w:tcPr>
            <w:tcW w:w="48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9256BC" w14:textId="77777777" w:rsidR="00CE3341" w:rsidRPr="00DB6570" w:rsidRDefault="00CE3341" w:rsidP="00CE3341">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0162D81" w14:textId="77777777" w:rsidR="00CE3341" w:rsidRPr="00DB6570" w:rsidRDefault="00CE3341" w:rsidP="00CE3341">
            <w:pPr>
              <w:spacing w:after="0" w:line="240" w:lineRule="auto"/>
              <w:jc w:val="center"/>
              <w:rPr>
                <w:rFonts w:ascii="Times New Roman" w:hAnsi="Times New Roman" w:cs="Times New Roman"/>
                <w:sz w:val="22"/>
              </w:rPr>
            </w:pPr>
          </w:p>
        </w:tc>
        <w:tc>
          <w:tcPr>
            <w:tcW w:w="10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DDCAB72" w14:textId="77777777" w:rsidR="00CE3341" w:rsidRPr="00DB6570" w:rsidRDefault="00CE3341" w:rsidP="00CE3341">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5A9F860" w14:textId="77777777" w:rsidR="00CE3341" w:rsidRPr="00DB6570" w:rsidRDefault="00CE3341" w:rsidP="00CE3341">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4AA4B0C" w14:textId="77777777" w:rsidR="00CE3341" w:rsidRPr="00DB6570" w:rsidRDefault="00CE3341" w:rsidP="00CE3341">
            <w:pPr>
              <w:spacing w:after="0" w:line="240" w:lineRule="auto"/>
              <w:jc w:val="center"/>
              <w:rPr>
                <w:rFonts w:ascii="Times New Roman" w:hAnsi="Times New Roman" w:cs="Times New Roman"/>
                <w:sz w:val="22"/>
              </w:rPr>
            </w:pPr>
          </w:p>
        </w:tc>
      </w:tr>
      <w:tr w:rsidR="00CE3341" w:rsidRPr="00DB6570" w14:paraId="21B1E51B" w14:textId="77777777" w:rsidTr="005E44DD">
        <w:trPr>
          <w:cantSplit/>
          <w:trHeight w:val="749"/>
          <w:jc w:val="center"/>
        </w:trPr>
        <w:tc>
          <w:tcPr>
            <w:tcW w:w="19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629CFA9" w14:textId="77777777" w:rsidR="00CE3341" w:rsidRPr="00DB6570" w:rsidRDefault="00CE3341" w:rsidP="00CE3341">
            <w:pPr>
              <w:spacing w:after="0" w:line="240" w:lineRule="auto"/>
              <w:jc w:val="center"/>
              <w:rPr>
                <w:rFonts w:ascii="Times New Roman" w:hAnsi="Times New Roman" w:cs="Times New Roman"/>
                <w:sz w:val="22"/>
              </w:rPr>
            </w:pPr>
            <w:r w:rsidRPr="00DB6570">
              <w:rPr>
                <w:rFonts w:ascii="Times New Roman" w:hAnsi="Times New Roman" w:cs="Times New Roman"/>
                <w:sz w:val="22"/>
              </w:rPr>
              <w:t>4</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D107104" w14:textId="77777777" w:rsidR="00CE3341" w:rsidRPr="00DB6570" w:rsidRDefault="00CE3341" w:rsidP="00CE3341">
            <w:pPr>
              <w:spacing w:after="0" w:line="240" w:lineRule="auto"/>
              <w:rPr>
                <w:rFonts w:ascii="Times New Roman" w:hAnsi="Times New Roman" w:cs="Times New Roman"/>
                <w:sz w:val="22"/>
              </w:rPr>
            </w:pPr>
          </w:p>
        </w:tc>
        <w:tc>
          <w:tcPr>
            <w:tcW w:w="71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ACC9281" w14:textId="77777777" w:rsidR="00CE3341" w:rsidRPr="00DB6570" w:rsidRDefault="00CE3341" w:rsidP="00CE3341">
            <w:pPr>
              <w:spacing w:after="0" w:line="240" w:lineRule="auto"/>
              <w:rPr>
                <w:rFonts w:ascii="Times New Roman" w:hAnsi="Times New Roman" w:cs="Times New Roman"/>
                <w:sz w:val="22"/>
              </w:rPr>
            </w:pPr>
          </w:p>
        </w:tc>
        <w:tc>
          <w:tcPr>
            <w:tcW w:w="48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51D0F7D" w14:textId="77777777" w:rsidR="00CE3341" w:rsidRPr="00DB6570" w:rsidRDefault="00CE3341" w:rsidP="00CE3341">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E82A32" w14:textId="77777777" w:rsidR="00CE3341" w:rsidRPr="00DB6570" w:rsidRDefault="00CE3341" w:rsidP="00CE3341">
            <w:pPr>
              <w:spacing w:after="0" w:line="240" w:lineRule="auto"/>
              <w:jc w:val="center"/>
              <w:rPr>
                <w:rFonts w:ascii="Times New Roman" w:hAnsi="Times New Roman" w:cs="Times New Roman"/>
                <w:sz w:val="22"/>
              </w:rPr>
            </w:pPr>
          </w:p>
        </w:tc>
        <w:tc>
          <w:tcPr>
            <w:tcW w:w="10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3A77657" w14:textId="77777777" w:rsidR="00CE3341" w:rsidRPr="00DB6570" w:rsidRDefault="00CE3341" w:rsidP="00CE3341">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73A798" w14:textId="77777777" w:rsidR="00CE3341" w:rsidRPr="00DB6570" w:rsidRDefault="00CE3341" w:rsidP="00CE3341">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1F150B5" w14:textId="77777777" w:rsidR="00CE3341" w:rsidRPr="00DB6570" w:rsidRDefault="00CE3341" w:rsidP="00CE3341">
            <w:pPr>
              <w:spacing w:after="0" w:line="240" w:lineRule="auto"/>
              <w:jc w:val="center"/>
              <w:rPr>
                <w:rFonts w:ascii="Times New Roman" w:hAnsi="Times New Roman" w:cs="Times New Roman"/>
                <w:sz w:val="22"/>
              </w:rPr>
            </w:pPr>
          </w:p>
        </w:tc>
      </w:tr>
      <w:tr w:rsidR="00CE3341" w:rsidRPr="00DB6570" w14:paraId="17F1A7C4" w14:textId="77777777" w:rsidTr="005E44DD">
        <w:trPr>
          <w:cantSplit/>
          <w:trHeight w:val="749"/>
          <w:jc w:val="center"/>
        </w:trPr>
        <w:tc>
          <w:tcPr>
            <w:tcW w:w="19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0AEFCE0" w14:textId="77777777" w:rsidR="00CE3341" w:rsidRPr="00DB6570" w:rsidRDefault="00CE3341" w:rsidP="00CE3341">
            <w:pPr>
              <w:spacing w:after="0" w:line="240" w:lineRule="auto"/>
              <w:jc w:val="center"/>
              <w:rPr>
                <w:rFonts w:ascii="Times New Roman" w:hAnsi="Times New Roman" w:cs="Times New Roman"/>
                <w:sz w:val="22"/>
              </w:rPr>
            </w:pPr>
            <w:r w:rsidRPr="00DB6570">
              <w:rPr>
                <w:rFonts w:ascii="Times New Roman" w:hAnsi="Times New Roman" w:cs="Times New Roman"/>
                <w:sz w:val="22"/>
              </w:rPr>
              <w:t>5</w:t>
            </w: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427F378" w14:textId="77777777" w:rsidR="00CE3341" w:rsidRPr="00DB6570" w:rsidRDefault="00CE3341" w:rsidP="00CE3341">
            <w:pPr>
              <w:spacing w:after="0" w:line="240" w:lineRule="auto"/>
              <w:rPr>
                <w:rFonts w:ascii="Times New Roman" w:hAnsi="Times New Roman" w:cs="Times New Roman"/>
                <w:sz w:val="22"/>
              </w:rPr>
            </w:pPr>
          </w:p>
        </w:tc>
        <w:tc>
          <w:tcPr>
            <w:tcW w:w="71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B4111E" w14:textId="77777777" w:rsidR="00CE3341" w:rsidRPr="00DB6570" w:rsidRDefault="00CE3341" w:rsidP="00CE3341">
            <w:pPr>
              <w:spacing w:after="0" w:line="240" w:lineRule="auto"/>
              <w:rPr>
                <w:rFonts w:ascii="Times New Roman" w:hAnsi="Times New Roman" w:cs="Times New Roman"/>
                <w:sz w:val="22"/>
              </w:rPr>
            </w:pPr>
          </w:p>
        </w:tc>
        <w:tc>
          <w:tcPr>
            <w:tcW w:w="48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019387" w14:textId="77777777" w:rsidR="00CE3341" w:rsidRPr="00DB6570" w:rsidRDefault="00CE3341" w:rsidP="00CE3341">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5855D8A" w14:textId="77777777" w:rsidR="00CE3341" w:rsidRPr="00DB6570" w:rsidRDefault="00CE3341" w:rsidP="00CE3341">
            <w:pPr>
              <w:spacing w:after="0" w:line="240" w:lineRule="auto"/>
              <w:jc w:val="center"/>
              <w:rPr>
                <w:rFonts w:ascii="Times New Roman" w:hAnsi="Times New Roman" w:cs="Times New Roman"/>
                <w:sz w:val="22"/>
              </w:rPr>
            </w:pPr>
          </w:p>
        </w:tc>
        <w:tc>
          <w:tcPr>
            <w:tcW w:w="10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8623327" w14:textId="77777777" w:rsidR="00CE3341" w:rsidRPr="00DB6570" w:rsidRDefault="00CE3341" w:rsidP="00CE3341">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51259A" w14:textId="77777777" w:rsidR="00CE3341" w:rsidRPr="00DB6570" w:rsidRDefault="00CE3341" w:rsidP="00CE3341">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1C54E5" w14:textId="77777777" w:rsidR="00CE3341" w:rsidRPr="00DB6570" w:rsidRDefault="00CE3341" w:rsidP="00CE3341">
            <w:pPr>
              <w:spacing w:after="0" w:line="240" w:lineRule="auto"/>
              <w:jc w:val="center"/>
              <w:rPr>
                <w:rFonts w:ascii="Times New Roman" w:hAnsi="Times New Roman" w:cs="Times New Roman"/>
                <w:sz w:val="22"/>
              </w:rPr>
            </w:pPr>
          </w:p>
        </w:tc>
      </w:tr>
      <w:tr w:rsidR="00CE3341" w:rsidRPr="00DB6570" w14:paraId="0E0082E5" w14:textId="77777777" w:rsidTr="005E44DD">
        <w:trPr>
          <w:cantSplit/>
          <w:trHeight w:val="432"/>
          <w:jc w:val="center"/>
        </w:trPr>
        <w:tc>
          <w:tcPr>
            <w:tcW w:w="194"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CBDC420" w14:textId="77777777" w:rsidR="00CE3341" w:rsidRPr="00DB6570" w:rsidRDefault="00CE3341" w:rsidP="00CE3341">
            <w:pPr>
              <w:spacing w:after="0" w:line="240" w:lineRule="auto"/>
              <w:jc w:val="center"/>
              <w:rPr>
                <w:rFonts w:ascii="Times New Roman" w:hAnsi="Times New Roman" w:cs="Times New Roman"/>
                <w:sz w:val="22"/>
              </w:rPr>
            </w:pPr>
            <w:r w:rsidRPr="00DB6570">
              <w:rPr>
                <w:rFonts w:ascii="Times New Roman" w:hAnsi="Times New Roman" w:cs="Times New Roman"/>
                <w:b/>
                <w:sz w:val="22"/>
              </w:rPr>
              <w:t>TOTAL</w:t>
            </w:r>
          </w:p>
        </w:tc>
        <w:tc>
          <w:tcPr>
            <w:tcW w:w="687"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0719C2C4" w14:textId="77777777" w:rsidR="00CE3341" w:rsidRPr="00DB6570" w:rsidRDefault="00CE3341" w:rsidP="00CE3341">
            <w:pPr>
              <w:spacing w:after="0" w:line="240" w:lineRule="auto"/>
              <w:rPr>
                <w:rFonts w:ascii="Times New Roman" w:hAnsi="Times New Roman" w:cs="Times New Roman"/>
                <w:sz w:val="22"/>
              </w:rPr>
            </w:pPr>
          </w:p>
        </w:tc>
        <w:tc>
          <w:tcPr>
            <w:tcW w:w="712"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02518318" w14:textId="77777777" w:rsidR="00CE3341" w:rsidRPr="00DB6570" w:rsidRDefault="00CE3341" w:rsidP="00CE3341">
            <w:pPr>
              <w:spacing w:after="0" w:line="240" w:lineRule="auto"/>
              <w:rPr>
                <w:rFonts w:ascii="Times New Roman" w:hAnsi="Times New Roman" w:cs="Times New Roman"/>
                <w:sz w:val="22"/>
              </w:rPr>
            </w:pPr>
          </w:p>
        </w:tc>
        <w:tc>
          <w:tcPr>
            <w:tcW w:w="483"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0C1ED171" w14:textId="77777777" w:rsidR="00CE3341" w:rsidRPr="00DB6570" w:rsidRDefault="00CE3341" w:rsidP="00CE3341">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1555857E" w14:textId="77777777" w:rsidR="00CE3341" w:rsidRPr="00DB6570" w:rsidRDefault="00CE3341" w:rsidP="00CE3341">
            <w:pPr>
              <w:spacing w:after="0" w:line="240" w:lineRule="auto"/>
              <w:jc w:val="center"/>
              <w:rPr>
                <w:rFonts w:ascii="Times New Roman" w:hAnsi="Times New Roman" w:cs="Times New Roman"/>
                <w:sz w:val="22"/>
              </w:rPr>
            </w:pPr>
          </w:p>
        </w:tc>
        <w:tc>
          <w:tcPr>
            <w:tcW w:w="1017"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0CEEE80B" w14:textId="77777777" w:rsidR="00CE3341" w:rsidRPr="00DB6570" w:rsidRDefault="00CE3341" w:rsidP="00CE3341">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444897D8" w14:textId="77777777" w:rsidR="00CE3341" w:rsidRPr="00DB6570" w:rsidRDefault="00CE3341" w:rsidP="00CE3341">
            <w:pPr>
              <w:spacing w:after="0" w:line="240" w:lineRule="auto"/>
              <w:jc w:val="center"/>
              <w:rPr>
                <w:rFonts w:ascii="Times New Roman" w:hAnsi="Times New Roman" w:cs="Times New Roman"/>
                <w:sz w:val="22"/>
              </w:rPr>
            </w:pPr>
          </w:p>
        </w:tc>
        <w:tc>
          <w:tcPr>
            <w:tcW w:w="687"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FF61140" w14:textId="77777777" w:rsidR="00CE3341" w:rsidRPr="00DB6570" w:rsidRDefault="00CE3341" w:rsidP="00CE3341">
            <w:pPr>
              <w:spacing w:after="0" w:line="240" w:lineRule="auto"/>
              <w:jc w:val="center"/>
              <w:rPr>
                <w:rFonts w:ascii="Times New Roman" w:hAnsi="Times New Roman" w:cs="Times New Roman"/>
                <w:sz w:val="22"/>
              </w:rPr>
            </w:pPr>
          </w:p>
        </w:tc>
      </w:tr>
    </w:tbl>
    <w:p w14:paraId="158618EC" w14:textId="77777777" w:rsidR="00254027" w:rsidRPr="00DB6570" w:rsidRDefault="00254027" w:rsidP="00254027">
      <w:pPr>
        <w:spacing w:after="0"/>
        <w:rPr>
          <w:rFonts w:ascii="Times New Roman" w:hAnsi="Times New Roman" w:cs="Times New Roman"/>
          <w:sz w:val="22"/>
        </w:rPr>
      </w:pPr>
    </w:p>
    <w:p w14:paraId="5476D233" w14:textId="1EE07D3C" w:rsidR="00254027" w:rsidRPr="00DB6570" w:rsidRDefault="00640986" w:rsidP="005E44DD">
      <w:pPr>
        <w:pStyle w:val="Heading2"/>
        <w:rPr>
          <w:rFonts w:ascii="Times New Roman" w:hAnsi="Times New Roman" w:cs="Times New Roman"/>
          <w:color w:val="auto"/>
          <w:sz w:val="22"/>
          <w:szCs w:val="22"/>
        </w:rPr>
      </w:pPr>
      <w:bookmarkStart w:id="68" w:name="_Toc237525263"/>
      <w:r w:rsidRPr="00DB6570">
        <w:rPr>
          <w:rFonts w:ascii="Times New Roman" w:hAnsi="Times New Roman" w:cs="Times New Roman"/>
          <w:color w:val="auto"/>
          <w:sz w:val="22"/>
          <w:szCs w:val="22"/>
        </w:rPr>
        <w:t>5.</w:t>
      </w:r>
      <w:r w:rsidR="00031803" w:rsidRPr="00DB6570">
        <w:rPr>
          <w:rFonts w:ascii="Times New Roman" w:hAnsi="Times New Roman" w:cs="Times New Roman"/>
          <w:color w:val="auto"/>
          <w:sz w:val="22"/>
          <w:szCs w:val="22"/>
        </w:rPr>
        <w:t>6</w:t>
      </w:r>
      <w:r w:rsidRPr="00DB6570">
        <w:rPr>
          <w:rFonts w:ascii="Times New Roman" w:hAnsi="Times New Roman" w:cs="Times New Roman"/>
          <w:color w:val="auto"/>
          <w:sz w:val="22"/>
          <w:szCs w:val="22"/>
        </w:rPr>
        <w:t xml:space="preserve"> </w:t>
      </w:r>
      <w:r w:rsidR="00254027" w:rsidRPr="00DB6570">
        <w:rPr>
          <w:rFonts w:ascii="Times New Roman" w:hAnsi="Times New Roman" w:cs="Times New Roman"/>
          <w:color w:val="auto"/>
          <w:sz w:val="22"/>
          <w:szCs w:val="22"/>
        </w:rPr>
        <w:t>Regional Role and Collaboration</w:t>
      </w:r>
      <w:bookmarkEnd w:id="68"/>
    </w:p>
    <w:p w14:paraId="6D6ADEC4" w14:textId="77777777" w:rsidR="00254027" w:rsidRPr="00DB6570" w:rsidRDefault="00254027" w:rsidP="00254027">
      <w:pPr>
        <w:spacing w:after="0"/>
        <w:rPr>
          <w:rFonts w:ascii="Times New Roman" w:hAnsi="Times New Roman" w:cs="Times New Roman"/>
          <w:i/>
          <w:iCs/>
          <w:sz w:val="22"/>
        </w:rPr>
      </w:pPr>
      <w:r w:rsidRPr="00DB6570">
        <w:rPr>
          <w:rFonts w:ascii="Times New Roman" w:hAnsi="Times New Roman" w:cs="Times New Roman"/>
          <w:i/>
          <w:iCs/>
          <w:sz w:val="22"/>
        </w:rPr>
        <w:t>Centers/RFTIs are expected to function as regional hubs within their priority sector and value chain. Elaborate on the regional role and collaboration described in the EoI providing details on how the proposed Center will develop and grow its regional impact across education, research and innovation activities. Where the host institution has a formal international or regional strategy, explain how it will be leveraged to amplify the Center’s regional role. Outline existing and proposed regional partnerships, participation in regional networks, the center’s contributions to these networks, strategies for postgraduate student and faculty mobility and expected outputs and outcomes. Include areas for technical assistance from regional anchor institutions (like the Institute of Tropical Agriculture and Africa CDC) and how this will be used to support the center’s regional role and collaboration.</w:t>
      </w:r>
    </w:p>
    <w:p w14:paraId="37F10927" w14:textId="77777777" w:rsidR="00254027" w:rsidRPr="00DB6570" w:rsidRDefault="00254027" w:rsidP="00254027">
      <w:pPr>
        <w:keepNext/>
        <w:spacing w:after="60" w:line="240" w:lineRule="auto"/>
        <w:rPr>
          <w:rFonts w:ascii="Times New Roman" w:hAnsi="Times New Roman" w:cs="Times New Roman"/>
          <w:i/>
          <w:sz w:val="22"/>
        </w:rPr>
      </w:pPr>
    </w:p>
    <w:tbl>
      <w:tblPr>
        <w:tblStyle w:val="TableGrid"/>
        <w:tblW w:w="9000" w:type="dxa"/>
        <w:jc w:val="center"/>
        <w:tblLook w:val="04A0" w:firstRow="1" w:lastRow="0" w:firstColumn="1" w:lastColumn="0" w:noHBand="0" w:noVBand="1"/>
      </w:tblPr>
      <w:tblGrid>
        <w:gridCol w:w="9000"/>
      </w:tblGrid>
      <w:tr w:rsidR="00254027" w:rsidRPr="00DB6570" w14:paraId="783CDA07" w14:textId="77777777" w:rsidTr="00D270E1">
        <w:trPr>
          <w:jc w:val="center"/>
        </w:trPr>
        <w:tc>
          <w:tcPr>
            <w:tcW w:w="9866" w:type="dxa"/>
            <w:shd w:val="clear" w:color="auto" w:fill="FAFAFA"/>
            <w:tcMar>
              <w:top w:w="110" w:type="dxa"/>
              <w:left w:w="120" w:type="dxa"/>
              <w:bottom w:w="110" w:type="dxa"/>
              <w:right w:w="120" w:type="dxa"/>
            </w:tcMar>
          </w:tcPr>
          <w:p w14:paraId="34F8F210" w14:textId="332BB536" w:rsidR="00254027" w:rsidRPr="00DB6570" w:rsidRDefault="003C7C34" w:rsidP="00D270E1">
            <w:pPr>
              <w:spacing w:after="40" w:line="276" w:lineRule="auto"/>
              <w:rPr>
                <w:rFonts w:ascii="Times New Roman" w:hAnsi="Times New Roman" w:cs="Times New Roman"/>
                <w:i/>
                <w:sz w:val="22"/>
              </w:rPr>
            </w:pPr>
            <w:r w:rsidRPr="003C7C34">
              <w:rPr>
                <w:rFonts w:ascii="Times New Roman" w:hAnsi="Times New Roman" w:cs="Times New Roman"/>
                <w:i/>
                <w:sz w:val="22"/>
              </w:rPr>
              <w:t>[Applicant response must not exceed 700 words]</w:t>
            </w:r>
          </w:p>
          <w:p w14:paraId="4D6B21EF" w14:textId="77777777" w:rsidR="00254027" w:rsidRPr="00DB6570" w:rsidRDefault="00254027" w:rsidP="00D270E1">
            <w:pPr>
              <w:rPr>
                <w:rFonts w:ascii="Times New Roman" w:hAnsi="Times New Roman" w:cs="Times New Roman"/>
                <w:sz w:val="22"/>
              </w:rPr>
            </w:pPr>
          </w:p>
          <w:p w14:paraId="2201AAAA" w14:textId="77777777" w:rsidR="00254027" w:rsidRPr="00DB6570" w:rsidRDefault="00254027" w:rsidP="00D270E1">
            <w:pPr>
              <w:rPr>
                <w:rFonts w:ascii="Times New Roman" w:hAnsi="Times New Roman" w:cs="Times New Roman"/>
                <w:sz w:val="22"/>
              </w:rPr>
            </w:pPr>
          </w:p>
          <w:p w14:paraId="34FCF142" w14:textId="77777777" w:rsidR="00254027" w:rsidRPr="00DB6570" w:rsidRDefault="00254027" w:rsidP="00D270E1">
            <w:pPr>
              <w:rPr>
                <w:rFonts w:ascii="Times New Roman" w:hAnsi="Times New Roman" w:cs="Times New Roman"/>
                <w:sz w:val="22"/>
              </w:rPr>
            </w:pPr>
          </w:p>
          <w:p w14:paraId="66C03EFA" w14:textId="77777777" w:rsidR="00254027" w:rsidRPr="00DB6570" w:rsidRDefault="00254027" w:rsidP="00D270E1">
            <w:pPr>
              <w:rPr>
                <w:rFonts w:ascii="Times New Roman" w:hAnsi="Times New Roman" w:cs="Times New Roman"/>
                <w:sz w:val="22"/>
              </w:rPr>
            </w:pPr>
          </w:p>
        </w:tc>
      </w:tr>
    </w:tbl>
    <w:p w14:paraId="51853D3F" w14:textId="77777777" w:rsidR="00254027" w:rsidRPr="00DB6570" w:rsidRDefault="00254027" w:rsidP="00254027">
      <w:pPr>
        <w:spacing w:after="0"/>
        <w:rPr>
          <w:rFonts w:ascii="Times New Roman" w:hAnsi="Times New Roman" w:cs="Times New Roman"/>
          <w:sz w:val="22"/>
        </w:rPr>
      </w:pPr>
    </w:p>
    <w:p w14:paraId="7F8B79B7" w14:textId="25312FA2" w:rsidR="00254027" w:rsidRPr="00DB6570" w:rsidRDefault="00640986" w:rsidP="005E44DD">
      <w:pPr>
        <w:pStyle w:val="Heading2"/>
        <w:rPr>
          <w:rFonts w:ascii="Times New Roman" w:hAnsi="Times New Roman" w:cs="Times New Roman"/>
          <w:color w:val="auto"/>
          <w:sz w:val="22"/>
          <w:szCs w:val="22"/>
        </w:rPr>
      </w:pPr>
      <w:bookmarkStart w:id="69" w:name="_Toc237525264"/>
      <w:r w:rsidRPr="00DB6570">
        <w:rPr>
          <w:rFonts w:ascii="Times New Roman" w:hAnsi="Times New Roman" w:cs="Times New Roman"/>
          <w:color w:val="auto"/>
          <w:sz w:val="22"/>
          <w:szCs w:val="22"/>
        </w:rPr>
        <w:t>5.</w:t>
      </w:r>
      <w:r w:rsidR="00031803" w:rsidRPr="00DB6570">
        <w:rPr>
          <w:rFonts w:ascii="Times New Roman" w:hAnsi="Times New Roman" w:cs="Times New Roman"/>
          <w:color w:val="auto"/>
          <w:sz w:val="22"/>
          <w:szCs w:val="22"/>
        </w:rPr>
        <w:t>7</w:t>
      </w:r>
      <w:r w:rsidRPr="00DB6570">
        <w:rPr>
          <w:rFonts w:ascii="Times New Roman" w:hAnsi="Times New Roman" w:cs="Times New Roman"/>
          <w:color w:val="auto"/>
          <w:sz w:val="22"/>
          <w:szCs w:val="22"/>
        </w:rPr>
        <w:t xml:space="preserve"> </w:t>
      </w:r>
      <w:r w:rsidR="00254027" w:rsidRPr="00DB6570">
        <w:rPr>
          <w:rFonts w:ascii="Times New Roman" w:hAnsi="Times New Roman" w:cs="Times New Roman"/>
          <w:color w:val="auto"/>
          <w:sz w:val="22"/>
          <w:szCs w:val="22"/>
        </w:rPr>
        <w:t>Cross-Cutting Themes: Gender</w:t>
      </w:r>
      <w:bookmarkEnd w:id="69"/>
    </w:p>
    <w:p w14:paraId="24C96DE6" w14:textId="77777777" w:rsidR="00254027" w:rsidRPr="00DB6570" w:rsidRDefault="00254027" w:rsidP="00254027">
      <w:pPr>
        <w:spacing w:after="0"/>
        <w:rPr>
          <w:rFonts w:ascii="Times New Roman" w:hAnsi="Times New Roman" w:cs="Times New Roman"/>
          <w:i/>
          <w:iCs/>
          <w:sz w:val="22"/>
        </w:rPr>
      </w:pPr>
      <w:r w:rsidRPr="00DB6570">
        <w:rPr>
          <w:rFonts w:ascii="Times New Roman" w:hAnsi="Times New Roman" w:cs="Times New Roman"/>
          <w:i/>
          <w:iCs/>
          <w:sz w:val="22"/>
        </w:rPr>
        <w:t>Describe the strategies, interventions, and policies — at both the Center and host institution level — that will be implemented to increase the participation and advancement of women across education and skilling, research and innovation, faculty development, and leadership. Where strategies or policies are already in place, describe them and provide evidence of their impact to date.</w:t>
      </w:r>
    </w:p>
    <w:p w14:paraId="5E89D350" w14:textId="77777777" w:rsidR="00254027" w:rsidRPr="00DB6570" w:rsidRDefault="00254027" w:rsidP="00254027">
      <w:pPr>
        <w:spacing w:after="0"/>
        <w:rPr>
          <w:rFonts w:ascii="Times New Roman" w:hAnsi="Times New Roman" w:cs="Times New Roman"/>
          <w:i/>
          <w:iCs/>
          <w:sz w:val="22"/>
        </w:rPr>
      </w:pPr>
      <w:r w:rsidRPr="00DB6570">
        <w:rPr>
          <w:rFonts w:ascii="Times New Roman" w:hAnsi="Times New Roman" w:cs="Times New Roman"/>
          <w:i/>
          <w:iCs/>
          <w:sz w:val="22"/>
        </w:rPr>
        <w:t>Responses should address how planned and ongoing activities will improve gender-related outcomes across the full pipeline: enrollment, retention, completion, employment, career progression, and participation in research and innovation. Relevant activities may include, but are not limited to, targeted outreach and recruitment programs, scholarships and financial support, mentoring and academic support services for students and faculty, anti-discrimination and harassment policies, gender-sensitive hiring and promotion practices, and structured leadership development opportunities for women.</w:t>
      </w:r>
    </w:p>
    <w:p w14:paraId="687C9E32" w14:textId="77777777" w:rsidR="00254027" w:rsidRPr="00DB6570" w:rsidRDefault="00254027" w:rsidP="00254027">
      <w:pPr>
        <w:spacing w:after="0"/>
        <w:rPr>
          <w:rFonts w:ascii="Times New Roman" w:hAnsi="Times New Roman" w:cs="Times New Roman"/>
          <w:i/>
          <w:iCs/>
          <w:sz w:val="22"/>
        </w:rPr>
      </w:pPr>
      <w:r w:rsidRPr="00DB6570">
        <w:rPr>
          <w:rFonts w:ascii="Times New Roman" w:hAnsi="Times New Roman" w:cs="Times New Roman"/>
          <w:i/>
          <w:iCs/>
          <w:sz w:val="22"/>
        </w:rPr>
        <w:t>Entries should be specific and results-oriented. Avoid listing activities without linking them to intended outcomes or, where activities are ongoing, to evidence of impact.</w:t>
      </w:r>
    </w:p>
    <w:p w14:paraId="0FCDC0DB" w14:textId="77777777" w:rsidR="00254027" w:rsidRPr="00DB6570" w:rsidRDefault="00254027" w:rsidP="00254027">
      <w:pPr>
        <w:keepNext/>
        <w:spacing w:after="60" w:line="240" w:lineRule="auto"/>
        <w:rPr>
          <w:rFonts w:ascii="Times New Roman" w:hAnsi="Times New Roman" w:cs="Times New Roman"/>
          <w:i/>
          <w:sz w:val="22"/>
        </w:rPr>
      </w:pPr>
    </w:p>
    <w:tbl>
      <w:tblPr>
        <w:tblStyle w:val="TableGrid"/>
        <w:tblW w:w="9000" w:type="dxa"/>
        <w:jc w:val="center"/>
        <w:tblLook w:val="04A0" w:firstRow="1" w:lastRow="0" w:firstColumn="1" w:lastColumn="0" w:noHBand="0" w:noVBand="1"/>
      </w:tblPr>
      <w:tblGrid>
        <w:gridCol w:w="9000"/>
      </w:tblGrid>
      <w:tr w:rsidR="00254027" w:rsidRPr="00DB6570" w14:paraId="28E4EC37" w14:textId="77777777" w:rsidTr="00D270E1">
        <w:trPr>
          <w:jc w:val="center"/>
        </w:trPr>
        <w:tc>
          <w:tcPr>
            <w:tcW w:w="9866" w:type="dxa"/>
            <w:shd w:val="clear" w:color="auto" w:fill="FAFAFA"/>
            <w:tcMar>
              <w:top w:w="110" w:type="dxa"/>
              <w:left w:w="120" w:type="dxa"/>
              <w:bottom w:w="110" w:type="dxa"/>
              <w:right w:w="120" w:type="dxa"/>
            </w:tcMar>
          </w:tcPr>
          <w:p w14:paraId="49D83081" w14:textId="06915C38" w:rsidR="00254027" w:rsidRPr="00DB6570" w:rsidRDefault="003C7C34" w:rsidP="00D270E1">
            <w:pPr>
              <w:rPr>
                <w:rFonts w:ascii="Times New Roman" w:hAnsi="Times New Roman" w:cs="Times New Roman"/>
                <w:sz w:val="22"/>
              </w:rPr>
            </w:pPr>
            <w:r w:rsidRPr="003C7C34">
              <w:rPr>
                <w:rFonts w:ascii="Times New Roman" w:hAnsi="Times New Roman" w:cs="Times New Roman"/>
                <w:i/>
                <w:sz w:val="22"/>
              </w:rPr>
              <w:t>[Applicant response must not exceed 500 words]</w:t>
            </w:r>
          </w:p>
          <w:p w14:paraId="05C9A154" w14:textId="77777777" w:rsidR="00254027" w:rsidRPr="00DB6570" w:rsidRDefault="00254027" w:rsidP="00D270E1">
            <w:pPr>
              <w:rPr>
                <w:rFonts w:ascii="Times New Roman" w:hAnsi="Times New Roman" w:cs="Times New Roman"/>
                <w:sz w:val="22"/>
              </w:rPr>
            </w:pPr>
          </w:p>
          <w:p w14:paraId="233ECC8A" w14:textId="77777777" w:rsidR="00254027" w:rsidRPr="00DB6570" w:rsidRDefault="00254027" w:rsidP="00D270E1">
            <w:pPr>
              <w:rPr>
                <w:rFonts w:ascii="Times New Roman" w:hAnsi="Times New Roman" w:cs="Times New Roman"/>
                <w:sz w:val="22"/>
              </w:rPr>
            </w:pPr>
          </w:p>
          <w:p w14:paraId="3B398660" w14:textId="77777777" w:rsidR="00254027" w:rsidRPr="00DB6570" w:rsidRDefault="00254027" w:rsidP="00D270E1">
            <w:pPr>
              <w:rPr>
                <w:rFonts w:ascii="Times New Roman" w:hAnsi="Times New Roman" w:cs="Times New Roman"/>
                <w:sz w:val="22"/>
              </w:rPr>
            </w:pPr>
          </w:p>
        </w:tc>
      </w:tr>
    </w:tbl>
    <w:p w14:paraId="7146BD90" w14:textId="77777777" w:rsidR="00254027" w:rsidRPr="00DB6570" w:rsidRDefault="00254027" w:rsidP="00254027">
      <w:pPr>
        <w:spacing w:after="0"/>
        <w:rPr>
          <w:rFonts w:ascii="Times New Roman" w:hAnsi="Times New Roman" w:cs="Times New Roman"/>
          <w:sz w:val="22"/>
        </w:rPr>
      </w:pPr>
    </w:p>
    <w:p w14:paraId="41E3375F" w14:textId="77777777" w:rsidR="00254027" w:rsidRPr="00DB6570" w:rsidRDefault="00254027" w:rsidP="00254027">
      <w:pPr>
        <w:spacing w:after="0"/>
        <w:rPr>
          <w:rFonts w:ascii="Times New Roman" w:hAnsi="Times New Roman" w:cs="Times New Roman"/>
          <w:sz w:val="22"/>
        </w:rPr>
      </w:pPr>
    </w:p>
    <w:p w14:paraId="7119D1B3" w14:textId="77777777" w:rsidR="0061162A" w:rsidRPr="00DB6570" w:rsidRDefault="0061162A">
      <w:pPr>
        <w:spacing w:after="0"/>
        <w:rPr>
          <w:rFonts w:ascii="Times New Roman" w:hAnsi="Times New Roman" w:cs="Times New Roman"/>
          <w:sz w:val="22"/>
        </w:rPr>
      </w:pPr>
    </w:p>
    <w:p w14:paraId="068EC2DB" w14:textId="6AFD133F" w:rsidR="0061162A" w:rsidRPr="00DB6570" w:rsidRDefault="00640986">
      <w:pPr>
        <w:pStyle w:val="Heading2"/>
        <w:rPr>
          <w:rFonts w:ascii="Times New Roman" w:hAnsi="Times New Roman" w:cs="Times New Roman"/>
          <w:color w:val="auto"/>
          <w:sz w:val="22"/>
          <w:szCs w:val="22"/>
        </w:rPr>
      </w:pPr>
      <w:bookmarkStart w:id="70" w:name="_Toc237525265"/>
      <w:r w:rsidRPr="00DB6570">
        <w:rPr>
          <w:rFonts w:ascii="Times New Roman" w:hAnsi="Times New Roman" w:cs="Times New Roman"/>
          <w:color w:val="auto"/>
          <w:sz w:val="22"/>
          <w:szCs w:val="22"/>
        </w:rPr>
        <w:t>5</w:t>
      </w:r>
      <w:r w:rsidR="00BE6111" w:rsidRPr="00DB6570">
        <w:rPr>
          <w:rFonts w:ascii="Times New Roman" w:hAnsi="Times New Roman" w:cs="Times New Roman"/>
          <w:color w:val="auto"/>
          <w:sz w:val="22"/>
          <w:szCs w:val="22"/>
        </w:rPr>
        <w:t>.</w:t>
      </w:r>
      <w:r w:rsidR="00031803" w:rsidRPr="00DB6570">
        <w:rPr>
          <w:rFonts w:ascii="Times New Roman" w:hAnsi="Times New Roman" w:cs="Times New Roman"/>
          <w:color w:val="auto"/>
          <w:sz w:val="22"/>
          <w:szCs w:val="22"/>
        </w:rPr>
        <w:t>8</w:t>
      </w:r>
      <w:r w:rsidR="00BE6111" w:rsidRPr="00DB6570">
        <w:rPr>
          <w:rFonts w:ascii="Times New Roman" w:hAnsi="Times New Roman" w:cs="Times New Roman"/>
          <w:color w:val="auto"/>
          <w:sz w:val="22"/>
          <w:szCs w:val="22"/>
        </w:rPr>
        <w:t xml:space="preserve"> Instructor Quality, Recruitment and Professional Development</w:t>
      </w:r>
      <w:bookmarkEnd w:id="70"/>
    </w:p>
    <w:p w14:paraId="71FA8F2F" w14:textId="77777777" w:rsidR="00634A29" w:rsidRPr="00634A29" w:rsidRDefault="00634A29" w:rsidP="00634A29">
      <w:pPr>
        <w:pStyle w:val="GuidanceText"/>
        <w:keepNext/>
        <w:rPr>
          <w:rFonts w:ascii="Times New Roman" w:hAnsi="Times New Roman" w:cs="Times New Roman"/>
          <w:color w:val="auto"/>
          <w:sz w:val="22"/>
        </w:rPr>
      </w:pPr>
      <w:r w:rsidRPr="00634A29">
        <w:rPr>
          <w:rFonts w:ascii="Times New Roman" w:hAnsi="Times New Roman" w:cs="Times New Roman"/>
          <w:color w:val="auto"/>
          <w:sz w:val="22"/>
        </w:rPr>
        <w:t xml:space="preserve">Describe how the proposed center will support ongoing training, career development and mentoring for staff and faculty. Faculty and staff development can include pedagogical development, digital skills development, industry exposure, research methods, grant management, technology transfer, quality assurance, leadership, technical certification, succession planning, etc. In the narrative, please describe the approach to faculty and professional staff development and in the table please highlight a proposed plan with no more than 5 activities that summarizes areas to be targeted and proposed development activities . </w:t>
      </w:r>
    </w:p>
    <w:p w14:paraId="2DD604BB" w14:textId="3453EA59" w:rsidR="0061162A" w:rsidRPr="00DB6570" w:rsidRDefault="00634A29" w:rsidP="00634A29">
      <w:pPr>
        <w:pStyle w:val="GuidanceText"/>
        <w:keepNext/>
        <w:rPr>
          <w:rFonts w:ascii="Times New Roman" w:hAnsi="Times New Roman" w:cs="Times New Roman"/>
          <w:color w:val="auto"/>
          <w:sz w:val="22"/>
        </w:rPr>
      </w:pPr>
      <w:r w:rsidRPr="00634A29">
        <w:rPr>
          <w:rFonts w:ascii="Times New Roman" w:hAnsi="Times New Roman" w:cs="Times New Roman"/>
          <w:color w:val="auto"/>
          <w:sz w:val="22"/>
        </w:rPr>
        <w:t>Please ensure that the information in the table below is not repeated in the narrative section</w:t>
      </w:r>
    </w:p>
    <w:tbl>
      <w:tblPr>
        <w:tblStyle w:val="TableGrid"/>
        <w:tblW w:w="9000" w:type="dxa"/>
        <w:jc w:val="center"/>
        <w:tblLook w:val="04A0" w:firstRow="1" w:lastRow="0" w:firstColumn="1" w:lastColumn="0" w:noHBand="0" w:noVBand="1"/>
      </w:tblPr>
      <w:tblGrid>
        <w:gridCol w:w="9000"/>
      </w:tblGrid>
      <w:tr w:rsidR="0061162A" w:rsidRPr="00DB6570" w14:paraId="3E386826" w14:textId="77777777">
        <w:trPr>
          <w:jc w:val="center"/>
        </w:trPr>
        <w:tc>
          <w:tcPr>
            <w:tcW w:w="9866" w:type="dxa"/>
            <w:shd w:val="clear" w:color="auto" w:fill="FAFAFA"/>
            <w:tcMar>
              <w:top w:w="110" w:type="dxa"/>
              <w:left w:w="120" w:type="dxa"/>
              <w:bottom w:w="110" w:type="dxa"/>
              <w:right w:w="120" w:type="dxa"/>
            </w:tcMar>
          </w:tcPr>
          <w:p w14:paraId="01C1DFA2" w14:textId="4900D1FE" w:rsidR="0061162A" w:rsidRPr="00DB6570" w:rsidRDefault="00634A29">
            <w:pPr>
              <w:rPr>
                <w:rFonts w:ascii="Times New Roman" w:hAnsi="Times New Roman" w:cs="Times New Roman"/>
                <w:sz w:val="22"/>
              </w:rPr>
            </w:pPr>
            <w:r w:rsidRPr="00634A29">
              <w:rPr>
                <w:rFonts w:ascii="Times New Roman" w:hAnsi="Times New Roman" w:cs="Times New Roman"/>
                <w:i/>
                <w:sz w:val="22"/>
              </w:rPr>
              <w:t>[Applicant response must not exceed 500 words]</w:t>
            </w:r>
          </w:p>
          <w:p w14:paraId="05AD0E31" w14:textId="77777777" w:rsidR="0061162A" w:rsidRPr="00DB6570" w:rsidRDefault="0061162A">
            <w:pPr>
              <w:rPr>
                <w:rFonts w:ascii="Times New Roman" w:hAnsi="Times New Roman" w:cs="Times New Roman"/>
                <w:sz w:val="22"/>
              </w:rPr>
            </w:pPr>
          </w:p>
          <w:p w14:paraId="5B061417" w14:textId="77777777" w:rsidR="0061162A" w:rsidRPr="00DB6570" w:rsidRDefault="0061162A">
            <w:pPr>
              <w:rPr>
                <w:rFonts w:ascii="Times New Roman" w:hAnsi="Times New Roman" w:cs="Times New Roman"/>
                <w:sz w:val="22"/>
              </w:rPr>
            </w:pPr>
          </w:p>
          <w:p w14:paraId="133DA039" w14:textId="77777777" w:rsidR="0061162A" w:rsidRPr="00DB6570" w:rsidRDefault="0061162A">
            <w:pPr>
              <w:rPr>
                <w:rFonts w:ascii="Times New Roman" w:hAnsi="Times New Roman" w:cs="Times New Roman"/>
                <w:sz w:val="22"/>
              </w:rPr>
            </w:pPr>
          </w:p>
        </w:tc>
      </w:tr>
    </w:tbl>
    <w:p w14:paraId="1500518C" w14:textId="77777777" w:rsidR="0061162A" w:rsidRPr="00DB6570" w:rsidRDefault="0061162A">
      <w:pPr>
        <w:spacing w:after="0"/>
        <w:rPr>
          <w:rFonts w:ascii="Times New Roman" w:hAnsi="Times New Roman" w:cs="Times New Roman"/>
          <w:sz w:val="22"/>
        </w:rPr>
      </w:pPr>
    </w:p>
    <w:p w14:paraId="4845363C" w14:textId="09D836F9" w:rsidR="0061162A" w:rsidRPr="00DB6570" w:rsidRDefault="00640986">
      <w:pPr>
        <w:pStyle w:val="Heading3"/>
        <w:rPr>
          <w:rFonts w:ascii="Times New Roman" w:hAnsi="Times New Roman" w:cs="Times New Roman"/>
          <w:color w:val="auto"/>
          <w:sz w:val="22"/>
        </w:rPr>
      </w:pPr>
      <w:bookmarkStart w:id="71" w:name="_Toc237525266"/>
      <w:r w:rsidRPr="00DB6570">
        <w:rPr>
          <w:rFonts w:ascii="Times New Roman" w:hAnsi="Times New Roman" w:cs="Times New Roman"/>
          <w:color w:val="auto"/>
          <w:sz w:val="22"/>
        </w:rPr>
        <w:t>5.</w:t>
      </w:r>
      <w:r w:rsidR="00031803" w:rsidRPr="00DB6570">
        <w:rPr>
          <w:rFonts w:ascii="Times New Roman" w:hAnsi="Times New Roman" w:cs="Times New Roman"/>
          <w:color w:val="auto"/>
          <w:sz w:val="22"/>
        </w:rPr>
        <w:t>8</w:t>
      </w:r>
      <w:r w:rsidRPr="00DB6570">
        <w:rPr>
          <w:rFonts w:ascii="Times New Roman" w:hAnsi="Times New Roman" w:cs="Times New Roman"/>
          <w:color w:val="auto"/>
          <w:sz w:val="22"/>
        </w:rPr>
        <w:t xml:space="preserve">.1 </w:t>
      </w:r>
      <w:r w:rsidR="00BE6111" w:rsidRPr="00DB6570">
        <w:rPr>
          <w:rFonts w:ascii="Times New Roman" w:hAnsi="Times New Roman" w:cs="Times New Roman"/>
          <w:color w:val="auto"/>
          <w:sz w:val="22"/>
        </w:rPr>
        <w:t>Instructor Development Plan</w:t>
      </w:r>
      <w:bookmarkEnd w:id="71"/>
    </w:p>
    <w:tbl>
      <w:tblPr>
        <w:tblW w:w="5000" w:type="pct"/>
        <w:jc w:val="center"/>
        <w:tblLook w:val="04A0" w:firstRow="1" w:lastRow="0" w:firstColumn="1" w:lastColumn="0" w:noHBand="0" w:noVBand="1"/>
      </w:tblPr>
      <w:tblGrid>
        <w:gridCol w:w="881"/>
        <w:gridCol w:w="1211"/>
        <w:gridCol w:w="1211"/>
        <w:gridCol w:w="1345"/>
        <w:gridCol w:w="1077"/>
        <w:gridCol w:w="1712"/>
        <w:gridCol w:w="1314"/>
        <w:gridCol w:w="1105"/>
      </w:tblGrid>
      <w:tr w:rsidR="00234A4D" w:rsidRPr="00DB6570" w14:paraId="42EB6778" w14:textId="77777777" w:rsidTr="0021427D">
        <w:trPr>
          <w:cantSplit/>
          <w:trHeight w:val="677"/>
          <w:tblHeader/>
          <w:jc w:val="center"/>
        </w:trPr>
        <w:tc>
          <w:tcPr>
            <w:tcW w:w="19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F6062D6" w14:textId="77777777" w:rsidR="00234A4D" w:rsidRPr="00DB6570" w:rsidRDefault="00234A4D"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w:t>
            </w: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FBC7433" w14:textId="77777777" w:rsidR="00234A4D" w:rsidRPr="00DB6570" w:rsidRDefault="00234A4D"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Target group</w:t>
            </w: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BC294CF" w14:textId="77777777" w:rsidR="00234A4D" w:rsidRPr="00DB6570" w:rsidRDefault="00234A4D"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Capability gap</w:t>
            </w: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2D3793B" w14:textId="77777777" w:rsidR="00234A4D" w:rsidRPr="00DB6570" w:rsidRDefault="00234A4D"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Development activity</w:t>
            </w: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5DE9078" w14:textId="77777777" w:rsidR="00234A4D" w:rsidRPr="00DB6570" w:rsidRDefault="00234A4D"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Provider / partner</w:t>
            </w:r>
          </w:p>
        </w:tc>
        <w:tc>
          <w:tcPr>
            <w:tcW w:w="57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5922BC" w14:textId="77777777" w:rsidR="00234A4D" w:rsidRPr="00DB6570" w:rsidRDefault="00234A4D"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Duration/Timing</w:t>
            </w:r>
          </w:p>
        </w:tc>
        <w:tc>
          <w:tcPr>
            <w:tcW w:w="75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49669A7" w14:textId="77777777" w:rsidR="00234A4D" w:rsidRPr="00DB6570" w:rsidRDefault="00234A4D"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Expected result/skills</w:t>
            </w:r>
          </w:p>
        </w:tc>
        <w:tc>
          <w:tcPr>
            <w:tcW w:w="65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95FFFF7" w14:textId="77777777" w:rsidR="00234A4D" w:rsidRPr="00DB6570" w:rsidRDefault="00234A4D"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End of Project Total (Yr 1–5)</w:t>
            </w:r>
          </w:p>
        </w:tc>
      </w:tr>
      <w:tr w:rsidR="00234A4D" w:rsidRPr="00DB6570" w14:paraId="15250CA3" w14:textId="77777777" w:rsidTr="005E44DD">
        <w:trPr>
          <w:cantSplit/>
          <w:trHeight w:val="720"/>
          <w:jc w:val="center"/>
        </w:trPr>
        <w:tc>
          <w:tcPr>
            <w:tcW w:w="19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ED3E09" w14:textId="77777777" w:rsidR="00234A4D" w:rsidRPr="00DB6570" w:rsidRDefault="00234A4D"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1</w:t>
            </w: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771B823" w14:textId="77777777" w:rsidR="00234A4D" w:rsidRPr="00DB6570" w:rsidRDefault="00234A4D" w:rsidP="00D270E1">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0B1DA87" w14:textId="77777777" w:rsidR="00234A4D" w:rsidRPr="00DB6570" w:rsidRDefault="00234A4D" w:rsidP="00D270E1">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2192F47" w14:textId="77777777" w:rsidR="00234A4D" w:rsidRPr="00DB6570" w:rsidRDefault="00234A4D" w:rsidP="00D270E1">
            <w:pPr>
              <w:spacing w:after="0" w:line="240" w:lineRule="auto"/>
              <w:jc w:val="center"/>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B37A682" w14:textId="77777777" w:rsidR="00234A4D" w:rsidRPr="00DB6570" w:rsidRDefault="00234A4D" w:rsidP="00D270E1">
            <w:pPr>
              <w:spacing w:after="0" w:line="240" w:lineRule="auto"/>
              <w:jc w:val="center"/>
              <w:rPr>
                <w:rFonts w:ascii="Times New Roman" w:hAnsi="Times New Roman" w:cs="Times New Roman"/>
                <w:sz w:val="22"/>
              </w:rPr>
            </w:pPr>
          </w:p>
        </w:tc>
        <w:tc>
          <w:tcPr>
            <w:tcW w:w="57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0FBC2C3" w14:textId="77777777" w:rsidR="00234A4D" w:rsidRPr="00DB6570" w:rsidRDefault="00234A4D" w:rsidP="00D270E1">
            <w:pPr>
              <w:spacing w:after="0" w:line="240" w:lineRule="auto"/>
              <w:jc w:val="center"/>
              <w:rPr>
                <w:rFonts w:ascii="Times New Roman" w:hAnsi="Times New Roman" w:cs="Times New Roman"/>
                <w:sz w:val="22"/>
              </w:rPr>
            </w:pPr>
          </w:p>
        </w:tc>
        <w:tc>
          <w:tcPr>
            <w:tcW w:w="75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56B7E4A" w14:textId="77777777" w:rsidR="00234A4D" w:rsidRPr="00DB6570" w:rsidRDefault="00234A4D" w:rsidP="00D270E1">
            <w:pPr>
              <w:spacing w:after="0" w:line="240" w:lineRule="auto"/>
              <w:jc w:val="center"/>
              <w:rPr>
                <w:rFonts w:ascii="Times New Roman" w:hAnsi="Times New Roman" w:cs="Times New Roman"/>
                <w:sz w:val="22"/>
              </w:rPr>
            </w:pPr>
          </w:p>
        </w:tc>
        <w:tc>
          <w:tcPr>
            <w:tcW w:w="65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7D8D9B7" w14:textId="77777777" w:rsidR="00234A4D" w:rsidRPr="00DB6570" w:rsidRDefault="00234A4D" w:rsidP="00D270E1">
            <w:pPr>
              <w:spacing w:after="0" w:line="240" w:lineRule="auto"/>
              <w:jc w:val="center"/>
              <w:rPr>
                <w:rFonts w:ascii="Times New Roman" w:hAnsi="Times New Roman" w:cs="Times New Roman"/>
                <w:sz w:val="22"/>
              </w:rPr>
            </w:pPr>
          </w:p>
        </w:tc>
      </w:tr>
      <w:tr w:rsidR="00234A4D" w:rsidRPr="00DB6570" w14:paraId="3FA3CAF8" w14:textId="77777777" w:rsidTr="005E44DD">
        <w:trPr>
          <w:cantSplit/>
          <w:trHeight w:val="720"/>
          <w:jc w:val="center"/>
        </w:trPr>
        <w:tc>
          <w:tcPr>
            <w:tcW w:w="19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96283CF" w14:textId="77777777" w:rsidR="00234A4D" w:rsidRPr="00DB6570" w:rsidRDefault="00234A4D"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2</w:t>
            </w: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36777AF" w14:textId="77777777" w:rsidR="00234A4D" w:rsidRPr="00DB6570" w:rsidRDefault="00234A4D" w:rsidP="00D270E1">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676C76" w14:textId="77777777" w:rsidR="00234A4D" w:rsidRPr="00DB6570" w:rsidRDefault="00234A4D" w:rsidP="00D270E1">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1B8B653" w14:textId="77777777" w:rsidR="00234A4D" w:rsidRPr="00DB6570" w:rsidRDefault="00234A4D" w:rsidP="00D270E1">
            <w:pPr>
              <w:spacing w:after="0" w:line="240" w:lineRule="auto"/>
              <w:jc w:val="center"/>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373E42" w14:textId="77777777" w:rsidR="00234A4D" w:rsidRPr="00DB6570" w:rsidRDefault="00234A4D" w:rsidP="00D270E1">
            <w:pPr>
              <w:spacing w:after="0" w:line="240" w:lineRule="auto"/>
              <w:jc w:val="center"/>
              <w:rPr>
                <w:rFonts w:ascii="Times New Roman" w:hAnsi="Times New Roman" w:cs="Times New Roman"/>
                <w:sz w:val="22"/>
              </w:rPr>
            </w:pPr>
          </w:p>
        </w:tc>
        <w:tc>
          <w:tcPr>
            <w:tcW w:w="57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05C34FC" w14:textId="77777777" w:rsidR="00234A4D" w:rsidRPr="00DB6570" w:rsidRDefault="00234A4D" w:rsidP="00D270E1">
            <w:pPr>
              <w:spacing w:after="0" w:line="240" w:lineRule="auto"/>
              <w:jc w:val="center"/>
              <w:rPr>
                <w:rFonts w:ascii="Times New Roman" w:hAnsi="Times New Roman" w:cs="Times New Roman"/>
                <w:sz w:val="22"/>
              </w:rPr>
            </w:pPr>
          </w:p>
        </w:tc>
        <w:tc>
          <w:tcPr>
            <w:tcW w:w="75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C696B35" w14:textId="77777777" w:rsidR="00234A4D" w:rsidRPr="00DB6570" w:rsidRDefault="00234A4D" w:rsidP="00D270E1">
            <w:pPr>
              <w:spacing w:after="0" w:line="240" w:lineRule="auto"/>
              <w:jc w:val="center"/>
              <w:rPr>
                <w:rFonts w:ascii="Times New Roman" w:hAnsi="Times New Roman" w:cs="Times New Roman"/>
                <w:sz w:val="22"/>
              </w:rPr>
            </w:pPr>
          </w:p>
        </w:tc>
        <w:tc>
          <w:tcPr>
            <w:tcW w:w="65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342AAEB" w14:textId="77777777" w:rsidR="00234A4D" w:rsidRPr="00DB6570" w:rsidRDefault="00234A4D" w:rsidP="00D270E1">
            <w:pPr>
              <w:spacing w:after="0" w:line="240" w:lineRule="auto"/>
              <w:jc w:val="center"/>
              <w:rPr>
                <w:rFonts w:ascii="Times New Roman" w:hAnsi="Times New Roman" w:cs="Times New Roman"/>
                <w:sz w:val="22"/>
              </w:rPr>
            </w:pPr>
          </w:p>
        </w:tc>
      </w:tr>
      <w:tr w:rsidR="00234A4D" w:rsidRPr="00DB6570" w14:paraId="16056135" w14:textId="77777777" w:rsidTr="005E44DD">
        <w:trPr>
          <w:cantSplit/>
          <w:trHeight w:val="720"/>
          <w:jc w:val="center"/>
        </w:trPr>
        <w:tc>
          <w:tcPr>
            <w:tcW w:w="19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9AE5E85" w14:textId="77777777" w:rsidR="00234A4D" w:rsidRPr="00DB6570" w:rsidRDefault="00234A4D"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3</w:t>
            </w: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16CC04E" w14:textId="77777777" w:rsidR="00234A4D" w:rsidRPr="00DB6570" w:rsidRDefault="00234A4D" w:rsidP="00D270E1">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41A155A" w14:textId="77777777" w:rsidR="00234A4D" w:rsidRPr="00DB6570" w:rsidRDefault="00234A4D" w:rsidP="00D270E1">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7B1ED32" w14:textId="77777777" w:rsidR="00234A4D" w:rsidRPr="00DB6570" w:rsidRDefault="00234A4D" w:rsidP="00D270E1">
            <w:pPr>
              <w:spacing w:after="0" w:line="240" w:lineRule="auto"/>
              <w:jc w:val="center"/>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FE571C1" w14:textId="77777777" w:rsidR="00234A4D" w:rsidRPr="00DB6570" w:rsidRDefault="00234A4D" w:rsidP="00D270E1">
            <w:pPr>
              <w:spacing w:after="0" w:line="240" w:lineRule="auto"/>
              <w:jc w:val="center"/>
              <w:rPr>
                <w:rFonts w:ascii="Times New Roman" w:hAnsi="Times New Roman" w:cs="Times New Roman"/>
                <w:sz w:val="22"/>
              </w:rPr>
            </w:pPr>
          </w:p>
        </w:tc>
        <w:tc>
          <w:tcPr>
            <w:tcW w:w="57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049C3BD" w14:textId="77777777" w:rsidR="00234A4D" w:rsidRPr="00DB6570" w:rsidRDefault="00234A4D" w:rsidP="00D270E1">
            <w:pPr>
              <w:spacing w:after="0" w:line="240" w:lineRule="auto"/>
              <w:jc w:val="center"/>
              <w:rPr>
                <w:rFonts w:ascii="Times New Roman" w:hAnsi="Times New Roman" w:cs="Times New Roman"/>
                <w:sz w:val="22"/>
              </w:rPr>
            </w:pPr>
          </w:p>
        </w:tc>
        <w:tc>
          <w:tcPr>
            <w:tcW w:w="75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8E72692" w14:textId="77777777" w:rsidR="00234A4D" w:rsidRPr="00DB6570" w:rsidRDefault="00234A4D" w:rsidP="00D270E1">
            <w:pPr>
              <w:spacing w:after="0" w:line="240" w:lineRule="auto"/>
              <w:jc w:val="center"/>
              <w:rPr>
                <w:rFonts w:ascii="Times New Roman" w:hAnsi="Times New Roman" w:cs="Times New Roman"/>
                <w:sz w:val="22"/>
              </w:rPr>
            </w:pPr>
          </w:p>
        </w:tc>
        <w:tc>
          <w:tcPr>
            <w:tcW w:w="65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BF5AA6" w14:textId="77777777" w:rsidR="00234A4D" w:rsidRPr="00DB6570" w:rsidRDefault="00234A4D" w:rsidP="00D270E1">
            <w:pPr>
              <w:spacing w:after="0" w:line="240" w:lineRule="auto"/>
              <w:jc w:val="center"/>
              <w:rPr>
                <w:rFonts w:ascii="Times New Roman" w:hAnsi="Times New Roman" w:cs="Times New Roman"/>
                <w:sz w:val="22"/>
              </w:rPr>
            </w:pPr>
          </w:p>
        </w:tc>
      </w:tr>
      <w:tr w:rsidR="00234A4D" w:rsidRPr="00DB6570" w14:paraId="389754DA" w14:textId="77777777" w:rsidTr="005E44DD">
        <w:trPr>
          <w:cantSplit/>
          <w:trHeight w:val="720"/>
          <w:jc w:val="center"/>
        </w:trPr>
        <w:tc>
          <w:tcPr>
            <w:tcW w:w="19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76EEBFE" w14:textId="77777777" w:rsidR="00234A4D" w:rsidRPr="00DB6570" w:rsidRDefault="00234A4D"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4</w:t>
            </w: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56062E4" w14:textId="77777777" w:rsidR="00234A4D" w:rsidRPr="00DB6570" w:rsidRDefault="00234A4D" w:rsidP="00D270E1">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DBE82B7" w14:textId="77777777" w:rsidR="00234A4D" w:rsidRPr="00DB6570" w:rsidRDefault="00234A4D" w:rsidP="00D270E1">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0A9A809" w14:textId="77777777" w:rsidR="00234A4D" w:rsidRPr="00DB6570" w:rsidRDefault="00234A4D" w:rsidP="00D270E1">
            <w:pPr>
              <w:spacing w:after="0" w:line="240" w:lineRule="auto"/>
              <w:jc w:val="center"/>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7A016FE" w14:textId="77777777" w:rsidR="00234A4D" w:rsidRPr="00DB6570" w:rsidRDefault="00234A4D" w:rsidP="00D270E1">
            <w:pPr>
              <w:spacing w:after="0" w:line="240" w:lineRule="auto"/>
              <w:jc w:val="center"/>
              <w:rPr>
                <w:rFonts w:ascii="Times New Roman" w:hAnsi="Times New Roman" w:cs="Times New Roman"/>
                <w:sz w:val="22"/>
              </w:rPr>
            </w:pPr>
          </w:p>
        </w:tc>
        <w:tc>
          <w:tcPr>
            <w:tcW w:w="57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39EF12E" w14:textId="77777777" w:rsidR="00234A4D" w:rsidRPr="00DB6570" w:rsidRDefault="00234A4D" w:rsidP="00D270E1">
            <w:pPr>
              <w:spacing w:after="0" w:line="240" w:lineRule="auto"/>
              <w:jc w:val="center"/>
              <w:rPr>
                <w:rFonts w:ascii="Times New Roman" w:hAnsi="Times New Roman" w:cs="Times New Roman"/>
                <w:sz w:val="22"/>
              </w:rPr>
            </w:pPr>
          </w:p>
        </w:tc>
        <w:tc>
          <w:tcPr>
            <w:tcW w:w="75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397428E" w14:textId="77777777" w:rsidR="00234A4D" w:rsidRPr="00DB6570" w:rsidRDefault="00234A4D" w:rsidP="00D270E1">
            <w:pPr>
              <w:spacing w:after="0" w:line="240" w:lineRule="auto"/>
              <w:jc w:val="center"/>
              <w:rPr>
                <w:rFonts w:ascii="Times New Roman" w:hAnsi="Times New Roman" w:cs="Times New Roman"/>
                <w:sz w:val="22"/>
              </w:rPr>
            </w:pPr>
          </w:p>
        </w:tc>
        <w:tc>
          <w:tcPr>
            <w:tcW w:w="65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CE1416B" w14:textId="77777777" w:rsidR="00234A4D" w:rsidRPr="00DB6570" w:rsidRDefault="00234A4D" w:rsidP="00D270E1">
            <w:pPr>
              <w:spacing w:after="0" w:line="240" w:lineRule="auto"/>
              <w:jc w:val="center"/>
              <w:rPr>
                <w:rFonts w:ascii="Times New Roman" w:hAnsi="Times New Roman" w:cs="Times New Roman"/>
                <w:sz w:val="22"/>
              </w:rPr>
            </w:pPr>
          </w:p>
        </w:tc>
      </w:tr>
      <w:tr w:rsidR="00234A4D" w:rsidRPr="00DB6570" w14:paraId="7020E09B" w14:textId="77777777" w:rsidTr="005E44DD">
        <w:trPr>
          <w:cantSplit/>
          <w:trHeight w:val="720"/>
          <w:jc w:val="center"/>
        </w:trPr>
        <w:tc>
          <w:tcPr>
            <w:tcW w:w="19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09F04C4" w14:textId="77777777" w:rsidR="00234A4D" w:rsidRPr="00DB6570" w:rsidRDefault="00234A4D"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5</w:t>
            </w: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F869751" w14:textId="77777777" w:rsidR="00234A4D" w:rsidRPr="00DB6570" w:rsidRDefault="00234A4D" w:rsidP="00D270E1">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967B62C" w14:textId="77777777" w:rsidR="00234A4D" w:rsidRPr="00DB6570" w:rsidRDefault="00234A4D" w:rsidP="00D270E1">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AC49538" w14:textId="77777777" w:rsidR="00234A4D" w:rsidRPr="00DB6570" w:rsidRDefault="00234A4D" w:rsidP="00D270E1">
            <w:pPr>
              <w:spacing w:after="0" w:line="240" w:lineRule="auto"/>
              <w:jc w:val="center"/>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29D5A03" w14:textId="77777777" w:rsidR="00234A4D" w:rsidRPr="00DB6570" w:rsidRDefault="00234A4D" w:rsidP="00D270E1">
            <w:pPr>
              <w:spacing w:after="0" w:line="240" w:lineRule="auto"/>
              <w:jc w:val="center"/>
              <w:rPr>
                <w:rFonts w:ascii="Times New Roman" w:hAnsi="Times New Roman" w:cs="Times New Roman"/>
                <w:sz w:val="22"/>
              </w:rPr>
            </w:pPr>
          </w:p>
        </w:tc>
        <w:tc>
          <w:tcPr>
            <w:tcW w:w="57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99308AC" w14:textId="77777777" w:rsidR="00234A4D" w:rsidRPr="00DB6570" w:rsidRDefault="00234A4D" w:rsidP="00D270E1">
            <w:pPr>
              <w:spacing w:after="0" w:line="240" w:lineRule="auto"/>
              <w:jc w:val="center"/>
              <w:rPr>
                <w:rFonts w:ascii="Times New Roman" w:hAnsi="Times New Roman" w:cs="Times New Roman"/>
                <w:sz w:val="22"/>
              </w:rPr>
            </w:pPr>
          </w:p>
        </w:tc>
        <w:tc>
          <w:tcPr>
            <w:tcW w:w="75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8C07153" w14:textId="77777777" w:rsidR="00234A4D" w:rsidRPr="00DB6570" w:rsidRDefault="00234A4D" w:rsidP="00D270E1">
            <w:pPr>
              <w:spacing w:after="0" w:line="240" w:lineRule="auto"/>
              <w:jc w:val="center"/>
              <w:rPr>
                <w:rFonts w:ascii="Times New Roman" w:hAnsi="Times New Roman" w:cs="Times New Roman"/>
                <w:sz w:val="22"/>
              </w:rPr>
            </w:pPr>
          </w:p>
        </w:tc>
        <w:tc>
          <w:tcPr>
            <w:tcW w:w="65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9C83187" w14:textId="77777777" w:rsidR="00234A4D" w:rsidRPr="00DB6570" w:rsidRDefault="00234A4D" w:rsidP="00D270E1">
            <w:pPr>
              <w:spacing w:after="0" w:line="240" w:lineRule="auto"/>
              <w:jc w:val="center"/>
              <w:rPr>
                <w:rFonts w:ascii="Times New Roman" w:hAnsi="Times New Roman" w:cs="Times New Roman"/>
                <w:sz w:val="22"/>
              </w:rPr>
            </w:pPr>
          </w:p>
        </w:tc>
      </w:tr>
      <w:tr w:rsidR="00234A4D" w:rsidRPr="00DB6570" w14:paraId="3C3E52C2" w14:textId="77777777" w:rsidTr="005E44DD">
        <w:trPr>
          <w:cantSplit/>
          <w:trHeight w:val="432"/>
          <w:jc w:val="center"/>
        </w:trPr>
        <w:tc>
          <w:tcPr>
            <w:tcW w:w="198"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38558EF9" w14:textId="77777777" w:rsidR="00234A4D" w:rsidRPr="00DB6570" w:rsidRDefault="00234A4D"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TOTAL</w:t>
            </w:r>
          </w:p>
        </w:tc>
        <w:tc>
          <w:tcPr>
            <w:tcW w:w="70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455AB941" w14:textId="77777777" w:rsidR="00234A4D" w:rsidRPr="00DB6570" w:rsidRDefault="00234A4D" w:rsidP="00D270E1">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4481C170" w14:textId="77777777" w:rsidR="00234A4D" w:rsidRPr="00DB6570" w:rsidRDefault="00234A4D" w:rsidP="00D270E1">
            <w:pPr>
              <w:spacing w:after="0" w:line="240" w:lineRule="auto"/>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40E6C2D3" w14:textId="77777777" w:rsidR="00234A4D" w:rsidRPr="00DB6570" w:rsidRDefault="00234A4D" w:rsidP="00D270E1">
            <w:pPr>
              <w:spacing w:after="0" w:line="240" w:lineRule="auto"/>
              <w:jc w:val="center"/>
              <w:rPr>
                <w:rFonts w:ascii="Times New Roman" w:hAnsi="Times New Roman" w:cs="Times New Roman"/>
                <w:sz w:val="22"/>
              </w:rPr>
            </w:pPr>
          </w:p>
        </w:tc>
        <w:tc>
          <w:tcPr>
            <w:tcW w:w="70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6FCCEA06" w14:textId="77777777" w:rsidR="00234A4D" w:rsidRPr="00DB6570" w:rsidRDefault="00234A4D" w:rsidP="00D270E1">
            <w:pPr>
              <w:spacing w:after="0" w:line="240" w:lineRule="auto"/>
              <w:jc w:val="center"/>
              <w:rPr>
                <w:rFonts w:ascii="Times New Roman" w:hAnsi="Times New Roman" w:cs="Times New Roman"/>
                <w:sz w:val="22"/>
              </w:rPr>
            </w:pPr>
          </w:p>
        </w:tc>
        <w:tc>
          <w:tcPr>
            <w:tcW w:w="574"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33ACC10" w14:textId="77777777" w:rsidR="00234A4D" w:rsidRPr="00DB6570" w:rsidRDefault="00234A4D" w:rsidP="00D270E1">
            <w:pPr>
              <w:spacing w:after="0" w:line="240" w:lineRule="auto"/>
              <w:jc w:val="center"/>
              <w:rPr>
                <w:rFonts w:ascii="Times New Roman" w:hAnsi="Times New Roman" w:cs="Times New Roman"/>
                <w:sz w:val="22"/>
              </w:rPr>
            </w:pPr>
          </w:p>
        </w:tc>
        <w:tc>
          <w:tcPr>
            <w:tcW w:w="757"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1B33A3C" w14:textId="77777777" w:rsidR="00234A4D" w:rsidRPr="00DB6570" w:rsidRDefault="00234A4D" w:rsidP="00D270E1">
            <w:pPr>
              <w:spacing w:after="0" w:line="240" w:lineRule="auto"/>
              <w:jc w:val="center"/>
              <w:rPr>
                <w:rFonts w:ascii="Times New Roman" w:hAnsi="Times New Roman" w:cs="Times New Roman"/>
                <w:sz w:val="22"/>
              </w:rPr>
            </w:pPr>
          </w:p>
        </w:tc>
        <w:tc>
          <w:tcPr>
            <w:tcW w:w="652"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73CDE104" w14:textId="77777777" w:rsidR="00234A4D" w:rsidRPr="00DB6570" w:rsidRDefault="00234A4D" w:rsidP="00D270E1">
            <w:pPr>
              <w:spacing w:after="0" w:line="240" w:lineRule="auto"/>
              <w:jc w:val="center"/>
              <w:rPr>
                <w:rFonts w:ascii="Times New Roman" w:hAnsi="Times New Roman" w:cs="Times New Roman"/>
                <w:sz w:val="22"/>
              </w:rPr>
            </w:pPr>
          </w:p>
        </w:tc>
      </w:tr>
    </w:tbl>
    <w:p w14:paraId="7AF10392" w14:textId="77777777" w:rsidR="0061162A" w:rsidRPr="00DB6570" w:rsidRDefault="0061162A">
      <w:pPr>
        <w:spacing w:after="0"/>
        <w:rPr>
          <w:rFonts w:ascii="Times New Roman" w:hAnsi="Times New Roman" w:cs="Times New Roman"/>
          <w:sz w:val="22"/>
        </w:rPr>
      </w:pPr>
    </w:p>
    <w:p w14:paraId="0B22F373" w14:textId="46C1B544" w:rsidR="0061162A" w:rsidRPr="00DB6570" w:rsidRDefault="00640986">
      <w:pPr>
        <w:pStyle w:val="Heading2"/>
        <w:rPr>
          <w:rFonts w:ascii="Times New Roman" w:hAnsi="Times New Roman" w:cs="Times New Roman"/>
          <w:color w:val="auto"/>
          <w:sz w:val="22"/>
          <w:szCs w:val="22"/>
        </w:rPr>
      </w:pPr>
      <w:bookmarkStart w:id="72" w:name="_Toc237525267"/>
      <w:r w:rsidRPr="00DB6570">
        <w:rPr>
          <w:rFonts w:ascii="Times New Roman" w:hAnsi="Times New Roman" w:cs="Times New Roman"/>
          <w:color w:val="auto"/>
          <w:sz w:val="22"/>
          <w:szCs w:val="22"/>
        </w:rPr>
        <w:t>5</w:t>
      </w:r>
      <w:r w:rsidR="00BE6111" w:rsidRPr="00DB6570">
        <w:rPr>
          <w:rFonts w:ascii="Times New Roman" w:hAnsi="Times New Roman" w:cs="Times New Roman"/>
          <w:color w:val="auto"/>
          <w:sz w:val="22"/>
          <w:szCs w:val="22"/>
        </w:rPr>
        <w:t>.</w:t>
      </w:r>
      <w:r w:rsidR="00187C46" w:rsidRPr="00DB6570">
        <w:rPr>
          <w:rFonts w:ascii="Times New Roman" w:hAnsi="Times New Roman" w:cs="Times New Roman"/>
          <w:color w:val="auto"/>
          <w:sz w:val="22"/>
          <w:szCs w:val="22"/>
        </w:rPr>
        <w:t>9</w:t>
      </w:r>
      <w:r w:rsidR="00BE6111" w:rsidRPr="00DB6570">
        <w:rPr>
          <w:rFonts w:ascii="Times New Roman" w:hAnsi="Times New Roman" w:cs="Times New Roman"/>
          <w:color w:val="auto"/>
          <w:sz w:val="22"/>
          <w:szCs w:val="22"/>
        </w:rPr>
        <w:t xml:space="preserve"> Student Recruitment, Retention, Support and Employment</w:t>
      </w:r>
      <w:bookmarkEnd w:id="72"/>
    </w:p>
    <w:p w14:paraId="56E23C8C" w14:textId="77777777" w:rsidR="0061162A" w:rsidRPr="00DB6570" w:rsidRDefault="00BE6111">
      <w:pPr>
        <w:pStyle w:val="GuidanceText"/>
        <w:keepNext/>
        <w:rPr>
          <w:rFonts w:ascii="Times New Roman" w:hAnsi="Times New Roman" w:cs="Times New Roman"/>
          <w:color w:val="auto"/>
          <w:sz w:val="22"/>
        </w:rPr>
      </w:pPr>
      <w:r w:rsidRPr="00DB6570">
        <w:rPr>
          <w:rFonts w:ascii="Times New Roman" w:hAnsi="Times New Roman" w:cs="Times New Roman"/>
          <w:color w:val="auto"/>
          <w:sz w:val="22"/>
        </w:rPr>
        <w:t>Describe recruitment pathways, affordability and scholarships, regional and female participation, learner support, career guidance, completion, placement, tracer studies, graduate employment and earnings tracking. Explain how employers will participate in selection, mentoring and recruitment.</w:t>
      </w:r>
    </w:p>
    <w:tbl>
      <w:tblPr>
        <w:tblStyle w:val="TableGrid"/>
        <w:tblW w:w="9000" w:type="dxa"/>
        <w:jc w:val="center"/>
        <w:tblLook w:val="04A0" w:firstRow="1" w:lastRow="0" w:firstColumn="1" w:lastColumn="0" w:noHBand="0" w:noVBand="1"/>
      </w:tblPr>
      <w:tblGrid>
        <w:gridCol w:w="9000"/>
      </w:tblGrid>
      <w:tr w:rsidR="0061162A" w:rsidRPr="00DB6570" w14:paraId="52933191" w14:textId="77777777">
        <w:trPr>
          <w:jc w:val="center"/>
        </w:trPr>
        <w:tc>
          <w:tcPr>
            <w:tcW w:w="9866" w:type="dxa"/>
            <w:shd w:val="clear" w:color="auto" w:fill="FAFAFA"/>
            <w:tcMar>
              <w:top w:w="110" w:type="dxa"/>
              <w:left w:w="120" w:type="dxa"/>
              <w:bottom w:w="110" w:type="dxa"/>
              <w:right w:w="120" w:type="dxa"/>
            </w:tcMar>
          </w:tcPr>
          <w:p w14:paraId="7E18E1B9" w14:textId="5B36C114" w:rsidR="0061162A" w:rsidRPr="00DB6570" w:rsidRDefault="00634A29">
            <w:pPr>
              <w:rPr>
                <w:rFonts w:ascii="Times New Roman" w:hAnsi="Times New Roman" w:cs="Times New Roman"/>
                <w:sz w:val="22"/>
              </w:rPr>
            </w:pPr>
            <w:r w:rsidRPr="00634A29">
              <w:rPr>
                <w:rFonts w:ascii="Times New Roman" w:hAnsi="Times New Roman" w:cs="Times New Roman"/>
                <w:i/>
                <w:sz w:val="22"/>
              </w:rPr>
              <w:t>[Applicant response must not exceed 700 words]</w:t>
            </w:r>
          </w:p>
          <w:p w14:paraId="1B9863E8" w14:textId="77777777" w:rsidR="0061162A" w:rsidRPr="00DB6570" w:rsidRDefault="0061162A">
            <w:pPr>
              <w:rPr>
                <w:rFonts w:ascii="Times New Roman" w:hAnsi="Times New Roman" w:cs="Times New Roman"/>
                <w:sz w:val="22"/>
              </w:rPr>
            </w:pPr>
          </w:p>
          <w:p w14:paraId="403D6BC3" w14:textId="77777777" w:rsidR="0061162A" w:rsidRPr="00DB6570" w:rsidRDefault="0061162A">
            <w:pPr>
              <w:rPr>
                <w:rFonts w:ascii="Times New Roman" w:hAnsi="Times New Roman" w:cs="Times New Roman"/>
                <w:sz w:val="22"/>
              </w:rPr>
            </w:pPr>
          </w:p>
          <w:p w14:paraId="0F5BDF53" w14:textId="77777777" w:rsidR="0061162A" w:rsidRPr="00DB6570" w:rsidRDefault="0061162A">
            <w:pPr>
              <w:rPr>
                <w:rFonts w:ascii="Times New Roman" w:hAnsi="Times New Roman" w:cs="Times New Roman"/>
                <w:sz w:val="22"/>
              </w:rPr>
            </w:pPr>
          </w:p>
        </w:tc>
      </w:tr>
    </w:tbl>
    <w:p w14:paraId="73E16D47" w14:textId="77777777" w:rsidR="0061162A" w:rsidRPr="00DB6570" w:rsidRDefault="0061162A">
      <w:pPr>
        <w:spacing w:after="0"/>
        <w:rPr>
          <w:rFonts w:ascii="Times New Roman" w:hAnsi="Times New Roman" w:cs="Times New Roman"/>
          <w:sz w:val="22"/>
        </w:rPr>
      </w:pPr>
    </w:p>
    <w:p w14:paraId="2A2A2253" w14:textId="0BCA9AD1" w:rsidR="0061162A" w:rsidRPr="00DB6570" w:rsidRDefault="00640986">
      <w:pPr>
        <w:pStyle w:val="Heading2"/>
        <w:rPr>
          <w:rFonts w:ascii="Times New Roman" w:hAnsi="Times New Roman" w:cs="Times New Roman"/>
          <w:color w:val="auto"/>
          <w:sz w:val="22"/>
          <w:szCs w:val="22"/>
        </w:rPr>
      </w:pPr>
      <w:bookmarkStart w:id="73" w:name="_Toc237525268"/>
      <w:r w:rsidRPr="00DB6570">
        <w:rPr>
          <w:rFonts w:ascii="Times New Roman" w:hAnsi="Times New Roman" w:cs="Times New Roman"/>
          <w:color w:val="auto"/>
          <w:sz w:val="22"/>
          <w:szCs w:val="22"/>
        </w:rPr>
        <w:t>5</w:t>
      </w:r>
      <w:r w:rsidR="00BE6111" w:rsidRPr="00DB6570">
        <w:rPr>
          <w:rFonts w:ascii="Times New Roman" w:hAnsi="Times New Roman" w:cs="Times New Roman"/>
          <w:color w:val="auto"/>
          <w:sz w:val="22"/>
          <w:szCs w:val="22"/>
        </w:rPr>
        <w:t>.</w:t>
      </w:r>
      <w:r w:rsidRPr="00DB6570">
        <w:rPr>
          <w:rFonts w:ascii="Times New Roman" w:hAnsi="Times New Roman" w:cs="Times New Roman"/>
          <w:color w:val="auto"/>
          <w:sz w:val="22"/>
          <w:szCs w:val="22"/>
        </w:rPr>
        <w:t>1</w:t>
      </w:r>
      <w:r w:rsidR="00187C46" w:rsidRPr="00DB6570">
        <w:rPr>
          <w:rFonts w:ascii="Times New Roman" w:hAnsi="Times New Roman" w:cs="Times New Roman"/>
          <w:color w:val="auto"/>
          <w:sz w:val="22"/>
          <w:szCs w:val="22"/>
        </w:rPr>
        <w:t>0</w:t>
      </w:r>
      <w:r w:rsidR="00BE6111" w:rsidRPr="00DB6570">
        <w:rPr>
          <w:rFonts w:ascii="Times New Roman" w:hAnsi="Times New Roman" w:cs="Times New Roman"/>
          <w:color w:val="auto"/>
          <w:sz w:val="22"/>
          <w:szCs w:val="22"/>
        </w:rPr>
        <w:t xml:space="preserve"> Innovation</w:t>
      </w:r>
      <w:bookmarkEnd w:id="73"/>
      <w:r w:rsidR="004C7FD3">
        <w:rPr>
          <w:rStyle w:val="FootnoteReference"/>
          <w:rFonts w:ascii="Times New Roman" w:hAnsi="Times New Roman" w:cs="Times New Roman"/>
          <w:color w:val="auto"/>
          <w:sz w:val="22"/>
          <w:szCs w:val="22"/>
        </w:rPr>
        <w:footnoteReference w:id="3"/>
      </w:r>
      <w:r w:rsidR="00BE6111" w:rsidRPr="00DB6570">
        <w:rPr>
          <w:rFonts w:ascii="Times New Roman" w:hAnsi="Times New Roman" w:cs="Times New Roman"/>
          <w:color w:val="auto"/>
          <w:sz w:val="22"/>
          <w:szCs w:val="22"/>
        </w:rPr>
        <w:t xml:space="preserve"> </w:t>
      </w:r>
    </w:p>
    <w:p w14:paraId="2D73826D" w14:textId="52055466" w:rsidR="0061162A" w:rsidRPr="00DB6570" w:rsidRDefault="00BE6111">
      <w:pPr>
        <w:pStyle w:val="GuidanceText"/>
        <w:keepNext/>
        <w:rPr>
          <w:rFonts w:ascii="Times New Roman" w:hAnsi="Times New Roman" w:cs="Times New Roman"/>
          <w:color w:val="auto"/>
          <w:sz w:val="22"/>
        </w:rPr>
      </w:pPr>
      <w:r w:rsidRPr="00DB6570">
        <w:rPr>
          <w:rFonts w:ascii="Times New Roman" w:hAnsi="Times New Roman" w:cs="Times New Roman"/>
          <w:color w:val="auto"/>
          <w:sz w:val="22"/>
        </w:rPr>
        <w:t xml:space="preserve">Describe </w:t>
      </w:r>
      <w:r w:rsidR="00C068DA" w:rsidRPr="00DB6570">
        <w:rPr>
          <w:rFonts w:ascii="Times New Roman" w:hAnsi="Times New Roman" w:cs="Times New Roman"/>
          <w:color w:val="auto"/>
          <w:sz w:val="22"/>
        </w:rPr>
        <w:t xml:space="preserve">Innovation activities and </w:t>
      </w:r>
      <w:r w:rsidR="0049101C" w:rsidRPr="00DB6570">
        <w:rPr>
          <w:rFonts w:ascii="Times New Roman" w:hAnsi="Times New Roman" w:cs="Times New Roman"/>
          <w:color w:val="auto"/>
          <w:sz w:val="22"/>
        </w:rPr>
        <w:t>the expected results and impact of these activities</w:t>
      </w:r>
      <w:r w:rsidR="00E92150" w:rsidRPr="00DB6570">
        <w:rPr>
          <w:rFonts w:ascii="Times New Roman" w:hAnsi="Times New Roman" w:cs="Times New Roman"/>
          <w:color w:val="auto"/>
          <w:sz w:val="22"/>
        </w:rPr>
        <w:t xml:space="preserve">. Innovation can </w:t>
      </w:r>
      <w:r w:rsidR="00C42E1D" w:rsidRPr="00DB6570">
        <w:rPr>
          <w:rFonts w:ascii="Times New Roman" w:hAnsi="Times New Roman" w:cs="Times New Roman"/>
          <w:color w:val="auto"/>
          <w:sz w:val="22"/>
        </w:rPr>
        <w:t>apply to</w:t>
      </w:r>
      <w:r w:rsidRPr="00DB6570">
        <w:rPr>
          <w:rFonts w:ascii="Times New Roman" w:hAnsi="Times New Roman" w:cs="Times New Roman"/>
          <w:color w:val="auto"/>
          <w:sz w:val="22"/>
        </w:rPr>
        <w:t xml:space="preserve"> RFTI curricula</w:t>
      </w:r>
      <w:r w:rsidR="00C42E1D" w:rsidRPr="00DB6570">
        <w:rPr>
          <w:rFonts w:ascii="Times New Roman" w:hAnsi="Times New Roman" w:cs="Times New Roman"/>
          <w:color w:val="auto"/>
          <w:sz w:val="22"/>
        </w:rPr>
        <w:t xml:space="preserve"> and program</w:t>
      </w:r>
      <w:r w:rsidR="003D4115" w:rsidRPr="00DB6570">
        <w:rPr>
          <w:rFonts w:ascii="Times New Roman" w:hAnsi="Times New Roman" w:cs="Times New Roman"/>
          <w:color w:val="auto"/>
          <w:sz w:val="22"/>
        </w:rPr>
        <w:t xml:space="preserve"> development</w:t>
      </w:r>
      <w:r w:rsidRPr="00DB6570">
        <w:rPr>
          <w:rFonts w:ascii="Times New Roman" w:hAnsi="Times New Roman" w:cs="Times New Roman"/>
          <w:color w:val="auto"/>
          <w:sz w:val="22"/>
        </w:rPr>
        <w:t xml:space="preserve">, </w:t>
      </w:r>
      <w:r w:rsidR="003D4115" w:rsidRPr="00DB6570">
        <w:rPr>
          <w:rFonts w:ascii="Times New Roman" w:hAnsi="Times New Roman" w:cs="Times New Roman"/>
          <w:color w:val="auto"/>
          <w:sz w:val="22"/>
        </w:rPr>
        <w:t xml:space="preserve">practical training, </w:t>
      </w:r>
      <w:r w:rsidRPr="00DB6570">
        <w:rPr>
          <w:rFonts w:ascii="Times New Roman" w:hAnsi="Times New Roman" w:cs="Times New Roman"/>
          <w:color w:val="auto"/>
          <w:sz w:val="22"/>
        </w:rPr>
        <w:t xml:space="preserve">instructor development, </w:t>
      </w:r>
      <w:r w:rsidR="003D4115" w:rsidRPr="00DB6570">
        <w:rPr>
          <w:rFonts w:ascii="Times New Roman" w:hAnsi="Times New Roman" w:cs="Times New Roman"/>
          <w:color w:val="auto"/>
          <w:sz w:val="22"/>
        </w:rPr>
        <w:t xml:space="preserve">prototype development, </w:t>
      </w:r>
      <w:r w:rsidR="00513C7D" w:rsidRPr="00DB6570">
        <w:rPr>
          <w:rFonts w:ascii="Times New Roman" w:hAnsi="Times New Roman" w:cs="Times New Roman"/>
          <w:color w:val="auto"/>
          <w:sz w:val="22"/>
        </w:rPr>
        <w:t xml:space="preserve">field pilots and validation, </w:t>
      </w:r>
      <w:r w:rsidR="003D4115" w:rsidRPr="00DB6570">
        <w:rPr>
          <w:rFonts w:ascii="Times New Roman" w:hAnsi="Times New Roman" w:cs="Times New Roman"/>
          <w:color w:val="auto"/>
          <w:sz w:val="22"/>
        </w:rPr>
        <w:t xml:space="preserve">process improvements, </w:t>
      </w:r>
      <w:r w:rsidRPr="00DB6570">
        <w:rPr>
          <w:rFonts w:ascii="Times New Roman" w:hAnsi="Times New Roman" w:cs="Times New Roman"/>
          <w:color w:val="auto"/>
          <w:sz w:val="22"/>
        </w:rPr>
        <w:t>services to firms</w:t>
      </w:r>
      <w:r w:rsidR="00513C7D" w:rsidRPr="00DB6570">
        <w:rPr>
          <w:rFonts w:ascii="Times New Roman" w:hAnsi="Times New Roman" w:cs="Times New Roman"/>
          <w:color w:val="auto"/>
          <w:sz w:val="22"/>
        </w:rPr>
        <w:t xml:space="preserve"> </w:t>
      </w:r>
      <w:r w:rsidR="003D4115" w:rsidRPr="00DB6570">
        <w:rPr>
          <w:rFonts w:ascii="Times New Roman" w:hAnsi="Times New Roman" w:cs="Times New Roman"/>
          <w:color w:val="auto"/>
          <w:sz w:val="22"/>
        </w:rPr>
        <w:t>etc</w:t>
      </w:r>
      <w:r w:rsidRPr="00DB6570">
        <w:rPr>
          <w:rFonts w:ascii="Times New Roman" w:hAnsi="Times New Roman" w:cs="Times New Roman"/>
          <w:color w:val="auto"/>
          <w:sz w:val="22"/>
        </w:rPr>
        <w:t xml:space="preserve">. </w:t>
      </w:r>
    </w:p>
    <w:tbl>
      <w:tblPr>
        <w:tblStyle w:val="TableGrid"/>
        <w:tblW w:w="9000" w:type="dxa"/>
        <w:jc w:val="center"/>
        <w:tblLook w:val="04A0" w:firstRow="1" w:lastRow="0" w:firstColumn="1" w:lastColumn="0" w:noHBand="0" w:noVBand="1"/>
      </w:tblPr>
      <w:tblGrid>
        <w:gridCol w:w="9000"/>
      </w:tblGrid>
      <w:tr w:rsidR="0061162A" w:rsidRPr="00DB6570" w14:paraId="159F2570" w14:textId="77777777">
        <w:trPr>
          <w:jc w:val="center"/>
        </w:trPr>
        <w:tc>
          <w:tcPr>
            <w:tcW w:w="9866" w:type="dxa"/>
            <w:shd w:val="clear" w:color="auto" w:fill="FAFAFA"/>
            <w:tcMar>
              <w:top w:w="110" w:type="dxa"/>
              <w:left w:w="120" w:type="dxa"/>
              <w:bottom w:w="110" w:type="dxa"/>
              <w:right w:w="120" w:type="dxa"/>
            </w:tcMar>
          </w:tcPr>
          <w:p w14:paraId="3AFB8649" w14:textId="043B4B31" w:rsidR="0061162A" w:rsidRPr="00DB6570" w:rsidRDefault="004C7FD3">
            <w:pPr>
              <w:rPr>
                <w:rFonts w:ascii="Times New Roman" w:hAnsi="Times New Roman" w:cs="Times New Roman"/>
                <w:sz w:val="22"/>
              </w:rPr>
            </w:pPr>
            <w:r w:rsidRPr="004C7FD3">
              <w:rPr>
                <w:rFonts w:ascii="Times New Roman" w:hAnsi="Times New Roman" w:cs="Times New Roman"/>
                <w:i/>
                <w:sz w:val="22"/>
              </w:rPr>
              <w:t>[Applicant response must not exceed 1000 words.]</w:t>
            </w:r>
          </w:p>
          <w:p w14:paraId="5E5B84B8" w14:textId="77777777" w:rsidR="0061162A" w:rsidRPr="00DB6570" w:rsidRDefault="0061162A">
            <w:pPr>
              <w:rPr>
                <w:rFonts w:ascii="Times New Roman" w:hAnsi="Times New Roman" w:cs="Times New Roman"/>
                <w:sz w:val="22"/>
              </w:rPr>
            </w:pPr>
          </w:p>
          <w:p w14:paraId="77FF7DC0" w14:textId="77777777" w:rsidR="0061162A" w:rsidRPr="00DB6570" w:rsidRDefault="0061162A">
            <w:pPr>
              <w:rPr>
                <w:rFonts w:ascii="Times New Roman" w:hAnsi="Times New Roman" w:cs="Times New Roman"/>
                <w:sz w:val="22"/>
              </w:rPr>
            </w:pPr>
          </w:p>
          <w:p w14:paraId="1F883912" w14:textId="77777777" w:rsidR="0061162A" w:rsidRPr="00DB6570" w:rsidRDefault="0061162A">
            <w:pPr>
              <w:rPr>
                <w:rFonts w:ascii="Times New Roman" w:hAnsi="Times New Roman" w:cs="Times New Roman"/>
                <w:sz w:val="22"/>
              </w:rPr>
            </w:pPr>
          </w:p>
          <w:p w14:paraId="48022701" w14:textId="77777777" w:rsidR="0061162A" w:rsidRPr="00DB6570" w:rsidRDefault="0061162A">
            <w:pPr>
              <w:rPr>
                <w:rFonts w:ascii="Times New Roman" w:hAnsi="Times New Roman" w:cs="Times New Roman"/>
                <w:sz w:val="22"/>
              </w:rPr>
            </w:pPr>
          </w:p>
        </w:tc>
      </w:tr>
    </w:tbl>
    <w:p w14:paraId="156BE586" w14:textId="77777777" w:rsidR="0061162A" w:rsidRPr="00DB6570" w:rsidRDefault="0061162A">
      <w:pPr>
        <w:spacing w:after="0"/>
        <w:rPr>
          <w:rFonts w:ascii="Times New Roman" w:hAnsi="Times New Roman" w:cs="Times New Roman"/>
          <w:sz w:val="22"/>
        </w:rPr>
      </w:pPr>
    </w:p>
    <w:p w14:paraId="6751031E" w14:textId="77777777" w:rsidR="0061162A" w:rsidRPr="00DB6570" w:rsidRDefault="00BE6111">
      <w:pPr>
        <w:spacing w:after="0" w:line="20" w:lineRule="exact"/>
        <w:rPr>
          <w:rFonts w:ascii="Times New Roman" w:hAnsi="Times New Roman" w:cs="Times New Roman"/>
          <w:sz w:val="22"/>
        </w:rPr>
        <w:sectPr w:rsidR="0061162A" w:rsidRPr="00DB6570" w:rsidSect="008A5E32">
          <w:pgSz w:w="11906" w:h="16838"/>
          <w:pgMar w:top="964" w:right="1020" w:bottom="907" w:left="1020" w:header="454" w:footer="454" w:gutter="0"/>
          <w:cols w:space="720"/>
          <w:docGrid w:linePitch="360"/>
        </w:sectPr>
      </w:pPr>
      <w:r w:rsidRPr="00DB6570">
        <w:rPr>
          <w:rFonts w:ascii="Times New Roman" w:hAnsi="Times New Roman" w:cs="Times New Roman"/>
          <w:vanish/>
          <w:sz w:val="22"/>
        </w:rPr>
        <w:t xml:space="preserve"> </w:t>
      </w:r>
    </w:p>
    <w:p w14:paraId="29F19401" w14:textId="31839ECD" w:rsidR="0061162A" w:rsidRPr="00DB6570" w:rsidRDefault="0061162A">
      <w:pPr>
        <w:pStyle w:val="Heading3"/>
        <w:rPr>
          <w:rFonts w:ascii="Times New Roman" w:hAnsi="Times New Roman" w:cs="Times New Roman"/>
          <w:color w:val="auto"/>
          <w:sz w:val="22"/>
        </w:rPr>
      </w:pPr>
    </w:p>
    <w:tbl>
      <w:tblPr>
        <w:tblStyle w:val="TableGrid"/>
        <w:tblW w:w="15354" w:type="dxa"/>
        <w:jc w:val="center"/>
        <w:tblLook w:val="04A0" w:firstRow="1" w:lastRow="0" w:firstColumn="1" w:lastColumn="0" w:noHBand="0" w:noVBand="1"/>
      </w:tblPr>
      <w:tblGrid>
        <w:gridCol w:w="2176"/>
        <w:gridCol w:w="2215"/>
        <w:gridCol w:w="2190"/>
        <w:gridCol w:w="2190"/>
        <w:gridCol w:w="2184"/>
        <w:gridCol w:w="2235"/>
        <w:gridCol w:w="2164"/>
      </w:tblGrid>
      <w:tr w:rsidR="0097605B" w:rsidRPr="00DB6570" w14:paraId="47A30395" w14:textId="77777777" w:rsidTr="0021427D">
        <w:trPr>
          <w:tblHeader/>
          <w:jc w:val="center"/>
        </w:trPr>
        <w:tc>
          <w:tcPr>
            <w:tcW w:w="2176" w:type="dxa"/>
            <w:tcMar>
              <w:top w:w="70" w:type="dxa"/>
              <w:left w:w="70" w:type="dxa"/>
              <w:bottom w:w="70" w:type="dxa"/>
              <w:right w:w="70" w:type="dxa"/>
            </w:tcMar>
          </w:tcPr>
          <w:p w14:paraId="33C7B8BD" w14:textId="77777777" w:rsidR="0097605B" w:rsidRPr="00DB6570" w:rsidRDefault="0097605B">
            <w:pPr>
              <w:rPr>
                <w:rFonts w:ascii="Times New Roman" w:hAnsi="Times New Roman" w:cs="Times New Roman"/>
                <w:sz w:val="22"/>
              </w:rPr>
            </w:pPr>
            <w:r w:rsidRPr="00DB6570">
              <w:rPr>
                <w:rFonts w:ascii="Times New Roman" w:hAnsi="Times New Roman" w:cs="Times New Roman"/>
                <w:b/>
                <w:sz w:val="22"/>
              </w:rPr>
              <w:t>ACE research / technical output</w:t>
            </w:r>
          </w:p>
        </w:tc>
        <w:tc>
          <w:tcPr>
            <w:tcW w:w="2215" w:type="dxa"/>
            <w:tcMar>
              <w:top w:w="70" w:type="dxa"/>
              <w:left w:w="70" w:type="dxa"/>
              <w:bottom w:w="70" w:type="dxa"/>
              <w:right w:w="70" w:type="dxa"/>
            </w:tcMar>
          </w:tcPr>
          <w:p w14:paraId="1007045A" w14:textId="77777777" w:rsidR="0097605B" w:rsidRPr="00DB6570" w:rsidRDefault="0097605B">
            <w:pPr>
              <w:rPr>
                <w:rFonts w:ascii="Times New Roman" w:hAnsi="Times New Roman" w:cs="Times New Roman"/>
                <w:sz w:val="22"/>
              </w:rPr>
            </w:pPr>
            <w:r w:rsidRPr="00DB6570">
              <w:rPr>
                <w:rFonts w:ascii="Times New Roman" w:hAnsi="Times New Roman" w:cs="Times New Roman"/>
                <w:b/>
                <w:sz w:val="22"/>
              </w:rPr>
              <w:t>RFTI program or workshop application</w:t>
            </w:r>
          </w:p>
        </w:tc>
        <w:tc>
          <w:tcPr>
            <w:tcW w:w="2190" w:type="dxa"/>
            <w:tcMar>
              <w:top w:w="70" w:type="dxa"/>
              <w:left w:w="70" w:type="dxa"/>
              <w:bottom w:w="70" w:type="dxa"/>
              <w:right w:w="70" w:type="dxa"/>
            </w:tcMar>
          </w:tcPr>
          <w:p w14:paraId="783EB46D" w14:textId="77777777" w:rsidR="0097605B" w:rsidRPr="00DB6570" w:rsidRDefault="0097605B">
            <w:pPr>
              <w:rPr>
                <w:rFonts w:ascii="Times New Roman" w:hAnsi="Times New Roman" w:cs="Times New Roman"/>
                <w:sz w:val="22"/>
              </w:rPr>
            </w:pPr>
            <w:r w:rsidRPr="00DB6570">
              <w:rPr>
                <w:rFonts w:ascii="Times New Roman" w:hAnsi="Times New Roman" w:cs="Times New Roman"/>
                <w:b/>
                <w:sz w:val="22"/>
              </w:rPr>
              <w:t>Instructor / student role</w:t>
            </w:r>
          </w:p>
        </w:tc>
        <w:tc>
          <w:tcPr>
            <w:tcW w:w="2190" w:type="dxa"/>
            <w:tcMar>
              <w:top w:w="70" w:type="dxa"/>
              <w:left w:w="70" w:type="dxa"/>
              <w:bottom w:w="70" w:type="dxa"/>
              <w:right w:w="70" w:type="dxa"/>
            </w:tcMar>
          </w:tcPr>
          <w:p w14:paraId="189CC198" w14:textId="77777777" w:rsidR="0097605B" w:rsidRPr="00DB6570" w:rsidRDefault="0097605B">
            <w:pPr>
              <w:rPr>
                <w:rFonts w:ascii="Times New Roman" w:hAnsi="Times New Roman" w:cs="Times New Roman"/>
                <w:sz w:val="22"/>
              </w:rPr>
            </w:pPr>
            <w:r w:rsidRPr="00DB6570">
              <w:rPr>
                <w:rFonts w:ascii="Times New Roman" w:hAnsi="Times New Roman" w:cs="Times New Roman"/>
                <w:b/>
                <w:sz w:val="22"/>
              </w:rPr>
              <w:t>Firm / field validation</w:t>
            </w:r>
          </w:p>
        </w:tc>
        <w:tc>
          <w:tcPr>
            <w:tcW w:w="2184" w:type="dxa"/>
          </w:tcPr>
          <w:p w14:paraId="6CAAD730" w14:textId="198A1799" w:rsidR="0097605B" w:rsidRPr="00DB6570" w:rsidRDefault="0097605B">
            <w:pPr>
              <w:rPr>
                <w:rFonts w:ascii="Times New Roman" w:hAnsi="Times New Roman" w:cs="Times New Roman"/>
                <w:b/>
                <w:sz w:val="22"/>
              </w:rPr>
            </w:pPr>
            <w:r w:rsidRPr="00DB6570">
              <w:rPr>
                <w:rFonts w:ascii="Times New Roman" w:hAnsi="Times New Roman" w:cs="Times New Roman"/>
                <w:b/>
                <w:sz w:val="22"/>
              </w:rPr>
              <w:t>Employer/Industry’s role</w:t>
            </w:r>
          </w:p>
        </w:tc>
        <w:tc>
          <w:tcPr>
            <w:tcW w:w="2235" w:type="dxa"/>
            <w:tcMar>
              <w:top w:w="70" w:type="dxa"/>
              <w:left w:w="70" w:type="dxa"/>
              <w:bottom w:w="70" w:type="dxa"/>
              <w:right w:w="70" w:type="dxa"/>
            </w:tcMar>
          </w:tcPr>
          <w:p w14:paraId="50BBB1C5" w14:textId="1F431C8C" w:rsidR="0097605B" w:rsidRPr="00DB6570" w:rsidRDefault="0097605B">
            <w:pPr>
              <w:rPr>
                <w:rFonts w:ascii="Times New Roman" w:hAnsi="Times New Roman" w:cs="Times New Roman"/>
                <w:sz w:val="22"/>
              </w:rPr>
            </w:pPr>
            <w:r w:rsidRPr="00DB6570">
              <w:rPr>
                <w:rFonts w:ascii="Times New Roman" w:hAnsi="Times New Roman" w:cs="Times New Roman"/>
                <w:b/>
                <w:sz w:val="22"/>
              </w:rPr>
              <w:t>Expected workforce or productivity result</w:t>
            </w:r>
          </w:p>
        </w:tc>
        <w:tc>
          <w:tcPr>
            <w:tcW w:w="2164" w:type="dxa"/>
            <w:tcMar>
              <w:top w:w="70" w:type="dxa"/>
              <w:left w:w="70" w:type="dxa"/>
              <w:bottom w:w="70" w:type="dxa"/>
              <w:right w:w="70" w:type="dxa"/>
            </w:tcMar>
          </w:tcPr>
          <w:p w14:paraId="4B9FAC55" w14:textId="77777777" w:rsidR="0097605B" w:rsidRPr="00DB6570" w:rsidRDefault="0097605B">
            <w:pPr>
              <w:rPr>
                <w:rFonts w:ascii="Times New Roman" w:hAnsi="Times New Roman" w:cs="Times New Roman"/>
                <w:sz w:val="22"/>
              </w:rPr>
            </w:pPr>
            <w:r w:rsidRPr="00DB6570">
              <w:rPr>
                <w:rFonts w:ascii="Times New Roman" w:hAnsi="Times New Roman" w:cs="Times New Roman"/>
                <w:b/>
                <w:sz w:val="22"/>
              </w:rPr>
              <w:t>Timeline</w:t>
            </w:r>
          </w:p>
        </w:tc>
      </w:tr>
      <w:tr w:rsidR="0097605B" w:rsidRPr="00DB6570" w14:paraId="26B90C09" w14:textId="77777777" w:rsidTr="005E44DD">
        <w:trPr>
          <w:cantSplit/>
          <w:jc w:val="center"/>
        </w:trPr>
        <w:tc>
          <w:tcPr>
            <w:tcW w:w="2176" w:type="dxa"/>
            <w:tcMar>
              <w:top w:w="70" w:type="dxa"/>
              <w:left w:w="70" w:type="dxa"/>
              <w:bottom w:w="70" w:type="dxa"/>
              <w:right w:w="70" w:type="dxa"/>
            </w:tcMar>
          </w:tcPr>
          <w:p w14:paraId="53CD48A3" w14:textId="216FFED5" w:rsidR="0097605B" w:rsidRPr="00DB6570" w:rsidRDefault="0097605B">
            <w:pPr>
              <w:pStyle w:val="ResponsePlaceholder"/>
              <w:rPr>
                <w:rFonts w:ascii="Times New Roman" w:hAnsi="Times New Roman" w:cs="Times New Roman"/>
                <w:color w:val="auto"/>
                <w:sz w:val="22"/>
              </w:rPr>
            </w:pPr>
          </w:p>
        </w:tc>
        <w:tc>
          <w:tcPr>
            <w:tcW w:w="2215" w:type="dxa"/>
            <w:tcMar>
              <w:top w:w="70" w:type="dxa"/>
              <w:left w:w="70" w:type="dxa"/>
              <w:bottom w:w="70" w:type="dxa"/>
              <w:right w:w="70" w:type="dxa"/>
            </w:tcMar>
          </w:tcPr>
          <w:p w14:paraId="0568896F" w14:textId="608FFB7B" w:rsidR="0097605B" w:rsidRPr="00DB6570" w:rsidRDefault="0097605B">
            <w:pPr>
              <w:pStyle w:val="ResponsePlaceholder"/>
              <w:rPr>
                <w:rFonts w:ascii="Times New Roman" w:hAnsi="Times New Roman" w:cs="Times New Roman"/>
                <w:color w:val="auto"/>
                <w:sz w:val="22"/>
              </w:rPr>
            </w:pPr>
          </w:p>
        </w:tc>
        <w:tc>
          <w:tcPr>
            <w:tcW w:w="2190" w:type="dxa"/>
            <w:tcMar>
              <w:top w:w="70" w:type="dxa"/>
              <w:left w:w="70" w:type="dxa"/>
              <w:bottom w:w="70" w:type="dxa"/>
              <w:right w:w="70" w:type="dxa"/>
            </w:tcMar>
          </w:tcPr>
          <w:p w14:paraId="166D103D" w14:textId="0EAF902D" w:rsidR="0097605B" w:rsidRPr="00DB6570" w:rsidRDefault="0097605B">
            <w:pPr>
              <w:pStyle w:val="ResponsePlaceholder"/>
              <w:rPr>
                <w:rFonts w:ascii="Times New Roman" w:hAnsi="Times New Roman" w:cs="Times New Roman"/>
                <w:color w:val="auto"/>
                <w:sz w:val="22"/>
              </w:rPr>
            </w:pPr>
          </w:p>
        </w:tc>
        <w:tc>
          <w:tcPr>
            <w:tcW w:w="2190" w:type="dxa"/>
            <w:tcMar>
              <w:top w:w="70" w:type="dxa"/>
              <w:left w:w="70" w:type="dxa"/>
              <w:bottom w:w="70" w:type="dxa"/>
              <w:right w:w="70" w:type="dxa"/>
            </w:tcMar>
          </w:tcPr>
          <w:p w14:paraId="7114AE60" w14:textId="003AD6CF" w:rsidR="0097605B" w:rsidRPr="00DB6570" w:rsidRDefault="0097605B">
            <w:pPr>
              <w:pStyle w:val="ResponsePlaceholder"/>
              <w:rPr>
                <w:rFonts w:ascii="Times New Roman" w:hAnsi="Times New Roman" w:cs="Times New Roman"/>
                <w:color w:val="auto"/>
                <w:sz w:val="22"/>
              </w:rPr>
            </w:pPr>
          </w:p>
        </w:tc>
        <w:tc>
          <w:tcPr>
            <w:tcW w:w="2184" w:type="dxa"/>
          </w:tcPr>
          <w:p w14:paraId="0508B349" w14:textId="77777777" w:rsidR="0097605B" w:rsidRPr="00DB6570" w:rsidRDefault="0097605B">
            <w:pPr>
              <w:pStyle w:val="ResponsePlaceholder"/>
              <w:rPr>
                <w:rFonts w:ascii="Times New Roman" w:hAnsi="Times New Roman" w:cs="Times New Roman"/>
                <w:color w:val="auto"/>
                <w:sz w:val="22"/>
              </w:rPr>
            </w:pPr>
          </w:p>
        </w:tc>
        <w:tc>
          <w:tcPr>
            <w:tcW w:w="2235" w:type="dxa"/>
            <w:tcMar>
              <w:top w:w="70" w:type="dxa"/>
              <w:left w:w="70" w:type="dxa"/>
              <w:bottom w:w="70" w:type="dxa"/>
              <w:right w:w="70" w:type="dxa"/>
            </w:tcMar>
          </w:tcPr>
          <w:p w14:paraId="41729E3F" w14:textId="6C4F691C" w:rsidR="0097605B" w:rsidRPr="00DB6570" w:rsidRDefault="0097605B">
            <w:pPr>
              <w:pStyle w:val="ResponsePlaceholder"/>
              <w:rPr>
                <w:rFonts w:ascii="Times New Roman" w:hAnsi="Times New Roman" w:cs="Times New Roman"/>
                <w:color w:val="auto"/>
                <w:sz w:val="22"/>
              </w:rPr>
            </w:pPr>
          </w:p>
        </w:tc>
        <w:tc>
          <w:tcPr>
            <w:tcW w:w="2164" w:type="dxa"/>
            <w:tcMar>
              <w:top w:w="70" w:type="dxa"/>
              <w:left w:w="70" w:type="dxa"/>
              <w:bottom w:w="70" w:type="dxa"/>
              <w:right w:w="70" w:type="dxa"/>
            </w:tcMar>
          </w:tcPr>
          <w:p w14:paraId="652DBD03" w14:textId="3D8053EE" w:rsidR="0097605B" w:rsidRPr="00DB6570" w:rsidRDefault="0097605B">
            <w:pPr>
              <w:pStyle w:val="ResponsePlaceholder"/>
              <w:rPr>
                <w:rFonts w:ascii="Times New Roman" w:hAnsi="Times New Roman" w:cs="Times New Roman"/>
                <w:color w:val="auto"/>
                <w:sz w:val="22"/>
              </w:rPr>
            </w:pPr>
          </w:p>
        </w:tc>
      </w:tr>
      <w:tr w:rsidR="0097605B" w:rsidRPr="00DB6570" w14:paraId="63E07B40" w14:textId="77777777" w:rsidTr="005E44DD">
        <w:trPr>
          <w:cantSplit/>
          <w:jc w:val="center"/>
        </w:trPr>
        <w:tc>
          <w:tcPr>
            <w:tcW w:w="2176" w:type="dxa"/>
            <w:tcMar>
              <w:top w:w="70" w:type="dxa"/>
              <w:left w:w="70" w:type="dxa"/>
              <w:bottom w:w="70" w:type="dxa"/>
              <w:right w:w="70" w:type="dxa"/>
            </w:tcMar>
          </w:tcPr>
          <w:p w14:paraId="240F76FC" w14:textId="7F20A3F4" w:rsidR="0097605B" w:rsidRPr="00DB6570" w:rsidRDefault="0097605B">
            <w:pPr>
              <w:pStyle w:val="ResponsePlaceholder"/>
              <w:rPr>
                <w:rFonts w:ascii="Times New Roman" w:hAnsi="Times New Roman" w:cs="Times New Roman"/>
                <w:color w:val="auto"/>
                <w:sz w:val="22"/>
              </w:rPr>
            </w:pPr>
          </w:p>
        </w:tc>
        <w:tc>
          <w:tcPr>
            <w:tcW w:w="2215" w:type="dxa"/>
            <w:tcMar>
              <w:top w:w="70" w:type="dxa"/>
              <w:left w:w="70" w:type="dxa"/>
              <w:bottom w:w="70" w:type="dxa"/>
              <w:right w:w="70" w:type="dxa"/>
            </w:tcMar>
          </w:tcPr>
          <w:p w14:paraId="0054607E" w14:textId="223EC752" w:rsidR="0097605B" w:rsidRPr="00DB6570" w:rsidRDefault="0097605B">
            <w:pPr>
              <w:pStyle w:val="ResponsePlaceholder"/>
              <w:rPr>
                <w:rFonts w:ascii="Times New Roman" w:hAnsi="Times New Roman" w:cs="Times New Roman"/>
                <w:color w:val="auto"/>
                <w:sz w:val="22"/>
              </w:rPr>
            </w:pPr>
          </w:p>
        </w:tc>
        <w:tc>
          <w:tcPr>
            <w:tcW w:w="2190" w:type="dxa"/>
            <w:tcMar>
              <w:top w:w="70" w:type="dxa"/>
              <w:left w:w="70" w:type="dxa"/>
              <w:bottom w:w="70" w:type="dxa"/>
              <w:right w:w="70" w:type="dxa"/>
            </w:tcMar>
          </w:tcPr>
          <w:p w14:paraId="40066511" w14:textId="5D715C0B" w:rsidR="0097605B" w:rsidRPr="00DB6570" w:rsidRDefault="0097605B">
            <w:pPr>
              <w:pStyle w:val="ResponsePlaceholder"/>
              <w:rPr>
                <w:rFonts w:ascii="Times New Roman" w:hAnsi="Times New Roman" w:cs="Times New Roman"/>
                <w:color w:val="auto"/>
                <w:sz w:val="22"/>
              </w:rPr>
            </w:pPr>
          </w:p>
        </w:tc>
        <w:tc>
          <w:tcPr>
            <w:tcW w:w="2190" w:type="dxa"/>
            <w:tcMar>
              <w:top w:w="70" w:type="dxa"/>
              <w:left w:w="70" w:type="dxa"/>
              <w:bottom w:w="70" w:type="dxa"/>
              <w:right w:w="70" w:type="dxa"/>
            </w:tcMar>
          </w:tcPr>
          <w:p w14:paraId="506005DB" w14:textId="60E5083B" w:rsidR="0097605B" w:rsidRPr="00DB6570" w:rsidRDefault="0097605B">
            <w:pPr>
              <w:pStyle w:val="ResponsePlaceholder"/>
              <w:rPr>
                <w:rFonts w:ascii="Times New Roman" w:hAnsi="Times New Roman" w:cs="Times New Roman"/>
                <w:color w:val="auto"/>
                <w:sz w:val="22"/>
              </w:rPr>
            </w:pPr>
          </w:p>
        </w:tc>
        <w:tc>
          <w:tcPr>
            <w:tcW w:w="2184" w:type="dxa"/>
          </w:tcPr>
          <w:p w14:paraId="08C533E9" w14:textId="77777777" w:rsidR="0097605B" w:rsidRPr="00DB6570" w:rsidRDefault="0097605B">
            <w:pPr>
              <w:pStyle w:val="ResponsePlaceholder"/>
              <w:rPr>
                <w:rFonts w:ascii="Times New Roman" w:hAnsi="Times New Roman" w:cs="Times New Roman"/>
                <w:color w:val="auto"/>
                <w:sz w:val="22"/>
              </w:rPr>
            </w:pPr>
          </w:p>
        </w:tc>
        <w:tc>
          <w:tcPr>
            <w:tcW w:w="2235" w:type="dxa"/>
            <w:tcMar>
              <w:top w:w="70" w:type="dxa"/>
              <w:left w:w="70" w:type="dxa"/>
              <w:bottom w:w="70" w:type="dxa"/>
              <w:right w:w="70" w:type="dxa"/>
            </w:tcMar>
          </w:tcPr>
          <w:p w14:paraId="0ECD9221" w14:textId="4D79B166" w:rsidR="0097605B" w:rsidRPr="00DB6570" w:rsidRDefault="0097605B">
            <w:pPr>
              <w:pStyle w:val="ResponsePlaceholder"/>
              <w:rPr>
                <w:rFonts w:ascii="Times New Roman" w:hAnsi="Times New Roman" w:cs="Times New Roman"/>
                <w:color w:val="auto"/>
                <w:sz w:val="22"/>
              </w:rPr>
            </w:pPr>
          </w:p>
        </w:tc>
        <w:tc>
          <w:tcPr>
            <w:tcW w:w="2164" w:type="dxa"/>
            <w:tcMar>
              <w:top w:w="70" w:type="dxa"/>
              <w:left w:w="70" w:type="dxa"/>
              <w:bottom w:w="70" w:type="dxa"/>
              <w:right w:w="70" w:type="dxa"/>
            </w:tcMar>
          </w:tcPr>
          <w:p w14:paraId="7F6BC138" w14:textId="50977A75" w:rsidR="0097605B" w:rsidRPr="00DB6570" w:rsidRDefault="0097605B">
            <w:pPr>
              <w:pStyle w:val="ResponsePlaceholder"/>
              <w:rPr>
                <w:rFonts w:ascii="Times New Roman" w:hAnsi="Times New Roman" w:cs="Times New Roman"/>
                <w:color w:val="auto"/>
                <w:sz w:val="22"/>
              </w:rPr>
            </w:pPr>
          </w:p>
        </w:tc>
      </w:tr>
      <w:tr w:rsidR="0097605B" w:rsidRPr="00DB6570" w14:paraId="5F47E460" w14:textId="77777777" w:rsidTr="005E44DD">
        <w:trPr>
          <w:cantSplit/>
          <w:jc w:val="center"/>
        </w:trPr>
        <w:tc>
          <w:tcPr>
            <w:tcW w:w="2176" w:type="dxa"/>
            <w:tcMar>
              <w:top w:w="70" w:type="dxa"/>
              <w:left w:w="70" w:type="dxa"/>
              <w:bottom w:w="70" w:type="dxa"/>
              <w:right w:w="70" w:type="dxa"/>
            </w:tcMar>
          </w:tcPr>
          <w:p w14:paraId="35E53478" w14:textId="5E41C3A0" w:rsidR="0097605B" w:rsidRPr="00DB6570" w:rsidRDefault="0097605B">
            <w:pPr>
              <w:pStyle w:val="ResponsePlaceholder"/>
              <w:rPr>
                <w:rFonts w:ascii="Times New Roman" w:hAnsi="Times New Roman" w:cs="Times New Roman"/>
                <w:color w:val="auto"/>
                <w:sz w:val="22"/>
              </w:rPr>
            </w:pPr>
          </w:p>
        </w:tc>
        <w:tc>
          <w:tcPr>
            <w:tcW w:w="2215" w:type="dxa"/>
            <w:tcMar>
              <w:top w:w="70" w:type="dxa"/>
              <w:left w:w="70" w:type="dxa"/>
              <w:bottom w:w="70" w:type="dxa"/>
              <w:right w:w="70" w:type="dxa"/>
            </w:tcMar>
          </w:tcPr>
          <w:p w14:paraId="351AC0DA" w14:textId="1BFACB43" w:rsidR="0097605B" w:rsidRPr="00DB6570" w:rsidRDefault="0097605B">
            <w:pPr>
              <w:pStyle w:val="ResponsePlaceholder"/>
              <w:rPr>
                <w:rFonts w:ascii="Times New Roman" w:hAnsi="Times New Roman" w:cs="Times New Roman"/>
                <w:color w:val="auto"/>
                <w:sz w:val="22"/>
              </w:rPr>
            </w:pPr>
          </w:p>
        </w:tc>
        <w:tc>
          <w:tcPr>
            <w:tcW w:w="2190" w:type="dxa"/>
            <w:tcMar>
              <w:top w:w="70" w:type="dxa"/>
              <w:left w:w="70" w:type="dxa"/>
              <w:bottom w:w="70" w:type="dxa"/>
              <w:right w:w="70" w:type="dxa"/>
            </w:tcMar>
          </w:tcPr>
          <w:p w14:paraId="5E653C31" w14:textId="7F547FA9" w:rsidR="0097605B" w:rsidRPr="00DB6570" w:rsidRDefault="0097605B">
            <w:pPr>
              <w:pStyle w:val="ResponsePlaceholder"/>
              <w:rPr>
                <w:rFonts w:ascii="Times New Roman" w:hAnsi="Times New Roman" w:cs="Times New Roman"/>
                <w:color w:val="auto"/>
                <w:sz w:val="22"/>
              </w:rPr>
            </w:pPr>
          </w:p>
        </w:tc>
        <w:tc>
          <w:tcPr>
            <w:tcW w:w="2190" w:type="dxa"/>
            <w:tcMar>
              <w:top w:w="70" w:type="dxa"/>
              <w:left w:w="70" w:type="dxa"/>
              <w:bottom w:w="70" w:type="dxa"/>
              <w:right w:w="70" w:type="dxa"/>
            </w:tcMar>
          </w:tcPr>
          <w:p w14:paraId="6CC30B33" w14:textId="67B26AAE" w:rsidR="0097605B" w:rsidRPr="00DB6570" w:rsidRDefault="0097605B">
            <w:pPr>
              <w:pStyle w:val="ResponsePlaceholder"/>
              <w:rPr>
                <w:rFonts w:ascii="Times New Roman" w:hAnsi="Times New Roman" w:cs="Times New Roman"/>
                <w:color w:val="auto"/>
                <w:sz w:val="22"/>
              </w:rPr>
            </w:pPr>
          </w:p>
        </w:tc>
        <w:tc>
          <w:tcPr>
            <w:tcW w:w="2184" w:type="dxa"/>
          </w:tcPr>
          <w:p w14:paraId="6E4DF7C9" w14:textId="77777777" w:rsidR="0097605B" w:rsidRPr="00DB6570" w:rsidRDefault="0097605B">
            <w:pPr>
              <w:pStyle w:val="ResponsePlaceholder"/>
              <w:rPr>
                <w:rFonts w:ascii="Times New Roman" w:hAnsi="Times New Roman" w:cs="Times New Roman"/>
                <w:color w:val="auto"/>
                <w:sz w:val="22"/>
              </w:rPr>
            </w:pPr>
          </w:p>
        </w:tc>
        <w:tc>
          <w:tcPr>
            <w:tcW w:w="2235" w:type="dxa"/>
            <w:tcMar>
              <w:top w:w="70" w:type="dxa"/>
              <w:left w:w="70" w:type="dxa"/>
              <w:bottom w:w="70" w:type="dxa"/>
              <w:right w:w="70" w:type="dxa"/>
            </w:tcMar>
          </w:tcPr>
          <w:p w14:paraId="119196D8" w14:textId="42B391D1" w:rsidR="0097605B" w:rsidRPr="00DB6570" w:rsidRDefault="0097605B">
            <w:pPr>
              <w:pStyle w:val="ResponsePlaceholder"/>
              <w:rPr>
                <w:rFonts w:ascii="Times New Roman" w:hAnsi="Times New Roman" w:cs="Times New Roman"/>
                <w:color w:val="auto"/>
                <w:sz w:val="22"/>
              </w:rPr>
            </w:pPr>
          </w:p>
        </w:tc>
        <w:tc>
          <w:tcPr>
            <w:tcW w:w="2164" w:type="dxa"/>
            <w:tcMar>
              <w:top w:w="70" w:type="dxa"/>
              <w:left w:w="70" w:type="dxa"/>
              <w:bottom w:w="70" w:type="dxa"/>
              <w:right w:w="70" w:type="dxa"/>
            </w:tcMar>
          </w:tcPr>
          <w:p w14:paraId="1954A4ED" w14:textId="7DEDDB62" w:rsidR="0097605B" w:rsidRPr="00DB6570" w:rsidRDefault="0097605B">
            <w:pPr>
              <w:pStyle w:val="ResponsePlaceholder"/>
              <w:rPr>
                <w:rFonts w:ascii="Times New Roman" w:hAnsi="Times New Roman" w:cs="Times New Roman"/>
                <w:color w:val="auto"/>
                <w:sz w:val="22"/>
              </w:rPr>
            </w:pPr>
          </w:p>
        </w:tc>
      </w:tr>
    </w:tbl>
    <w:p w14:paraId="6EB2EC00" w14:textId="77777777" w:rsidR="0061162A" w:rsidRPr="00DB6570" w:rsidRDefault="0061162A">
      <w:pPr>
        <w:spacing w:after="0"/>
        <w:rPr>
          <w:rFonts w:ascii="Times New Roman" w:hAnsi="Times New Roman" w:cs="Times New Roman"/>
          <w:sz w:val="22"/>
        </w:rPr>
      </w:pPr>
    </w:p>
    <w:p w14:paraId="48C7AAF7" w14:textId="77B1DC50" w:rsidR="0097605B" w:rsidRPr="00DB6570" w:rsidRDefault="00640986" w:rsidP="005E44DD">
      <w:pPr>
        <w:pStyle w:val="Heading2"/>
        <w:rPr>
          <w:rFonts w:ascii="Times New Roman" w:hAnsi="Times New Roman" w:cs="Times New Roman"/>
          <w:color w:val="auto"/>
          <w:sz w:val="22"/>
          <w:szCs w:val="22"/>
        </w:rPr>
      </w:pPr>
      <w:bookmarkStart w:id="74" w:name="_Toc237525269"/>
      <w:r w:rsidRPr="00DB6570">
        <w:rPr>
          <w:rFonts w:ascii="Times New Roman" w:hAnsi="Times New Roman" w:cs="Times New Roman"/>
          <w:color w:val="auto"/>
          <w:sz w:val="22"/>
          <w:szCs w:val="22"/>
        </w:rPr>
        <w:t>5.1</w:t>
      </w:r>
      <w:r w:rsidR="00187C46" w:rsidRPr="00DB6570">
        <w:rPr>
          <w:rFonts w:ascii="Times New Roman" w:hAnsi="Times New Roman" w:cs="Times New Roman"/>
          <w:color w:val="auto"/>
          <w:sz w:val="22"/>
          <w:szCs w:val="22"/>
        </w:rPr>
        <w:t>1</w:t>
      </w:r>
      <w:r w:rsidRPr="00DB6570">
        <w:rPr>
          <w:rFonts w:ascii="Times New Roman" w:hAnsi="Times New Roman" w:cs="Times New Roman"/>
          <w:color w:val="auto"/>
          <w:sz w:val="22"/>
          <w:szCs w:val="22"/>
        </w:rPr>
        <w:t xml:space="preserve"> </w:t>
      </w:r>
      <w:r w:rsidR="0097605B" w:rsidRPr="00DB6570">
        <w:rPr>
          <w:rFonts w:ascii="Times New Roman" w:hAnsi="Times New Roman" w:cs="Times New Roman"/>
          <w:color w:val="auto"/>
          <w:sz w:val="22"/>
          <w:szCs w:val="22"/>
        </w:rPr>
        <w:t>Artificial Intelligence</w:t>
      </w:r>
      <w:bookmarkEnd w:id="74"/>
    </w:p>
    <w:p w14:paraId="2EF6A44B" w14:textId="77777777" w:rsidR="0097605B" w:rsidRPr="00DB6570" w:rsidRDefault="0097605B" w:rsidP="0097605B">
      <w:pPr>
        <w:rPr>
          <w:rFonts w:ascii="Times New Roman" w:hAnsi="Times New Roman" w:cs="Times New Roman"/>
          <w:sz w:val="22"/>
        </w:rPr>
      </w:pPr>
      <w:r w:rsidRPr="00DB6570">
        <w:rPr>
          <w:rFonts w:ascii="Times New Roman" w:hAnsi="Times New Roman" w:cs="Times New Roman"/>
          <w:i/>
          <w:iCs/>
          <w:sz w:val="22"/>
        </w:rPr>
        <w:t>Describe the strategies, interventions, and policies — at both the Center and host institution level — that will be implemented to introduce or strengthen the integration of AI across education and skilling, research and innovation, faculty and trainer development, and institutional operations. Where AI integration is already underway, describe existing initiatives that will be continued, including evidence of their impact to date. Efforts to introduce and build AI literacy and capabilities can consider working with an experienced AI professional/academic as visiting professor or collaborator to help develop and implement identified strategies and interventions. Relevant activities may include, but are not limited to: structured AI upskilling programs; embedding AI tools and methods into existing disciplinary programs (e.g., AI for agri-food systems, AI-assisted diagnostics, AI for environmental monitoring); Applying AI tools to data collection, analysis, and modeling in applied research; developing clear policies on the ethical and responsible use of AI by students and staff; etc.</w:t>
      </w:r>
    </w:p>
    <w:p w14:paraId="47098D90" w14:textId="77777777" w:rsidR="0097605B" w:rsidRPr="00DB6570" w:rsidRDefault="0097605B" w:rsidP="0097605B">
      <w:pPr>
        <w:rPr>
          <w:rFonts w:ascii="Times New Roman" w:hAnsi="Times New Roman" w:cs="Times New Roman"/>
          <w:sz w:val="22"/>
        </w:rPr>
      </w:pPr>
    </w:p>
    <w:p w14:paraId="5488AF9E" w14:textId="77777777" w:rsidR="0097605B" w:rsidRPr="00DB6570" w:rsidRDefault="0097605B" w:rsidP="0097605B">
      <w:pPr>
        <w:pStyle w:val="GuidanceText"/>
        <w:keepNext/>
        <w:rPr>
          <w:rFonts w:ascii="Times New Roman" w:hAnsi="Times New Roman" w:cs="Times New Roman"/>
          <w:color w:val="auto"/>
          <w:sz w:val="22"/>
        </w:rPr>
      </w:pPr>
    </w:p>
    <w:tbl>
      <w:tblPr>
        <w:tblStyle w:val="TableGrid"/>
        <w:tblW w:w="12865" w:type="dxa"/>
        <w:tblLook w:val="04A0" w:firstRow="1" w:lastRow="0" w:firstColumn="1" w:lastColumn="0" w:noHBand="0" w:noVBand="1"/>
      </w:tblPr>
      <w:tblGrid>
        <w:gridCol w:w="12865"/>
      </w:tblGrid>
      <w:tr w:rsidR="0097605B" w:rsidRPr="00DB6570" w14:paraId="69264110" w14:textId="77777777" w:rsidTr="005E44DD">
        <w:tc>
          <w:tcPr>
            <w:tcW w:w="12865" w:type="dxa"/>
            <w:shd w:val="clear" w:color="auto" w:fill="FAFAFA"/>
            <w:tcMar>
              <w:top w:w="110" w:type="dxa"/>
              <w:left w:w="120" w:type="dxa"/>
              <w:bottom w:w="110" w:type="dxa"/>
              <w:right w:w="120" w:type="dxa"/>
            </w:tcMar>
          </w:tcPr>
          <w:p w14:paraId="1AC6263B" w14:textId="3B0BE797" w:rsidR="0097605B" w:rsidRPr="00DB6570" w:rsidRDefault="001F3491" w:rsidP="00D270E1">
            <w:pPr>
              <w:pStyle w:val="ResponsePlaceholder"/>
              <w:rPr>
                <w:rFonts w:ascii="Times New Roman" w:hAnsi="Times New Roman" w:cs="Times New Roman"/>
                <w:color w:val="auto"/>
                <w:sz w:val="22"/>
              </w:rPr>
            </w:pPr>
            <w:r w:rsidRPr="001F3491">
              <w:rPr>
                <w:rFonts w:ascii="Times New Roman" w:hAnsi="Times New Roman" w:cs="Times New Roman"/>
                <w:color w:val="auto"/>
                <w:sz w:val="22"/>
              </w:rPr>
              <w:t>[Applicant response must not exceed 600 words.]</w:t>
            </w:r>
          </w:p>
          <w:p w14:paraId="3EB55324" w14:textId="77777777" w:rsidR="0097605B" w:rsidRPr="00DB6570" w:rsidRDefault="0097605B" w:rsidP="00D270E1">
            <w:pPr>
              <w:rPr>
                <w:rFonts w:ascii="Times New Roman" w:hAnsi="Times New Roman" w:cs="Times New Roman"/>
                <w:sz w:val="22"/>
              </w:rPr>
            </w:pPr>
          </w:p>
          <w:p w14:paraId="4D435E46" w14:textId="77777777" w:rsidR="0097605B" w:rsidRPr="00DB6570" w:rsidRDefault="0097605B" w:rsidP="00D270E1">
            <w:pPr>
              <w:rPr>
                <w:rFonts w:ascii="Times New Roman" w:hAnsi="Times New Roman" w:cs="Times New Roman"/>
                <w:sz w:val="22"/>
              </w:rPr>
            </w:pPr>
          </w:p>
          <w:p w14:paraId="2C84873C" w14:textId="77777777" w:rsidR="0097605B" w:rsidRPr="00DB6570" w:rsidRDefault="0097605B" w:rsidP="00D270E1">
            <w:pPr>
              <w:rPr>
                <w:rFonts w:ascii="Times New Roman" w:hAnsi="Times New Roman" w:cs="Times New Roman"/>
                <w:sz w:val="22"/>
              </w:rPr>
            </w:pPr>
          </w:p>
          <w:p w14:paraId="7344E089" w14:textId="77777777" w:rsidR="0097605B" w:rsidRPr="00DB6570" w:rsidRDefault="0097605B" w:rsidP="00D270E1">
            <w:pPr>
              <w:rPr>
                <w:rFonts w:ascii="Times New Roman" w:hAnsi="Times New Roman" w:cs="Times New Roman"/>
                <w:sz w:val="22"/>
              </w:rPr>
            </w:pPr>
          </w:p>
          <w:p w14:paraId="3466DC82" w14:textId="77777777" w:rsidR="0097605B" w:rsidRPr="00DB6570" w:rsidRDefault="0097605B" w:rsidP="00D270E1">
            <w:pPr>
              <w:rPr>
                <w:rFonts w:ascii="Times New Roman" w:hAnsi="Times New Roman" w:cs="Times New Roman"/>
                <w:sz w:val="22"/>
              </w:rPr>
            </w:pPr>
          </w:p>
        </w:tc>
      </w:tr>
    </w:tbl>
    <w:p w14:paraId="7B9AFAD8" w14:textId="77777777" w:rsidR="0097605B" w:rsidRPr="00DB6570" w:rsidRDefault="0097605B" w:rsidP="0097605B">
      <w:pPr>
        <w:spacing w:after="0"/>
        <w:rPr>
          <w:rFonts w:ascii="Times New Roman" w:hAnsi="Times New Roman" w:cs="Times New Roman"/>
          <w:sz w:val="22"/>
        </w:rPr>
      </w:pPr>
    </w:p>
    <w:p w14:paraId="76302072" w14:textId="195D532A" w:rsidR="443FAA4B" w:rsidRPr="00DB6570" w:rsidRDefault="443FAA4B" w:rsidP="443FAA4B">
      <w:pPr>
        <w:spacing w:after="0"/>
        <w:rPr>
          <w:rFonts w:ascii="Times New Roman" w:hAnsi="Times New Roman" w:cs="Times New Roman"/>
          <w:sz w:val="22"/>
        </w:rPr>
      </w:pPr>
    </w:p>
    <w:p w14:paraId="6114A08D" w14:textId="77777777" w:rsidR="0061162A" w:rsidRPr="00DB6570" w:rsidRDefault="00BE6111">
      <w:pPr>
        <w:spacing w:after="0" w:line="20" w:lineRule="exact"/>
        <w:rPr>
          <w:rFonts w:ascii="Times New Roman" w:hAnsi="Times New Roman" w:cs="Times New Roman"/>
          <w:sz w:val="22"/>
        </w:rPr>
        <w:sectPr w:rsidR="0061162A" w:rsidRPr="00DB6570">
          <w:pgSz w:w="16838" w:h="11906" w:orient="landscape"/>
          <w:pgMar w:top="794" w:right="737" w:bottom="794" w:left="737" w:header="454" w:footer="454" w:gutter="0"/>
          <w:cols w:space="720"/>
          <w:docGrid w:linePitch="360"/>
        </w:sectPr>
      </w:pPr>
      <w:r w:rsidRPr="00DB6570">
        <w:rPr>
          <w:rFonts w:ascii="Times New Roman" w:hAnsi="Times New Roman" w:cs="Times New Roman"/>
          <w:vanish/>
          <w:sz w:val="22"/>
        </w:rPr>
        <w:t xml:space="preserve"> </w:t>
      </w:r>
    </w:p>
    <w:p w14:paraId="6F60386E" w14:textId="7D5DF194" w:rsidR="0061162A" w:rsidRPr="00DB6570" w:rsidRDefault="00640986">
      <w:pPr>
        <w:pStyle w:val="Heading2"/>
        <w:rPr>
          <w:rFonts w:ascii="Times New Roman" w:hAnsi="Times New Roman" w:cs="Times New Roman"/>
          <w:color w:val="auto"/>
          <w:sz w:val="22"/>
          <w:szCs w:val="22"/>
        </w:rPr>
      </w:pPr>
      <w:bookmarkStart w:id="75" w:name="_Toc237525270"/>
      <w:r w:rsidRPr="00DB6570">
        <w:rPr>
          <w:rFonts w:ascii="Times New Roman" w:hAnsi="Times New Roman" w:cs="Times New Roman"/>
          <w:color w:val="auto"/>
          <w:sz w:val="22"/>
          <w:szCs w:val="22"/>
        </w:rPr>
        <w:t>5.1</w:t>
      </w:r>
      <w:r w:rsidR="00187C46" w:rsidRPr="00DB6570">
        <w:rPr>
          <w:rFonts w:ascii="Times New Roman" w:hAnsi="Times New Roman" w:cs="Times New Roman"/>
          <w:color w:val="auto"/>
          <w:sz w:val="22"/>
          <w:szCs w:val="22"/>
        </w:rPr>
        <w:t>2</w:t>
      </w:r>
      <w:r w:rsidR="00BE6111" w:rsidRPr="00DB6570">
        <w:rPr>
          <w:rFonts w:ascii="Times New Roman" w:hAnsi="Times New Roman" w:cs="Times New Roman"/>
          <w:color w:val="auto"/>
          <w:sz w:val="22"/>
          <w:szCs w:val="22"/>
        </w:rPr>
        <w:t xml:space="preserve"> Management, Governance, Staffing and Operations</w:t>
      </w:r>
      <w:bookmarkEnd w:id="75"/>
    </w:p>
    <w:p w14:paraId="11B24B4C" w14:textId="77777777" w:rsidR="001F5D5E" w:rsidRPr="001F5D5E" w:rsidRDefault="001F5D5E" w:rsidP="001F5D5E">
      <w:pPr>
        <w:pStyle w:val="GuidanceText"/>
        <w:keepNext/>
        <w:rPr>
          <w:rFonts w:ascii="Times New Roman" w:hAnsi="Times New Roman" w:cs="Times New Roman"/>
          <w:color w:val="auto"/>
          <w:sz w:val="22"/>
        </w:rPr>
      </w:pPr>
      <w:r w:rsidRPr="001F5D5E">
        <w:rPr>
          <w:rFonts w:ascii="Times New Roman" w:hAnsi="Times New Roman" w:cs="Times New Roman"/>
          <w:color w:val="auto"/>
          <w:sz w:val="22"/>
        </w:rPr>
        <w:t>Describe the center’s legal/organizational status (Department/Semi-Autonomous/Autonomous center/unit), leadership structure, academic management, research and innovation management,. Please include names and role of faculty attached to the center along with their departmental affiliation. This section must also describe the role of the institutional leadership (Vice Chancellor, Rector, Director) in the proposed center/RFTI.</w:t>
      </w:r>
    </w:p>
    <w:p w14:paraId="5961D3CA" w14:textId="7FFF57F4" w:rsidR="0061162A" w:rsidRPr="00DB6570" w:rsidRDefault="001F5D5E" w:rsidP="001F5D5E">
      <w:pPr>
        <w:pStyle w:val="GuidanceText"/>
        <w:keepNext/>
        <w:rPr>
          <w:rFonts w:ascii="Times New Roman" w:hAnsi="Times New Roman" w:cs="Times New Roman"/>
          <w:color w:val="auto"/>
          <w:sz w:val="22"/>
        </w:rPr>
      </w:pPr>
      <w:r w:rsidRPr="001F5D5E">
        <w:rPr>
          <w:rFonts w:ascii="Times New Roman" w:hAnsi="Times New Roman" w:cs="Times New Roman"/>
          <w:color w:val="auto"/>
          <w:sz w:val="22"/>
        </w:rPr>
        <w:t>Please do not repeat information in the narrative that is provided in the table.</w:t>
      </w:r>
    </w:p>
    <w:tbl>
      <w:tblPr>
        <w:tblStyle w:val="TableGrid"/>
        <w:tblW w:w="9000" w:type="dxa"/>
        <w:jc w:val="center"/>
        <w:tblLook w:val="04A0" w:firstRow="1" w:lastRow="0" w:firstColumn="1" w:lastColumn="0" w:noHBand="0" w:noVBand="1"/>
      </w:tblPr>
      <w:tblGrid>
        <w:gridCol w:w="9000"/>
      </w:tblGrid>
      <w:tr w:rsidR="0061162A" w:rsidRPr="00DB6570" w14:paraId="2D4AAAB2" w14:textId="77777777">
        <w:trPr>
          <w:jc w:val="center"/>
        </w:trPr>
        <w:tc>
          <w:tcPr>
            <w:tcW w:w="9866" w:type="dxa"/>
            <w:shd w:val="clear" w:color="auto" w:fill="FAFAFA"/>
            <w:tcMar>
              <w:top w:w="110" w:type="dxa"/>
              <w:left w:w="120" w:type="dxa"/>
              <w:bottom w:w="110" w:type="dxa"/>
              <w:right w:w="120" w:type="dxa"/>
            </w:tcMar>
          </w:tcPr>
          <w:p w14:paraId="3342D224" w14:textId="388427BA" w:rsidR="0061162A" w:rsidRPr="00DB6570" w:rsidRDefault="001F5D5E">
            <w:pPr>
              <w:rPr>
                <w:rFonts w:ascii="Times New Roman" w:hAnsi="Times New Roman" w:cs="Times New Roman"/>
                <w:sz w:val="22"/>
              </w:rPr>
            </w:pPr>
            <w:r w:rsidRPr="001F5D5E">
              <w:rPr>
                <w:rFonts w:ascii="Times New Roman" w:hAnsi="Times New Roman" w:cs="Times New Roman"/>
                <w:i/>
                <w:sz w:val="22"/>
              </w:rPr>
              <w:t>[Applicant response must not exceed 500 words]</w:t>
            </w:r>
          </w:p>
          <w:p w14:paraId="25847331" w14:textId="77777777" w:rsidR="0061162A" w:rsidRPr="00DB6570" w:rsidRDefault="0061162A">
            <w:pPr>
              <w:rPr>
                <w:rFonts w:ascii="Times New Roman" w:hAnsi="Times New Roman" w:cs="Times New Roman"/>
                <w:sz w:val="22"/>
              </w:rPr>
            </w:pPr>
          </w:p>
          <w:p w14:paraId="6543D68C" w14:textId="77777777" w:rsidR="0061162A" w:rsidRPr="00DB6570" w:rsidRDefault="0061162A">
            <w:pPr>
              <w:rPr>
                <w:rFonts w:ascii="Times New Roman" w:hAnsi="Times New Roman" w:cs="Times New Roman"/>
                <w:sz w:val="22"/>
              </w:rPr>
            </w:pPr>
          </w:p>
          <w:p w14:paraId="768A9817" w14:textId="77777777" w:rsidR="0061162A" w:rsidRPr="00DB6570" w:rsidRDefault="0061162A">
            <w:pPr>
              <w:rPr>
                <w:rFonts w:ascii="Times New Roman" w:hAnsi="Times New Roman" w:cs="Times New Roman"/>
                <w:sz w:val="22"/>
              </w:rPr>
            </w:pPr>
          </w:p>
          <w:p w14:paraId="3DF9A563" w14:textId="77777777" w:rsidR="0061162A" w:rsidRPr="00DB6570" w:rsidRDefault="0061162A">
            <w:pPr>
              <w:rPr>
                <w:rFonts w:ascii="Times New Roman" w:hAnsi="Times New Roman" w:cs="Times New Roman"/>
                <w:sz w:val="22"/>
              </w:rPr>
            </w:pPr>
          </w:p>
        </w:tc>
      </w:tr>
    </w:tbl>
    <w:p w14:paraId="24833F70" w14:textId="77777777" w:rsidR="0061162A" w:rsidRPr="00DB6570" w:rsidRDefault="0061162A">
      <w:pPr>
        <w:spacing w:after="0"/>
        <w:rPr>
          <w:rFonts w:ascii="Times New Roman" w:hAnsi="Times New Roman" w:cs="Times New Roman"/>
          <w:sz w:val="22"/>
        </w:rPr>
      </w:pPr>
    </w:p>
    <w:p w14:paraId="5A257E2F" w14:textId="1809B92C" w:rsidR="0061162A" w:rsidRPr="00DB6570" w:rsidRDefault="00640986">
      <w:pPr>
        <w:pStyle w:val="Heading3"/>
        <w:rPr>
          <w:rFonts w:ascii="Times New Roman" w:hAnsi="Times New Roman" w:cs="Times New Roman"/>
          <w:color w:val="auto"/>
          <w:sz w:val="22"/>
        </w:rPr>
      </w:pPr>
      <w:bookmarkStart w:id="76" w:name="_Toc237525271"/>
      <w:r w:rsidRPr="00DB6570">
        <w:rPr>
          <w:rFonts w:ascii="Times New Roman" w:hAnsi="Times New Roman" w:cs="Times New Roman"/>
          <w:color w:val="auto"/>
          <w:sz w:val="22"/>
        </w:rPr>
        <w:t>5.1</w:t>
      </w:r>
      <w:r w:rsidR="00187C46" w:rsidRPr="00DB6570">
        <w:rPr>
          <w:rFonts w:ascii="Times New Roman" w:hAnsi="Times New Roman" w:cs="Times New Roman"/>
          <w:color w:val="auto"/>
          <w:sz w:val="22"/>
        </w:rPr>
        <w:t>2</w:t>
      </w:r>
      <w:r w:rsidRPr="00DB6570">
        <w:rPr>
          <w:rFonts w:ascii="Times New Roman" w:hAnsi="Times New Roman" w:cs="Times New Roman"/>
          <w:color w:val="auto"/>
          <w:sz w:val="22"/>
        </w:rPr>
        <w:t xml:space="preserve">.1 </w:t>
      </w:r>
      <w:r w:rsidR="00BE6111" w:rsidRPr="00DB6570">
        <w:rPr>
          <w:rFonts w:ascii="Times New Roman" w:hAnsi="Times New Roman" w:cs="Times New Roman"/>
          <w:color w:val="auto"/>
          <w:sz w:val="22"/>
        </w:rPr>
        <w:t>RFTI Staffing Plan</w:t>
      </w:r>
      <w:bookmarkEnd w:id="76"/>
    </w:p>
    <w:p w14:paraId="75049A0A" w14:textId="77777777" w:rsidR="0072223F" w:rsidRPr="00DB6570" w:rsidRDefault="0072223F" w:rsidP="0072223F">
      <w:pPr>
        <w:keepNext/>
        <w:spacing w:after="80" w:line="240" w:lineRule="auto"/>
        <w:rPr>
          <w:rFonts w:ascii="Times New Roman" w:hAnsi="Times New Roman" w:cs="Times New Roman"/>
          <w:sz w:val="22"/>
        </w:rPr>
      </w:pPr>
      <w:r w:rsidRPr="00DB6570">
        <w:rPr>
          <w:rFonts w:ascii="Times New Roman" w:hAnsi="Times New Roman" w:cs="Times New Roman"/>
          <w:sz w:val="22"/>
        </w:rPr>
        <w:t>List the ten (10) primary faculty at the host institution who will participate in the proposed Center activities. Briefly describe their expected contributions.</w:t>
      </w:r>
    </w:p>
    <w:tbl>
      <w:tblPr>
        <w:tblW w:w="5000" w:type="pct"/>
        <w:jc w:val="center"/>
        <w:tblLook w:val="04A0" w:firstRow="1" w:lastRow="0" w:firstColumn="1" w:lastColumn="0" w:noHBand="0" w:noVBand="1"/>
      </w:tblPr>
      <w:tblGrid>
        <w:gridCol w:w="763"/>
        <w:gridCol w:w="576"/>
        <w:gridCol w:w="1178"/>
        <w:gridCol w:w="1147"/>
        <w:gridCol w:w="416"/>
        <w:gridCol w:w="1085"/>
        <w:gridCol w:w="1158"/>
        <w:gridCol w:w="857"/>
        <w:gridCol w:w="1075"/>
        <w:gridCol w:w="1013"/>
        <w:gridCol w:w="588"/>
      </w:tblGrid>
      <w:tr w:rsidR="0072223F" w:rsidRPr="00DB6570" w14:paraId="4D081300" w14:textId="77777777" w:rsidTr="0021427D">
        <w:trPr>
          <w:cantSplit/>
          <w:trHeight w:val="677"/>
          <w:tblHeader/>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C966C97" w14:textId="77777777" w:rsidR="0072223F" w:rsidRPr="00DB6570" w:rsidRDefault="0072223F" w:rsidP="0072223F">
            <w:pPr>
              <w:spacing w:after="0" w:line="240" w:lineRule="auto"/>
              <w:jc w:val="center"/>
              <w:rPr>
                <w:rFonts w:ascii="Times New Roman" w:hAnsi="Times New Roman" w:cs="Times New Roman"/>
                <w:sz w:val="22"/>
              </w:rPr>
            </w:pPr>
            <w:r w:rsidRPr="00DB6570">
              <w:rPr>
                <w:rFonts w:ascii="Times New Roman" w:hAnsi="Times New Roman" w:cs="Times New Roman"/>
                <w:b/>
                <w:sz w:val="22"/>
              </w:rPr>
              <w:t>#</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1D0B98B" w14:textId="77777777" w:rsidR="0072223F" w:rsidRPr="00DB6570" w:rsidRDefault="0072223F" w:rsidP="0072223F">
            <w:pPr>
              <w:spacing w:after="0" w:line="240" w:lineRule="auto"/>
              <w:jc w:val="center"/>
              <w:rPr>
                <w:rFonts w:ascii="Times New Roman" w:hAnsi="Times New Roman" w:cs="Times New Roman"/>
                <w:sz w:val="22"/>
              </w:rPr>
            </w:pPr>
            <w:r w:rsidRPr="00DB6570">
              <w:rPr>
                <w:rFonts w:ascii="Times New Roman" w:hAnsi="Times New Roman" w:cs="Times New Roman"/>
                <w:b/>
                <w:sz w:val="22"/>
              </w:rPr>
              <w:t>Name</w:t>
            </w: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F6AD76B" w14:textId="77777777" w:rsidR="0072223F" w:rsidRPr="00DB6570" w:rsidRDefault="0072223F" w:rsidP="0072223F">
            <w:pPr>
              <w:spacing w:after="0" w:line="240" w:lineRule="auto"/>
              <w:jc w:val="center"/>
              <w:rPr>
                <w:rFonts w:ascii="Times New Roman" w:hAnsi="Times New Roman" w:cs="Times New Roman"/>
                <w:sz w:val="22"/>
              </w:rPr>
            </w:pPr>
            <w:r w:rsidRPr="00DB6570">
              <w:rPr>
                <w:rFonts w:ascii="Times New Roman" w:hAnsi="Times New Roman" w:cs="Times New Roman"/>
                <w:b/>
                <w:sz w:val="22"/>
              </w:rPr>
              <w:t>Position/Title</w:t>
            </w: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0D7207A" w14:textId="77777777" w:rsidR="0072223F" w:rsidRPr="00DB6570" w:rsidRDefault="0072223F" w:rsidP="0072223F">
            <w:pPr>
              <w:spacing w:after="0" w:line="240" w:lineRule="auto"/>
              <w:jc w:val="center"/>
              <w:rPr>
                <w:rFonts w:ascii="Times New Roman" w:hAnsi="Times New Roman" w:cs="Times New Roman"/>
                <w:sz w:val="22"/>
              </w:rPr>
            </w:pPr>
            <w:r w:rsidRPr="00DB6570">
              <w:rPr>
                <w:rFonts w:ascii="Times New Roman" w:hAnsi="Times New Roman" w:cs="Times New Roman"/>
                <w:b/>
                <w:sz w:val="22"/>
              </w:rPr>
              <w:t>Male/Female</w:t>
            </w: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805C4DC" w14:textId="77777777" w:rsidR="0072223F" w:rsidRPr="00DB6570" w:rsidRDefault="0072223F" w:rsidP="0072223F">
            <w:pPr>
              <w:spacing w:after="0" w:line="240" w:lineRule="auto"/>
              <w:jc w:val="center"/>
              <w:rPr>
                <w:rFonts w:ascii="Times New Roman" w:hAnsi="Times New Roman" w:cs="Times New Roman"/>
                <w:sz w:val="22"/>
              </w:rPr>
            </w:pPr>
            <w:r w:rsidRPr="00DB6570">
              <w:rPr>
                <w:rFonts w:ascii="Times New Roman" w:hAnsi="Times New Roman" w:cs="Times New Roman"/>
                <w:b/>
                <w:sz w:val="22"/>
              </w:rPr>
              <w:t>Tel. #</w:t>
            </w: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05DEBE9" w14:textId="77777777" w:rsidR="0072223F" w:rsidRPr="00DB6570" w:rsidRDefault="0072223F" w:rsidP="0072223F">
            <w:pPr>
              <w:spacing w:after="0" w:line="240" w:lineRule="auto"/>
              <w:jc w:val="center"/>
              <w:rPr>
                <w:rFonts w:ascii="Times New Roman" w:hAnsi="Times New Roman" w:cs="Times New Roman"/>
                <w:sz w:val="22"/>
              </w:rPr>
            </w:pPr>
            <w:r w:rsidRPr="00DB6570">
              <w:rPr>
                <w:rFonts w:ascii="Times New Roman" w:hAnsi="Times New Roman" w:cs="Times New Roman"/>
                <w:b/>
                <w:sz w:val="22"/>
              </w:rPr>
              <w:t>Disciplinary expertise</w:t>
            </w: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E302822" w14:textId="77777777" w:rsidR="0072223F" w:rsidRPr="00DB6570" w:rsidRDefault="0072223F" w:rsidP="0072223F">
            <w:pPr>
              <w:spacing w:after="0" w:line="240" w:lineRule="auto"/>
              <w:jc w:val="center"/>
              <w:rPr>
                <w:rFonts w:ascii="Times New Roman" w:hAnsi="Times New Roman" w:cs="Times New Roman"/>
                <w:sz w:val="22"/>
              </w:rPr>
            </w:pPr>
            <w:r w:rsidRPr="00DB6570">
              <w:rPr>
                <w:rFonts w:ascii="Times New Roman" w:hAnsi="Times New Roman" w:cs="Times New Roman"/>
                <w:b/>
                <w:sz w:val="22"/>
              </w:rPr>
              <w:t>Anticipated Contribution</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88055B4" w14:textId="77777777" w:rsidR="0072223F" w:rsidRPr="00DB6570" w:rsidRDefault="0072223F" w:rsidP="0072223F">
            <w:pPr>
              <w:spacing w:after="0" w:line="240" w:lineRule="auto"/>
              <w:jc w:val="center"/>
              <w:rPr>
                <w:rFonts w:ascii="Times New Roman" w:hAnsi="Times New Roman" w:cs="Times New Roman"/>
                <w:sz w:val="22"/>
              </w:rPr>
            </w:pPr>
            <w:r w:rsidRPr="00DB6570">
              <w:rPr>
                <w:rFonts w:ascii="Times New Roman" w:hAnsi="Times New Roman" w:cs="Times New Roman"/>
                <w:b/>
                <w:sz w:val="22"/>
              </w:rPr>
              <w:t>Highest Degree Obtained</w:t>
            </w: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E649A75" w14:textId="77777777" w:rsidR="0072223F" w:rsidRPr="00DB6570" w:rsidRDefault="0072223F" w:rsidP="0072223F">
            <w:pPr>
              <w:spacing w:after="0" w:line="240" w:lineRule="auto"/>
              <w:jc w:val="center"/>
              <w:rPr>
                <w:rFonts w:ascii="Times New Roman" w:hAnsi="Times New Roman" w:cs="Times New Roman"/>
                <w:sz w:val="22"/>
              </w:rPr>
            </w:pPr>
            <w:r w:rsidRPr="00DB6570">
              <w:rPr>
                <w:rFonts w:ascii="Times New Roman" w:hAnsi="Times New Roman" w:cs="Times New Roman"/>
                <w:b/>
                <w:sz w:val="22"/>
              </w:rPr>
              <w:t>Department</w:t>
            </w: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4863997" w14:textId="77777777" w:rsidR="0072223F" w:rsidRPr="00DB6570" w:rsidRDefault="0072223F" w:rsidP="0072223F">
            <w:pPr>
              <w:spacing w:after="0" w:line="240" w:lineRule="auto"/>
              <w:jc w:val="center"/>
              <w:rPr>
                <w:rFonts w:ascii="Times New Roman" w:hAnsi="Times New Roman" w:cs="Times New Roman"/>
                <w:sz w:val="22"/>
              </w:rPr>
            </w:pPr>
            <w:r w:rsidRPr="00DB6570">
              <w:rPr>
                <w:rFonts w:ascii="Times New Roman" w:hAnsi="Times New Roman" w:cs="Times New Roman"/>
                <w:b/>
                <w:sz w:val="22"/>
              </w:rPr>
              <w:t>Citizenship</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C5C53D0" w14:textId="77777777" w:rsidR="0072223F" w:rsidRPr="00DB6570" w:rsidRDefault="0072223F" w:rsidP="0072223F">
            <w:pPr>
              <w:spacing w:after="0" w:line="240" w:lineRule="auto"/>
              <w:jc w:val="center"/>
              <w:rPr>
                <w:rFonts w:ascii="Times New Roman" w:hAnsi="Times New Roman" w:cs="Times New Roman"/>
                <w:sz w:val="22"/>
              </w:rPr>
            </w:pPr>
            <w:r w:rsidRPr="00DB6570">
              <w:rPr>
                <w:rFonts w:ascii="Times New Roman" w:hAnsi="Times New Roman" w:cs="Times New Roman"/>
                <w:b/>
                <w:sz w:val="22"/>
              </w:rPr>
              <w:t>Email</w:t>
            </w:r>
          </w:p>
        </w:tc>
      </w:tr>
      <w:tr w:rsidR="0072223F" w:rsidRPr="00DB6570" w14:paraId="7C6BCD62" w14:textId="77777777" w:rsidTr="005E44DD">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9CDC8EE" w14:textId="77777777" w:rsidR="0072223F" w:rsidRPr="00DB6570" w:rsidRDefault="0072223F" w:rsidP="0072223F">
            <w:pPr>
              <w:spacing w:after="0" w:line="240" w:lineRule="auto"/>
              <w:jc w:val="center"/>
              <w:rPr>
                <w:rFonts w:ascii="Times New Roman" w:hAnsi="Times New Roman" w:cs="Times New Roman"/>
                <w:sz w:val="22"/>
              </w:rPr>
            </w:pPr>
            <w:r w:rsidRPr="00DB6570">
              <w:rPr>
                <w:rFonts w:ascii="Times New Roman" w:hAnsi="Times New Roman" w:cs="Times New Roman"/>
                <w:sz w:val="22"/>
              </w:rPr>
              <w:t>1</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6A23BCF" w14:textId="77777777" w:rsidR="0072223F" w:rsidRPr="00DB6570" w:rsidRDefault="0072223F" w:rsidP="0072223F">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8DD5CE0" w14:textId="77777777" w:rsidR="0072223F" w:rsidRPr="00DB6570" w:rsidRDefault="0072223F" w:rsidP="0072223F">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F40CDC5" w14:textId="77777777" w:rsidR="0072223F" w:rsidRPr="00DB6570" w:rsidRDefault="0072223F" w:rsidP="0072223F">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422FAF3" w14:textId="77777777" w:rsidR="0072223F" w:rsidRPr="00DB6570" w:rsidRDefault="0072223F" w:rsidP="0072223F">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D0203D5" w14:textId="77777777" w:rsidR="0072223F" w:rsidRPr="00DB6570" w:rsidRDefault="0072223F" w:rsidP="0072223F">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159EE21" w14:textId="77777777" w:rsidR="0072223F" w:rsidRPr="00DB6570" w:rsidRDefault="0072223F" w:rsidP="0072223F">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2112341" w14:textId="77777777" w:rsidR="0072223F" w:rsidRPr="00DB6570" w:rsidRDefault="0072223F" w:rsidP="0072223F">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826875" w14:textId="77777777" w:rsidR="0072223F" w:rsidRPr="00DB6570" w:rsidRDefault="0072223F" w:rsidP="0072223F">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3EE087A" w14:textId="77777777" w:rsidR="0072223F" w:rsidRPr="00DB6570" w:rsidRDefault="0072223F" w:rsidP="0072223F">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DC7FE18" w14:textId="77777777" w:rsidR="0072223F" w:rsidRPr="00DB6570" w:rsidRDefault="0072223F" w:rsidP="0072223F">
            <w:pPr>
              <w:spacing w:after="0" w:line="240" w:lineRule="auto"/>
              <w:jc w:val="center"/>
              <w:rPr>
                <w:rFonts w:ascii="Times New Roman" w:hAnsi="Times New Roman" w:cs="Times New Roman"/>
                <w:sz w:val="22"/>
              </w:rPr>
            </w:pPr>
          </w:p>
        </w:tc>
      </w:tr>
      <w:tr w:rsidR="0072223F" w:rsidRPr="00DB6570" w14:paraId="7FD2BCA1" w14:textId="77777777" w:rsidTr="005E44DD">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EB333BE" w14:textId="77777777" w:rsidR="0072223F" w:rsidRPr="00DB6570" w:rsidRDefault="0072223F" w:rsidP="0072223F">
            <w:pPr>
              <w:spacing w:after="0" w:line="240" w:lineRule="auto"/>
              <w:jc w:val="center"/>
              <w:rPr>
                <w:rFonts w:ascii="Times New Roman" w:hAnsi="Times New Roman" w:cs="Times New Roman"/>
                <w:sz w:val="22"/>
              </w:rPr>
            </w:pPr>
            <w:r w:rsidRPr="00DB6570">
              <w:rPr>
                <w:rFonts w:ascii="Times New Roman" w:hAnsi="Times New Roman" w:cs="Times New Roman"/>
                <w:sz w:val="22"/>
              </w:rPr>
              <w:t>2</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BD4E5B3" w14:textId="77777777" w:rsidR="0072223F" w:rsidRPr="00DB6570" w:rsidRDefault="0072223F" w:rsidP="0072223F">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17CF086" w14:textId="77777777" w:rsidR="0072223F" w:rsidRPr="00DB6570" w:rsidRDefault="0072223F" w:rsidP="0072223F">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1241F1E" w14:textId="77777777" w:rsidR="0072223F" w:rsidRPr="00DB6570" w:rsidRDefault="0072223F" w:rsidP="0072223F">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1CAA4F5" w14:textId="77777777" w:rsidR="0072223F" w:rsidRPr="00DB6570" w:rsidRDefault="0072223F" w:rsidP="0072223F">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270394" w14:textId="77777777" w:rsidR="0072223F" w:rsidRPr="00DB6570" w:rsidRDefault="0072223F" w:rsidP="0072223F">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1C0FD90" w14:textId="77777777" w:rsidR="0072223F" w:rsidRPr="00DB6570" w:rsidRDefault="0072223F" w:rsidP="0072223F">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3CC4B04" w14:textId="77777777" w:rsidR="0072223F" w:rsidRPr="00DB6570" w:rsidRDefault="0072223F" w:rsidP="0072223F">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F6699CA" w14:textId="77777777" w:rsidR="0072223F" w:rsidRPr="00DB6570" w:rsidRDefault="0072223F" w:rsidP="0072223F">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E26C335" w14:textId="77777777" w:rsidR="0072223F" w:rsidRPr="00DB6570" w:rsidRDefault="0072223F" w:rsidP="0072223F">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01BA697" w14:textId="77777777" w:rsidR="0072223F" w:rsidRPr="00DB6570" w:rsidRDefault="0072223F" w:rsidP="0072223F">
            <w:pPr>
              <w:spacing w:after="0" w:line="240" w:lineRule="auto"/>
              <w:jc w:val="center"/>
              <w:rPr>
                <w:rFonts w:ascii="Times New Roman" w:hAnsi="Times New Roman" w:cs="Times New Roman"/>
                <w:sz w:val="22"/>
              </w:rPr>
            </w:pPr>
          </w:p>
        </w:tc>
      </w:tr>
      <w:tr w:rsidR="0072223F" w:rsidRPr="00DB6570" w14:paraId="1FF620B3" w14:textId="77777777" w:rsidTr="005E44DD">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29B5B28" w14:textId="77777777" w:rsidR="0072223F" w:rsidRPr="00DB6570" w:rsidRDefault="0072223F" w:rsidP="0072223F">
            <w:pPr>
              <w:spacing w:after="0" w:line="240" w:lineRule="auto"/>
              <w:jc w:val="center"/>
              <w:rPr>
                <w:rFonts w:ascii="Times New Roman" w:hAnsi="Times New Roman" w:cs="Times New Roman"/>
                <w:sz w:val="22"/>
              </w:rPr>
            </w:pPr>
            <w:r w:rsidRPr="00DB6570">
              <w:rPr>
                <w:rFonts w:ascii="Times New Roman" w:hAnsi="Times New Roman" w:cs="Times New Roman"/>
                <w:sz w:val="22"/>
              </w:rPr>
              <w:t>3</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D04F250" w14:textId="77777777" w:rsidR="0072223F" w:rsidRPr="00DB6570" w:rsidRDefault="0072223F" w:rsidP="0072223F">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1D0A64E" w14:textId="77777777" w:rsidR="0072223F" w:rsidRPr="00DB6570" w:rsidRDefault="0072223F" w:rsidP="0072223F">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C88BD81" w14:textId="77777777" w:rsidR="0072223F" w:rsidRPr="00DB6570" w:rsidRDefault="0072223F" w:rsidP="0072223F">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4DAB610" w14:textId="77777777" w:rsidR="0072223F" w:rsidRPr="00DB6570" w:rsidRDefault="0072223F" w:rsidP="0072223F">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5874022" w14:textId="77777777" w:rsidR="0072223F" w:rsidRPr="00DB6570" w:rsidRDefault="0072223F" w:rsidP="0072223F">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0B4144B" w14:textId="77777777" w:rsidR="0072223F" w:rsidRPr="00DB6570" w:rsidRDefault="0072223F" w:rsidP="0072223F">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77B6713" w14:textId="77777777" w:rsidR="0072223F" w:rsidRPr="00DB6570" w:rsidRDefault="0072223F" w:rsidP="0072223F">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42E17F9" w14:textId="77777777" w:rsidR="0072223F" w:rsidRPr="00DB6570" w:rsidRDefault="0072223F" w:rsidP="0072223F">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75A7DA7" w14:textId="77777777" w:rsidR="0072223F" w:rsidRPr="00DB6570" w:rsidRDefault="0072223F" w:rsidP="0072223F">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5935379" w14:textId="77777777" w:rsidR="0072223F" w:rsidRPr="00DB6570" w:rsidRDefault="0072223F" w:rsidP="0072223F">
            <w:pPr>
              <w:spacing w:after="0" w:line="240" w:lineRule="auto"/>
              <w:jc w:val="center"/>
              <w:rPr>
                <w:rFonts w:ascii="Times New Roman" w:hAnsi="Times New Roman" w:cs="Times New Roman"/>
                <w:sz w:val="22"/>
              </w:rPr>
            </w:pPr>
          </w:p>
        </w:tc>
      </w:tr>
      <w:tr w:rsidR="0072223F" w:rsidRPr="00DB6570" w14:paraId="2511AFE6" w14:textId="77777777" w:rsidTr="005E44DD">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0514167" w14:textId="77777777" w:rsidR="0072223F" w:rsidRPr="00DB6570" w:rsidRDefault="0072223F" w:rsidP="0072223F">
            <w:pPr>
              <w:spacing w:after="0" w:line="240" w:lineRule="auto"/>
              <w:jc w:val="center"/>
              <w:rPr>
                <w:rFonts w:ascii="Times New Roman" w:hAnsi="Times New Roman" w:cs="Times New Roman"/>
                <w:sz w:val="22"/>
              </w:rPr>
            </w:pPr>
            <w:r w:rsidRPr="00DB6570">
              <w:rPr>
                <w:rFonts w:ascii="Times New Roman" w:hAnsi="Times New Roman" w:cs="Times New Roman"/>
                <w:sz w:val="22"/>
              </w:rPr>
              <w:t>4</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846E61C" w14:textId="77777777" w:rsidR="0072223F" w:rsidRPr="00DB6570" w:rsidRDefault="0072223F" w:rsidP="0072223F">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2F683E9" w14:textId="77777777" w:rsidR="0072223F" w:rsidRPr="00DB6570" w:rsidRDefault="0072223F" w:rsidP="0072223F">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62F3CE9" w14:textId="77777777" w:rsidR="0072223F" w:rsidRPr="00DB6570" w:rsidRDefault="0072223F" w:rsidP="0072223F">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D40AA7C" w14:textId="77777777" w:rsidR="0072223F" w:rsidRPr="00DB6570" w:rsidRDefault="0072223F" w:rsidP="0072223F">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4D929D7" w14:textId="77777777" w:rsidR="0072223F" w:rsidRPr="00DB6570" w:rsidRDefault="0072223F" w:rsidP="0072223F">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27124B" w14:textId="77777777" w:rsidR="0072223F" w:rsidRPr="00DB6570" w:rsidRDefault="0072223F" w:rsidP="0072223F">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7F5A461" w14:textId="77777777" w:rsidR="0072223F" w:rsidRPr="00DB6570" w:rsidRDefault="0072223F" w:rsidP="0072223F">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5B014FA" w14:textId="77777777" w:rsidR="0072223F" w:rsidRPr="00DB6570" w:rsidRDefault="0072223F" w:rsidP="0072223F">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F217856" w14:textId="77777777" w:rsidR="0072223F" w:rsidRPr="00DB6570" w:rsidRDefault="0072223F" w:rsidP="0072223F">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21259F3" w14:textId="77777777" w:rsidR="0072223F" w:rsidRPr="00DB6570" w:rsidRDefault="0072223F" w:rsidP="0072223F">
            <w:pPr>
              <w:spacing w:after="0" w:line="240" w:lineRule="auto"/>
              <w:jc w:val="center"/>
              <w:rPr>
                <w:rFonts w:ascii="Times New Roman" w:hAnsi="Times New Roman" w:cs="Times New Roman"/>
                <w:sz w:val="22"/>
              </w:rPr>
            </w:pPr>
          </w:p>
        </w:tc>
      </w:tr>
      <w:tr w:rsidR="0072223F" w:rsidRPr="00DB6570" w14:paraId="78821675" w14:textId="77777777" w:rsidTr="005E44DD">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295BE42" w14:textId="77777777" w:rsidR="0072223F" w:rsidRPr="00DB6570" w:rsidRDefault="0072223F" w:rsidP="0072223F">
            <w:pPr>
              <w:spacing w:after="0" w:line="240" w:lineRule="auto"/>
              <w:jc w:val="center"/>
              <w:rPr>
                <w:rFonts w:ascii="Times New Roman" w:hAnsi="Times New Roman" w:cs="Times New Roman"/>
                <w:sz w:val="22"/>
              </w:rPr>
            </w:pPr>
            <w:r w:rsidRPr="00DB6570">
              <w:rPr>
                <w:rFonts w:ascii="Times New Roman" w:hAnsi="Times New Roman" w:cs="Times New Roman"/>
                <w:sz w:val="22"/>
              </w:rPr>
              <w:t>5</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5B0AA31" w14:textId="77777777" w:rsidR="0072223F" w:rsidRPr="00DB6570" w:rsidRDefault="0072223F" w:rsidP="0072223F">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57DE6D3" w14:textId="77777777" w:rsidR="0072223F" w:rsidRPr="00DB6570" w:rsidRDefault="0072223F" w:rsidP="0072223F">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A0D225D" w14:textId="77777777" w:rsidR="0072223F" w:rsidRPr="00DB6570" w:rsidRDefault="0072223F" w:rsidP="0072223F">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4EC3156" w14:textId="77777777" w:rsidR="0072223F" w:rsidRPr="00DB6570" w:rsidRDefault="0072223F" w:rsidP="0072223F">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42D8B22" w14:textId="77777777" w:rsidR="0072223F" w:rsidRPr="00DB6570" w:rsidRDefault="0072223F" w:rsidP="0072223F">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23F577D" w14:textId="77777777" w:rsidR="0072223F" w:rsidRPr="00DB6570" w:rsidRDefault="0072223F" w:rsidP="0072223F">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30C42D4" w14:textId="77777777" w:rsidR="0072223F" w:rsidRPr="00DB6570" w:rsidRDefault="0072223F" w:rsidP="0072223F">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86CB8D9" w14:textId="77777777" w:rsidR="0072223F" w:rsidRPr="00DB6570" w:rsidRDefault="0072223F" w:rsidP="0072223F">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DFC4402" w14:textId="77777777" w:rsidR="0072223F" w:rsidRPr="00DB6570" w:rsidRDefault="0072223F" w:rsidP="0072223F">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1C9DF23" w14:textId="77777777" w:rsidR="0072223F" w:rsidRPr="00DB6570" w:rsidRDefault="0072223F" w:rsidP="0072223F">
            <w:pPr>
              <w:spacing w:after="0" w:line="240" w:lineRule="auto"/>
              <w:jc w:val="center"/>
              <w:rPr>
                <w:rFonts w:ascii="Times New Roman" w:hAnsi="Times New Roman" w:cs="Times New Roman"/>
                <w:sz w:val="22"/>
              </w:rPr>
            </w:pPr>
          </w:p>
        </w:tc>
      </w:tr>
      <w:tr w:rsidR="0072223F" w:rsidRPr="00DB6570" w14:paraId="6737BE92" w14:textId="77777777" w:rsidTr="005E44DD">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1A4710E" w14:textId="77777777" w:rsidR="0072223F" w:rsidRPr="00DB6570" w:rsidRDefault="0072223F" w:rsidP="0072223F">
            <w:pPr>
              <w:spacing w:after="0" w:line="240" w:lineRule="auto"/>
              <w:jc w:val="center"/>
              <w:rPr>
                <w:rFonts w:ascii="Times New Roman" w:hAnsi="Times New Roman" w:cs="Times New Roman"/>
                <w:sz w:val="22"/>
              </w:rPr>
            </w:pPr>
            <w:r w:rsidRPr="00DB6570">
              <w:rPr>
                <w:rFonts w:ascii="Times New Roman" w:hAnsi="Times New Roman" w:cs="Times New Roman"/>
                <w:sz w:val="22"/>
              </w:rPr>
              <w:t>6</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C91E4F4" w14:textId="77777777" w:rsidR="0072223F" w:rsidRPr="00DB6570" w:rsidRDefault="0072223F" w:rsidP="0072223F">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4092753" w14:textId="77777777" w:rsidR="0072223F" w:rsidRPr="00DB6570" w:rsidRDefault="0072223F" w:rsidP="0072223F">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E368E50" w14:textId="77777777" w:rsidR="0072223F" w:rsidRPr="00DB6570" w:rsidRDefault="0072223F" w:rsidP="0072223F">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DFE9A3D" w14:textId="77777777" w:rsidR="0072223F" w:rsidRPr="00DB6570" w:rsidRDefault="0072223F" w:rsidP="0072223F">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B6FBD58" w14:textId="77777777" w:rsidR="0072223F" w:rsidRPr="00DB6570" w:rsidRDefault="0072223F" w:rsidP="0072223F">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8BFD91A" w14:textId="77777777" w:rsidR="0072223F" w:rsidRPr="00DB6570" w:rsidRDefault="0072223F" w:rsidP="0072223F">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2F85EEF" w14:textId="77777777" w:rsidR="0072223F" w:rsidRPr="00DB6570" w:rsidRDefault="0072223F" w:rsidP="0072223F">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D5EE245" w14:textId="77777777" w:rsidR="0072223F" w:rsidRPr="00DB6570" w:rsidRDefault="0072223F" w:rsidP="0072223F">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C1B5D0A" w14:textId="77777777" w:rsidR="0072223F" w:rsidRPr="00DB6570" w:rsidRDefault="0072223F" w:rsidP="0072223F">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0CD18A8" w14:textId="77777777" w:rsidR="0072223F" w:rsidRPr="00DB6570" w:rsidRDefault="0072223F" w:rsidP="0072223F">
            <w:pPr>
              <w:spacing w:after="0" w:line="240" w:lineRule="auto"/>
              <w:jc w:val="center"/>
              <w:rPr>
                <w:rFonts w:ascii="Times New Roman" w:hAnsi="Times New Roman" w:cs="Times New Roman"/>
                <w:sz w:val="22"/>
              </w:rPr>
            </w:pPr>
          </w:p>
        </w:tc>
      </w:tr>
      <w:tr w:rsidR="0072223F" w:rsidRPr="00DB6570" w14:paraId="41856EF5" w14:textId="77777777" w:rsidTr="005E44DD">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096C333" w14:textId="77777777" w:rsidR="0072223F" w:rsidRPr="00DB6570" w:rsidRDefault="0072223F" w:rsidP="0072223F">
            <w:pPr>
              <w:spacing w:after="0" w:line="240" w:lineRule="auto"/>
              <w:jc w:val="center"/>
              <w:rPr>
                <w:rFonts w:ascii="Times New Roman" w:hAnsi="Times New Roman" w:cs="Times New Roman"/>
                <w:sz w:val="22"/>
              </w:rPr>
            </w:pPr>
            <w:r w:rsidRPr="00DB6570">
              <w:rPr>
                <w:rFonts w:ascii="Times New Roman" w:hAnsi="Times New Roman" w:cs="Times New Roman"/>
                <w:sz w:val="22"/>
              </w:rPr>
              <w:t>7</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2CB6567" w14:textId="77777777" w:rsidR="0072223F" w:rsidRPr="00DB6570" w:rsidRDefault="0072223F" w:rsidP="0072223F">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FFDED26" w14:textId="77777777" w:rsidR="0072223F" w:rsidRPr="00DB6570" w:rsidRDefault="0072223F" w:rsidP="0072223F">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B7F7E47" w14:textId="77777777" w:rsidR="0072223F" w:rsidRPr="00DB6570" w:rsidRDefault="0072223F" w:rsidP="0072223F">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51C61D5" w14:textId="77777777" w:rsidR="0072223F" w:rsidRPr="00DB6570" w:rsidRDefault="0072223F" w:rsidP="0072223F">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E1DB8D" w14:textId="77777777" w:rsidR="0072223F" w:rsidRPr="00DB6570" w:rsidRDefault="0072223F" w:rsidP="0072223F">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FB0B2BF" w14:textId="77777777" w:rsidR="0072223F" w:rsidRPr="00DB6570" w:rsidRDefault="0072223F" w:rsidP="0072223F">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8C63369" w14:textId="77777777" w:rsidR="0072223F" w:rsidRPr="00DB6570" w:rsidRDefault="0072223F" w:rsidP="0072223F">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6AF1DE2" w14:textId="77777777" w:rsidR="0072223F" w:rsidRPr="00DB6570" w:rsidRDefault="0072223F" w:rsidP="0072223F">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71A3FAB" w14:textId="77777777" w:rsidR="0072223F" w:rsidRPr="00DB6570" w:rsidRDefault="0072223F" w:rsidP="0072223F">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509516C" w14:textId="77777777" w:rsidR="0072223F" w:rsidRPr="00DB6570" w:rsidRDefault="0072223F" w:rsidP="0072223F">
            <w:pPr>
              <w:spacing w:after="0" w:line="240" w:lineRule="auto"/>
              <w:jc w:val="center"/>
              <w:rPr>
                <w:rFonts w:ascii="Times New Roman" w:hAnsi="Times New Roman" w:cs="Times New Roman"/>
                <w:sz w:val="22"/>
              </w:rPr>
            </w:pPr>
          </w:p>
        </w:tc>
      </w:tr>
      <w:tr w:rsidR="0072223F" w:rsidRPr="00DB6570" w14:paraId="2B683C74" w14:textId="77777777" w:rsidTr="005E44DD">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6FE74DC" w14:textId="77777777" w:rsidR="0072223F" w:rsidRPr="00DB6570" w:rsidRDefault="0072223F" w:rsidP="0072223F">
            <w:pPr>
              <w:spacing w:after="0" w:line="240" w:lineRule="auto"/>
              <w:jc w:val="center"/>
              <w:rPr>
                <w:rFonts w:ascii="Times New Roman" w:hAnsi="Times New Roman" w:cs="Times New Roman"/>
                <w:sz w:val="22"/>
              </w:rPr>
            </w:pPr>
            <w:r w:rsidRPr="00DB6570">
              <w:rPr>
                <w:rFonts w:ascii="Times New Roman" w:hAnsi="Times New Roman" w:cs="Times New Roman"/>
                <w:sz w:val="22"/>
              </w:rPr>
              <w:t>8</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AD5FD2D" w14:textId="77777777" w:rsidR="0072223F" w:rsidRPr="00DB6570" w:rsidRDefault="0072223F" w:rsidP="0072223F">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E5E9EB5" w14:textId="77777777" w:rsidR="0072223F" w:rsidRPr="00DB6570" w:rsidRDefault="0072223F" w:rsidP="0072223F">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EFB6D27" w14:textId="77777777" w:rsidR="0072223F" w:rsidRPr="00DB6570" w:rsidRDefault="0072223F" w:rsidP="0072223F">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E97647C" w14:textId="77777777" w:rsidR="0072223F" w:rsidRPr="00DB6570" w:rsidRDefault="0072223F" w:rsidP="0072223F">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0F6B180" w14:textId="77777777" w:rsidR="0072223F" w:rsidRPr="00DB6570" w:rsidRDefault="0072223F" w:rsidP="0072223F">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3046E24" w14:textId="77777777" w:rsidR="0072223F" w:rsidRPr="00DB6570" w:rsidRDefault="0072223F" w:rsidP="0072223F">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023178" w14:textId="77777777" w:rsidR="0072223F" w:rsidRPr="00DB6570" w:rsidRDefault="0072223F" w:rsidP="0072223F">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B30B2FD" w14:textId="77777777" w:rsidR="0072223F" w:rsidRPr="00DB6570" w:rsidRDefault="0072223F" w:rsidP="0072223F">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4F916B" w14:textId="77777777" w:rsidR="0072223F" w:rsidRPr="00DB6570" w:rsidRDefault="0072223F" w:rsidP="0072223F">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58A72F1" w14:textId="77777777" w:rsidR="0072223F" w:rsidRPr="00DB6570" w:rsidRDefault="0072223F" w:rsidP="0072223F">
            <w:pPr>
              <w:spacing w:after="0" w:line="240" w:lineRule="auto"/>
              <w:jc w:val="center"/>
              <w:rPr>
                <w:rFonts w:ascii="Times New Roman" w:hAnsi="Times New Roman" w:cs="Times New Roman"/>
                <w:sz w:val="22"/>
              </w:rPr>
            </w:pPr>
          </w:p>
        </w:tc>
      </w:tr>
      <w:tr w:rsidR="0072223F" w:rsidRPr="00DB6570" w14:paraId="20236144" w14:textId="77777777" w:rsidTr="005E44DD">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8E3EAC2" w14:textId="77777777" w:rsidR="0072223F" w:rsidRPr="00DB6570" w:rsidRDefault="0072223F" w:rsidP="0072223F">
            <w:pPr>
              <w:spacing w:after="0" w:line="240" w:lineRule="auto"/>
              <w:jc w:val="center"/>
              <w:rPr>
                <w:rFonts w:ascii="Times New Roman" w:hAnsi="Times New Roman" w:cs="Times New Roman"/>
                <w:sz w:val="22"/>
              </w:rPr>
            </w:pPr>
            <w:r w:rsidRPr="00DB6570">
              <w:rPr>
                <w:rFonts w:ascii="Times New Roman" w:hAnsi="Times New Roman" w:cs="Times New Roman"/>
                <w:sz w:val="22"/>
              </w:rPr>
              <w:t>9</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B1EC4B" w14:textId="77777777" w:rsidR="0072223F" w:rsidRPr="00DB6570" w:rsidRDefault="0072223F" w:rsidP="0072223F">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C2CE97" w14:textId="77777777" w:rsidR="0072223F" w:rsidRPr="00DB6570" w:rsidRDefault="0072223F" w:rsidP="0072223F">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A7C4C6D" w14:textId="77777777" w:rsidR="0072223F" w:rsidRPr="00DB6570" w:rsidRDefault="0072223F" w:rsidP="0072223F">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D8CB5B5" w14:textId="77777777" w:rsidR="0072223F" w:rsidRPr="00DB6570" w:rsidRDefault="0072223F" w:rsidP="0072223F">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A23BEDC" w14:textId="77777777" w:rsidR="0072223F" w:rsidRPr="00DB6570" w:rsidRDefault="0072223F" w:rsidP="0072223F">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85E0385" w14:textId="77777777" w:rsidR="0072223F" w:rsidRPr="00DB6570" w:rsidRDefault="0072223F" w:rsidP="0072223F">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9B9DA0F" w14:textId="77777777" w:rsidR="0072223F" w:rsidRPr="00DB6570" w:rsidRDefault="0072223F" w:rsidP="0072223F">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9EF5BFF" w14:textId="77777777" w:rsidR="0072223F" w:rsidRPr="00DB6570" w:rsidRDefault="0072223F" w:rsidP="0072223F">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EA92AB6" w14:textId="77777777" w:rsidR="0072223F" w:rsidRPr="00DB6570" w:rsidRDefault="0072223F" w:rsidP="0072223F">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D88998" w14:textId="77777777" w:rsidR="0072223F" w:rsidRPr="00DB6570" w:rsidRDefault="0072223F" w:rsidP="0072223F">
            <w:pPr>
              <w:spacing w:after="0" w:line="240" w:lineRule="auto"/>
              <w:jc w:val="center"/>
              <w:rPr>
                <w:rFonts w:ascii="Times New Roman" w:hAnsi="Times New Roman" w:cs="Times New Roman"/>
                <w:sz w:val="22"/>
              </w:rPr>
            </w:pPr>
          </w:p>
        </w:tc>
      </w:tr>
      <w:tr w:rsidR="0072223F" w:rsidRPr="00DB6570" w14:paraId="3B484655" w14:textId="77777777" w:rsidTr="005E44DD">
        <w:trPr>
          <w:cantSplit/>
          <w:trHeight w:val="490"/>
          <w:jc w:val="center"/>
        </w:trPr>
        <w:tc>
          <w:tcPr>
            <w:tcW w:w="17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8572767" w14:textId="77777777" w:rsidR="0072223F" w:rsidRPr="00DB6570" w:rsidRDefault="0072223F" w:rsidP="0072223F">
            <w:pPr>
              <w:spacing w:after="0" w:line="240" w:lineRule="auto"/>
              <w:jc w:val="center"/>
              <w:rPr>
                <w:rFonts w:ascii="Times New Roman" w:hAnsi="Times New Roman" w:cs="Times New Roman"/>
                <w:sz w:val="22"/>
              </w:rPr>
            </w:pPr>
            <w:r w:rsidRPr="00DB6570">
              <w:rPr>
                <w:rFonts w:ascii="Times New Roman" w:hAnsi="Times New Roman" w:cs="Times New Roman"/>
                <w:sz w:val="22"/>
              </w:rPr>
              <w:t>10</w:t>
            </w: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28F48A7" w14:textId="77777777" w:rsidR="0072223F" w:rsidRPr="00DB6570" w:rsidRDefault="0072223F" w:rsidP="0072223F">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DE2E4EB" w14:textId="77777777" w:rsidR="0072223F" w:rsidRPr="00DB6570" w:rsidRDefault="0072223F" w:rsidP="0072223F">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474D255" w14:textId="77777777" w:rsidR="0072223F" w:rsidRPr="00DB6570" w:rsidRDefault="0072223F" w:rsidP="0072223F">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0B5BAE1" w14:textId="77777777" w:rsidR="0072223F" w:rsidRPr="00DB6570" w:rsidRDefault="0072223F" w:rsidP="0072223F">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6CF25D3" w14:textId="77777777" w:rsidR="0072223F" w:rsidRPr="00DB6570" w:rsidRDefault="0072223F" w:rsidP="0072223F">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EAF290" w14:textId="77777777" w:rsidR="0072223F" w:rsidRPr="00DB6570" w:rsidRDefault="0072223F" w:rsidP="0072223F">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76828CC" w14:textId="77777777" w:rsidR="0072223F" w:rsidRPr="00DB6570" w:rsidRDefault="0072223F" w:rsidP="0072223F">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1F1F393" w14:textId="77777777" w:rsidR="0072223F" w:rsidRPr="00DB6570" w:rsidRDefault="0072223F" w:rsidP="0072223F">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A1A2399" w14:textId="77777777" w:rsidR="0072223F" w:rsidRPr="00DB6570" w:rsidRDefault="0072223F" w:rsidP="0072223F">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7D46C37" w14:textId="77777777" w:rsidR="0072223F" w:rsidRPr="00DB6570" w:rsidRDefault="0072223F" w:rsidP="0072223F">
            <w:pPr>
              <w:spacing w:after="0" w:line="240" w:lineRule="auto"/>
              <w:jc w:val="center"/>
              <w:rPr>
                <w:rFonts w:ascii="Times New Roman" w:hAnsi="Times New Roman" w:cs="Times New Roman"/>
                <w:sz w:val="22"/>
              </w:rPr>
            </w:pPr>
          </w:p>
        </w:tc>
      </w:tr>
      <w:tr w:rsidR="0072223F" w:rsidRPr="00DB6570" w14:paraId="12C257DC" w14:textId="77777777" w:rsidTr="005E44DD">
        <w:trPr>
          <w:cantSplit/>
          <w:trHeight w:val="432"/>
          <w:jc w:val="center"/>
        </w:trPr>
        <w:tc>
          <w:tcPr>
            <w:tcW w:w="173"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5EBF083D" w14:textId="77777777" w:rsidR="0072223F" w:rsidRPr="00DB6570" w:rsidRDefault="0072223F" w:rsidP="0072223F">
            <w:pPr>
              <w:spacing w:after="0" w:line="240" w:lineRule="auto"/>
              <w:jc w:val="center"/>
              <w:rPr>
                <w:rFonts w:ascii="Times New Roman" w:hAnsi="Times New Roman" w:cs="Times New Roman"/>
                <w:sz w:val="22"/>
              </w:rPr>
            </w:pPr>
            <w:r w:rsidRPr="00DB6570">
              <w:rPr>
                <w:rFonts w:ascii="Times New Roman" w:hAnsi="Times New Roman" w:cs="Times New Roman"/>
                <w:b/>
                <w:sz w:val="22"/>
              </w:rPr>
              <w:t>TOTAL</w:t>
            </w:r>
          </w:p>
        </w:tc>
        <w:tc>
          <w:tcPr>
            <w:tcW w:w="534"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61ABF26F" w14:textId="77777777" w:rsidR="0072223F" w:rsidRPr="00DB6570" w:rsidRDefault="0072223F" w:rsidP="0072223F">
            <w:pPr>
              <w:spacing w:after="0" w:line="240" w:lineRule="auto"/>
              <w:rPr>
                <w:rFonts w:ascii="Times New Roman" w:hAnsi="Times New Roman" w:cs="Times New Roman"/>
                <w:sz w:val="22"/>
              </w:rPr>
            </w:pPr>
          </w:p>
        </w:tc>
        <w:tc>
          <w:tcPr>
            <w:tcW w:w="468"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1C808A35" w14:textId="77777777" w:rsidR="0072223F" w:rsidRPr="00DB6570" w:rsidRDefault="0072223F" w:rsidP="0072223F">
            <w:pPr>
              <w:spacing w:after="0" w:line="240" w:lineRule="auto"/>
              <w:rPr>
                <w:rFonts w:ascii="Times New Roman" w:hAnsi="Times New Roman" w:cs="Times New Roman"/>
                <w:sz w:val="22"/>
              </w:rPr>
            </w:pPr>
          </w:p>
        </w:tc>
        <w:tc>
          <w:tcPr>
            <w:tcW w:w="31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0A42CCBA" w14:textId="77777777" w:rsidR="0072223F" w:rsidRPr="00DB6570" w:rsidRDefault="0072223F" w:rsidP="0072223F">
            <w:pPr>
              <w:spacing w:after="0" w:line="240" w:lineRule="auto"/>
              <w:rPr>
                <w:rFonts w:ascii="Times New Roman" w:hAnsi="Times New Roman" w:cs="Times New Roman"/>
                <w:sz w:val="22"/>
              </w:rPr>
            </w:pPr>
          </w:p>
        </w:tc>
        <w:tc>
          <w:tcPr>
            <w:tcW w:w="397"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3FB4BB42" w14:textId="77777777" w:rsidR="0072223F" w:rsidRPr="00DB6570" w:rsidRDefault="0072223F" w:rsidP="0072223F">
            <w:pPr>
              <w:spacing w:after="0" w:line="240" w:lineRule="auto"/>
              <w:rPr>
                <w:rFonts w:ascii="Times New Roman" w:hAnsi="Times New Roman" w:cs="Times New Roman"/>
                <w:sz w:val="22"/>
              </w:rPr>
            </w:pPr>
          </w:p>
        </w:tc>
        <w:tc>
          <w:tcPr>
            <w:tcW w:w="610"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1380BBF4" w14:textId="77777777" w:rsidR="0072223F" w:rsidRPr="00DB6570" w:rsidRDefault="0072223F" w:rsidP="0072223F">
            <w:pPr>
              <w:spacing w:after="0" w:line="240" w:lineRule="auto"/>
              <w:rPr>
                <w:rFonts w:ascii="Times New Roman" w:hAnsi="Times New Roman" w:cs="Times New Roman"/>
                <w:sz w:val="22"/>
              </w:rPr>
            </w:pPr>
          </w:p>
        </w:tc>
        <w:tc>
          <w:tcPr>
            <w:tcW w:w="651"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4CB74579" w14:textId="77777777" w:rsidR="0072223F" w:rsidRPr="00DB6570" w:rsidRDefault="0072223F" w:rsidP="0072223F">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DF117E3" w14:textId="77777777" w:rsidR="0072223F" w:rsidRPr="00DB6570" w:rsidRDefault="0072223F" w:rsidP="0072223F">
            <w:pPr>
              <w:spacing w:after="0" w:line="240" w:lineRule="auto"/>
              <w:jc w:val="center"/>
              <w:rPr>
                <w:rFonts w:ascii="Times New Roman" w:hAnsi="Times New Roman" w:cs="Times New Roman"/>
                <w:sz w:val="22"/>
              </w:rPr>
            </w:pPr>
          </w:p>
        </w:tc>
        <w:tc>
          <w:tcPr>
            <w:tcW w:w="417"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152E2CA5" w14:textId="77777777" w:rsidR="0072223F" w:rsidRPr="00DB6570" w:rsidRDefault="0072223F" w:rsidP="0072223F">
            <w:pPr>
              <w:spacing w:after="0" w:line="240" w:lineRule="auto"/>
              <w:jc w:val="center"/>
              <w:rPr>
                <w:rFonts w:ascii="Times New Roman" w:hAnsi="Times New Roman" w:cs="Times New Roman"/>
                <w:sz w:val="22"/>
              </w:rPr>
            </w:pPr>
          </w:p>
        </w:tc>
        <w:tc>
          <w:tcPr>
            <w:tcW w:w="366"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27736CDE" w14:textId="77777777" w:rsidR="0072223F" w:rsidRPr="00DB6570" w:rsidRDefault="0072223F" w:rsidP="0072223F">
            <w:pPr>
              <w:spacing w:after="0" w:line="240" w:lineRule="auto"/>
              <w:jc w:val="center"/>
              <w:rPr>
                <w:rFonts w:ascii="Times New Roman" w:hAnsi="Times New Roman" w:cs="Times New Roman"/>
                <w:sz w:val="22"/>
              </w:rPr>
            </w:pPr>
          </w:p>
        </w:tc>
        <w:tc>
          <w:tcPr>
            <w:tcW w:w="534"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12243999" w14:textId="77777777" w:rsidR="0072223F" w:rsidRPr="00DB6570" w:rsidRDefault="0072223F" w:rsidP="0072223F">
            <w:pPr>
              <w:spacing w:after="0" w:line="240" w:lineRule="auto"/>
              <w:jc w:val="center"/>
              <w:rPr>
                <w:rFonts w:ascii="Times New Roman" w:hAnsi="Times New Roman" w:cs="Times New Roman"/>
                <w:sz w:val="22"/>
              </w:rPr>
            </w:pPr>
          </w:p>
        </w:tc>
      </w:tr>
    </w:tbl>
    <w:p w14:paraId="2AAC4CB6" w14:textId="77777777" w:rsidR="0061162A" w:rsidRPr="00DB6570" w:rsidRDefault="0061162A">
      <w:pPr>
        <w:spacing w:after="0"/>
        <w:rPr>
          <w:rFonts w:ascii="Times New Roman" w:hAnsi="Times New Roman" w:cs="Times New Roman"/>
          <w:sz w:val="22"/>
        </w:rPr>
      </w:pPr>
    </w:p>
    <w:p w14:paraId="2F07AA59" w14:textId="481190F2" w:rsidR="0061162A" w:rsidRPr="00DB6570" w:rsidRDefault="0027737E">
      <w:pPr>
        <w:pStyle w:val="Heading2"/>
        <w:rPr>
          <w:rFonts w:ascii="Times New Roman" w:hAnsi="Times New Roman" w:cs="Times New Roman"/>
          <w:color w:val="auto"/>
          <w:sz w:val="22"/>
          <w:szCs w:val="22"/>
        </w:rPr>
      </w:pPr>
      <w:bookmarkStart w:id="77" w:name="_Toc237525272"/>
      <w:r w:rsidRPr="00DB6570">
        <w:rPr>
          <w:rFonts w:ascii="Times New Roman" w:hAnsi="Times New Roman" w:cs="Times New Roman"/>
          <w:color w:val="auto"/>
          <w:sz w:val="22"/>
          <w:szCs w:val="22"/>
        </w:rPr>
        <w:t>5</w:t>
      </w:r>
      <w:r w:rsidR="00BE6111" w:rsidRPr="00DB6570">
        <w:rPr>
          <w:rFonts w:ascii="Times New Roman" w:hAnsi="Times New Roman" w:cs="Times New Roman"/>
          <w:color w:val="auto"/>
          <w:sz w:val="22"/>
          <w:szCs w:val="22"/>
        </w:rPr>
        <w:t>.1</w:t>
      </w:r>
      <w:r w:rsidR="00187C46" w:rsidRPr="00DB6570">
        <w:rPr>
          <w:rFonts w:ascii="Times New Roman" w:hAnsi="Times New Roman" w:cs="Times New Roman"/>
          <w:color w:val="auto"/>
          <w:sz w:val="22"/>
          <w:szCs w:val="22"/>
        </w:rPr>
        <w:t>3</w:t>
      </w:r>
      <w:r w:rsidR="00BE6111" w:rsidRPr="00DB6570">
        <w:rPr>
          <w:rFonts w:ascii="Times New Roman" w:hAnsi="Times New Roman" w:cs="Times New Roman"/>
          <w:color w:val="auto"/>
          <w:sz w:val="22"/>
          <w:szCs w:val="22"/>
        </w:rPr>
        <w:t xml:space="preserve"> Institutional Strengthening Investment Plan</w:t>
      </w:r>
      <w:bookmarkEnd w:id="77"/>
    </w:p>
    <w:p w14:paraId="541EF611" w14:textId="7B25D667" w:rsidR="0061162A" w:rsidRPr="00DB6570" w:rsidRDefault="00FA0C5D">
      <w:pPr>
        <w:pStyle w:val="GuidanceText"/>
        <w:keepNext/>
        <w:rPr>
          <w:rFonts w:ascii="Times New Roman" w:hAnsi="Times New Roman" w:cs="Times New Roman"/>
          <w:color w:val="auto"/>
          <w:sz w:val="22"/>
        </w:rPr>
      </w:pPr>
      <w:r w:rsidRPr="00DB6570">
        <w:rPr>
          <w:rFonts w:ascii="Times New Roman" w:hAnsi="Times New Roman" w:cs="Times New Roman"/>
          <w:color w:val="auto"/>
          <w:sz w:val="22"/>
        </w:rPr>
        <w:t>Up to 15% of the institutional allocation can be committed to institutions that host centers/RFTIs. Describe the activities and innovations in institutional policies and practices that will be prioritized over the project period from among the following options: student career services, student tracer studies, data and analysis for measuring institutional performance, digital learning, research management, innovation and technology transfer, quality assurance and education management systems, leadership and faculty development, institutional accreditation. Prioritize investments required for achieving and sustaining project objectives. For topics outside of the suggested options, provide a rationale justifying the need for investments in the proposed area, how it enables achieving and sustaining project objectives and expected outputs and outcomes.</w:t>
      </w:r>
    </w:p>
    <w:tbl>
      <w:tblPr>
        <w:tblStyle w:val="TableGrid"/>
        <w:tblW w:w="9000" w:type="dxa"/>
        <w:jc w:val="center"/>
        <w:tblLook w:val="04A0" w:firstRow="1" w:lastRow="0" w:firstColumn="1" w:lastColumn="0" w:noHBand="0" w:noVBand="1"/>
      </w:tblPr>
      <w:tblGrid>
        <w:gridCol w:w="1717"/>
        <w:gridCol w:w="1007"/>
        <w:gridCol w:w="1246"/>
        <w:gridCol w:w="1565"/>
        <w:gridCol w:w="1899"/>
        <w:gridCol w:w="1566"/>
      </w:tblGrid>
      <w:tr w:rsidR="0061162A" w:rsidRPr="00DB6570" w14:paraId="1CAB290F" w14:textId="77777777" w:rsidTr="0021427D">
        <w:trPr>
          <w:tblHeader/>
          <w:jc w:val="center"/>
        </w:trPr>
        <w:tc>
          <w:tcPr>
            <w:tcW w:w="1717" w:type="dxa"/>
            <w:tcMar>
              <w:top w:w="70" w:type="dxa"/>
              <w:left w:w="70" w:type="dxa"/>
              <w:bottom w:w="70" w:type="dxa"/>
              <w:right w:w="70" w:type="dxa"/>
            </w:tcMar>
          </w:tcPr>
          <w:p w14:paraId="42D2CCEE"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Investment area</w:t>
            </w:r>
          </w:p>
        </w:tc>
        <w:tc>
          <w:tcPr>
            <w:tcW w:w="1007" w:type="dxa"/>
            <w:tcMar>
              <w:top w:w="70" w:type="dxa"/>
              <w:left w:w="70" w:type="dxa"/>
              <w:bottom w:w="70" w:type="dxa"/>
              <w:right w:w="70" w:type="dxa"/>
            </w:tcMar>
          </w:tcPr>
          <w:p w14:paraId="2C0CAFBD"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Priority rank</w:t>
            </w:r>
          </w:p>
        </w:tc>
        <w:tc>
          <w:tcPr>
            <w:tcW w:w="1246" w:type="dxa"/>
            <w:tcMar>
              <w:top w:w="70" w:type="dxa"/>
              <w:left w:w="70" w:type="dxa"/>
              <w:bottom w:w="70" w:type="dxa"/>
              <w:right w:w="70" w:type="dxa"/>
            </w:tcMar>
          </w:tcPr>
          <w:p w14:paraId="7DBEA100"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Budget (USD)</w:t>
            </w:r>
          </w:p>
        </w:tc>
        <w:tc>
          <w:tcPr>
            <w:tcW w:w="1565" w:type="dxa"/>
            <w:tcMar>
              <w:top w:w="70" w:type="dxa"/>
              <w:left w:w="70" w:type="dxa"/>
              <w:bottom w:w="70" w:type="dxa"/>
              <w:right w:w="70" w:type="dxa"/>
            </w:tcMar>
          </w:tcPr>
          <w:p w14:paraId="153377CF"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 of institutional strengthening allocation</w:t>
            </w:r>
          </w:p>
        </w:tc>
        <w:tc>
          <w:tcPr>
            <w:tcW w:w="1899" w:type="dxa"/>
            <w:tcMar>
              <w:top w:w="70" w:type="dxa"/>
              <w:left w:w="70" w:type="dxa"/>
              <w:bottom w:w="70" w:type="dxa"/>
              <w:right w:w="70" w:type="dxa"/>
            </w:tcMar>
          </w:tcPr>
          <w:p w14:paraId="72880EF2"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Expected usage and result</w:t>
            </w:r>
          </w:p>
        </w:tc>
        <w:tc>
          <w:tcPr>
            <w:tcW w:w="1566" w:type="dxa"/>
            <w:tcMar>
              <w:top w:w="70" w:type="dxa"/>
              <w:left w:w="70" w:type="dxa"/>
              <w:bottom w:w="70" w:type="dxa"/>
              <w:right w:w="70" w:type="dxa"/>
            </w:tcMar>
          </w:tcPr>
          <w:p w14:paraId="68B25671"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Sustainability / owner</w:t>
            </w:r>
          </w:p>
        </w:tc>
      </w:tr>
      <w:tr w:rsidR="0061162A" w:rsidRPr="00DB6570" w14:paraId="2BA4F691" w14:textId="77777777" w:rsidTr="005E44DD">
        <w:trPr>
          <w:cantSplit/>
          <w:jc w:val="center"/>
        </w:trPr>
        <w:tc>
          <w:tcPr>
            <w:tcW w:w="1717" w:type="dxa"/>
            <w:tcMar>
              <w:top w:w="70" w:type="dxa"/>
              <w:left w:w="70" w:type="dxa"/>
              <w:bottom w:w="70" w:type="dxa"/>
              <w:right w:w="70" w:type="dxa"/>
            </w:tcMar>
          </w:tcPr>
          <w:p w14:paraId="6D52EF86" w14:textId="759F1CE9" w:rsidR="0061162A" w:rsidRPr="00DB6570" w:rsidRDefault="0061162A">
            <w:pPr>
              <w:pStyle w:val="ResponsePlaceholder"/>
              <w:rPr>
                <w:rFonts w:ascii="Times New Roman" w:hAnsi="Times New Roman" w:cs="Times New Roman"/>
                <w:color w:val="auto"/>
                <w:sz w:val="22"/>
              </w:rPr>
            </w:pPr>
          </w:p>
        </w:tc>
        <w:tc>
          <w:tcPr>
            <w:tcW w:w="1007" w:type="dxa"/>
            <w:tcMar>
              <w:top w:w="70" w:type="dxa"/>
              <w:left w:w="70" w:type="dxa"/>
              <w:bottom w:w="70" w:type="dxa"/>
              <w:right w:w="70" w:type="dxa"/>
            </w:tcMar>
          </w:tcPr>
          <w:p w14:paraId="21BBE809" w14:textId="7424FB45" w:rsidR="0061162A" w:rsidRPr="00DB6570" w:rsidRDefault="0061162A">
            <w:pPr>
              <w:pStyle w:val="ResponsePlaceholder"/>
              <w:rPr>
                <w:rFonts w:ascii="Times New Roman" w:hAnsi="Times New Roman" w:cs="Times New Roman"/>
                <w:color w:val="auto"/>
                <w:sz w:val="22"/>
              </w:rPr>
            </w:pPr>
          </w:p>
        </w:tc>
        <w:tc>
          <w:tcPr>
            <w:tcW w:w="1246" w:type="dxa"/>
            <w:tcMar>
              <w:top w:w="70" w:type="dxa"/>
              <w:left w:w="70" w:type="dxa"/>
              <w:bottom w:w="70" w:type="dxa"/>
              <w:right w:w="70" w:type="dxa"/>
            </w:tcMar>
          </w:tcPr>
          <w:p w14:paraId="40C15A97" w14:textId="49C8842C" w:rsidR="0061162A" w:rsidRPr="00DB6570" w:rsidRDefault="0061162A">
            <w:pPr>
              <w:pStyle w:val="ResponsePlaceholder"/>
              <w:rPr>
                <w:rFonts w:ascii="Times New Roman" w:hAnsi="Times New Roman" w:cs="Times New Roman"/>
                <w:color w:val="auto"/>
                <w:sz w:val="22"/>
              </w:rPr>
            </w:pPr>
          </w:p>
        </w:tc>
        <w:tc>
          <w:tcPr>
            <w:tcW w:w="1565" w:type="dxa"/>
            <w:tcMar>
              <w:top w:w="70" w:type="dxa"/>
              <w:left w:w="70" w:type="dxa"/>
              <w:bottom w:w="70" w:type="dxa"/>
              <w:right w:w="70" w:type="dxa"/>
            </w:tcMar>
          </w:tcPr>
          <w:p w14:paraId="54BD2AF8" w14:textId="2C835A70" w:rsidR="0061162A" w:rsidRPr="00DB6570" w:rsidRDefault="0061162A">
            <w:pPr>
              <w:pStyle w:val="ResponsePlaceholder"/>
              <w:rPr>
                <w:rFonts w:ascii="Times New Roman" w:hAnsi="Times New Roman" w:cs="Times New Roman"/>
                <w:color w:val="auto"/>
                <w:sz w:val="22"/>
              </w:rPr>
            </w:pPr>
          </w:p>
        </w:tc>
        <w:tc>
          <w:tcPr>
            <w:tcW w:w="1899" w:type="dxa"/>
            <w:tcMar>
              <w:top w:w="70" w:type="dxa"/>
              <w:left w:w="70" w:type="dxa"/>
              <w:bottom w:w="70" w:type="dxa"/>
              <w:right w:w="70" w:type="dxa"/>
            </w:tcMar>
          </w:tcPr>
          <w:p w14:paraId="78265D4F" w14:textId="463134FB" w:rsidR="0061162A" w:rsidRPr="00DB6570" w:rsidRDefault="0061162A">
            <w:pPr>
              <w:pStyle w:val="ResponsePlaceholder"/>
              <w:rPr>
                <w:rFonts w:ascii="Times New Roman" w:hAnsi="Times New Roman" w:cs="Times New Roman"/>
                <w:color w:val="auto"/>
                <w:sz w:val="22"/>
              </w:rPr>
            </w:pPr>
          </w:p>
        </w:tc>
        <w:tc>
          <w:tcPr>
            <w:tcW w:w="1566" w:type="dxa"/>
            <w:tcMar>
              <w:top w:w="70" w:type="dxa"/>
              <w:left w:w="70" w:type="dxa"/>
              <w:bottom w:w="70" w:type="dxa"/>
              <w:right w:w="70" w:type="dxa"/>
            </w:tcMar>
          </w:tcPr>
          <w:p w14:paraId="72D68B25" w14:textId="68CA6729" w:rsidR="0061162A" w:rsidRPr="00DB6570" w:rsidRDefault="0061162A">
            <w:pPr>
              <w:pStyle w:val="ResponsePlaceholder"/>
              <w:rPr>
                <w:rFonts w:ascii="Times New Roman" w:hAnsi="Times New Roman" w:cs="Times New Roman"/>
                <w:color w:val="auto"/>
                <w:sz w:val="22"/>
              </w:rPr>
            </w:pPr>
          </w:p>
        </w:tc>
      </w:tr>
      <w:tr w:rsidR="0061162A" w:rsidRPr="00DB6570" w14:paraId="10305F72" w14:textId="77777777" w:rsidTr="005E44DD">
        <w:trPr>
          <w:cantSplit/>
          <w:jc w:val="center"/>
        </w:trPr>
        <w:tc>
          <w:tcPr>
            <w:tcW w:w="1717" w:type="dxa"/>
            <w:tcMar>
              <w:top w:w="70" w:type="dxa"/>
              <w:left w:w="70" w:type="dxa"/>
              <w:bottom w:w="70" w:type="dxa"/>
              <w:right w:w="70" w:type="dxa"/>
            </w:tcMar>
          </w:tcPr>
          <w:p w14:paraId="7293D058" w14:textId="37E471E7" w:rsidR="0061162A" w:rsidRPr="00DB6570" w:rsidRDefault="0061162A">
            <w:pPr>
              <w:pStyle w:val="ResponsePlaceholder"/>
              <w:rPr>
                <w:rFonts w:ascii="Times New Roman" w:hAnsi="Times New Roman" w:cs="Times New Roman"/>
                <w:color w:val="auto"/>
                <w:sz w:val="22"/>
              </w:rPr>
            </w:pPr>
          </w:p>
        </w:tc>
        <w:tc>
          <w:tcPr>
            <w:tcW w:w="1007" w:type="dxa"/>
            <w:tcMar>
              <w:top w:w="70" w:type="dxa"/>
              <w:left w:w="70" w:type="dxa"/>
              <w:bottom w:w="70" w:type="dxa"/>
              <w:right w:w="70" w:type="dxa"/>
            </w:tcMar>
          </w:tcPr>
          <w:p w14:paraId="2BACBE99" w14:textId="51F274DF" w:rsidR="0061162A" w:rsidRPr="00DB6570" w:rsidRDefault="0061162A">
            <w:pPr>
              <w:pStyle w:val="ResponsePlaceholder"/>
              <w:rPr>
                <w:rFonts w:ascii="Times New Roman" w:hAnsi="Times New Roman" w:cs="Times New Roman"/>
                <w:color w:val="auto"/>
                <w:sz w:val="22"/>
              </w:rPr>
            </w:pPr>
          </w:p>
        </w:tc>
        <w:tc>
          <w:tcPr>
            <w:tcW w:w="1246" w:type="dxa"/>
            <w:tcMar>
              <w:top w:w="70" w:type="dxa"/>
              <w:left w:w="70" w:type="dxa"/>
              <w:bottom w:w="70" w:type="dxa"/>
              <w:right w:w="70" w:type="dxa"/>
            </w:tcMar>
          </w:tcPr>
          <w:p w14:paraId="1D18CC86" w14:textId="5D7A7390" w:rsidR="0061162A" w:rsidRPr="00DB6570" w:rsidRDefault="0061162A">
            <w:pPr>
              <w:pStyle w:val="ResponsePlaceholder"/>
              <w:rPr>
                <w:rFonts w:ascii="Times New Roman" w:hAnsi="Times New Roman" w:cs="Times New Roman"/>
                <w:color w:val="auto"/>
                <w:sz w:val="22"/>
              </w:rPr>
            </w:pPr>
          </w:p>
        </w:tc>
        <w:tc>
          <w:tcPr>
            <w:tcW w:w="1565" w:type="dxa"/>
            <w:tcMar>
              <w:top w:w="70" w:type="dxa"/>
              <w:left w:w="70" w:type="dxa"/>
              <w:bottom w:w="70" w:type="dxa"/>
              <w:right w:w="70" w:type="dxa"/>
            </w:tcMar>
          </w:tcPr>
          <w:p w14:paraId="5B6AFB75" w14:textId="3DB05260" w:rsidR="0061162A" w:rsidRPr="00DB6570" w:rsidRDefault="0061162A">
            <w:pPr>
              <w:pStyle w:val="ResponsePlaceholder"/>
              <w:rPr>
                <w:rFonts w:ascii="Times New Roman" w:hAnsi="Times New Roman" w:cs="Times New Roman"/>
                <w:color w:val="auto"/>
                <w:sz w:val="22"/>
              </w:rPr>
            </w:pPr>
          </w:p>
        </w:tc>
        <w:tc>
          <w:tcPr>
            <w:tcW w:w="1899" w:type="dxa"/>
            <w:tcMar>
              <w:top w:w="70" w:type="dxa"/>
              <w:left w:w="70" w:type="dxa"/>
              <w:bottom w:w="70" w:type="dxa"/>
              <w:right w:w="70" w:type="dxa"/>
            </w:tcMar>
          </w:tcPr>
          <w:p w14:paraId="323D9BFC" w14:textId="46CA64DA" w:rsidR="0061162A" w:rsidRPr="00DB6570" w:rsidRDefault="0061162A">
            <w:pPr>
              <w:pStyle w:val="ResponsePlaceholder"/>
              <w:rPr>
                <w:rFonts w:ascii="Times New Roman" w:hAnsi="Times New Roman" w:cs="Times New Roman"/>
                <w:color w:val="auto"/>
                <w:sz w:val="22"/>
              </w:rPr>
            </w:pPr>
          </w:p>
        </w:tc>
        <w:tc>
          <w:tcPr>
            <w:tcW w:w="1566" w:type="dxa"/>
            <w:tcMar>
              <w:top w:w="70" w:type="dxa"/>
              <w:left w:w="70" w:type="dxa"/>
              <w:bottom w:w="70" w:type="dxa"/>
              <w:right w:w="70" w:type="dxa"/>
            </w:tcMar>
          </w:tcPr>
          <w:p w14:paraId="0095DC48" w14:textId="5D8BEC70" w:rsidR="0061162A" w:rsidRPr="00DB6570" w:rsidRDefault="0061162A">
            <w:pPr>
              <w:pStyle w:val="ResponsePlaceholder"/>
              <w:rPr>
                <w:rFonts w:ascii="Times New Roman" w:hAnsi="Times New Roman" w:cs="Times New Roman"/>
                <w:color w:val="auto"/>
                <w:sz w:val="22"/>
              </w:rPr>
            </w:pPr>
          </w:p>
        </w:tc>
      </w:tr>
      <w:tr w:rsidR="0061162A" w:rsidRPr="00DB6570" w14:paraId="21A24B3D" w14:textId="77777777" w:rsidTr="005E44DD">
        <w:trPr>
          <w:cantSplit/>
          <w:jc w:val="center"/>
        </w:trPr>
        <w:tc>
          <w:tcPr>
            <w:tcW w:w="1717" w:type="dxa"/>
            <w:tcMar>
              <w:top w:w="70" w:type="dxa"/>
              <w:left w:w="70" w:type="dxa"/>
              <w:bottom w:w="70" w:type="dxa"/>
              <w:right w:w="70" w:type="dxa"/>
            </w:tcMar>
          </w:tcPr>
          <w:p w14:paraId="2ACA4F1D" w14:textId="5BFA7E72" w:rsidR="0061162A" w:rsidRPr="00DB6570" w:rsidRDefault="0061162A">
            <w:pPr>
              <w:pStyle w:val="ResponsePlaceholder"/>
              <w:rPr>
                <w:rFonts w:ascii="Times New Roman" w:hAnsi="Times New Roman" w:cs="Times New Roman"/>
                <w:color w:val="auto"/>
                <w:sz w:val="22"/>
              </w:rPr>
            </w:pPr>
          </w:p>
        </w:tc>
        <w:tc>
          <w:tcPr>
            <w:tcW w:w="1007" w:type="dxa"/>
            <w:tcMar>
              <w:top w:w="70" w:type="dxa"/>
              <w:left w:w="70" w:type="dxa"/>
              <w:bottom w:w="70" w:type="dxa"/>
              <w:right w:w="70" w:type="dxa"/>
            </w:tcMar>
          </w:tcPr>
          <w:p w14:paraId="2E49E171" w14:textId="33D1BBA0" w:rsidR="0061162A" w:rsidRPr="00DB6570" w:rsidRDefault="0061162A">
            <w:pPr>
              <w:pStyle w:val="ResponsePlaceholder"/>
              <w:rPr>
                <w:rFonts w:ascii="Times New Roman" w:hAnsi="Times New Roman" w:cs="Times New Roman"/>
                <w:color w:val="auto"/>
                <w:sz w:val="22"/>
              </w:rPr>
            </w:pPr>
          </w:p>
        </w:tc>
        <w:tc>
          <w:tcPr>
            <w:tcW w:w="1246" w:type="dxa"/>
            <w:tcMar>
              <w:top w:w="70" w:type="dxa"/>
              <w:left w:w="70" w:type="dxa"/>
              <w:bottom w:w="70" w:type="dxa"/>
              <w:right w:w="70" w:type="dxa"/>
            </w:tcMar>
          </w:tcPr>
          <w:p w14:paraId="635A7C56" w14:textId="1017A54C" w:rsidR="0061162A" w:rsidRPr="00DB6570" w:rsidRDefault="0061162A">
            <w:pPr>
              <w:pStyle w:val="ResponsePlaceholder"/>
              <w:rPr>
                <w:rFonts w:ascii="Times New Roman" w:hAnsi="Times New Roman" w:cs="Times New Roman"/>
                <w:color w:val="auto"/>
                <w:sz w:val="22"/>
              </w:rPr>
            </w:pPr>
          </w:p>
        </w:tc>
        <w:tc>
          <w:tcPr>
            <w:tcW w:w="1565" w:type="dxa"/>
            <w:tcMar>
              <w:top w:w="70" w:type="dxa"/>
              <w:left w:w="70" w:type="dxa"/>
              <w:bottom w:w="70" w:type="dxa"/>
              <w:right w:w="70" w:type="dxa"/>
            </w:tcMar>
          </w:tcPr>
          <w:p w14:paraId="2160CDFE" w14:textId="762D029D" w:rsidR="0061162A" w:rsidRPr="00DB6570" w:rsidRDefault="0061162A">
            <w:pPr>
              <w:pStyle w:val="ResponsePlaceholder"/>
              <w:rPr>
                <w:rFonts w:ascii="Times New Roman" w:hAnsi="Times New Roman" w:cs="Times New Roman"/>
                <w:color w:val="auto"/>
                <w:sz w:val="22"/>
              </w:rPr>
            </w:pPr>
          </w:p>
        </w:tc>
        <w:tc>
          <w:tcPr>
            <w:tcW w:w="1899" w:type="dxa"/>
            <w:tcMar>
              <w:top w:w="70" w:type="dxa"/>
              <w:left w:w="70" w:type="dxa"/>
              <w:bottom w:w="70" w:type="dxa"/>
              <w:right w:w="70" w:type="dxa"/>
            </w:tcMar>
          </w:tcPr>
          <w:p w14:paraId="19CB43DF" w14:textId="37CA2F1B" w:rsidR="0061162A" w:rsidRPr="00DB6570" w:rsidRDefault="0061162A">
            <w:pPr>
              <w:pStyle w:val="ResponsePlaceholder"/>
              <w:rPr>
                <w:rFonts w:ascii="Times New Roman" w:hAnsi="Times New Roman" w:cs="Times New Roman"/>
                <w:color w:val="auto"/>
                <w:sz w:val="22"/>
              </w:rPr>
            </w:pPr>
          </w:p>
        </w:tc>
        <w:tc>
          <w:tcPr>
            <w:tcW w:w="1566" w:type="dxa"/>
            <w:tcMar>
              <w:top w:w="70" w:type="dxa"/>
              <w:left w:w="70" w:type="dxa"/>
              <w:bottom w:w="70" w:type="dxa"/>
              <w:right w:w="70" w:type="dxa"/>
            </w:tcMar>
          </w:tcPr>
          <w:p w14:paraId="25F77723" w14:textId="627DF234" w:rsidR="0061162A" w:rsidRPr="00DB6570" w:rsidRDefault="0061162A">
            <w:pPr>
              <w:pStyle w:val="ResponsePlaceholder"/>
              <w:rPr>
                <w:rFonts w:ascii="Times New Roman" w:hAnsi="Times New Roman" w:cs="Times New Roman"/>
                <w:color w:val="auto"/>
                <w:sz w:val="22"/>
              </w:rPr>
            </w:pPr>
          </w:p>
        </w:tc>
      </w:tr>
    </w:tbl>
    <w:p w14:paraId="651CE771" w14:textId="77777777" w:rsidR="0061162A" w:rsidRPr="00DB6570" w:rsidRDefault="0061162A">
      <w:pPr>
        <w:spacing w:after="0"/>
        <w:rPr>
          <w:rFonts w:ascii="Times New Roman" w:hAnsi="Times New Roman" w:cs="Times New Roman"/>
          <w:sz w:val="22"/>
        </w:rPr>
      </w:pPr>
    </w:p>
    <w:p w14:paraId="20E7BE15" w14:textId="64F26416" w:rsidR="0061162A" w:rsidRPr="00DB6570" w:rsidRDefault="0027737E">
      <w:pPr>
        <w:pStyle w:val="Heading2"/>
        <w:rPr>
          <w:rFonts w:ascii="Times New Roman" w:hAnsi="Times New Roman" w:cs="Times New Roman"/>
          <w:color w:val="auto"/>
          <w:sz w:val="22"/>
          <w:szCs w:val="22"/>
        </w:rPr>
      </w:pPr>
      <w:bookmarkStart w:id="78" w:name="_Toc237525273"/>
      <w:r w:rsidRPr="00DB6570">
        <w:rPr>
          <w:rFonts w:ascii="Times New Roman" w:hAnsi="Times New Roman" w:cs="Times New Roman"/>
          <w:color w:val="auto"/>
          <w:sz w:val="22"/>
          <w:szCs w:val="22"/>
        </w:rPr>
        <w:t>5</w:t>
      </w:r>
      <w:r w:rsidR="00BE6111" w:rsidRPr="00DB6570">
        <w:rPr>
          <w:rFonts w:ascii="Times New Roman" w:hAnsi="Times New Roman" w:cs="Times New Roman"/>
          <w:color w:val="auto"/>
          <w:sz w:val="22"/>
          <w:szCs w:val="22"/>
        </w:rPr>
        <w:t>.1</w:t>
      </w:r>
      <w:r w:rsidR="00187C46" w:rsidRPr="00DB6570">
        <w:rPr>
          <w:rFonts w:ascii="Times New Roman" w:hAnsi="Times New Roman" w:cs="Times New Roman"/>
          <w:color w:val="auto"/>
          <w:sz w:val="22"/>
          <w:szCs w:val="22"/>
        </w:rPr>
        <w:t>4</w:t>
      </w:r>
      <w:r w:rsidR="00BE6111" w:rsidRPr="00DB6570">
        <w:rPr>
          <w:rFonts w:ascii="Times New Roman" w:hAnsi="Times New Roman" w:cs="Times New Roman"/>
          <w:color w:val="auto"/>
          <w:sz w:val="22"/>
          <w:szCs w:val="22"/>
        </w:rPr>
        <w:t xml:space="preserve"> Workshops, Laboratories, Equipment and Civil Works</w:t>
      </w:r>
      <w:bookmarkEnd w:id="78"/>
    </w:p>
    <w:p w14:paraId="7573F1E9" w14:textId="0330C1D1" w:rsidR="0061162A" w:rsidRPr="00DB6570" w:rsidRDefault="00FA0C5D">
      <w:pPr>
        <w:pStyle w:val="GuidanceText"/>
        <w:keepNext/>
        <w:rPr>
          <w:rFonts w:ascii="Times New Roman" w:hAnsi="Times New Roman" w:cs="Times New Roman"/>
          <w:color w:val="auto"/>
          <w:sz w:val="22"/>
        </w:rPr>
      </w:pPr>
      <w:r w:rsidRPr="00DB6570">
        <w:rPr>
          <w:rFonts w:ascii="Times New Roman" w:hAnsi="Times New Roman" w:cs="Times New Roman"/>
          <w:color w:val="auto"/>
          <w:sz w:val="22"/>
        </w:rPr>
        <w:t>Describe existing facilities and equipment, utilization and gaps. Up to 25% of the budget may be used for infrastructure (inclusive of major equipment and civil works). Justify proposed investments in relation to specific programs and learner numbers. Civil works must demonstrate site readiness, applicable safeguards, procurement readiness and an operations and maintenance plan.</w:t>
      </w:r>
    </w:p>
    <w:tbl>
      <w:tblPr>
        <w:tblStyle w:val="TableGrid"/>
        <w:tblW w:w="9000" w:type="dxa"/>
        <w:jc w:val="center"/>
        <w:tblLook w:val="04A0" w:firstRow="1" w:lastRow="0" w:firstColumn="1" w:lastColumn="0" w:noHBand="0" w:noVBand="1"/>
      </w:tblPr>
      <w:tblGrid>
        <w:gridCol w:w="9000"/>
      </w:tblGrid>
      <w:tr w:rsidR="0061162A" w:rsidRPr="00DB6570" w14:paraId="6DB65038" w14:textId="77777777" w:rsidTr="004B6AF3">
        <w:trPr>
          <w:jc w:val="center"/>
        </w:trPr>
        <w:tc>
          <w:tcPr>
            <w:tcW w:w="9000" w:type="dxa"/>
            <w:shd w:val="clear" w:color="auto" w:fill="FAFAFA"/>
            <w:tcMar>
              <w:top w:w="110" w:type="dxa"/>
              <w:left w:w="120" w:type="dxa"/>
              <w:bottom w:w="110" w:type="dxa"/>
              <w:right w:w="120" w:type="dxa"/>
            </w:tcMar>
          </w:tcPr>
          <w:p w14:paraId="34B47AB5" w14:textId="71CF5143" w:rsidR="0061162A" w:rsidRPr="00DB6570" w:rsidRDefault="00426838">
            <w:pPr>
              <w:rPr>
                <w:rFonts w:ascii="Times New Roman" w:hAnsi="Times New Roman" w:cs="Times New Roman"/>
                <w:sz w:val="22"/>
              </w:rPr>
            </w:pPr>
            <w:r w:rsidRPr="00426838">
              <w:rPr>
                <w:rFonts w:ascii="Times New Roman" w:hAnsi="Times New Roman" w:cs="Times New Roman"/>
                <w:i/>
                <w:sz w:val="22"/>
              </w:rPr>
              <w:t>[Applicant response must not exceed 700 words]</w:t>
            </w:r>
          </w:p>
          <w:p w14:paraId="0AD431F9" w14:textId="77777777" w:rsidR="0061162A" w:rsidRPr="00DB6570" w:rsidRDefault="0061162A">
            <w:pPr>
              <w:rPr>
                <w:rFonts w:ascii="Times New Roman" w:hAnsi="Times New Roman" w:cs="Times New Roman"/>
                <w:sz w:val="22"/>
              </w:rPr>
            </w:pPr>
          </w:p>
          <w:p w14:paraId="098DC420" w14:textId="77777777" w:rsidR="0061162A" w:rsidRPr="00DB6570" w:rsidRDefault="0061162A">
            <w:pPr>
              <w:rPr>
                <w:rFonts w:ascii="Times New Roman" w:hAnsi="Times New Roman" w:cs="Times New Roman"/>
                <w:sz w:val="22"/>
              </w:rPr>
            </w:pPr>
          </w:p>
          <w:p w14:paraId="1EA9A89D" w14:textId="77777777" w:rsidR="0061162A" w:rsidRPr="00DB6570" w:rsidRDefault="0061162A">
            <w:pPr>
              <w:rPr>
                <w:rFonts w:ascii="Times New Roman" w:hAnsi="Times New Roman" w:cs="Times New Roman"/>
                <w:sz w:val="22"/>
              </w:rPr>
            </w:pPr>
          </w:p>
        </w:tc>
      </w:tr>
    </w:tbl>
    <w:p w14:paraId="354BC7B7" w14:textId="77777777" w:rsidR="00885322" w:rsidRDefault="00885322" w:rsidP="00426838">
      <w:pPr>
        <w:rPr>
          <w:rFonts w:ascii="Times New Roman" w:hAnsi="Times New Roman" w:cs="Times New Roman"/>
          <w:i/>
          <w:iCs/>
          <w:sz w:val="22"/>
        </w:rPr>
      </w:pPr>
    </w:p>
    <w:p w14:paraId="3629ECBB" w14:textId="77777777" w:rsidR="00885322" w:rsidRDefault="00885322" w:rsidP="00426838">
      <w:pPr>
        <w:rPr>
          <w:rFonts w:ascii="Times New Roman" w:hAnsi="Times New Roman" w:cs="Times New Roman"/>
          <w:i/>
          <w:iCs/>
          <w:sz w:val="22"/>
        </w:rPr>
      </w:pPr>
    </w:p>
    <w:p w14:paraId="3EFFADC6" w14:textId="37398ED9" w:rsidR="004B6AF3" w:rsidRPr="00426838" w:rsidRDefault="00426838" w:rsidP="00426838">
      <w:pPr>
        <w:rPr>
          <w:rFonts w:ascii="Times New Roman" w:hAnsi="Times New Roman" w:cs="Times New Roman"/>
          <w:i/>
          <w:iCs/>
          <w:color w:val="4F81BD"/>
          <w:sz w:val="22"/>
        </w:rPr>
      </w:pPr>
      <w:r w:rsidRPr="00426838">
        <w:rPr>
          <w:rFonts w:ascii="Times New Roman" w:hAnsi="Times New Roman" w:cs="Times New Roman"/>
          <w:i/>
          <w:iCs/>
          <w:sz w:val="22"/>
        </w:rPr>
        <w:t>In this table, only identify items that are directly required to deliver the proposed program</w:t>
      </w:r>
    </w:p>
    <w:tbl>
      <w:tblPr>
        <w:tblStyle w:val="TableGrid"/>
        <w:tblW w:w="5000" w:type="pct"/>
        <w:jc w:val="center"/>
        <w:tblLook w:val="04A0" w:firstRow="1" w:lastRow="0" w:firstColumn="1" w:lastColumn="0" w:noHBand="0" w:noVBand="1"/>
      </w:tblPr>
      <w:tblGrid>
        <w:gridCol w:w="3379"/>
        <w:gridCol w:w="2137"/>
        <w:gridCol w:w="2158"/>
        <w:gridCol w:w="2182"/>
      </w:tblGrid>
      <w:tr w:rsidR="004B6AF3" w:rsidRPr="00DB6570" w14:paraId="40CD619D" w14:textId="77777777" w:rsidTr="0021427D">
        <w:trPr>
          <w:tblHeader/>
          <w:jc w:val="center"/>
        </w:trPr>
        <w:tc>
          <w:tcPr>
            <w:tcW w:w="1714" w:type="pct"/>
            <w:tcMar>
              <w:top w:w="70" w:type="dxa"/>
              <w:left w:w="70" w:type="dxa"/>
              <w:bottom w:w="70" w:type="dxa"/>
              <w:right w:w="70" w:type="dxa"/>
            </w:tcMar>
          </w:tcPr>
          <w:p w14:paraId="71BA484A" w14:textId="77777777" w:rsidR="004B6AF3" w:rsidRPr="00DB6570" w:rsidRDefault="004B6AF3" w:rsidP="00D270E1">
            <w:pPr>
              <w:rPr>
                <w:rFonts w:ascii="Times New Roman" w:hAnsi="Times New Roman" w:cs="Times New Roman"/>
                <w:sz w:val="22"/>
              </w:rPr>
            </w:pPr>
            <w:r w:rsidRPr="00DB6570">
              <w:rPr>
                <w:rFonts w:ascii="Times New Roman" w:hAnsi="Times New Roman" w:cs="Times New Roman"/>
                <w:b/>
                <w:sz w:val="22"/>
              </w:rPr>
              <w:t>Facility/Infrastructure/Equipment</w:t>
            </w:r>
          </w:p>
        </w:tc>
        <w:tc>
          <w:tcPr>
            <w:tcW w:w="1084" w:type="pct"/>
            <w:tcMar>
              <w:top w:w="70" w:type="dxa"/>
              <w:left w:w="70" w:type="dxa"/>
              <w:bottom w:w="70" w:type="dxa"/>
              <w:right w:w="70" w:type="dxa"/>
            </w:tcMar>
          </w:tcPr>
          <w:p w14:paraId="1274240A" w14:textId="77777777" w:rsidR="004B6AF3" w:rsidRPr="00DB6570" w:rsidRDefault="004B6AF3" w:rsidP="00D270E1">
            <w:pPr>
              <w:rPr>
                <w:rFonts w:ascii="Times New Roman" w:hAnsi="Times New Roman" w:cs="Times New Roman"/>
                <w:sz w:val="22"/>
              </w:rPr>
            </w:pPr>
            <w:r w:rsidRPr="00DB6570">
              <w:rPr>
                <w:rFonts w:ascii="Times New Roman" w:hAnsi="Times New Roman" w:cs="Times New Roman"/>
                <w:b/>
                <w:sz w:val="22"/>
              </w:rPr>
              <w:t>Current capability/capacity gaps</w:t>
            </w:r>
          </w:p>
        </w:tc>
        <w:tc>
          <w:tcPr>
            <w:tcW w:w="1095" w:type="pct"/>
            <w:tcMar>
              <w:top w:w="70" w:type="dxa"/>
              <w:left w:w="70" w:type="dxa"/>
              <w:bottom w:w="70" w:type="dxa"/>
              <w:right w:w="70" w:type="dxa"/>
            </w:tcMar>
          </w:tcPr>
          <w:p w14:paraId="0C974F81" w14:textId="77777777" w:rsidR="004B6AF3" w:rsidRPr="00DB6570" w:rsidRDefault="004B6AF3" w:rsidP="00D270E1">
            <w:pPr>
              <w:rPr>
                <w:rFonts w:ascii="Times New Roman" w:hAnsi="Times New Roman" w:cs="Times New Roman"/>
                <w:sz w:val="22"/>
              </w:rPr>
            </w:pPr>
            <w:r w:rsidRPr="00DB6570">
              <w:rPr>
                <w:rFonts w:ascii="Times New Roman" w:hAnsi="Times New Roman" w:cs="Times New Roman"/>
                <w:b/>
                <w:sz w:val="22"/>
              </w:rPr>
              <w:t>Proposed investment</w:t>
            </w:r>
          </w:p>
        </w:tc>
        <w:tc>
          <w:tcPr>
            <w:tcW w:w="1107" w:type="pct"/>
            <w:tcMar>
              <w:top w:w="70" w:type="dxa"/>
              <w:left w:w="70" w:type="dxa"/>
              <w:bottom w:w="70" w:type="dxa"/>
              <w:right w:w="70" w:type="dxa"/>
            </w:tcMar>
          </w:tcPr>
          <w:p w14:paraId="23D1C05C" w14:textId="77777777" w:rsidR="004B6AF3" w:rsidRPr="00DB6570" w:rsidRDefault="004B6AF3" w:rsidP="00D270E1">
            <w:pPr>
              <w:rPr>
                <w:rFonts w:ascii="Times New Roman" w:hAnsi="Times New Roman" w:cs="Times New Roman"/>
                <w:sz w:val="22"/>
              </w:rPr>
            </w:pPr>
            <w:r w:rsidRPr="00DB6570">
              <w:rPr>
                <w:rFonts w:ascii="Times New Roman" w:hAnsi="Times New Roman" w:cs="Times New Roman"/>
                <w:b/>
                <w:sz w:val="22"/>
              </w:rPr>
              <w:t>Quality / maintenance plan</w:t>
            </w:r>
          </w:p>
        </w:tc>
      </w:tr>
      <w:tr w:rsidR="004B6AF3" w:rsidRPr="00DB6570" w14:paraId="72264E16" w14:textId="77777777" w:rsidTr="005E44DD">
        <w:trPr>
          <w:cantSplit/>
          <w:jc w:val="center"/>
        </w:trPr>
        <w:tc>
          <w:tcPr>
            <w:tcW w:w="1714" w:type="pct"/>
            <w:tcMar>
              <w:top w:w="70" w:type="dxa"/>
              <w:left w:w="70" w:type="dxa"/>
              <w:bottom w:w="70" w:type="dxa"/>
              <w:right w:w="70" w:type="dxa"/>
            </w:tcMar>
          </w:tcPr>
          <w:p w14:paraId="222695DC" w14:textId="39157DEE" w:rsidR="004B6AF3" w:rsidRPr="00DB6570" w:rsidRDefault="004B6AF3" w:rsidP="00D270E1">
            <w:pPr>
              <w:pStyle w:val="ResponsePlaceholder"/>
              <w:rPr>
                <w:rFonts w:ascii="Times New Roman" w:hAnsi="Times New Roman" w:cs="Times New Roman"/>
                <w:color w:val="auto"/>
                <w:sz w:val="22"/>
              </w:rPr>
            </w:pPr>
          </w:p>
        </w:tc>
        <w:tc>
          <w:tcPr>
            <w:tcW w:w="1084" w:type="pct"/>
            <w:tcMar>
              <w:top w:w="70" w:type="dxa"/>
              <w:left w:w="70" w:type="dxa"/>
              <w:bottom w:w="70" w:type="dxa"/>
              <w:right w:w="70" w:type="dxa"/>
            </w:tcMar>
          </w:tcPr>
          <w:p w14:paraId="3D4FD9E3" w14:textId="27E67183" w:rsidR="004B6AF3" w:rsidRPr="00DB6570" w:rsidRDefault="004B6AF3" w:rsidP="00D270E1">
            <w:pPr>
              <w:pStyle w:val="ResponsePlaceholder"/>
              <w:rPr>
                <w:rFonts w:ascii="Times New Roman" w:hAnsi="Times New Roman" w:cs="Times New Roman"/>
                <w:color w:val="auto"/>
                <w:sz w:val="22"/>
              </w:rPr>
            </w:pPr>
          </w:p>
        </w:tc>
        <w:tc>
          <w:tcPr>
            <w:tcW w:w="1095" w:type="pct"/>
            <w:tcMar>
              <w:top w:w="70" w:type="dxa"/>
              <w:left w:w="70" w:type="dxa"/>
              <w:bottom w:w="70" w:type="dxa"/>
              <w:right w:w="70" w:type="dxa"/>
            </w:tcMar>
          </w:tcPr>
          <w:p w14:paraId="3B669F73" w14:textId="54D25FF0" w:rsidR="004B6AF3" w:rsidRPr="00DB6570" w:rsidRDefault="004B6AF3" w:rsidP="00D270E1">
            <w:pPr>
              <w:pStyle w:val="ResponsePlaceholder"/>
              <w:rPr>
                <w:rFonts w:ascii="Times New Roman" w:hAnsi="Times New Roman" w:cs="Times New Roman"/>
                <w:color w:val="auto"/>
                <w:sz w:val="22"/>
              </w:rPr>
            </w:pPr>
          </w:p>
        </w:tc>
        <w:tc>
          <w:tcPr>
            <w:tcW w:w="1107" w:type="pct"/>
            <w:tcMar>
              <w:top w:w="70" w:type="dxa"/>
              <w:left w:w="70" w:type="dxa"/>
              <w:bottom w:w="70" w:type="dxa"/>
              <w:right w:w="70" w:type="dxa"/>
            </w:tcMar>
          </w:tcPr>
          <w:p w14:paraId="6AFFCB47" w14:textId="43C5830E" w:rsidR="004B6AF3" w:rsidRPr="00DB6570" w:rsidRDefault="004B6AF3" w:rsidP="00D270E1">
            <w:pPr>
              <w:pStyle w:val="ResponsePlaceholder"/>
              <w:rPr>
                <w:rFonts w:ascii="Times New Roman" w:hAnsi="Times New Roman" w:cs="Times New Roman"/>
                <w:color w:val="auto"/>
                <w:sz w:val="22"/>
              </w:rPr>
            </w:pPr>
          </w:p>
        </w:tc>
      </w:tr>
      <w:tr w:rsidR="004B6AF3" w:rsidRPr="00DB6570" w14:paraId="5FCA0420" w14:textId="77777777" w:rsidTr="005E44DD">
        <w:trPr>
          <w:cantSplit/>
          <w:jc w:val="center"/>
        </w:trPr>
        <w:tc>
          <w:tcPr>
            <w:tcW w:w="1714" w:type="pct"/>
            <w:tcMar>
              <w:top w:w="70" w:type="dxa"/>
              <w:left w:w="70" w:type="dxa"/>
              <w:bottom w:w="70" w:type="dxa"/>
              <w:right w:w="70" w:type="dxa"/>
            </w:tcMar>
          </w:tcPr>
          <w:p w14:paraId="428EA664" w14:textId="59F02FA1" w:rsidR="004B6AF3" w:rsidRPr="00DB6570" w:rsidRDefault="004B6AF3" w:rsidP="00D270E1">
            <w:pPr>
              <w:pStyle w:val="ResponsePlaceholder"/>
              <w:rPr>
                <w:rFonts w:ascii="Times New Roman" w:hAnsi="Times New Roman" w:cs="Times New Roman"/>
                <w:color w:val="auto"/>
                <w:sz w:val="22"/>
              </w:rPr>
            </w:pPr>
          </w:p>
        </w:tc>
        <w:tc>
          <w:tcPr>
            <w:tcW w:w="1084" w:type="pct"/>
            <w:tcMar>
              <w:top w:w="70" w:type="dxa"/>
              <w:left w:w="70" w:type="dxa"/>
              <w:bottom w:w="70" w:type="dxa"/>
              <w:right w:w="70" w:type="dxa"/>
            </w:tcMar>
          </w:tcPr>
          <w:p w14:paraId="759222AA" w14:textId="73125E51" w:rsidR="004B6AF3" w:rsidRPr="00DB6570" w:rsidRDefault="004B6AF3" w:rsidP="00D270E1">
            <w:pPr>
              <w:pStyle w:val="ResponsePlaceholder"/>
              <w:rPr>
                <w:rFonts w:ascii="Times New Roman" w:hAnsi="Times New Roman" w:cs="Times New Roman"/>
                <w:color w:val="auto"/>
                <w:sz w:val="22"/>
              </w:rPr>
            </w:pPr>
          </w:p>
        </w:tc>
        <w:tc>
          <w:tcPr>
            <w:tcW w:w="1095" w:type="pct"/>
            <w:tcMar>
              <w:top w:w="70" w:type="dxa"/>
              <w:left w:w="70" w:type="dxa"/>
              <w:bottom w:w="70" w:type="dxa"/>
              <w:right w:w="70" w:type="dxa"/>
            </w:tcMar>
          </w:tcPr>
          <w:p w14:paraId="0248D9E2" w14:textId="2FF4AF0F" w:rsidR="004B6AF3" w:rsidRPr="00DB6570" w:rsidRDefault="004B6AF3" w:rsidP="00D270E1">
            <w:pPr>
              <w:pStyle w:val="ResponsePlaceholder"/>
              <w:rPr>
                <w:rFonts w:ascii="Times New Roman" w:hAnsi="Times New Roman" w:cs="Times New Roman"/>
                <w:color w:val="auto"/>
                <w:sz w:val="22"/>
              </w:rPr>
            </w:pPr>
          </w:p>
        </w:tc>
        <w:tc>
          <w:tcPr>
            <w:tcW w:w="1107" w:type="pct"/>
            <w:tcMar>
              <w:top w:w="70" w:type="dxa"/>
              <w:left w:w="70" w:type="dxa"/>
              <w:bottom w:w="70" w:type="dxa"/>
              <w:right w:w="70" w:type="dxa"/>
            </w:tcMar>
          </w:tcPr>
          <w:p w14:paraId="3FDB6BF9" w14:textId="65C0F8EB" w:rsidR="004B6AF3" w:rsidRPr="00DB6570" w:rsidRDefault="004B6AF3" w:rsidP="00D270E1">
            <w:pPr>
              <w:pStyle w:val="ResponsePlaceholder"/>
              <w:rPr>
                <w:rFonts w:ascii="Times New Roman" w:hAnsi="Times New Roman" w:cs="Times New Roman"/>
                <w:color w:val="auto"/>
                <w:sz w:val="22"/>
              </w:rPr>
            </w:pPr>
          </w:p>
        </w:tc>
      </w:tr>
    </w:tbl>
    <w:p w14:paraId="06307599" w14:textId="77777777" w:rsidR="0061162A" w:rsidRPr="00DB6570" w:rsidRDefault="0061162A">
      <w:pPr>
        <w:spacing w:after="0"/>
        <w:rPr>
          <w:rFonts w:ascii="Times New Roman" w:hAnsi="Times New Roman" w:cs="Times New Roman"/>
          <w:sz w:val="22"/>
        </w:rPr>
      </w:pPr>
    </w:p>
    <w:p w14:paraId="46C4C3CA" w14:textId="41F68778" w:rsidR="00A7517F" w:rsidRDefault="0027737E" w:rsidP="00A7517F">
      <w:pPr>
        <w:pStyle w:val="Heading3"/>
        <w:rPr>
          <w:rFonts w:ascii="Times New Roman" w:hAnsi="Times New Roman" w:cs="Times New Roman"/>
          <w:color w:val="auto"/>
          <w:sz w:val="22"/>
        </w:rPr>
      </w:pPr>
      <w:bookmarkStart w:id="79" w:name="_Toc237525274"/>
      <w:r w:rsidRPr="00DB6570">
        <w:rPr>
          <w:rFonts w:ascii="Times New Roman" w:hAnsi="Times New Roman" w:cs="Times New Roman"/>
          <w:color w:val="auto"/>
          <w:sz w:val="22"/>
        </w:rPr>
        <w:t>5.1</w:t>
      </w:r>
      <w:r w:rsidR="00187C46" w:rsidRPr="00DB6570">
        <w:rPr>
          <w:rFonts w:ascii="Times New Roman" w:hAnsi="Times New Roman" w:cs="Times New Roman"/>
          <w:color w:val="auto"/>
          <w:sz w:val="22"/>
        </w:rPr>
        <w:t>4</w:t>
      </w:r>
      <w:r w:rsidRPr="00DB6570">
        <w:rPr>
          <w:rFonts w:ascii="Times New Roman" w:hAnsi="Times New Roman" w:cs="Times New Roman"/>
          <w:color w:val="auto"/>
          <w:sz w:val="22"/>
        </w:rPr>
        <w:t xml:space="preserve">.1 </w:t>
      </w:r>
      <w:r w:rsidR="00A7517F" w:rsidRPr="00DB6570">
        <w:rPr>
          <w:rFonts w:ascii="Times New Roman" w:hAnsi="Times New Roman" w:cs="Times New Roman"/>
          <w:color w:val="auto"/>
          <w:sz w:val="22"/>
        </w:rPr>
        <w:t>Civil Works and Construction Plan</w:t>
      </w:r>
      <w:bookmarkEnd w:id="79"/>
    </w:p>
    <w:p w14:paraId="35F7B39C" w14:textId="6B8E0BCD" w:rsidR="00426838" w:rsidRPr="00426838" w:rsidRDefault="00426838" w:rsidP="00426838">
      <w:r w:rsidRPr="00426838">
        <w:rPr>
          <w:i/>
          <w:iCs/>
        </w:rPr>
        <w:t>Complete this table only if civil works or construction is proposed. All proposed sites must demonstrate site readiness at the time of submission and the proposal must include a credible operations and maintenance plan</w:t>
      </w:r>
    </w:p>
    <w:tbl>
      <w:tblPr>
        <w:tblStyle w:val="TableGrid"/>
        <w:tblW w:w="0" w:type="auto"/>
        <w:tblLook w:val="04A0" w:firstRow="1" w:lastRow="0" w:firstColumn="1" w:lastColumn="0" w:noHBand="0" w:noVBand="1"/>
      </w:tblPr>
      <w:tblGrid>
        <w:gridCol w:w="1301"/>
        <w:gridCol w:w="1042"/>
        <w:gridCol w:w="2013"/>
        <w:gridCol w:w="1185"/>
        <w:gridCol w:w="1353"/>
        <w:gridCol w:w="1707"/>
        <w:gridCol w:w="1255"/>
      </w:tblGrid>
      <w:tr w:rsidR="005726EA" w:rsidRPr="00DB6570" w14:paraId="4B7FB0CB" w14:textId="77777777" w:rsidTr="00D270E1">
        <w:tc>
          <w:tcPr>
            <w:tcW w:w="1737" w:type="dxa"/>
          </w:tcPr>
          <w:p w14:paraId="237E08C0" w14:textId="77777777" w:rsidR="005726EA" w:rsidRPr="00DB6570" w:rsidRDefault="005726EA" w:rsidP="00D270E1">
            <w:pPr>
              <w:spacing w:after="0"/>
              <w:rPr>
                <w:rFonts w:ascii="Times New Roman" w:hAnsi="Times New Roman" w:cs="Times New Roman"/>
                <w:sz w:val="22"/>
              </w:rPr>
            </w:pPr>
            <w:r w:rsidRPr="00DB6570">
              <w:rPr>
                <w:rFonts w:ascii="Times New Roman" w:hAnsi="Times New Roman" w:cs="Times New Roman"/>
                <w:sz w:val="22"/>
              </w:rPr>
              <w:t>Site /Institution</w:t>
            </w:r>
          </w:p>
        </w:tc>
        <w:tc>
          <w:tcPr>
            <w:tcW w:w="1429" w:type="dxa"/>
          </w:tcPr>
          <w:p w14:paraId="35226606" w14:textId="77777777" w:rsidR="005726EA" w:rsidRPr="00DB6570" w:rsidRDefault="005726EA" w:rsidP="00D270E1">
            <w:pPr>
              <w:spacing w:after="0"/>
              <w:rPr>
                <w:rFonts w:ascii="Times New Roman" w:hAnsi="Times New Roman" w:cs="Times New Roman"/>
                <w:sz w:val="22"/>
              </w:rPr>
            </w:pPr>
            <w:r w:rsidRPr="00DB6570">
              <w:rPr>
                <w:rFonts w:ascii="Times New Roman" w:hAnsi="Times New Roman" w:cs="Times New Roman"/>
                <w:sz w:val="22"/>
              </w:rPr>
              <w:t>Civil works package</w:t>
            </w:r>
          </w:p>
        </w:tc>
        <w:tc>
          <w:tcPr>
            <w:tcW w:w="2013" w:type="dxa"/>
          </w:tcPr>
          <w:p w14:paraId="03B0B778" w14:textId="77777777" w:rsidR="005726EA" w:rsidRPr="00DB6570" w:rsidRDefault="005726EA" w:rsidP="00D270E1">
            <w:pPr>
              <w:spacing w:after="0"/>
              <w:rPr>
                <w:rFonts w:ascii="Times New Roman" w:hAnsi="Times New Roman" w:cs="Times New Roman"/>
                <w:sz w:val="22"/>
              </w:rPr>
            </w:pPr>
            <w:r w:rsidRPr="00DB6570">
              <w:rPr>
                <w:rFonts w:ascii="Times New Roman" w:hAnsi="Times New Roman" w:cs="Times New Roman"/>
                <w:sz w:val="22"/>
              </w:rPr>
              <w:t>Type (Rehabilitation/New construction)</w:t>
            </w:r>
          </w:p>
        </w:tc>
        <w:tc>
          <w:tcPr>
            <w:tcW w:w="1512" w:type="dxa"/>
          </w:tcPr>
          <w:p w14:paraId="2D7B2E6B" w14:textId="77777777" w:rsidR="005726EA" w:rsidRPr="00DB6570" w:rsidRDefault="005726EA" w:rsidP="00D270E1">
            <w:pPr>
              <w:spacing w:after="0"/>
              <w:rPr>
                <w:rFonts w:ascii="Times New Roman" w:hAnsi="Times New Roman" w:cs="Times New Roman"/>
                <w:sz w:val="22"/>
              </w:rPr>
            </w:pPr>
            <w:r w:rsidRPr="00DB6570">
              <w:rPr>
                <w:rFonts w:ascii="Times New Roman" w:hAnsi="Times New Roman" w:cs="Times New Roman"/>
                <w:sz w:val="22"/>
              </w:rPr>
              <w:t>Estimated Cost (USD)</w:t>
            </w:r>
          </w:p>
        </w:tc>
        <w:tc>
          <w:tcPr>
            <w:tcW w:w="1055" w:type="dxa"/>
          </w:tcPr>
          <w:p w14:paraId="69B07EB5" w14:textId="77777777" w:rsidR="005726EA" w:rsidRPr="00DB6570" w:rsidRDefault="005726EA" w:rsidP="00D270E1">
            <w:pPr>
              <w:spacing w:after="0"/>
              <w:rPr>
                <w:rFonts w:ascii="Times New Roman" w:hAnsi="Times New Roman" w:cs="Times New Roman"/>
                <w:sz w:val="22"/>
              </w:rPr>
            </w:pPr>
            <w:r w:rsidRPr="00DB6570">
              <w:rPr>
                <w:rFonts w:ascii="Times New Roman" w:hAnsi="Times New Roman" w:cs="Times New Roman"/>
                <w:b/>
                <w:sz w:val="22"/>
              </w:rPr>
              <w:t>% of institutional grant</w:t>
            </w:r>
          </w:p>
        </w:tc>
        <w:tc>
          <w:tcPr>
            <w:tcW w:w="1055" w:type="dxa"/>
          </w:tcPr>
          <w:p w14:paraId="32F9DCAB" w14:textId="77777777" w:rsidR="005726EA" w:rsidRPr="00DB6570" w:rsidRDefault="005726EA" w:rsidP="00D270E1">
            <w:pPr>
              <w:spacing w:after="0"/>
              <w:rPr>
                <w:rFonts w:ascii="Times New Roman" w:hAnsi="Times New Roman" w:cs="Times New Roman"/>
                <w:sz w:val="22"/>
              </w:rPr>
            </w:pPr>
            <w:r w:rsidRPr="00DB6570">
              <w:rPr>
                <w:rFonts w:ascii="Times New Roman" w:hAnsi="Times New Roman" w:cs="Times New Roman"/>
                <w:sz w:val="22"/>
              </w:rPr>
              <w:t>Readiness (Concept/Design Ready/Bidding Ready)</w:t>
            </w:r>
          </w:p>
        </w:tc>
        <w:tc>
          <w:tcPr>
            <w:tcW w:w="1055" w:type="dxa"/>
          </w:tcPr>
          <w:p w14:paraId="369349B7" w14:textId="77777777" w:rsidR="005726EA" w:rsidRPr="00DB6570" w:rsidRDefault="005726EA" w:rsidP="00D270E1">
            <w:pPr>
              <w:spacing w:after="0"/>
              <w:rPr>
                <w:rFonts w:ascii="Times New Roman" w:hAnsi="Times New Roman" w:cs="Times New Roman"/>
                <w:sz w:val="22"/>
              </w:rPr>
            </w:pPr>
            <w:r w:rsidRPr="00DB6570">
              <w:rPr>
                <w:rFonts w:ascii="Times New Roman" w:hAnsi="Times New Roman" w:cs="Times New Roman"/>
                <w:sz w:val="22"/>
              </w:rPr>
              <w:t>Target Completion</w:t>
            </w:r>
          </w:p>
        </w:tc>
      </w:tr>
      <w:tr w:rsidR="005726EA" w:rsidRPr="00DB6570" w14:paraId="72695178" w14:textId="77777777" w:rsidTr="00D270E1">
        <w:tc>
          <w:tcPr>
            <w:tcW w:w="1737" w:type="dxa"/>
          </w:tcPr>
          <w:p w14:paraId="7CAE483D" w14:textId="77777777" w:rsidR="005726EA" w:rsidRPr="00DB6570" w:rsidRDefault="005726EA" w:rsidP="00D270E1">
            <w:pPr>
              <w:spacing w:after="0"/>
              <w:rPr>
                <w:rFonts w:ascii="Times New Roman" w:hAnsi="Times New Roman" w:cs="Times New Roman"/>
                <w:sz w:val="22"/>
              </w:rPr>
            </w:pPr>
          </w:p>
        </w:tc>
        <w:tc>
          <w:tcPr>
            <w:tcW w:w="1429" w:type="dxa"/>
          </w:tcPr>
          <w:p w14:paraId="45164CF6" w14:textId="77777777" w:rsidR="005726EA" w:rsidRPr="00DB6570" w:rsidRDefault="005726EA" w:rsidP="00D270E1">
            <w:pPr>
              <w:spacing w:after="0"/>
              <w:rPr>
                <w:rFonts w:ascii="Times New Roman" w:hAnsi="Times New Roman" w:cs="Times New Roman"/>
                <w:sz w:val="22"/>
              </w:rPr>
            </w:pPr>
          </w:p>
        </w:tc>
        <w:tc>
          <w:tcPr>
            <w:tcW w:w="2013" w:type="dxa"/>
          </w:tcPr>
          <w:p w14:paraId="03935C80" w14:textId="77777777" w:rsidR="005726EA" w:rsidRPr="00DB6570" w:rsidRDefault="005726EA" w:rsidP="00D270E1">
            <w:pPr>
              <w:spacing w:after="0"/>
              <w:rPr>
                <w:rFonts w:ascii="Times New Roman" w:hAnsi="Times New Roman" w:cs="Times New Roman"/>
                <w:sz w:val="22"/>
              </w:rPr>
            </w:pPr>
          </w:p>
        </w:tc>
        <w:tc>
          <w:tcPr>
            <w:tcW w:w="1512" w:type="dxa"/>
          </w:tcPr>
          <w:p w14:paraId="475059E4" w14:textId="77777777" w:rsidR="005726EA" w:rsidRPr="00DB6570" w:rsidRDefault="005726EA" w:rsidP="00D270E1">
            <w:pPr>
              <w:spacing w:after="0"/>
              <w:rPr>
                <w:rFonts w:ascii="Times New Roman" w:hAnsi="Times New Roman" w:cs="Times New Roman"/>
                <w:sz w:val="22"/>
              </w:rPr>
            </w:pPr>
          </w:p>
        </w:tc>
        <w:tc>
          <w:tcPr>
            <w:tcW w:w="1055" w:type="dxa"/>
          </w:tcPr>
          <w:p w14:paraId="70954CED" w14:textId="77777777" w:rsidR="005726EA" w:rsidRPr="00DB6570" w:rsidRDefault="005726EA" w:rsidP="00D270E1">
            <w:pPr>
              <w:spacing w:after="0"/>
              <w:rPr>
                <w:rFonts w:ascii="Times New Roman" w:hAnsi="Times New Roman" w:cs="Times New Roman"/>
                <w:sz w:val="22"/>
              </w:rPr>
            </w:pPr>
          </w:p>
        </w:tc>
        <w:tc>
          <w:tcPr>
            <w:tcW w:w="1055" w:type="dxa"/>
          </w:tcPr>
          <w:p w14:paraId="2AB51CC8" w14:textId="77777777" w:rsidR="005726EA" w:rsidRPr="00DB6570" w:rsidRDefault="005726EA" w:rsidP="00D270E1">
            <w:pPr>
              <w:spacing w:after="0"/>
              <w:rPr>
                <w:rFonts w:ascii="Times New Roman" w:hAnsi="Times New Roman" w:cs="Times New Roman"/>
                <w:sz w:val="22"/>
              </w:rPr>
            </w:pPr>
          </w:p>
        </w:tc>
        <w:tc>
          <w:tcPr>
            <w:tcW w:w="1055" w:type="dxa"/>
          </w:tcPr>
          <w:p w14:paraId="011DE1BA" w14:textId="77777777" w:rsidR="005726EA" w:rsidRPr="00DB6570" w:rsidRDefault="005726EA" w:rsidP="00D270E1">
            <w:pPr>
              <w:spacing w:after="0"/>
              <w:rPr>
                <w:rFonts w:ascii="Times New Roman" w:hAnsi="Times New Roman" w:cs="Times New Roman"/>
                <w:sz w:val="22"/>
              </w:rPr>
            </w:pPr>
          </w:p>
        </w:tc>
      </w:tr>
      <w:tr w:rsidR="005726EA" w:rsidRPr="00DB6570" w14:paraId="5A7481F1" w14:textId="77777777" w:rsidTr="00D270E1">
        <w:tc>
          <w:tcPr>
            <w:tcW w:w="1737" w:type="dxa"/>
          </w:tcPr>
          <w:p w14:paraId="4D674B93" w14:textId="77777777" w:rsidR="005726EA" w:rsidRPr="00DB6570" w:rsidRDefault="005726EA" w:rsidP="00D270E1">
            <w:pPr>
              <w:spacing w:after="0"/>
              <w:rPr>
                <w:rFonts w:ascii="Times New Roman" w:hAnsi="Times New Roman" w:cs="Times New Roman"/>
                <w:sz w:val="22"/>
              </w:rPr>
            </w:pPr>
          </w:p>
        </w:tc>
        <w:tc>
          <w:tcPr>
            <w:tcW w:w="1429" w:type="dxa"/>
          </w:tcPr>
          <w:p w14:paraId="0ECB29D6" w14:textId="77777777" w:rsidR="005726EA" w:rsidRPr="00DB6570" w:rsidRDefault="005726EA" w:rsidP="00D270E1">
            <w:pPr>
              <w:spacing w:after="0"/>
              <w:rPr>
                <w:rFonts w:ascii="Times New Roman" w:hAnsi="Times New Roman" w:cs="Times New Roman"/>
                <w:sz w:val="22"/>
              </w:rPr>
            </w:pPr>
          </w:p>
        </w:tc>
        <w:tc>
          <w:tcPr>
            <w:tcW w:w="2013" w:type="dxa"/>
          </w:tcPr>
          <w:p w14:paraId="2310ABA5" w14:textId="77777777" w:rsidR="005726EA" w:rsidRPr="00DB6570" w:rsidRDefault="005726EA" w:rsidP="00D270E1">
            <w:pPr>
              <w:spacing w:after="0"/>
              <w:rPr>
                <w:rFonts w:ascii="Times New Roman" w:hAnsi="Times New Roman" w:cs="Times New Roman"/>
                <w:sz w:val="22"/>
              </w:rPr>
            </w:pPr>
          </w:p>
        </w:tc>
        <w:tc>
          <w:tcPr>
            <w:tcW w:w="1512" w:type="dxa"/>
          </w:tcPr>
          <w:p w14:paraId="5195958F" w14:textId="77777777" w:rsidR="005726EA" w:rsidRPr="00DB6570" w:rsidRDefault="005726EA" w:rsidP="00D270E1">
            <w:pPr>
              <w:spacing w:after="0"/>
              <w:rPr>
                <w:rFonts w:ascii="Times New Roman" w:hAnsi="Times New Roman" w:cs="Times New Roman"/>
                <w:sz w:val="22"/>
              </w:rPr>
            </w:pPr>
          </w:p>
        </w:tc>
        <w:tc>
          <w:tcPr>
            <w:tcW w:w="1055" w:type="dxa"/>
          </w:tcPr>
          <w:p w14:paraId="729766C3" w14:textId="77777777" w:rsidR="005726EA" w:rsidRPr="00DB6570" w:rsidRDefault="005726EA" w:rsidP="00D270E1">
            <w:pPr>
              <w:spacing w:after="0"/>
              <w:rPr>
                <w:rFonts w:ascii="Times New Roman" w:hAnsi="Times New Roman" w:cs="Times New Roman"/>
                <w:sz w:val="22"/>
              </w:rPr>
            </w:pPr>
          </w:p>
        </w:tc>
        <w:tc>
          <w:tcPr>
            <w:tcW w:w="1055" w:type="dxa"/>
          </w:tcPr>
          <w:p w14:paraId="354E428C" w14:textId="77777777" w:rsidR="005726EA" w:rsidRPr="00DB6570" w:rsidRDefault="005726EA" w:rsidP="00D270E1">
            <w:pPr>
              <w:spacing w:after="0"/>
              <w:rPr>
                <w:rFonts w:ascii="Times New Roman" w:hAnsi="Times New Roman" w:cs="Times New Roman"/>
                <w:sz w:val="22"/>
              </w:rPr>
            </w:pPr>
          </w:p>
        </w:tc>
        <w:tc>
          <w:tcPr>
            <w:tcW w:w="1055" w:type="dxa"/>
          </w:tcPr>
          <w:p w14:paraId="165BCA81" w14:textId="77777777" w:rsidR="005726EA" w:rsidRPr="00DB6570" w:rsidRDefault="005726EA" w:rsidP="00D270E1">
            <w:pPr>
              <w:spacing w:after="0"/>
              <w:rPr>
                <w:rFonts w:ascii="Times New Roman" w:hAnsi="Times New Roman" w:cs="Times New Roman"/>
                <w:sz w:val="22"/>
              </w:rPr>
            </w:pPr>
          </w:p>
        </w:tc>
      </w:tr>
      <w:tr w:rsidR="005726EA" w:rsidRPr="00DB6570" w14:paraId="0688CF76" w14:textId="77777777" w:rsidTr="00D270E1">
        <w:tc>
          <w:tcPr>
            <w:tcW w:w="1737" w:type="dxa"/>
          </w:tcPr>
          <w:p w14:paraId="42A9D48A" w14:textId="77777777" w:rsidR="005726EA" w:rsidRPr="00DB6570" w:rsidRDefault="005726EA" w:rsidP="00D270E1">
            <w:pPr>
              <w:spacing w:after="0"/>
              <w:rPr>
                <w:rFonts w:ascii="Times New Roman" w:hAnsi="Times New Roman" w:cs="Times New Roman"/>
                <w:sz w:val="22"/>
              </w:rPr>
            </w:pPr>
          </w:p>
        </w:tc>
        <w:tc>
          <w:tcPr>
            <w:tcW w:w="1429" w:type="dxa"/>
          </w:tcPr>
          <w:p w14:paraId="084B91BF" w14:textId="77777777" w:rsidR="005726EA" w:rsidRPr="00DB6570" w:rsidRDefault="005726EA" w:rsidP="00D270E1">
            <w:pPr>
              <w:spacing w:after="0"/>
              <w:rPr>
                <w:rFonts w:ascii="Times New Roman" w:hAnsi="Times New Roman" w:cs="Times New Roman"/>
                <w:sz w:val="22"/>
              </w:rPr>
            </w:pPr>
          </w:p>
        </w:tc>
        <w:tc>
          <w:tcPr>
            <w:tcW w:w="2013" w:type="dxa"/>
          </w:tcPr>
          <w:p w14:paraId="5622F72B" w14:textId="77777777" w:rsidR="005726EA" w:rsidRPr="00DB6570" w:rsidRDefault="005726EA" w:rsidP="00D270E1">
            <w:pPr>
              <w:spacing w:after="0"/>
              <w:rPr>
                <w:rFonts w:ascii="Times New Roman" w:hAnsi="Times New Roman" w:cs="Times New Roman"/>
                <w:sz w:val="22"/>
              </w:rPr>
            </w:pPr>
          </w:p>
        </w:tc>
        <w:tc>
          <w:tcPr>
            <w:tcW w:w="1512" w:type="dxa"/>
          </w:tcPr>
          <w:p w14:paraId="167121F6" w14:textId="77777777" w:rsidR="005726EA" w:rsidRPr="00DB6570" w:rsidRDefault="005726EA" w:rsidP="00D270E1">
            <w:pPr>
              <w:spacing w:after="0"/>
              <w:rPr>
                <w:rFonts w:ascii="Times New Roman" w:hAnsi="Times New Roman" w:cs="Times New Roman"/>
                <w:sz w:val="22"/>
              </w:rPr>
            </w:pPr>
          </w:p>
        </w:tc>
        <w:tc>
          <w:tcPr>
            <w:tcW w:w="1055" w:type="dxa"/>
          </w:tcPr>
          <w:p w14:paraId="0D309F14" w14:textId="77777777" w:rsidR="005726EA" w:rsidRPr="00DB6570" w:rsidRDefault="005726EA" w:rsidP="00D270E1">
            <w:pPr>
              <w:spacing w:after="0"/>
              <w:rPr>
                <w:rFonts w:ascii="Times New Roman" w:hAnsi="Times New Roman" w:cs="Times New Roman"/>
                <w:sz w:val="22"/>
              </w:rPr>
            </w:pPr>
          </w:p>
        </w:tc>
        <w:tc>
          <w:tcPr>
            <w:tcW w:w="1055" w:type="dxa"/>
          </w:tcPr>
          <w:p w14:paraId="1D538B66" w14:textId="77777777" w:rsidR="005726EA" w:rsidRPr="00DB6570" w:rsidRDefault="005726EA" w:rsidP="00D270E1">
            <w:pPr>
              <w:spacing w:after="0"/>
              <w:rPr>
                <w:rFonts w:ascii="Times New Roman" w:hAnsi="Times New Roman" w:cs="Times New Roman"/>
                <w:sz w:val="22"/>
              </w:rPr>
            </w:pPr>
          </w:p>
        </w:tc>
        <w:tc>
          <w:tcPr>
            <w:tcW w:w="1055" w:type="dxa"/>
          </w:tcPr>
          <w:p w14:paraId="29178652" w14:textId="77777777" w:rsidR="005726EA" w:rsidRPr="00DB6570" w:rsidRDefault="005726EA" w:rsidP="00D270E1">
            <w:pPr>
              <w:spacing w:after="0"/>
              <w:rPr>
                <w:rFonts w:ascii="Times New Roman" w:hAnsi="Times New Roman" w:cs="Times New Roman"/>
                <w:sz w:val="22"/>
              </w:rPr>
            </w:pPr>
          </w:p>
        </w:tc>
      </w:tr>
    </w:tbl>
    <w:p w14:paraId="4B3C2CCA" w14:textId="77777777" w:rsidR="00A7517F" w:rsidRPr="00DB6570" w:rsidRDefault="00A7517F">
      <w:pPr>
        <w:spacing w:after="0"/>
        <w:rPr>
          <w:rFonts w:ascii="Times New Roman" w:hAnsi="Times New Roman" w:cs="Times New Roman"/>
          <w:sz w:val="22"/>
        </w:rPr>
      </w:pPr>
    </w:p>
    <w:p w14:paraId="0C1C2ECD" w14:textId="29B7DA84" w:rsidR="0061162A" w:rsidRPr="00DB6570" w:rsidRDefault="0027737E">
      <w:pPr>
        <w:pStyle w:val="Heading2"/>
        <w:rPr>
          <w:rFonts w:ascii="Times New Roman" w:hAnsi="Times New Roman" w:cs="Times New Roman"/>
          <w:color w:val="auto"/>
          <w:sz w:val="22"/>
          <w:szCs w:val="22"/>
        </w:rPr>
      </w:pPr>
      <w:bookmarkStart w:id="80" w:name="_Toc237525275"/>
      <w:r w:rsidRPr="00DB6570">
        <w:rPr>
          <w:rFonts w:ascii="Times New Roman" w:hAnsi="Times New Roman" w:cs="Times New Roman"/>
          <w:color w:val="auto"/>
          <w:sz w:val="22"/>
          <w:szCs w:val="22"/>
        </w:rPr>
        <w:t>5</w:t>
      </w:r>
      <w:r w:rsidR="00BE6111" w:rsidRPr="00DB6570">
        <w:rPr>
          <w:rFonts w:ascii="Times New Roman" w:hAnsi="Times New Roman" w:cs="Times New Roman"/>
          <w:color w:val="auto"/>
          <w:sz w:val="22"/>
          <w:szCs w:val="22"/>
        </w:rPr>
        <w:t>.</w:t>
      </w:r>
      <w:r w:rsidRPr="00DB6570">
        <w:rPr>
          <w:rFonts w:ascii="Times New Roman" w:hAnsi="Times New Roman" w:cs="Times New Roman"/>
          <w:color w:val="auto"/>
          <w:sz w:val="22"/>
          <w:szCs w:val="22"/>
        </w:rPr>
        <w:t>1</w:t>
      </w:r>
      <w:r w:rsidR="00187C46" w:rsidRPr="00DB6570">
        <w:rPr>
          <w:rFonts w:ascii="Times New Roman" w:hAnsi="Times New Roman" w:cs="Times New Roman"/>
          <w:color w:val="auto"/>
          <w:sz w:val="22"/>
          <w:szCs w:val="22"/>
        </w:rPr>
        <w:t>5</w:t>
      </w:r>
      <w:r w:rsidR="00BE6111" w:rsidRPr="00DB6570">
        <w:rPr>
          <w:rFonts w:ascii="Times New Roman" w:hAnsi="Times New Roman" w:cs="Times New Roman"/>
          <w:color w:val="auto"/>
          <w:sz w:val="22"/>
          <w:szCs w:val="22"/>
        </w:rPr>
        <w:t xml:space="preserve"> Host Institution and Government Support</w:t>
      </w:r>
      <w:bookmarkEnd w:id="80"/>
    </w:p>
    <w:p w14:paraId="303C1523" w14:textId="77777777" w:rsidR="0061162A" w:rsidRPr="00DB6570" w:rsidRDefault="00BE6111">
      <w:pPr>
        <w:pStyle w:val="GuidanceText"/>
        <w:keepNext/>
        <w:rPr>
          <w:rFonts w:ascii="Times New Roman" w:hAnsi="Times New Roman" w:cs="Times New Roman"/>
          <w:color w:val="auto"/>
          <w:sz w:val="22"/>
        </w:rPr>
      </w:pPr>
      <w:r w:rsidRPr="00DB6570">
        <w:rPr>
          <w:rFonts w:ascii="Times New Roman" w:hAnsi="Times New Roman" w:cs="Times New Roman"/>
          <w:color w:val="auto"/>
          <w:sz w:val="22"/>
        </w:rPr>
        <w:t>State concrete commitments including staff positions and salaries, facilities/land, utilities, counterpart financing, accreditation support, recurrent costs, equipment maintenance, public funding and policy support.</w:t>
      </w:r>
    </w:p>
    <w:tbl>
      <w:tblPr>
        <w:tblStyle w:val="TableGrid"/>
        <w:tblW w:w="9000" w:type="dxa"/>
        <w:jc w:val="center"/>
        <w:tblLook w:val="04A0" w:firstRow="1" w:lastRow="0" w:firstColumn="1" w:lastColumn="0" w:noHBand="0" w:noVBand="1"/>
      </w:tblPr>
      <w:tblGrid>
        <w:gridCol w:w="9000"/>
      </w:tblGrid>
      <w:tr w:rsidR="0061162A" w:rsidRPr="00DB6570" w14:paraId="17D125F9" w14:textId="77777777">
        <w:trPr>
          <w:jc w:val="center"/>
        </w:trPr>
        <w:tc>
          <w:tcPr>
            <w:tcW w:w="9866" w:type="dxa"/>
            <w:shd w:val="clear" w:color="auto" w:fill="FAFAFA"/>
            <w:tcMar>
              <w:top w:w="110" w:type="dxa"/>
              <w:left w:w="120" w:type="dxa"/>
              <w:bottom w:w="110" w:type="dxa"/>
              <w:right w:w="120" w:type="dxa"/>
            </w:tcMar>
          </w:tcPr>
          <w:p w14:paraId="045FE05E" w14:textId="0186070B" w:rsidR="0061162A" w:rsidRPr="00DB6570" w:rsidRDefault="00B133C1">
            <w:pPr>
              <w:rPr>
                <w:rFonts w:ascii="Times New Roman" w:hAnsi="Times New Roman" w:cs="Times New Roman"/>
                <w:sz w:val="22"/>
              </w:rPr>
            </w:pPr>
            <w:r w:rsidRPr="00B133C1">
              <w:rPr>
                <w:rFonts w:ascii="Times New Roman" w:hAnsi="Times New Roman" w:cs="Times New Roman"/>
                <w:i/>
                <w:sz w:val="22"/>
              </w:rPr>
              <w:t>[Applicant response must not exceed 1000 words]</w:t>
            </w:r>
          </w:p>
          <w:p w14:paraId="6D2F2AAC" w14:textId="77777777" w:rsidR="0061162A" w:rsidRPr="00DB6570" w:rsidRDefault="0061162A">
            <w:pPr>
              <w:rPr>
                <w:rFonts w:ascii="Times New Roman" w:hAnsi="Times New Roman" w:cs="Times New Roman"/>
                <w:sz w:val="22"/>
              </w:rPr>
            </w:pPr>
          </w:p>
          <w:p w14:paraId="4584EEFC" w14:textId="77777777" w:rsidR="0061162A" w:rsidRPr="00DB6570" w:rsidRDefault="0061162A">
            <w:pPr>
              <w:rPr>
                <w:rFonts w:ascii="Times New Roman" w:hAnsi="Times New Roman" w:cs="Times New Roman"/>
                <w:sz w:val="22"/>
              </w:rPr>
            </w:pPr>
          </w:p>
        </w:tc>
      </w:tr>
    </w:tbl>
    <w:p w14:paraId="4DAA6E90" w14:textId="77777777" w:rsidR="0061162A" w:rsidRPr="00DB6570" w:rsidRDefault="0061162A">
      <w:pPr>
        <w:spacing w:after="0"/>
        <w:rPr>
          <w:rFonts w:ascii="Times New Roman" w:hAnsi="Times New Roman" w:cs="Times New Roman"/>
          <w:sz w:val="22"/>
        </w:rPr>
      </w:pPr>
    </w:p>
    <w:p w14:paraId="1E60717E" w14:textId="0D46BE37" w:rsidR="0061162A" w:rsidRPr="00DB6570" w:rsidRDefault="00BE6111">
      <w:pPr>
        <w:pStyle w:val="Heading2"/>
        <w:rPr>
          <w:rFonts w:ascii="Times New Roman" w:hAnsi="Times New Roman" w:cs="Times New Roman"/>
          <w:color w:val="auto"/>
          <w:sz w:val="22"/>
          <w:szCs w:val="22"/>
        </w:rPr>
      </w:pPr>
      <w:bookmarkStart w:id="81" w:name="_Toc237525276"/>
      <w:r w:rsidRPr="00DB6570">
        <w:rPr>
          <w:rFonts w:ascii="Times New Roman" w:hAnsi="Times New Roman" w:cs="Times New Roman"/>
          <w:color w:val="auto"/>
          <w:sz w:val="22"/>
          <w:szCs w:val="22"/>
        </w:rPr>
        <w:t>V.1</w:t>
      </w:r>
      <w:r w:rsidR="00187C46" w:rsidRPr="00DB6570">
        <w:rPr>
          <w:rFonts w:ascii="Times New Roman" w:hAnsi="Times New Roman" w:cs="Times New Roman"/>
          <w:color w:val="auto"/>
          <w:sz w:val="22"/>
          <w:szCs w:val="22"/>
        </w:rPr>
        <w:t>6</w:t>
      </w:r>
      <w:r w:rsidRPr="00DB6570">
        <w:rPr>
          <w:rFonts w:ascii="Times New Roman" w:hAnsi="Times New Roman" w:cs="Times New Roman"/>
          <w:color w:val="auto"/>
          <w:sz w:val="22"/>
          <w:szCs w:val="22"/>
        </w:rPr>
        <w:t xml:space="preserve"> Financial Position and Sustainability</w:t>
      </w:r>
      <w:bookmarkEnd w:id="81"/>
    </w:p>
    <w:p w14:paraId="74EEA6D1" w14:textId="045CA829" w:rsidR="0061162A" w:rsidRPr="00DB6570" w:rsidRDefault="004B6AF3">
      <w:pPr>
        <w:pStyle w:val="GuidanceText"/>
        <w:keepNext/>
        <w:rPr>
          <w:rFonts w:ascii="Times New Roman" w:hAnsi="Times New Roman" w:cs="Times New Roman"/>
          <w:color w:val="auto"/>
          <w:sz w:val="22"/>
        </w:rPr>
      </w:pPr>
      <w:r w:rsidRPr="00DB6570">
        <w:rPr>
          <w:rFonts w:ascii="Times New Roman" w:hAnsi="Times New Roman" w:cs="Times New Roman"/>
          <w:color w:val="auto"/>
          <w:sz w:val="22"/>
        </w:rPr>
        <w:t>Present current revenue and expenditure patterns and a credible strategy for sustainability of education/training, research and innovation agendas, and regional and international partnerships beyond the five-year program. Include how competitive grants, contract research, fee income, core-facility services, industry contributions will contribute to post program/project staffing and maintenance costs. Specify where the host institution and government will provide concrete support for post project sustainability</w:t>
      </w:r>
    </w:p>
    <w:tbl>
      <w:tblPr>
        <w:tblStyle w:val="TableGrid"/>
        <w:tblW w:w="9000" w:type="dxa"/>
        <w:jc w:val="center"/>
        <w:tblLook w:val="04A0" w:firstRow="1" w:lastRow="0" w:firstColumn="1" w:lastColumn="0" w:noHBand="0" w:noVBand="1"/>
      </w:tblPr>
      <w:tblGrid>
        <w:gridCol w:w="9000"/>
      </w:tblGrid>
      <w:tr w:rsidR="0061162A" w:rsidRPr="00DB6570" w14:paraId="153BE220" w14:textId="77777777">
        <w:trPr>
          <w:jc w:val="center"/>
        </w:trPr>
        <w:tc>
          <w:tcPr>
            <w:tcW w:w="9866" w:type="dxa"/>
            <w:shd w:val="clear" w:color="auto" w:fill="FAFAFA"/>
            <w:tcMar>
              <w:top w:w="110" w:type="dxa"/>
              <w:left w:w="120" w:type="dxa"/>
              <w:bottom w:w="110" w:type="dxa"/>
              <w:right w:w="120" w:type="dxa"/>
            </w:tcMar>
          </w:tcPr>
          <w:p w14:paraId="02829B09" w14:textId="7E519FCF" w:rsidR="0061162A" w:rsidRPr="00DB6570" w:rsidRDefault="00B133C1">
            <w:pPr>
              <w:pStyle w:val="ResponsePlaceholder"/>
              <w:rPr>
                <w:rFonts w:ascii="Times New Roman" w:hAnsi="Times New Roman" w:cs="Times New Roman"/>
                <w:color w:val="auto"/>
                <w:sz w:val="22"/>
              </w:rPr>
            </w:pPr>
            <w:r w:rsidRPr="00B133C1">
              <w:rPr>
                <w:rFonts w:ascii="Times New Roman" w:hAnsi="Times New Roman" w:cs="Times New Roman"/>
                <w:color w:val="auto"/>
                <w:sz w:val="22"/>
              </w:rPr>
              <w:t>[Applicant response must not exceed 500 words.]</w:t>
            </w:r>
          </w:p>
          <w:p w14:paraId="67826C87" w14:textId="77777777" w:rsidR="0061162A" w:rsidRPr="00DB6570" w:rsidRDefault="0061162A">
            <w:pPr>
              <w:rPr>
                <w:rFonts w:ascii="Times New Roman" w:hAnsi="Times New Roman" w:cs="Times New Roman"/>
                <w:sz w:val="22"/>
              </w:rPr>
            </w:pPr>
          </w:p>
          <w:p w14:paraId="118A6318" w14:textId="77777777" w:rsidR="0061162A" w:rsidRPr="00DB6570" w:rsidRDefault="0061162A">
            <w:pPr>
              <w:rPr>
                <w:rFonts w:ascii="Times New Roman" w:hAnsi="Times New Roman" w:cs="Times New Roman"/>
                <w:sz w:val="22"/>
              </w:rPr>
            </w:pPr>
          </w:p>
          <w:p w14:paraId="0508575B" w14:textId="77777777" w:rsidR="0061162A" w:rsidRPr="00DB6570" w:rsidRDefault="0061162A">
            <w:pPr>
              <w:rPr>
                <w:rFonts w:ascii="Times New Roman" w:hAnsi="Times New Roman" w:cs="Times New Roman"/>
                <w:sz w:val="22"/>
              </w:rPr>
            </w:pPr>
          </w:p>
          <w:p w14:paraId="2C0BE40C" w14:textId="77777777" w:rsidR="0061162A" w:rsidRPr="00DB6570" w:rsidRDefault="0061162A">
            <w:pPr>
              <w:rPr>
                <w:rFonts w:ascii="Times New Roman" w:hAnsi="Times New Roman" w:cs="Times New Roman"/>
                <w:sz w:val="22"/>
              </w:rPr>
            </w:pPr>
          </w:p>
          <w:p w14:paraId="5F387DB8" w14:textId="77777777" w:rsidR="0061162A" w:rsidRPr="00DB6570" w:rsidRDefault="0061162A">
            <w:pPr>
              <w:rPr>
                <w:rFonts w:ascii="Times New Roman" w:hAnsi="Times New Roman" w:cs="Times New Roman"/>
                <w:sz w:val="22"/>
              </w:rPr>
            </w:pPr>
          </w:p>
        </w:tc>
      </w:tr>
    </w:tbl>
    <w:p w14:paraId="355E96C7" w14:textId="77777777" w:rsidR="0061162A" w:rsidRPr="00DB6570" w:rsidRDefault="0061162A">
      <w:pPr>
        <w:spacing w:after="0"/>
        <w:rPr>
          <w:rFonts w:ascii="Times New Roman" w:hAnsi="Times New Roman" w:cs="Times New Roman"/>
          <w:sz w:val="22"/>
        </w:rPr>
      </w:pPr>
    </w:p>
    <w:p w14:paraId="08CB3021" w14:textId="6DFC09A9" w:rsidR="0061162A" w:rsidRPr="00DB6570" w:rsidRDefault="0027737E">
      <w:pPr>
        <w:pStyle w:val="Heading3"/>
        <w:rPr>
          <w:rFonts w:ascii="Times New Roman" w:hAnsi="Times New Roman" w:cs="Times New Roman"/>
          <w:color w:val="auto"/>
          <w:sz w:val="22"/>
        </w:rPr>
      </w:pPr>
      <w:bookmarkStart w:id="82" w:name="_Toc237525277"/>
      <w:r w:rsidRPr="00DB6570">
        <w:rPr>
          <w:rFonts w:ascii="Times New Roman" w:hAnsi="Times New Roman" w:cs="Times New Roman"/>
          <w:color w:val="auto"/>
          <w:sz w:val="22"/>
        </w:rPr>
        <w:t>5.1</w:t>
      </w:r>
      <w:r w:rsidR="00187C46" w:rsidRPr="00DB6570">
        <w:rPr>
          <w:rFonts w:ascii="Times New Roman" w:hAnsi="Times New Roman" w:cs="Times New Roman"/>
          <w:color w:val="auto"/>
          <w:sz w:val="22"/>
        </w:rPr>
        <w:t>6</w:t>
      </w:r>
      <w:r w:rsidRPr="00DB6570">
        <w:rPr>
          <w:rFonts w:ascii="Times New Roman" w:hAnsi="Times New Roman" w:cs="Times New Roman"/>
          <w:color w:val="auto"/>
          <w:sz w:val="22"/>
        </w:rPr>
        <w:t xml:space="preserve">.1 </w:t>
      </w:r>
      <w:r w:rsidR="00BE6111" w:rsidRPr="00DB6570">
        <w:rPr>
          <w:rFonts w:ascii="Times New Roman" w:hAnsi="Times New Roman" w:cs="Times New Roman"/>
          <w:color w:val="auto"/>
          <w:sz w:val="22"/>
        </w:rPr>
        <w:t>RFTI Revenue and Sustainability Projection</w:t>
      </w:r>
      <w:bookmarkEnd w:id="82"/>
    </w:p>
    <w:tbl>
      <w:tblPr>
        <w:tblW w:w="5000" w:type="pct"/>
        <w:jc w:val="center"/>
        <w:tblLook w:val="04A0" w:firstRow="1" w:lastRow="0" w:firstColumn="1" w:lastColumn="0" w:noHBand="0" w:noVBand="1"/>
      </w:tblPr>
      <w:tblGrid>
        <w:gridCol w:w="881"/>
        <w:gridCol w:w="1498"/>
        <w:gridCol w:w="1238"/>
        <w:gridCol w:w="1131"/>
        <w:gridCol w:w="1289"/>
        <w:gridCol w:w="942"/>
        <w:gridCol w:w="1220"/>
        <w:gridCol w:w="1657"/>
      </w:tblGrid>
      <w:tr w:rsidR="00173DD4" w:rsidRPr="00DB6570" w14:paraId="51AAB2A7" w14:textId="77777777" w:rsidTr="0021427D">
        <w:trPr>
          <w:cantSplit/>
          <w:trHeight w:val="677"/>
          <w:tblHeader/>
          <w:jc w:val="center"/>
        </w:trPr>
        <w:tc>
          <w:tcPr>
            <w:tcW w:w="2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F05A4FF" w14:textId="77777777" w:rsidR="00173DD4" w:rsidRPr="00DB6570" w:rsidRDefault="00173DD4"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w:t>
            </w:r>
          </w:p>
        </w:tc>
        <w:tc>
          <w:tcPr>
            <w:tcW w:w="7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697B8B4" w14:textId="77777777" w:rsidR="00173DD4" w:rsidRPr="00DB6570" w:rsidRDefault="00173DD4"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Revenue source</w:t>
            </w: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595CB13" w14:textId="77777777" w:rsidR="00173DD4" w:rsidRPr="00DB6570" w:rsidRDefault="00173DD4"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Baseline annual amount</w:t>
            </w:r>
          </w:p>
        </w:tc>
        <w:tc>
          <w:tcPr>
            <w:tcW w:w="60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E9C7124" w14:textId="77777777" w:rsidR="00173DD4" w:rsidRPr="00DB6570" w:rsidRDefault="00173DD4"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Yearly target</w:t>
            </w:r>
          </w:p>
        </w:tc>
        <w:tc>
          <w:tcPr>
            <w:tcW w:w="68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2AD58BA" w14:textId="77777777" w:rsidR="00173DD4" w:rsidRPr="00DB6570" w:rsidRDefault="00173DD4"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End of Project Total (Yr 1–5)</w:t>
            </w:r>
          </w:p>
        </w:tc>
        <w:tc>
          <w:tcPr>
            <w:tcW w:w="50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F31D1EE" w14:textId="77777777" w:rsidR="00173DD4" w:rsidRPr="00DB6570" w:rsidRDefault="00173DD4"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Regional target %</w:t>
            </w: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54F62B1" w14:textId="77777777" w:rsidR="00173DD4" w:rsidRPr="00DB6570" w:rsidRDefault="00173DD4"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Post-program annual target</w:t>
            </w:r>
          </w:p>
        </w:tc>
        <w:tc>
          <w:tcPr>
            <w:tcW w:w="87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189E1DC" w14:textId="77777777" w:rsidR="00173DD4" w:rsidRPr="00DB6570" w:rsidRDefault="00173DD4"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Assumptions / owner</w:t>
            </w:r>
          </w:p>
        </w:tc>
      </w:tr>
      <w:tr w:rsidR="00173DD4" w:rsidRPr="00DB6570" w14:paraId="3BC83535" w14:textId="77777777" w:rsidTr="005E44DD">
        <w:trPr>
          <w:cantSplit/>
          <w:trHeight w:val="720"/>
          <w:jc w:val="center"/>
        </w:trPr>
        <w:tc>
          <w:tcPr>
            <w:tcW w:w="2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C9482B8" w14:textId="77777777" w:rsidR="00173DD4" w:rsidRPr="00DB6570" w:rsidRDefault="00173DD4"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1</w:t>
            </w:r>
          </w:p>
        </w:tc>
        <w:tc>
          <w:tcPr>
            <w:tcW w:w="7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8677C5A" w14:textId="77777777" w:rsidR="00173DD4" w:rsidRPr="00DB6570" w:rsidRDefault="00173DD4" w:rsidP="00D270E1">
            <w:pPr>
              <w:spacing w:after="0" w:line="240" w:lineRule="auto"/>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51A4252" w14:textId="77777777" w:rsidR="00173DD4" w:rsidRPr="00DB6570" w:rsidRDefault="00173DD4" w:rsidP="00D270E1">
            <w:pPr>
              <w:spacing w:after="0" w:line="240" w:lineRule="auto"/>
              <w:rPr>
                <w:rFonts w:ascii="Times New Roman" w:hAnsi="Times New Roman" w:cs="Times New Roman"/>
                <w:sz w:val="22"/>
              </w:rPr>
            </w:pPr>
          </w:p>
        </w:tc>
        <w:tc>
          <w:tcPr>
            <w:tcW w:w="60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6EEB0D" w14:textId="77777777" w:rsidR="00173DD4" w:rsidRPr="00DB6570" w:rsidRDefault="00173DD4" w:rsidP="00D270E1">
            <w:pPr>
              <w:spacing w:after="0" w:line="240" w:lineRule="auto"/>
              <w:jc w:val="center"/>
              <w:rPr>
                <w:rFonts w:ascii="Times New Roman" w:hAnsi="Times New Roman" w:cs="Times New Roman"/>
                <w:sz w:val="22"/>
              </w:rPr>
            </w:pPr>
          </w:p>
        </w:tc>
        <w:tc>
          <w:tcPr>
            <w:tcW w:w="68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93C3274" w14:textId="77777777" w:rsidR="00173DD4" w:rsidRPr="00DB6570" w:rsidRDefault="00173DD4" w:rsidP="00D270E1">
            <w:pPr>
              <w:spacing w:after="0" w:line="240" w:lineRule="auto"/>
              <w:jc w:val="center"/>
              <w:rPr>
                <w:rFonts w:ascii="Times New Roman" w:hAnsi="Times New Roman" w:cs="Times New Roman"/>
                <w:sz w:val="22"/>
              </w:rPr>
            </w:pPr>
          </w:p>
        </w:tc>
        <w:tc>
          <w:tcPr>
            <w:tcW w:w="50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5687917" w14:textId="77777777" w:rsidR="00173DD4" w:rsidRPr="00DB6570" w:rsidRDefault="00173DD4" w:rsidP="00D270E1">
            <w:pPr>
              <w:spacing w:after="0" w:line="240" w:lineRule="auto"/>
              <w:jc w:val="center"/>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3FA1EE1" w14:textId="77777777" w:rsidR="00173DD4" w:rsidRPr="00DB6570" w:rsidRDefault="00173DD4" w:rsidP="00D270E1">
            <w:pPr>
              <w:spacing w:after="0" w:line="240" w:lineRule="auto"/>
              <w:jc w:val="center"/>
              <w:rPr>
                <w:rFonts w:ascii="Times New Roman" w:hAnsi="Times New Roman" w:cs="Times New Roman"/>
                <w:sz w:val="22"/>
              </w:rPr>
            </w:pPr>
          </w:p>
        </w:tc>
        <w:tc>
          <w:tcPr>
            <w:tcW w:w="87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D7F6812" w14:textId="77777777" w:rsidR="00173DD4" w:rsidRPr="00DB6570" w:rsidRDefault="00173DD4" w:rsidP="00D270E1">
            <w:pPr>
              <w:spacing w:after="0" w:line="240" w:lineRule="auto"/>
              <w:jc w:val="center"/>
              <w:rPr>
                <w:rFonts w:ascii="Times New Roman" w:hAnsi="Times New Roman" w:cs="Times New Roman"/>
                <w:sz w:val="22"/>
              </w:rPr>
            </w:pPr>
          </w:p>
        </w:tc>
      </w:tr>
      <w:tr w:rsidR="00173DD4" w:rsidRPr="00DB6570" w14:paraId="0DC7DA46" w14:textId="77777777" w:rsidTr="005E44DD">
        <w:trPr>
          <w:cantSplit/>
          <w:trHeight w:val="720"/>
          <w:jc w:val="center"/>
        </w:trPr>
        <w:tc>
          <w:tcPr>
            <w:tcW w:w="2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AAE14B7" w14:textId="77777777" w:rsidR="00173DD4" w:rsidRPr="00DB6570" w:rsidRDefault="00173DD4"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2</w:t>
            </w:r>
          </w:p>
        </w:tc>
        <w:tc>
          <w:tcPr>
            <w:tcW w:w="7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35D5784" w14:textId="77777777" w:rsidR="00173DD4" w:rsidRPr="00DB6570" w:rsidRDefault="00173DD4" w:rsidP="00D270E1">
            <w:pPr>
              <w:spacing w:after="0" w:line="240" w:lineRule="auto"/>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EF35525" w14:textId="77777777" w:rsidR="00173DD4" w:rsidRPr="00DB6570" w:rsidRDefault="00173DD4" w:rsidP="00D270E1">
            <w:pPr>
              <w:spacing w:after="0" w:line="240" w:lineRule="auto"/>
              <w:rPr>
                <w:rFonts w:ascii="Times New Roman" w:hAnsi="Times New Roman" w:cs="Times New Roman"/>
                <w:sz w:val="22"/>
              </w:rPr>
            </w:pPr>
          </w:p>
        </w:tc>
        <w:tc>
          <w:tcPr>
            <w:tcW w:w="60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8163F64" w14:textId="77777777" w:rsidR="00173DD4" w:rsidRPr="00DB6570" w:rsidRDefault="00173DD4" w:rsidP="00D270E1">
            <w:pPr>
              <w:spacing w:after="0" w:line="240" w:lineRule="auto"/>
              <w:jc w:val="center"/>
              <w:rPr>
                <w:rFonts w:ascii="Times New Roman" w:hAnsi="Times New Roman" w:cs="Times New Roman"/>
                <w:sz w:val="22"/>
              </w:rPr>
            </w:pPr>
          </w:p>
        </w:tc>
        <w:tc>
          <w:tcPr>
            <w:tcW w:w="68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88A95BA" w14:textId="77777777" w:rsidR="00173DD4" w:rsidRPr="00DB6570" w:rsidRDefault="00173DD4" w:rsidP="00D270E1">
            <w:pPr>
              <w:spacing w:after="0" w:line="240" w:lineRule="auto"/>
              <w:jc w:val="center"/>
              <w:rPr>
                <w:rFonts w:ascii="Times New Roman" w:hAnsi="Times New Roman" w:cs="Times New Roman"/>
                <w:sz w:val="22"/>
              </w:rPr>
            </w:pPr>
          </w:p>
        </w:tc>
        <w:tc>
          <w:tcPr>
            <w:tcW w:w="50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79ED576" w14:textId="77777777" w:rsidR="00173DD4" w:rsidRPr="00DB6570" w:rsidRDefault="00173DD4" w:rsidP="00D270E1">
            <w:pPr>
              <w:spacing w:after="0" w:line="240" w:lineRule="auto"/>
              <w:jc w:val="center"/>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370085A" w14:textId="77777777" w:rsidR="00173DD4" w:rsidRPr="00DB6570" w:rsidRDefault="00173DD4" w:rsidP="00D270E1">
            <w:pPr>
              <w:spacing w:after="0" w:line="240" w:lineRule="auto"/>
              <w:jc w:val="center"/>
              <w:rPr>
                <w:rFonts w:ascii="Times New Roman" w:hAnsi="Times New Roman" w:cs="Times New Roman"/>
                <w:sz w:val="22"/>
              </w:rPr>
            </w:pPr>
          </w:p>
        </w:tc>
        <w:tc>
          <w:tcPr>
            <w:tcW w:w="87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BFD4189" w14:textId="77777777" w:rsidR="00173DD4" w:rsidRPr="00DB6570" w:rsidRDefault="00173DD4" w:rsidP="00D270E1">
            <w:pPr>
              <w:spacing w:after="0" w:line="240" w:lineRule="auto"/>
              <w:jc w:val="center"/>
              <w:rPr>
                <w:rFonts w:ascii="Times New Roman" w:hAnsi="Times New Roman" w:cs="Times New Roman"/>
                <w:sz w:val="22"/>
              </w:rPr>
            </w:pPr>
          </w:p>
        </w:tc>
      </w:tr>
      <w:tr w:rsidR="00173DD4" w:rsidRPr="00DB6570" w14:paraId="5A3EC425" w14:textId="77777777" w:rsidTr="005E44DD">
        <w:trPr>
          <w:cantSplit/>
          <w:trHeight w:val="720"/>
          <w:jc w:val="center"/>
        </w:trPr>
        <w:tc>
          <w:tcPr>
            <w:tcW w:w="2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70D5711" w14:textId="77777777" w:rsidR="00173DD4" w:rsidRPr="00DB6570" w:rsidRDefault="00173DD4"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3</w:t>
            </w:r>
          </w:p>
        </w:tc>
        <w:tc>
          <w:tcPr>
            <w:tcW w:w="7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5D20462" w14:textId="77777777" w:rsidR="00173DD4" w:rsidRPr="00DB6570" w:rsidRDefault="00173DD4" w:rsidP="00D270E1">
            <w:pPr>
              <w:spacing w:after="0" w:line="240" w:lineRule="auto"/>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4FF224E" w14:textId="77777777" w:rsidR="00173DD4" w:rsidRPr="00DB6570" w:rsidRDefault="00173DD4" w:rsidP="00D270E1">
            <w:pPr>
              <w:spacing w:after="0" w:line="240" w:lineRule="auto"/>
              <w:rPr>
                <w:rFonts w:ascii="Times New Roman" w:hAnsi="Times New Roman" w:cs="Times New Roman"/>
                <w:sz w:val="22"/>
              </w:rPr>
            </w:pPr>
          </w:p>
        </w:tc>
        <w:tc>
          <w:tcPr>
            <w:tcW w:w="60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AD3EA19" w14:textId="77777777" w:rsidR="00173DD4" w:rsidRPr="00DB6570" w:rsidRDefault="00173DD4" w:rsidP="00D270E1">
            <w:pPr>
              <w:spacing w:after="0" w:line="240" w:lineRule="auto"/>
              <w:jc w:val="center"/>
              <w:rPr>
                <w:rFonts w:ascii="Times New Roman" w:hAnsi="Times New Roman" w:cs="Times New Roman"/>
                <w:sz w:val="22"/>
              </w:rPr>
            </w:pPr>
          </w:p>
        </w:tc>
        <w:tc>
          <w:tcPr>
            <w:tcW w:w="68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EC879CD" w14:textId="77777777" w:rsidR="00173DD4" w:rsidRPr="00DB6570" w:rsidRDefault="00173DD4" w:rsidP="00D270E1">
            <w:pPr>
              <w:spacing w:after="0" w:line="240" w:lineRule="auto"/>
              <w:jc w:val="center"/>
              <w:rPr>
                <w:rFonts w:ascii="Times New Roman" w:hAnsi="Times New Roman" w:cs="Times New Roman"/>
                <w:sz w:val="22"/>
              </w:rPr>
            </w:pPr>
          </w:p>
        </w:tc>
        <w:tc>
          <w:tcPr>
            <w:tcW w:w="50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BF59A91" w14:textId="77777777" w:rsidR="00173DD4" w:rsidRPr="00DB6570" w:rsidRDefault="00173DD4" w:rsidP="00D270E1">
            <w:pPr>
              <w:spacing w:after="0" w:line="240" w:lineRule="auto"/>
              <w:jc w:val="center"/>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837987F" w14:textId="77777777" w:rsidR="00173DD4" w:rsidRPr="00DB6570" w:rsidRDefault="00173DD4" w:rsidP="00D270E1">
            <w:pPr>
              <w:spacing w:after="0" w:line="240" w:lineRule="auto"/>
              <w:jc w:val="center"/>
              <w:rPr>
                <w:rFonts w:ascii="Times New Roman" w:hAnsi="Times New Roman" w:cs="Times New Roman"/>
                <w:sz w:val="22"/>
              </w:rPr>
            </w:pPr>
          </w:p>
        </w:tc>
        <w:tc>
          <w:tcPr>
            <w:tcW w:w="87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7E228AA" w14:textId="77777777" w:rsidR="00173DD4" w:rsidRPr="00DB6570" w:rsidRDefault="00173DD4" w:rsidP="00D270E1">
            <w:pPr>
              <w:spacing w:after="0" w:line="240" w:lineRule="auto"/>
              <w:jc w:val="center"/>
              <w:rPr>
                <w:rFonts w:ascii="Times New Roman" w:hAnsi="Times New Roman" w:cs="Times New Roman"/>
                <w:sz w:val="22"/>
              </w:rPr>
            </w:pPr>
          </w:p>
        </w:tc>
      </w:tr>
      <w:tr w:rsidR="00173DD4" w:rsidRPr="00DB6570" w14:paraId="6CC86594" w14:textId="77777777" w:rsidTr="005E44DD">
        <w:trPr>
          <w:cantSplit/>
          <w:trHeight w:val="720"/>
          <w:jc w:val="center"/>
        </w:trPr>
        <w:tc>
          <w:tcPr>
            <w:tcW w:w="2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4F796BC" w14:textId="77777777" w:rsidR="00173DD4" w:rsidRPr="00DB6570" w:rsidRDefault="00173DD4"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4</w:t>
            </w:r>
          </w:p>
        </w:tc>
        <w:tc>
          <w:tcPr>
            <w:tcW w:w="7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5E753A" w14:textId="77777777" w:rsidR="00173DD4" w:rsidRPr="00DB6570" w:rsidRDefault="00173DD4" w:rsidP="00D270E1">
            <w:pPr>
              <w:spacing w:after="0" w:line="240" w:lineRule="auto"/>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7C3FE1F" w14:textId="77777777" w:rsidR="00173DD4" w:rsidRPr="00DB6570" w:rsidRDefault="00173DD4" w:rsidP="00D270E1">
            <w:pPr>
              <w:spacing w:after="0" w:line="240" w:lineRule="auto"/>
              <w:rPr>
                <w:rFonts w:ascii="Times New Roman" w:hAnsi="Times New Roman" w:cs="Times New Roman"/>
                <w:sz w:val="22"/>
              </w:rPr>
            </w:pPr>
          </w:p>
        </w:tc>
        <w:tc>
          <w:tcPr>
            <w:tcW w:w="60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4F8D31E" w14:textId="77777777" w:rsidR="00173DD4" w:rsidRPr="00DB6570" w:rsidRDefault="00173DD4" w:rsidP="00D270E1">
            <w:pPr>
              <w:spacing w:after="0" w:line="240" w:lineRule="auto"/>
              <w:jc w:val="center"/>
              <w:rPr>
                <w:rFonts w:ascii="Times New Roman" w:hAnsi="Times New Roman" w:cs="Times New Roman"/>
                <w:sz w:val="22"/>
              </w:rPr>
            </w:pPr>
          </w:p>
        </w:tc>
        <w:tc>
          <w:tcPr>
            <w:tcW w:w="68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8C7CFEF" w14:textId="77777777" w:rsidR="00173DD4" w:rsidRPr="00DB6570" w:rsidRDefault="00173DD4" w:rsidP="00D270E1">
            <w:pPr>
              <w:spacing w:after="0" w:line="240" w:lineRule="auto"/>
              <w:jc w:val="center"/>
              <w:rPr>
                <w:rFonts w:ascii="Times New Roman" w:hAnsi="Times New Roman" w:cs="Times New Roman"/>
                <w:sz w:val="22"/>
              </w:rPr>
            </w:pPr>
          </w:p>
        </w:tc>
        <w:tc>
          <w:tcPr>
            <w:tcW w:w="50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480D9D8" w14:textId="77777777" w:rsidR="00173DD4" w:rsidRPr="00DB6570" w:rsidRDefault="00173DD4" w:rsidP="00D270E1">
            <w:pPr>
              <w:spacing w:after="0" w:line="240" w:lineRule="auto"/>
              <w:jc w:val="center"/>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E31FB07" w14:textId="77777777" w:rsidR="00173DD4" w:rsidRPr="00DB6570" w:rsidRDefault="00173DD4" w:rsidP="00D270E1">
            <w:pPr>
              <w:spacing w:after="0" w:line="240" w:lineRule="auto"/>
              <w:jc w:val="center"/>
              <w:rPr>
                <w:rFonts w:ascii="Times New Roman" w:hAnsi="Times New Roman" w:cs="Times New Roman"/>
                <w:sz w:val="22"/>
              </w:rPr>
            </w:pPr>
          </w:p>
        </w:tc>
        <w:tc>
          <w:tcPr>
            <w:tcW w:w="87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E7800ED" w14:textId="77777777" w:rsidR="00173DD4" w:rsidRPr="00DB6570" w:rsidRDefault="00173DD4" w:rsidP="00D270E1">
            <w:pPr>
              <w:spacing w:after="0" w:line="240" w:lineRule="auto"/>
              <w:jc w:val="center"/>
              <w:rPr>
                <w:rFonts w:ascii="Times New Roman" w:hAnsi="Times New Roman" w:cs="Times New Roman"/>
                <w:sz w:val="22"/>
              </w:rPr>
            </w:pPr>
          </w:p>
        </w:tc>
      </w:tr>
      <w:tr w:rsidR="00173DD4" w:rsidRPr="00DB6570" w14:paraId="013F02BA" w14:textId="77777777" w:rsidTr="005E44DD">
        <w:trPr>
          <w:cantSplit/>
          <w:trHeight w:val="720"/>
          <w:jc w:val="center"/>
        </w:trPr>
        <w:tc>
          <w:tcPr>
            <w:tcW w:w="202"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EEDC4AB" w14:textId="77777777" w:rsidR="00173DD4" w:rsidRPr="00DB6570" w:rsidRDefault="00173DD4" w:rsidP="00D270E1">
            <w:pPr>
              <w:spacing w:after="0" w:line="240" w:lineRule="auto"/>
              <w:jc w:val="center"/>
              <w:rPr>
                <w:rFonts w:ascii="Times New Roman" w:hAnsi="Times New Roman" w:cs="Times New Roman"/>
                <w:sz w:val="22"/>
              </w:rPr>
            </w:pPr>
            <w:r w:rsidRPr="00DB6570">
              <w:rPr>
                <w:rFonts w:ascii="Times New Roman" w:hAnsi="Times New Roman" w:cs="Times New Roman"/>
                <w:sz w:val="22"/>
              </w:rPr>
              <w:t>5</w:t>
            </w:r>
          </w:p>
        </w:tc>
        <w:tc>
          <w:tcPr>
            <w:tcW w:w="79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29EAF28" w14:textId="77777777" w:rsidR="00173DD4" w:rsidRPr="00DB6570" w:rsidRDefault="00173DD4" w:rsidP="00D270E1">
            <w:pPr>
              <w:spacing w:after="0" w:line="240" w:lineRule="auto"/>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B285F7" w14:textId="77777777" w:rsidR="00173DD4" w:rsidRPr="00DB6570" w:rsidRDefault="00173DD4" w:rsidP="00D270E1">
            <w:pPr>
              <w:spacing w:after="0" w:line="240" w:lineRule="auto"/>
              <w:rPr>
                <w:rFonts w:ascii="Times New Roman" w:hAnsi="Times New Roman" w:cs="Times New Roman"/>
                <w:sz w:val="22"/>
              </w:rPr>
            </w:pPr>
          </w:p>
        </w:tc>
        <w:tc>
          <w:tcPr>
            <w:tcW w:w="60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7CA5F45" w14:textId="77777777" w:rsidR="00173DD4" w:rsidRPr="00DB6570" w:rsidRDefault="00173DD4" w:rsidP="00D270E1">
            <w:pPr>
              <w:spacing w:after="0" w:line="240" w:lineRule="auto"/>
              <w:jc w:val="center"/>
              <w:rPr>
                <w:rFonts w:ascii="Times New Roman" w:hAnsi="Times New Roman" w:cs="Times New Roman"/>
                <w:sz w:val="22"/>
              </w:rPr>
            </w:pPr>
          </w:p>
        </w:tc>
        <w:tc>
          <w:tcPr>
            <w:tcW w:w="689"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9B5D4B9" w14:textId="77777777" w:rsidR="00173DD4" w:rsidRPr="00DB6570" w:rsidRDefault="00173DD4" w:rsidP="00D270E1">
            <w:pPr>
              <w:spacing w:after="0" w:line="240" w:lineRule="auto"/>
              <w:jc w:val="center"/>
              <w:rPr>
                <w:rFonts w:ascii="Times New Roman" w:hAnsi="Times New Roman" w:cs="Times New Roman"/>
                <w:sz w:val="22"/>
              </w:rPr>
            </w:pPr>
          </w:p>
        </w:tc>
        <w:tc>
          <w:tcPr>
            <w:tcW w:w="504"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FAEA44F" w14:textId="77777777" w:rsidR="00173DD4" w:rsidRPr="00DB6570" w:rsidRDefault="00173DD4" w:rsidP="00D270E1">
            <w:pPr>
              <w:spacing w:after="0" w:line="240" w:lineRule="auto"/>
              <w:jc w:val="center"/>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9E24224" w14:textId="77777777" w:rsidR="00173DD4" w:rsidRPr="00DB6570" w:rsidRDefault="00173DD4" w:rsidP="00D270E1">
            <w:pPr>
              <w:spacing w:after="0" w:line="240" w:lineRule="auto"/>
              <w:jc w:val="center"/>
              <w:rPr>
                <w:rFonts w:ascii="Times New Roman" w:hAnsi="Times New Roman" w:cs="Times New Roman"/>
                <w:sz w:val="22"/>
              </w:rPr>
            </w:pPr>
          </w:p>
        </w:tc>
        <w:tc>
          <w:tcPr>
            <w:tcW w:w="875" w:type="pc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81037F1" w14:textId="77777777" w:rsidR="00173DD4" w:rsidRPr="00DB6570" w:rsidRDefault="00173DD4" w:rsidP="00D270E1">
            <w:pPr>
              <w:spacing w:after="0" w:line="240" w:lineRule="auto"/>
              <w:jc w:val="center"/>
              <w:rPr>
                <w:rFonts w:ascii="Times New Roman" w:hAnsi="Times New Roman" w:cs="Times New Roman"/>
                <w:sz w:val="22"/>
              </w:rPr>
            </w:pPr>
          </w:p>
        </w:tc>
      </w:tr>
      <w:tr w:rsidR="00173DD4" w:rsidRPr="00DB6570" w14:paraId="78EA5420" w14:textId="77777777" w:rsidTr="005E44DD">
        <w:trPr>
          <w:cantSplit/>
          <w:trHeight w:val="432"/>
          <w:jc w:val="center"/>
        </w:trPr>
        <w:tc>
          <w:tcPr>
            <w:tcW w:w="202"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69585BCE" w14:textId="77777777" w:rsidR="00173DD4" w:rsidRPr="00DB6570" w:rsidRDefault="00173DD4" w:rsidP="00D270E1">
            <w:pPr>
              <w:spacing w:after="0" w:line="240" w:lineRule="auto"/>
              <w:jc w:val="center"/>
              <w:rPr>
                <w:rFonts w:ascii="Times New Roman" w:hAnsi="Times New Roman" w:cs="Times New Roman"/>
                <w:sz w:val="22"/>
              </w:rPr>
            </w:pPr>
            <w:r w:rsidRPr="00DB6570">
              <w:rPr>
                <w:rFonts w:ascii="Times New Roman" w:hAnsi="Times New Roman" w:cs="Times New Roman"/>
                <w:b/>
                <w:sz w:val="22"/>
              </w:rPr>
              <w:t>TOTAL</w:t>
            </w:r>
          </w:p>
        </w:tc>
        <w:tc>
          <w:tcPr>
            <w:tcW w:w="79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7DC6DD8D" w14:textId="77777777" w:rsidR="00173DD4" w:rsidRPr="00DB6570" w:rsidRDefault="00173DD4" w:rsidP="00D270E1">
            <w:pPr>
              <w:spacing w:after="0" w:line="240" w:lineRule="auto"/>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512E6F38" w14:textId="77777777" w:rsidR="00173DD4" w:rsidRPr="00DB6570" w:rsidRDefault="00173DD4" w:rsidP="00D270E1">
            <w:pPr>
              <w:spacing w:after="0" w:line="240" w:lineRule="auto"/>
              <w:rPr>
                <w:rFonts w:ascii="Times New Roman" w:hAnsi="Times New Roman" w:cs="Times New Roman"/>
                <w:sz w:val="22"/>
              </w:rPr>
            </w:pPr>
          </w:p>
        </w:tc>
        <w:tc>
          <w:tcPr>
            <w:tcW w:w="609"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7D6DA110" w14:textId="77777777" w:rsidR="00173DD4" w:rsidRPr="00DB6570" w:rsidRDefault="00173DD4" w:rsidP="00D270E1">
            <w:pPr>
              <w:spacing w:after="0" w:line="240" w:lineRule="auto"/>
              <w:jc w:val="center"/>
              <w:rPr>
                <w:rFonts w:ascii="Times New Roman" w:hAnsi="Times New Roman" w:cs="Times New Roman"/>
                <w:sz w:val="22"/>
              </w:rPr>
            </w:pPr>
          </w:p>
        </w:tc>
        <w:tc>
          <w:tcPr>
            <w:tcW w:w="689"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71C8EE54" w14:textId="77777777" w:rsidR="00173DD4" w:rsidRPr="00DB6570" w:rsidRDefault="00173DD4" w:rsidP="00D270E1">
            <w:pPr>
              <w:spacing w:after="0" w:line="240" w:lineRule="auto"/>
              <w:jc w:val="center"/>
              <w:rPr>
                <w:rFonts w:ascii="Times New Roman" w:hAnsi="Times New Roman" w:cs="Times New Roman"/>
                <w:sz w:val="22"/>
              </w:rPr>
            </w:pPr>
          </w:p>
        </w:tc>
        <w:tc>
          <w:tcPr>
            <w:tcW w:w="504"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446BEEBF" w14:textId="77777777" w:rsidR="00173DD4" w:rsidRPr="00DB6570" w:rsidRDefault="00173DD4" w:rsidP="00D270E1">
            <w:pPr>
              <w:spacing w:after="0" w:line="240" w:lineRule="auto"/>
              <w:jc w:val="center"/>
              <w:rPr>
                <w:rFonts w:ascii="Times New Roman" w:hAnsi="Times New Roman" w:cs="Times New Roman"/>
                <w:sz w:val="22"/>
              </w:rPr>
            </w:pPr>
          </w:p>
        </w:tc>
        <w:tc>
          <w:tcPr>
            <w:tcW w:w="663"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7BB2F451" w14:textId="77777777" w:rsidR="00173DD4" w:rsidRPr="00DB6570" w:rsidRDefault="00173DD4" w:rsidP="00D270E1">
            <w:pPr>
              <w:spacing w:after="0" w:line="240" w:lineRule="auto"/>
              <w:jc w:val="center"/>
              <w:rPr>
                <w:rFonts w:ascii="Times New Roman" w:hAnsi="Times New Roman" w:cs="Times New Roman"/>
                <w:sz w:val="22"/>
              </w:rPr>
            </w:pPr>
          </w:p>
        </w:tc>
        <w:tc>
          <w:tcPr>
            <w:tcW w:w="875" w:type="pct"/>
            <w:tcBorders>
              <w:top w:val="single" w:sz="4" w:space="0" w:color="7F7F7F"/>
              <w:left w:val="single" w:sz="4" w:space="0" w:color="7F7F7F"/>
              <w:bottom w:val="single" w:sz="4" w:space="0" w:color="7F7F7F"/>
              <w:right w:val="single" w:sz="4" w:space="0" w:color="7F7F7F"/>
            </w:tcBorders>
            <w:shd w:val="clear" w:color="auto" w:fill="E7E6E6"/>
            <w:tcMar>
              <w:top w:w="45" w:type="dxa"/>
              <w:left w:w="55" w:type="dxa"/>
              <w:bottom w:w="45" w:type="dxa"/>
              <w:right w:w="55" w:type="dxa"/>
            </w:tcMar>
            <w:vAlign w:val="center"/>
          </w:tcPr>
          <w:p w14:paraId="1B53CCF3" w14:textId="77777777" w:rsidR="00173DD4" w:rsidRPr="00DB6570" w:rsidRDefault="00173DD4" w:rsidP="00D270E1">
            <w:pPr>
              <w:spacing w:after="0" w:line="240" w:lineRule="auto"/>
              <w:jc w:val="center"/>
              <w:rPr>
                <w:rFonts w:ascii="Times New Roman" w:hAnsi="Times New Roman" w:cs="Times New Roman"/>
                <w:sz w:val="22"/>
              </w:rPr>
            </w:pPr>
          </w:p>
        </w:tc>
      </w:tr>
    </w:tbl>
    <w:p w14:paraId="2EA0E4A0" w14:textId="77777777" w:rsidR="0061162A" w:rsidRPr="00DB6570" w:rsidRDefault="0061162A">
      <w:pPr>
        <w:spacing w:after="0"/>
        <w:rPr>
          <w:rFonts w:ascii="Times New Roman" w:hAnsi="Times New Roman" w:cs="Times New Roman"/>
          <w:sz w:val="22"/>
        </w:rPr>
      </w:pPr>
    </w:p>
    <w:p w14:paraId="6D6F9754" w14:textId="790B95BF" w:rsidR="0061162A" w:rsidRPr="00DB6570" w:rsidRDefault="0027737E">
      <w:pPr>
        <w:pStyle w:val="Heading2"/>
        <w:rPr>
          <w:rFonts w:ascii="Times New Roman" w:hAnsi="Times New Roman" w:cs="Times New Roman"/>
          <w:color w:val="auto"/>
          <w:sz w:val="22"/>
          <w:szCs w:val="22"/>
        </w:rPr>
      </w:pPr>
      <w:bookmarkStart w:id="83" w:name="_Toc237525278"/>
      <w:r w:rsidRPr="00DB6570">
        <w:rPr>
          <w:rFonts w:ascii="Times New Roman" w:hAnsi="Times New Roman" w:cs="Times New Roman"/>
          <w:color w:val="auto"/>
          <w:sz w:val="22"/>
          <w:szCs w:val="22"/>
        </w:rPr>
        <w:t>5</w:t>
      </w:r>
      <w:r w:rsidR="00BE6111" w:rsidRPr="00DB6570">
        <w:rPr>
          <w:rFonts w:ascii="Times New Roman" w:hAnsi="Times New Roman" w:cs="Times New Roman"/>
          <w:color w:val="auto"/>
          <w:sz w:val="22"/>
          <w:szCs w:val="22"/>
        </w:rPr>
        <w:t>.1</w:t>
      </w:r>
      <w:r w:rsidR="00E35D54" w:rsidRPr="00DB6570">
        <w:rPr>
          <w:rFonts w:ascii="Times New Roman" w:hAnsi="Times New Roman" w:cs="Times New Roman"/>
          <w:color w:val="auto"/>
          <w:sz w:val="22"/>
          <w:szCs w:val="22"/>
        </w:rPr>
        <w:t>7</w:t>
      </w:r>
      <w:r w:rsidR="00BE6111" w:rsidRPr="00DB6570">
        <w:rPr>
          <w:rFonts w:ascii="Times New Roman" w:hAnsi="Times New Roman" w:cs="Times New Roman"/>
          <w:color w:val="auto"/>
          <w:sz w:val="22"/>
          <w:szCs w:val="22"/>
        </w:rPr>
        <w:t xml:space="preserve"> RFTI-Specific Risks and Mitigation</w:t>
      </w:r>
      <w:bookmarkEnd w:id="83"/>
    </w:p>
    <w:p w14:paraId="6D0D5D1C" w14:textId="77777777" w:rsidR="0061162A" w:rsidRPr="00DB6570" w:rsidRDefault="00BE6111">
      <w:pPr>
        <w:pStyle w:val="GuidanceText"/>
        <w:keepNext/>
        <w:rPr>
          <w:rFonts w:ascii="Times New Roman" w:hAnsi="Times New Roman" w:cs="Times New Roman"/>
          <w:color w:val="auto"/>
          <w:sz w:val="22"/>
        </w:rPr>
      </w:pPr>
      <w:r w:rsidRPr="00DB6570">
        <w:rPr>
          <w:rFonts w:ascii="Times New Roman" w:hAnsi="Times New Roman" w:cs="Times New Roman"/>
          <w:color w:val="auto"/>
          <w:sz w:val="22"/>
        </w:rPr>
        <w:t>Identify material training, instructor, employer, placement, facilities, safety, fiduciary, sustainability and implementation risks specific to the RFTI. These should also feed into the consolidated risk register.</w:t>
      </w:r>
    </w:p>
    <w:tbl>
      <w:tblPr>
        <w:tblStyle w:val="TableGrid"/>
        <w:tblW w:w="9000" w:type="dxa"/>
        <w:jc w:val="center"/>
        <w:tblLook w:val="04A0" w:firstRow="1" w:lastRow="0" w:firstColumn="1" w:lastColumn="0" w:noHBand="0" w:noVBand="1"/>
      </w:tblPr>
      <w:tblGrid>
        <w:gridCol w:w="1720"/>
        <w:gridCol w:w="1155"/>
        <w:gridCol w:w="993"/>
        <w:gridCol w:w="1711"/>
        <w:gridCol w:w="2147"/>
        <w:gridCol w:w="1274"/>
      </w:tblGrid>
      <w:tr w:rsidR="0061162A" w:rsidRPr="00DB6570" w14:paraId="6CB1CAA0" w14:textId="77777777" w:rsidTr="0021427D">
        <w:trPr>
          <w:tblHeader/>
          <w:jc w:val="center"/>
        </w:trPr>
        <w:tc>
          <w:tcPr>
            <w:tcW w:w="1720" w:type="dxa"/>
            <w:tcMar>
              <w:top w:w="70" w:type="dxa"/>
              <w:left w:w="70" w:type="dxa"/>
              <w:bottom w:w="70" w:type="dxa"/>
              <w:right w:w="70" w:type="dxa"/>
            </w:tcMar>
          </w:tcPr>
          <w:p w14:paraId="34B9F515"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Risk</w:t>
            </w:r>
          </w:p>
        </w:tc>
        <w:tc>
          <w:tcPr>
            <w:tcW w:w="1155" w:type="dxa"/>
            <w:tcMar>
              <w:top w:w="70" w:type="dxa"/>
              <w:left w:w="70" w:type="dxa"/>
              <w:bottom w:w="70" w:type="dxa"/>
              <w:right w:w="70" w:type="dxa"/>
            </w:tcMar>
          </w:tcPr>
          <w:p w14:paraId="5CFBEE7C"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Likelihood</w:t>
            </w:r>
          </w:p>
        </w:tc>
        <w:tc>
          <w:tcPr>
            <w:tcW w:w="993" w:type="dxa"/>
            <w:tcMar>
              <w:top w:w="70" w:type="dxa"/>
              <w:left w:w="70" w:type="dxa"/>
              <w:bottom w:w="70" w:type="dxa"/>
              <w:right w:w="70" w:type="dxa"/>
            </w:tcMar>
          </w:tcPr>
          <w:p w14:paraId="47F8EC4E"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Impact</w:t>
            </w:r>
          </w:p>
        </w:tc>
        <w:tc>
          <w:tcPr>
            <w:tcW w:w="1711" w:type="dxa"/>
            <w:tcMar>
              <w:top w:w="70" w:type="dxa"/>
              <w:left w:w="70" w:type="dxa"/>
              <w:bottom w:w="70" w:type="dxa"/>
              <w:right w:w="70" w:type="dxa"/>
            </w:tcMar>
          </w:tcPr>
          <w:p w14:paraId="338E3D56"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Early warning indicator</w:t>
            </w:r>
          </w:p>
        </w:tc>
        <w:tc>
          <w:tcPr>
            <w:tcW w:w="2147" w:type="dxa"/>
            <w:tcMar>
              <w:top w:w="70" w:type="dxa"/>
              <w:left w:w="70" w:type="dxa"/>
              <w:bottom w:w="70" w:type="dxa"/>
              <w:right w:w="70" w:type="dxa"/>
            </w:tcMar>
          </w:tcPr>
          <w:p w14:paraId="72D3CD47"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Mitigation / contingency</w:t>
            </w:r>
          </w:p>
        </w:tc>
        <w:tc>
          <w:tcPr>
            <w:tcW w:w="1274" w:type="dxa"/>
            <w:tcMar>
              <w:top w:w="70" w:type="dxa"/>
              <w:left w:w="70" w:type="dxa"/>
              <w:bottom w:w="70" w:type="dxa"/>
              <w:right w:w="70" w:type="dxa"/>
            </w:tcMar>
          </w:tcPr>
          <w:p w14:paraId="4277101C"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Risk owner</w:t>
            </w:r>
          </w:p>
        </w:tc>
      </w:tr>
      <w:tr w:rsidR="0061162A" w:rsidRPr="00DB6570" w14:paraId="3524CDAD" w14:textId="77777777" w:rsidTr="005E44DD">
        <w:trPr>
          <w:cantSplit/>
          <w:jc w:val="center"/>
        </w:trPr>
        <w:tc>
          <w:tcPr>
            <w:tcW w:w="1720" w:type="dxa"/>
            <w:tcMar>
              <w:top w:w="70" w:type="dxa"/>
              <w:left w:w="70" w:type="dxa"/>
              <w:bottom w:w="70" w:type="dxa"/>
              <w:right w:w="70" w:type="dxa"/>
            </w:tcMar>
          </w:tcPr>
          <w:p w14:paraId="7BB74EC3" w14:textId="6BAFE916" w:rsidR="0061162A" w:rsidRPr="00DB6570" w:rsidRDefault="0061162A">
            <w:pPr>
              <w:pStyle w:val="ResponsePlaceholder"/>
              <w:rPr>
                <w:rFonts w:ascii="Times New Roman" w:hAnsi="Times New Roman" w:cs="Times New Roman"/>
                <w:color w:val="auto"/>
                <w:sz w:val="22"/>
              </w:rPr>
            </w:pPr>
          </w:p>
        </w:tc>
        <w:tc>
          <w:tcPr>
            <w:tcW w:w="1155" w:type="dxa"/>
            <w:tcMar>
              <w:top w:w="70" w:type="dxa"/>
              <w:left w:w="70" w:type="dxa"/>
              <w:bottom w:w="70" w:type="dxa"/>
              <w:right w:w="70" w:type="dxa"/>
            </w:tcMar>
          </w:tcPr>
          <w:p w14:paraId="42558BBF" w14:textId="568DEDE6" w:rsidR="0061162A" w:rsidRPr="00DB6570" w:rsidRDefault="0061162A">
            <w:pPr>
              <w:pStyle w:val="ResponsePlaceholder"/>
              <w:rPr>
                <w:rFonts w:ascii="Times New Roman" w:hAnsi="Times New Roman" w:cs="Times New Roman"/>
                <w:color w:val="auto"/>
                <w:sz w:val="22"/>
              </w:rPr>
            </w:pPr>
          </w:p>
        </w:tc>
        <w:tc>
          <w:tcPr>
            <w:tcW w:w="993" w:type="dxa"/>
            <w:tcMar>
              <w:top w:w="70" w:type="dxa"/>
              <w:left w:w="70" w:type="dxa"/>
              <w:bottom w:w="70" w:type="dxa"/>
              <w:right w:w="70" w:type="dxa"/>
            </w:tcMar>
          </w:tcPr>
          <w:p w14:paraId="66DEF06E" w14:textId="1DEC629B" w:rsidR="0061162A" w:rsidRPr="00DB6570" w:rsidRDefault="0061162A">
            <w:pPr>
              <w:pStyle w:val="ResponsePlaceholder"/>
              <w:rPr>
                <w:rFonts w:ascii="Times New Roman" w:hAnsi="Times New Roman" w:cs="Times New Roman"/>
                <w:color w:val="auto"/>
                <w:sz w:val="22"/>
              </w:rPr>
            </w:pPr>
          </w:p>
        </w:tc>
        <w:tc>
          <w:tcPr>
            <w:tcW w:w="1711" w:type="dxa"/>
            <w:tcMar>
              <w:top w:w="70" w:type="dxa"/>
              <w:left w:w="70" w:type="dxa"/>
              <w:bottom w:w="70" w:type="dxa"/>
              <w:right w:w="70" w:type="dxa"/>
            </w:tcMar>
          </w:tcPr>
          <w:p w14:paraId="11BAA832" w14:textId="108F83D1" w:rsidR="0061162A" w:rsidRPr="00DB6570" w:rsidRDefault="0061162A">
            <w:pPr>
              <w:pStyle w:val="ResponsePlaceholder"/>
              <w:rPr>
                <w:rFonts w:ascii="Times New Roman" w:hAnsi="Times New Roman" w:cs="Times New Roman"/>
                <w:color w:val="auto"/>
                <w:sz w:val="22"/>
              </w:rPr>
            </w:pPr>
          </w:p>
        </w:tc>
        <w:tc>
          <w:tcPr>
            <w:tcW w:w="2147" w:type="dxa"/>
            <w:tcMar>
              <w:top w:w="70" w:type="dxa"/>
              <w:left w:w="70" w:type="dxa"/>
              <w:bottom w:w="70" w:type="dxa"/>
              <w:right w:w="70" w:type="dxa"/>
            </w:tcMar>
          </w:tcPr>
          <w:p w14:paraId="40D33FC9" w14:textId="6CC0A28B" w:rsidR="0061162A" w:rsidRPr="00DB6570" w:rsidRDefault="0061162A">
            <w:pPr>
              <w:pStyle w:val="ResponsePlaceholder"/>
              <w:rPr>
                <w:rFonts w:ascii="Times New Roman" w:hAnsi="Times New Roman" w:cs="Times New Roman"/>
                <w:color w:val="auto"/>
                <w:sz w:val="22"/>
              </w:rPr>
            </w:pPr>
          </w:p>
        </w:tc>
        <w:tc>
          <w:tcPr>
            <w:tcW w:w="1274" w:type="dxa"/>
            <w:tcMar>
              <w:top w:w="70" w:type="dxa"/>
              <w:left w:w="70" w:type="dxa"/>
              <w:bottom w:w="70" w:type="dxa"/>
              <w:right w:w="70" w:type="dxa"/>
            </w:tcMar>
          </w:tcPr>
          <w:p w14:paraId="0342CFA6" w14:textId="3528A27C" w:rsidR="0061162A" w:rsidRPr="00DB6570" w:rsidRDefault="0061162A">
            <w:pPr>
              <w:pStyle w:val="ResponsePlaceholder"/>
              <w:rPr>
                <w:rFonts w:ascii="Times New Roman" w:hAnsi="Times New Roman" w:cs="Times New Roman"/>
                <w:color w:val="auto"/>
                <w:sz w:val="22"/>
              </w:rPr>
            </w:pPr>
          </w:p>
        </w:tc>
      </w:tr>
      <w:tr w:rsidR="0061162A" w:rsidRPr="00DB6570" w14:paraId="479374F6" w14:textId="77777777" w:rsidTr="005E44DD">
        <w:trPr>
          <w:cantSplit/>
          <w:jc w:val="center"/>
        </w:trPr>
        <w:tc>
          <w:tcPr>
            <w:tcW w:w="1720" w:type="dxa"/>
            <w:tcMar>
              <w:top w:w="70" w:type="dxa"/>
              <w:left w:w="70" w:type="dxa"/>
              <w:bottom w:w="70" w:type="dxa"/>
              <w:right w:w="70" w:type="dxa"/>
            </w:tcMar>
          </w:tcPr>
          <w:p w14:paraId="5FF32C6E" w14:textId="72EE4FC7" w:rsidR="0061162A" w:rsidRPr="00DB6570" w:rsidRDefault="0061162A">
            <w:pPr>
              <w:pStyle w:val="ResponsePlaceholder"/>
              <w:rPr>
                <w:rFonts w:ascii="Times New Roman" w:hAnsi="Times New Roman" w:cs="Times New Roman"/>
                <w:color w:val="auto"/>
                <w:sz w:val="22"/>
              </w:rPr>
            </w:pPr>
          </w:p>
        </w:tc>
        <w:tc>
          <w:tcPr>
            <w:tcW w:w="1155" w:type="dxa"/>
            <w:tcMar>
              <w:top w:w="70" w:type="dxa"/>
              <w:left w:w="70" w:type="dxa"/>
              <w:bottom w:w="70" w:type="dxa"/>
              <w:right w:w="70" w:type="dxa"/>
            </w:tcMar>
          </w:tcPr>
          <w:p w14:paraId="0EFC6CDA" w14:textId="3B77723D" w:rsidR="0061162A" w:rsidRPr="00DB6570" w:rsidRDefault="0061162A">
            <w:pPr>
              <w:pStyle w:val="ResponsePlaceholder"/>
              <w:rPr>
                <w:rFonts w:ascii="Times New Roman" w:hAnsi="Times New Roman" w:cs="Times New Roman"/>
                <w:color w:val="auto"/>
                <w:sz w:val="22"/>
              </w:rPr>
            </w:pPr>
          </w:p>
        </w:tc>
        <w:tc>
          <w:tcPr>
            <w:tcW w:w="993" w:type="dxa"/>
            <w:tcMar>
              <w:top w:w="70" w:type="dxa"/>
              <w:left w:w="70" w:type="dxa"/>
              <w:bottom w:w="70" w:type="dxa"/>
              <w:right w:w="70" w:type="dxa"/>
            </w:tcMar>
          </w:tcPr>
          <w:p w14:paraId="04E8A876" w14:textId="70666C31" w:rsidR="0061162A" w:rsidRPr="00DB6570" w:rsidRDefault="0061162A">
            <w:pPr>
              <w:pStyle w:val="ResponsePlaceholder"/>
              <w:rPr>
                <w:rFonts w:ascii="Times New Roman" w:hAnsi="Times New Roman" w:cs="Times New Roman"/>
                <w:color w:val="auto"/>
                <w:sz w:val="22"/>
              </w:rPr>
            </w:pPr>
          </w:p>
        </w:tc>
        <w:tc>
          <w:tcPr>
            <w:tcW w:w="1711" w:type="dxa"/>
            <w:tcMar>
              <w:top w:w="70" w:type="dxa"/>
              <w:left w:w="70" w:type="dxa"/>
              <w:bottom w:w="70" w:type="dxa"/>
              <w:right w:w="70" w:type="dxa"/>
            </w:tcMar>
          </w:tcPr>
          <w:p w14:paraId="6C93725C" w14:textId="2451926E" w:rsidR="0061162A" w:rsidRPr="00DB6570" w:rsidRDefault="0061162A">
            <w:pPr>
              <w:pStyle w:val="ResponsePlaceholder"/>
              <w:rPr>
                <w:rFonts w:ascii="Times New Roman" w:hAnsi="Times New Roman" w:cs="Times New Roman"/>
                <w:color w:val="auto"/>
                <w:sz w:val="22"/>
              </w:rPr>
            </w:pPr>
          </w:p>
        </w:tc>
        <w:tc>
          <w:tcPr>
            <w:tcW w:w="2147" w:type="dxa"/>
            <w:tcMar>
              <w:top w:w="70" w:type="dxa"/>
              <w:left w:w="70" w:type="dxa"/>
              <w:bottom w:w="70" w:type="dxa"/>
              <w:right w:w="70" w:type="dxa"/>
            </w:tcMar>
          </w:tcPr>
          <w:p w14:paraId="6F9715CD" w14:textId="686B5EE6" w:rsidR="0061162A" w:rsidRPr="00DB6570" w:rsidRDefault="0061162A">
            <w:pPr>
              <w:pStyle w:val="ResponsePlaceholder"/>
              <w:rPr>
                <w:rFonts w:ascii="Times New Roman" w:hAnsi="Times New Roman" w:cs="Times New Roman"/>
                <w:color w:val="auto"/>
                <w:sz w:val="22"/>
              </w:rPr>
            </w:pPr>
          </w:p>
        </w:tc>
        <w:tc>
          <w:tcPr>
            <w:tcW w:w="1274" w:type="dxa"/>
            <w:tcMar>
              <w:top w:w="70" w:type="dxa"/>
              <w:left w:w="70" w:type="dxa"/>
              <w:bottom w:w="70" w:type="dxa"/>
              <w:right w:w="70" w:type="dxa"/>
            </w:tcMar>
          </w:tcPr>
          <w:p w14:paraId="122C4659" w14:textId="7A248EB1" w:rsidR="0061162A" w:rsidRPr="00DB6570" w:rsidRDefault="0061162A">
            <w:pPr>
              <w:pStyle w:val="ResponsePlaceholder"/>
              <w:rPr>
                <w:rFonts w:ascii="Times New Roman" w:hAnsi="Times New Roman" w:cs="Times New Roman"/>
                <w:color w:val="auto"/>
                <w:sz w:val="22"/>
              </w:rPr>
            </w:pPr>
          </w:p>
        </w:tc>
      </w:tr>
      <w:tr w:rsidR="0061162A" w:rsidRPr="00DB6570" w14:paraId="2F1B5EE2" w14:textId="77777777" w:rsidTr="005E44DD">
        <w:trPr>
          <w:cantSplit/>
          <w:jc w:val="center"/>
        </w:trPr>
        <w:tc>
          <w:tcPr>
            <w:tcW w:w="1720" w:type="dxa"/>
            <w:tcMar>
              <w:top w:w="70" w:type="dxa"/>
              <w:left w:w="70" w:type="dxa"/>
              <w:bottom w:w="70" w:type="dxa"/>
              <w:right w:w="70" w:type="dxa"/>
            </w:tcMar>
          </w:tcPr>
          <w:p w14:paraId="7EFAD6C8" w14:textId="67832724" w:rsidR="0061162A" w:rsidRPr="00DB6570" w:rsidRDefault="0061162A">
            <w:pPr>
              <w:pStyle w:val="ResponsePlaceholder"/>
              <w:rPr>
                <w:rFonts w:ascii="Times New Roman" w:hAnsi="Times New Roman" w:cs="Times New Roman"/>
                <w:color w:val="auto"/>
                <w:sz w:val="22"/>
              </w:rPr>
            </w:pPr>
          </w:p>
        </w:tc>
        <w:tc>
          <w:tcPr>
            <w:tcW w:w="1155" w:type="dxa"/>
            <w:tcMar>
              <w:top w:w="70" w:type="dxa"/>
              <w:left w:w="70" w:type="dxa"/>
              <w:bottom w:w="70" w:type="dxa"/>
              <w:right w:w="70" w:type="dxa"/>
            </w:tcMar>
          </w:tcPr>
          <w:p w14:paraId="780EB98E" w14:textId="2D81803F" w:rsidR="0061162A" w:rsidRPr="00DB6570" w:rsidRDefault="0061162A">
            <w:pPr>
              <w:pStyle w:val="ResponsePlaceholder"/>
              <w:rPr>
                <w:rFonts w:ascii="Times New Roman" w:hAnsi="Times New Roman" w:cs="Times New Roman"/>
                <w:color w:val="auto"/>
                <w:sz w:val="22"/>
              </w:rPr>
            </w:pPr>
          </w:p>
        </w:tc>
        <w:tc>
          <w:tcPr>
            <w:tcW w:w="993" w:type="dxa"/>
            <w:tcMar>
              <w:top w:w="70" w:type="dxa"/>
              <w:left w:w="70" w:type="dxa"/>
              <w:bottom w:w="70" w:type="dxa"/>
              <w:right w:w="70" w:type="dxa"/>
            </w:tcMar>
          </w:tcPr>
          <w:p w14:paraId="67F16303" w14:textId="5C21C781" w:rsidR="0061162A" w:rsidRPr="00DB6570" w:rsidRDefault="0061162A">
            <w:pPr>
              <w:pStyle w:val="ResponsePlaceholder"/>
              <w:rPr>
                <w:rFonts w:ascii="Times New Roman" w:hAnsi="Times New Roman" w:cs="Times New Roman"/>
                <w:color w:val="auto"/>
                <w:sz w:val="22"/>
              </w:rPr>
            </w:pPr>
          </w:p>
        </w:tc>
        <w:tc>
          <w:tcPr>
            <w:tcW w:w="1711" w:type="dxa"/>
            <w:tcMar>
              <w:top w:w="70" w:type="dxa"/>
              <w:left w:w="70" w:type="dxa"/>
              <w:bottom w:w="70" w:type="dxa"/>
              <w:right w:w="70" w:type="dxa"/>
            </w:tcMar>
          </w:tcPr>
          <w:p w14:paraId="32704F9E" w14:textId="16EF78CE" w:rsidR="0061162A" w:rsidRPr="00DB6570" w:rsidRDefault="0061162A">
            <w:pPr>
              <w:pStyle w:val="ResponsePlaceholder"/>
              <w:rPr>
                <w:rFonts w:ascii="Times New Roman" w:hAnsi="Times New Roman" w:cs="Times New Roman"/>
                <w:color w:val="auto"/>
                <w:sz w:val="22"/>
              </w:rPr>
            </w:pPr>
          </w:p>
        </w:tc>
        <w:tc>
          <w:tcPr>
            <w:tcW w:w="2147" w:type="dxa"/>
            <w:tcMar>
              <w:top w:w="70" w:type="dxa"/>
              <w:left w:w="70" w:type="dxa"/>
              <w:bottom w:w="70" w:type="dxa"/>
              <w:right w:w="70" w:type="dxa"/>
            </w:tcMar>
          </w:tcPr>
          <w:p w14:paraId="19AB3EF6" w14:textId="7BFA419C" w:rsidR="0061162A" w:rsidRPr="00DB6570" w:rsidRDefault="0061162A">
            <w:pPr>
              <w:pStyle w:val="ResponsePlaceholder"/>
              <w:rPr>
                <w:rFonts w:ascii="Times New Roman" w:hAnsi="Times New Roman" w:cs="Times New Roman"/>
                <w:color w:val="auto"/>
                <w:sz w:val="22"/>
              </w:rPr>
            </w:pPr>
          </w:p>
        </w:tc>
        <w:tc>
          <w:tcPr>
            <w:tcW w:w="1274" w:type="dxa"/>
            <w:tcMar>
              <w:top w:w="70" w:type="dxa"/>
              <w:left w:w="70" w:type="dxa"/>
              <w:bottom w:w="70" w:type="dxa"/>
              <w:right w:w="70" w:type="dxa"/>
            </w:tcMar>
          </w:tcPr>
          <w:p w14:paraId="599B1FAF" w14:textId="4AB40884" w:rsidR="0061162A" w:rsidRPr="00DB6570" w:rsidRDefault="0061162A">
            <w:pPr>
              <w:pStyle w:val="ResponsePlaceholder"/>
              <w:rPr>
                <w:rFonts w:ascii="Times New Roman" w:hAnsi="Times New Roman" w:cs="Times New Roman"/>
                <w:color w:val="auto"/>
                <w:sz w:val="22"/>
              </w:rPr>
            </w:pPr>
          </w:p>
        </w:tc>
      </w:tr>
    </w:tbl>
    <w:p w14:paraId="2BB48AE3" w14:textId="77777777" w:rsidR="0061162A" w:rsidRPr="00DB6570" w:rsidRDefault="0061162A">
      <w:pPr>
        <w:spacing w:after="0"/>
        <w:rPr>
          <w:rFonts w:ascii="Times New Roman" w:hAnsi="Times New Roman" w:cs="Times New Roman"/>
          <w:sz w:val="22"/>
        </w:rPr>
      </w:pPr>
    </w:p>
    <w:p w14:paraId="3CBD85E1" w14:textId="77777777" w:rsidR="00F707BE" w:rsidRPr="00DB6570" w:rsidRDefault="00F707BE">
      <w:pPr>
        <w:rPr>
          <w:rFonts w:ascii="Times New Roman" w:hAnsi="Times New Roman" w:cs="Times New Roman"/>
          <w:sz w:val="22"/>
        </w:rPr>
      </w:pPr>
    </w:p>
    <w:p w14:paraId="2501487B" w14:textId="1F8EA14E" w:rsidR="00DB5CFD" w:rsidRPr="00DB6570" w:rsidRDefault="00E35D54" w:rsidP="00DB5CFD">
      <w:pPr>
        <w:pStyle w:val="Heading2"/>
        <w:rPr>
          <w:rFonts w:ascii="Times New Roman" w:hAnsi="Times New Roman" w:cs="Times New Roman"/>
          <w:color w:val="auto"/>
          <w:sz w:val="22"/>
          <w:szCs w:val="22"/>
        </w:rPr>
      </w:pPr>
      <w:bookmarkStart w:id="84" w:name="_Toc237525279"/>
      <w:r w:rsidRPr="00DB6570">
        <w:rPr>
          <w:rFonts w:ascii="Times New Roman" w:hAnsi="Times New Roman" w:cs="Times New Roman"/>
          <w:color w:val="auto"/>
          <w:sz w:val="22"/>
          <w:szCs w:val="22"/>
        </w:rPr>
        <w:t>5</w:t>
      </w:r>
      <w:r w:rsidR="00DB5CFD" w:rsidRPr="00DB6570">
        <w:rPr>
          <w:rFonts w:ascii="Times New Roman" w:hAnsi="Times New Roman" w:cs="Times New Roman"/>
          <w:color w:val="auto"/>
          <w:sz w:val="22"/>
          <w:szCs w:val="22"/>
        </w:rPr>
        <w:t>.</w:t>
      </w:r>
      <w:r w:rsidRPr="00DB6570">
        <w:rPr>
          <w:rFonts w:ascii="Times New Roman" w:hAnsi="Times New Roman" w:cs="Times New Roman"/>
          <w:color w:val="auto"/>
          <w:sz w:val="22"/>
          <w:szCs w:val="22"/>
        </w:rPr>
        <w:t>18</w:t>
      </w:r>
      <w:r w:rsidR="00DB5CFD" w:rsidRPr="00DB6570">
        <w:rPr>
          <w:rFonts w:ascii="Times New Roman" w:hAnsi="Times New Roman" w:cs="Times New Roman"/>
          <w:color w:val="auto"/>
          <w:sz w:val="22"/>
          <w:szCs w:val="22"/>
        </w:rPr>
        <w:t xml:space="preserve"> Critical Readiness Gaps and First-Year Launch Plan</w:t>
      </w:r>
      <w:bookmarkEnd w:id="84"/>
    </w:p>
    <w:p w14:paraId="3D464A29" w14:textId="77777777" w:rsidR="00DB5CFD" w:rsidRPr="00DB6570" w:rsidRDefault="00DB5CFD" w:rsidP="00DB5CFD">
      <w:pPr>
        <w:pStyle w:val="GuidanceText"/>
        <w:keepNext/>
        <w:rPr>
          <w:rFonts w:ascii="Times New Roman" w:hAnsi="Times New Roman" w:cs="Times New Roman"/>
          <w:color w:val="auto"/>
          <w:sz w:val="22"/>
        </w:rPr>
      </w:pPr>
      <w:r w:rsidRPr="00DB6570">
        <w:rPr>
          <w:rFonts w:ascii="Times New Roman" w:hAnsi="Times New Roman" w:cs="Times New Roman"/>
          <w:color w:val="auto"/>
          <w:sz w:val="22"/>
        </w:rPr>
        <w:t xml:space="preserve">Identify the 3-5 most significant capacity constraints that could delay timely launch of activities and how these will be addressed. Challenges could include program approval and/or accreditation, staffing, facilities, partnerships or student recruitment. </w:t>
      </w:r>
    </w:p>
    <w:tbl>
      <w:tblPr>
        <w:tblStyle w:val="TableGrid"/>
        <w:tblW w:w="9000" w:type="dxa"/>
        <w:jc w:val="center"/>
        <w:tblLook w:val="04A0" w:firstRow="1" w:lastRow="0" w:firstColumn="1" w:lastColumn="0" w:noHBand="0" w:noVBand="1"/>
      </w:tblPr>
      <w:tblGrid>
        <w:gridCol w:w="9000"/>
      </w:tblGrid>
      <w:tr w:rsidR="00DB5CFD" w:rsidRPr="00DB6570" w14:paraId="06C2B90A" w14:textId="77777777" w:rsidTr="00D270E1">
        <w:trPr>
          <w:jc w:val="center"/>
        </w:trPr>
        <w:tc>
          <w:tcPr>
            <w:tcW w:w="9866" w:type="dxa"/>
            <w:shd w:val="clear" w:color="auto" w:fill="FAFAFA"/>
            <w:tcMar>
              <w:top w:w="110" w:type="dxa"/>
              <w:left w:w="120" w:type="dxa"/>
              <w:bottom w:w="110" w:type="dxa"/>
              <w:right w:w="120" w:type="dxa"/>
            </w:tcMar>
          </w:tcPr>
          <w:p w14:paraId="785C0C10" w14:textId="20A323B5" w:rsidR="00DB5CFD" w:rsidRPr="00DB6570" w:rsidRDefault="00976982" w:rsidP="00D270E1">
            <w:pPr>
              <w:rPr>
                <w:rFonts w:ascii="Times New Roman" w:hAnsi="Times New Roman" w:cs="Times New Roman"/>
                <w:sz w:val="22"/>
              </w:rPr>
            </w:pPr>
            <w:r w:rsidRPr="00976982">
              <w:rPr>
                <w:rFonts w:ascii="Times New Roman" w:hAnsi="Times New Roman" w:cs="Times New Roman"/>
                <w:i/>
                <w:sz w:val="22"/>
              </w:rPr>
              <w:t>[Applicant response must not exceed 500 words.]</w:t>
            </w:r>
          </w:p>
          <w:p w14:paraId="7E47B666" w14:textId="77777777" w:rsidR="00DB5CFD" w:rsidRPr="00DB6570" w:rsidRDefault="00DB5CFD" w:rsidP="00D270E1">
            <w:pPr>
              <w:rPr>
                <w:rFonts w:ascii="Times New Roman" w:hAnsi="Times New Roman" w:cs="Times New Roman"/>
                <w:sz w:val="22"/>
              </w:rPr>
            </w:pPr>
          </w:p>
          <w:p w14:paraId="202D592C" w14:textId="77777777" w:rsidR="00DB5CFD" w:rsidRPr="00DB6570" w:rsidRDefault="00DB5CFD" w:rsidP="00D270E1">
            <w:pPr>
              <w:rPr>
                <w:rFonts w:ascii="Times New Roman" w:hAnsi="Times New Roman" w:cs="Times New Roman"/>
                <w:sz w:val="22"/>
              </w:rPr>
            </w:pPr>
          </w:p>
        </w:tc>
      </w:tr>
    </w:tbl>
    <w:p w14:paraId="7741761E" w14:textId="77777777" w:rsidR="00DB5CFD" w:rsidRPr="00DB6570" w:rsidRDefault="00DB5CFD" w:rsidP="00DB5CFD">
      <w:pPr>
        <w:spacing w:after="0"/>
        <w:rPr>
          <w:rFonts w:ascii="Times New Roman" w:hAnsi="Times New Roman" w:cs="Times New Roman"/>
          <w:sz w:val="22"/>
        </w:rPr>
      </w:pPr>
    </w:p>
    <w:p w14:paraId="255D53A9" w14:textId="77777777" w:rsidR="00DB5CFD" w:rsidRPr="00DB6570" w:rsidRDefault="00DB5CFD" w:rsidP="00DB5CFD">
      <w:pPr>
        <w:rPr>
          <w:rFonts w:ascii="Times New Roman" w:hAnsi="Times New Roman" w:cs="Times New Roman"/>
          <w:sz w:val="22"/>
        </w:rPr>
        <w:sectPr w:rsidR="00DB5CFD" w:rsidRPr="00DB6570" w:rsidSect="00DB5CFD">
          <w:type w:val="continuous"/>
          <w:pgSz w:w="11906" w:h="16838"/>
          <w:pgMar w:top="964" w:right="1020" w:bottom="907" w:left="1020" w:header="454" w:footer="454" w:gutter="0"/>
          <w:cols w:space="720"/>
          <w:docGrid w:linePitch="360"/>
        </w:sectPr>
      </w:pPr>
    </w:p>
    <w:p w14:paraId="7928AE92" w14:textId="0DE68729" w:rsidR="000A74BD" w:rsidRPr="00DB6570" w:rsidRDefault="00E35D54" w:rsidP="000A74BD">
      <w:pPr>
        <w:pStyle w:val="Heading3"/>
        <w:rPr>
          <w:rFonts w:ascii="Times New Roman" w:hAnsi="Times New Roman" w:cs="Times New Roman"/>
          <w:color w:val="auto"/>
          <w:sz w:val="22"/>
        </w:rPr>
      </w:pPr>
      <w:bookmarkStart w:id="85" w:name="_Toc237525280"/>
      <w:r w:rsidRPr="00DB6570">
        <w:rPr>
          <w:rFonts w:ascii="Times New Roman" w:hAnsi="Times New Roman" w:cs="Times New Roman"/>
          <w:color w:val="auto"/>
          <w:sz w:val="22"/>
        </w:rPr>
        <w:t>5</w:t>
      </w:r>
      <w:r w:rsidR="000A74BD" w:rsidRPr="00DB6570">
        <w:rPr>
          <w:rFonts w:ascii="Times New Roman" w:hAnsi="Times New Roman" w:cs="Times New Roman"/>
          <w:color w:val="auto"/>
          <w:sz w:val="22"/>
        </w:rPr>
        <w:t>.</w:t>
      </w:r>
      <w:r w:rsidRPr="00DB6570">
        <w:rPr>
          <w:rFonts w:ascii="Times New Roman" w:hAnsi="Times New Roman" w:cs="Times New Roman"/>
          <w:color w:val="auto"/>
          <w:sz w:val="22"/>
        </w:rPr>
        <w:t>18</w:t>
      </w:r>
      <w:r w:rsidR="000A74BD" w:rsidRPr="00DB6570">
        <w:rPr>
          <w:rFonts w:ascii="Times New Roman" w:hAnsi="Times New Roman" w:cs="Times New Roman"/>
          <w:color w:val="auto"/>
          <w:sz w:val="22"/>
        </w:rPr>
        <w:t>.1 Launch Readiness Actions</w:t>
      </w:r>
      <w:bookmarkEnd w:id="85"/>
    </w:p>
    <w:tbl>
      <w:tblPr>
        <w:tblStyle w:val="TableGrid"/>
        <w:tblW w:w="9000" w:type="dxa"/>
        <w:jc w:val="center"/>
        <w:tblLook w:val="04A0" w:firstRow="1" w:lastRow="0" w:firstColumn="1" w:lastColumn="0" w:noHBand="0" w:noVBand="1"/>
      </w:tblPr>
      <w:tblGrid>
        <w:gridCol w:w="2501"/>
        <w:gridCol w:w="2425"/>
        <w:gridCol w:w="1521"/>
        <w:gridCol w:w="1067"/>
        <w:gridCol w:w="1486"/>
      </w:tblGrid>
      <w:tr w:rsidR="000A74BD" w:rsidRPr="00DB6570" w14:paraId="0254D692" w14:textId="77777777" w:rsidTr="00D270E1">
        <w:trPr>
          <w:tblHeader/>
          <w:jc w:val="center"/>
        </w:trPr>
        <w:tc>
          <w:tcPr>
            <w:tcW w:w="2501" w:type="dxa"/>
            <w:tcMar>
              <w:top w:w="70" w:type="dxa"/>
              <w:left w:w="70" w:type="dxa"/>
              <w:bottom w:w="70" w:type="dxa"/>
              <w:right w:w="70" w:type="dxa"/>
            </w:tcMar>
          </w:tcPr>
          <w:p w14:paraId="28BE0616" w14:textId="77777777" w:rsidR="000A74BD" w:rsidRPr="00DB6570" w:rsidRDefault="000A74BD" w:rsidP="00D270E1">
            <w:pPr>
              <w:rPr>
                <w:rFonts w:ascii="Times New Roman" w:hAnsi="Times New Roman" w:cs="Times New Roman"/>
                <w:sz w:val="22"/>
              </w:rPr>
            </w:pPr>
            <w:r w:rsidRPr="00DB6570">
              <w:rPr>
                <w:rFonts w:ascii="Times New Roman" w:hAnsi="Times New Roman" w:cs="Times New Roman"/>
                <w:b/>
                <w:sz w:val="22"/>
              </w:rPr>
              <w:t>Challenge</w:t>
            </w:r>
          </w:p>
        </w:tc>
        <w:tc>
          <w:tcPr>
            <w:tcW w:w="2425" w:type="dxa"/>
            <w:tcMar>
              <w:top w:w="70" w:type="dxa"/>
              <w:left w:w="70" w:type="dxa"/>
              <w:bottom w:w="70" w:type="dxa"/>
              <w:right w:w="70" w:type="dxa"/>
            </w:tcMar>
          </w:tcPr>
          <w:p w14:paraId="1CFC34F7" w14:textId="77777777" w:rsidR="000A74BD" w:rsidRPr="00DB6570" w:rsidRDefault="000A74BD" w:rsidP="00D270E1">
            <w:pPr>
              <w:rPr>
                <w:rFonts w:ascii="Times New Roman" w:hAnsi="Times New Roman" w:cs="Times New Roman"/>
                <w:sz w:val="22"/>
              </w:rPr>
            </w:pPr>
            <w:r w:rsidRPr="00DB6570">
              <w:rPr>
                <w:rFonts w:ascii="Times New Roman" w:hAnsi="Times New Roman" w:cs="Times New Roman"/>
                <w:b/>
                <w:sz w:val="22"/>
              </w:rPr>
              <w:t>Action required to address identified challenge</w:t>
            </w:r>
          </w:p>
        </w:tc>
        <w:tc>
          <w:tcPr>
            <w:tcW w:w="1521" w:type="dxa"/>
            <w:tcMar>
              <w:top w:w="70" w:type="dxa"/>
              <w:left w:w="70" w:type="dxa"/>
              <w:bottom w:w="70" w:type="dxa"/>
              <w:right w:w="70" w:type="dxa"/>
            </w:tcMar>
          </w:tcPr>
          <w:p w14:paraId="12889956" w14:textId="77777777" w:rsidR="000A74BD" w:rsidRPr="00DB6570" w:rsidRDefault="000A74BD" w:rsidP="00D270E1">
            <w:pPr>
              <w:rPr>
                <w:rFonts w:ascii="Times New Roman" w:hAnsi="Times New Roman" w:cs="Times New Roman"/>
                <w:sz w:val="22"/>
              </w:rPr>
            </w:pPr>
            <w:r w:rsidRPr="00DB6570">
              <w:rPr>
                <w:rFonts w:ascii="Times New Roman" w:hAnsi="Times New Roman" w:cs="Times New Roman"/>
                <w:b/>
                <w:sz w:val="22"/>
              </w:rPr>
              <w:t xml:space="preserve">Responsible </w:t>
            </w:r>
          </w:p>
        </w:tc>
        <w:tc>
          <w:tcPr>
            <w:tcW w:w="1067" w:type="dxa"/>
            <w:tcMar>
              <w:top w:w="70" w:type="dxa"/>
              <w:left w:w="70" w:type="dxa"/>
              <w:bottom w:w="70" w:type="dxa"/>
              <w:right w:w="70" w:type="dxa"/>
            </w:tcMar>
          </w:tcPr>
          <w:p w14:paraId="1D6F3529" w14:textId="77777777" w:rsidR="000A74BD" w:rsidRPr="00DB6570" w:rsidRDefault="000A74BD" w:rsidP="00D270E1">
            <w:pPr>
              <w:rPr>
                <w:rFonts w:ascii="Times New Roman" w:hAnsi="Times New Roman" w:cs="Times New Roman"/>
                <w:sz w:val="22"/>
              </w:rPr>
            </w:pPr>
            <w:r w:rsidRPr="00DB6570">
              <w:rPr>
                <w:rFonts w:ascii="Times New Roman" w:hAnsi="Times New Roman" w:cs="Times New Roman"/>
                <w:b/>
                <w:sz w:val="22"/>
              </w:rPr>
              <w:t>Deadline</w:t>
            </w:r>
          </w:p>
        </w:tc>
        <w:tc>
          <w:tcPr>
            <w:tcW w:w="1486" w:type="dxa"/>
            <w:tcMar>
              <w:top w:w="70" w:type="dxa"/>
              <w:left w:w="70" w:type="dxa"/>
              <w:bottom w:w="70" w:type="dxa"/>
              <w:right w:w="70" w:type="dxa"/>
            </w:tcMar>
          </w:tcPr>
          <w:p w14:paraId="4E573338" w14:textId="77777777" w:rsidR="000A74BD" w:rsidRPr="00DB6570" w:rsidRDefault="000A74BD" w:rsidP="00D270E1">
            <w:pPr>
              <w:rPr>
                <w:rFonts w:ascii="Times New Roman" w:hAnsi="Times New Roman" w:cs="Times New Roman"/>
                <w:sz w:val="22"/>
              </w:rPr>
            </w:pPr>
            <w:r w:rsidRPr="00DB6570">
              <w:rPr>
                <w:rFonts w:ascii="Times New Roman" w:hAnsi="Times New Roman" w:cs="Times New Roman"/>
                <w:b/>
                <w:sz w:val="22"/>
              </w:rPr>
              <w:t>Evidence of completion</w:t>
            </w:r>
          </w:p>
        </w:tc>
      </w:tr>
      <w:tr w:rsidR="000A74BD" w:rsidRPr="00DB6570" w14:paraId="3149DA30" w14:textId="77777777" w:rsidTr="00D270E1">
        <w:trPr>
          <w:cantSplit/>
          <w:jc w:val="center"/>
        </w:trPr>
        <w:tc>
          <w:tcPr>
            <w:tcW w:w="2501" w:type="dxa"/>
            <w:tcMar>
              <w:top w:w="70" w:type="dxa"/>
              <w:left w:w="70" w:type="dxa"/>
              <w:bottom w:w="70" w:type="dxa"/>
              <w:right w:w="70" w:type="dxa"/>
            </w:tcMar>
          </w:tcPr>
          <w:p w14:paraId="0BB84FBF" w14:textId="77777777" w:rsidR="000A74BD" w:rsidRPr="00DB6570" w:rsidRDefault="000A74BD" w:rsidP="00D270E1">
            <w:pPr>
              <w:pStyle w:val="ResponsePlaceholder"/>
              <w:rPr>
                <w:rFonts w:ascii="Times New Roman" w:hAnsi="Times New Roman" w:cs="Times New Roman"/>
                <w:color w:val="auto"/>
                <w:sz w:val="22"/>
              </w:rPr>
            </w:pPr>
          </w:p>
        </w:tc>
        <w:tc>
          <w:tcPr>
            <w:tcW w:w="2425" w:type="dxa"/>
            <w:tcMar>
              <w:top w:w="70" w:type="dxa"/>
              <w:left w:w="70" w:type="dxa"/>
              <w:bottom w:w="70" w:type="dxa"/>
              <w:right w:w="70" w:type="dxa"/>
            </w:tcMar>
          </w:tcPr>
          <w:p w14:paraId="38D8086A" w14:textId="77777777" w:rsidR="000A74BD" w:rsidRPr="00DB6570" w:rsidRDefault="000A74BD" w:rsidP="00D270E1">
            <w:pPr>
              <w:pStyle w:val="ResponsePlaceholder"/>
              <w:rPr>
                <w:rFonts w:ascii="Times New Roman" w:hAnsi="Times New Roman" w:cs="Times New Roman"/>
                <w:color w:val="auto"/>
                <w:sz w:val="22"/>
              </w:rPr>
            </w:pPr>
          </w:p>
        </w:tc>
        <w:tc>
          <w:tcPr>
            <w:tcW w:w="1521" w:type="dxa"/>
            <w:tcMar>
              <w:top w:w="70" w:type="dxa"/>
              <w:left w:w="70" w:type="dxa"/>
              <w:bottom w:w="70" w:type="dxa"/>
              <w:right w:w="70" w:type="dxa"/>
            </w:tcMar>
          </w:tcPr>
          <w:p w14:paraId="52C7938D" w14:textId="77777777" w:rsidR="000A74BD" w:rsidRPr="00DB6570" w:rsidRDefault="000A74BD" w:rsidP="00D270E1">
            <w:pPr>
              <w:pStyle w:val="ResponsePlaceholder"/>
              <w:rPr>
                <w:rFonts w:ascii="Times New Roman" w:hAnsi="Times New Roman" w:cs="Times New Roman"/>
                <w:color w:val="auto"/>
                <w:sz w:val="22"/>
              </w:rPr>
            </w:pPr>
          </w:p>
        </w:tc>
        <w:tc>
          <w:tcPr>
            <w:tcW w:w="1067" w:type="dxa"/>
            <w:tcMar>
              <w:top w:w="70" w:type="dxa"/>
              <w:left w:w="70" w:type="dxa"/>
              <w:bottom w:w="70" w:type="dxa"/>
              <w:right w:w="70" w:type="dxa"/>
            </w:tcMar>
          </w:tcPr>
          <w:p w14:paraId="4D747CF6" w14:textId="77777777" w:rsidR="000A74BD" w:rsidRPr="00DB6570" w:rsidRDefault="000A74BD" w:rsidP="00D270E1">
            <w:pPr>
              <w:pStyle w:val="ResponsePlaceholder"/>
              <w:rPr>
                <w:rFonts w:ascii="Times New Roman" w:hAnsi="Times New Roman" w:cs="Times New Roman"/>
                <w:color w:val="auto"/>
                <w:sz w:val="22"/>
              </w:rPr>
            </w:pPr>
          </w:p>
        </w:tc>
        <w:tc>
          <w:tcPr>
            <w:tcW w:w="1486" w:type="dxa"/>
            <w:tcMar>
              <w:top w:w="70" w:type="dxa"/>
              <w:left w:w="70" w:type="dxa"/>
              <w:bottom w:w="70" w:type="dxa"/>
              <w:right w:w="70" w:type="dxa"/>
            </w:tcMar>
          </w:tcPr>
          <w:p w14:paraId="08EAC30F" w14:textId="77777777" w:rsidR="000A74BD" w:rsidRPr="00DB6570" w:rsidRDefault="000A74BD" w:rsidP="00D270E1">
            <w:pPr>
              <w:pStyle w:val="ResponsePlaceholder"/>
              <w:rPr>
                <w:rFonts w:ascii="Times New Roman" w:hAnsi="Times New Roman" w:cs="Times New Roman"/>
                <w:color w:val="auto"/>
                <w:sz w:val="22"/>
              </w:rPr>
            </w:pPr>
          </w:p>
        </w:tc>
      </w:tr>
      <w:tr w:rsidR="000A74BD" w:rsidRPr="00DB6570" w14:paraId="0F68D251" w14:textId="77777777" w:rsidTr="00D270E1">
        <w:trPr>
          <w:cantSplit/>
          <w:jc w:val="center"/>
        </w:trPr>
        <w:tc>
          <w:tcPr>
            <w:tcW w:w="2501" w:type="dxa"/>
            <w:tcMar>
              <w:top w:w="70" w:type="dxa"/>
              <w:left w:w="70" w:type="dxa"/>
              <w:bottom w:w="70" w:type="dxa"/>
              <w:right w:w="70" w:type="dxa"/>
            </w:tcMar>
          </w:tcPr>
          <w:p w14:paraId="79441EB4" w14:textId="77777777" w:rsidR="000A74BD" w:rsidRPr="00DB6570" w:rsidRDefault="000A74BD" w:rsidP="00D270E1">
            <w:pPr>
              <w:pStyle w:val="ResponsePlaceholder"/>
              <w:rPr>
                <w:rFonts w:ascii="Times New Roman" w:hAnsi="Times New Roman" w:cs="Times New Roman"/>
                <w:color w:val="auto"/>
                <w:sz w:val="22"/>
              </w:rPr>
            </w:pPr>
          </w:p>
        </w:tc>
        <w:tc>
          <w:tcPr>
            <w:tcW w:w="2425" w:type="dxa"/>
            <w:tcMar>
              <w:top w:w="70" w:type="dxa"/>
              <w:left w:w="70" w:type="dxa"/>
              <w:bottom w:w="70" w:type="dxa"/>
              <w:right w:w="70" w:type="dxa"/>
            </w:tcMar>
          </w:tcPr>
          <w:p w14:paraId="455AD33B" w14:textId="77777777" w:rsidR="000A74BD" w:rsidRPr="00DB6570" w:rsidRDefault="000A74BD" w:rsidP="00D270E1">
            <w:pPr>
              <w:pStyle w:val="ResponsePlaceholder"/>
              <w:rPr>
                <w:rFonts w:ascii="Times New Roman" w:hAnsi="Times New Roman" w:cs="Times New Roman"/>
                <w:color w:val="auto"/>
                <w:sz w:val="22"/>
              </w:rPr>
            </w:pPr>
          </w:p>
        </w:tc>
        <w:tc>
          <w:tcPr>
            <w:tcW w:w="1521" w:type="dxa"/>
            <w:tcMar>
              <w:top w:w="70" w:type="dxa"/>
              <w:left w:w="70" w:type="dxa"/>
              <w:bottom w:w="70" w:type="dxa"/>
              <w:right w:w="70" w:type="dxa"/>
            </w:tcMar>
          </w:tcPr>
          <w:p w14:paraId="48665161" w14:textId="77777777" w:rsidR="000A74BD" w:rsidRPr="00DB6570" w:rsidRDefault="000A74BD" w:rsidP="00D270E1">
            <w:pPr>
              <w:pStyle w:val="ResponsePlaceholder"/>
              <w:rPr>
                <w:rFonts w:ascii="Times New Roman" w:hAnsi="Times New Roman" w:cs="Times New Roman"/>
                <w:color w:val="auto"/>
                <w:sz w:val="22"/>
              </w:rPr>
            </w:pPr>
          </w:p>
        </w:tc>
        <w:tc>
          <w:tcPr>
            <w:tcW w:w="1067" w:type="dxa"/>
            <w:tcMar>
              <w:top w:w="70" w:type="dxa"/>
              <w:left w:w="70" w:type="dxa"/>
              <w:bottom w:w="70" w:type="dxa"/>
              <w:right w:w="70" w:type="dxa"/>
            </w:tcMar>
          </w:tcPr>
          <w:p w14:paraId="184CD301" w14:textId="77777777" w:rsidR="000A74BD" w:rsidRPr="00DB6570" w:rsidRDefault="000A74BD" w:rsidP="00D270E1">
            <w:pPr>
              <w:pStyle w:val="ResponsePlaceholder"/>
              <w:rPr>
                <w:rFonts w:ascii="Times New Roman" w:hAnsi="Times New Roman" w:cs="Times New Roman"/>
                <w:color w:val="auto"/>
                <w:sz w:val="22"/>
              </w:rPr>
            </w:pPr>
          </w:p>
        </w:tc>
        <w:tc>
          <w:tcPr>
            <w:tcW w:w="1486" w:type="dxa"/>
            <w:tcMar>
              <w:top w:w="70" w:type="dxa"/>
              <w:left w:w="70" w:type="dxa"/>
              <w:bottom w:w="70" w:type="dxa"/>
              <w:right w:w="70" w:type="dxa"/>
            </w:tcMar>
          </w:tcPr>
          <w:p w14:paraId="56477BE5" w14:textId="77777777" w:rsidR="000A74BD" w:rsidRPr="00DB6570" w:rsidRDefault="000A74BD" w:rsidP="00D270E1">
            <w:pPr>
              <w:pStyle w:val="ResponsePlaceholder"/>
              <w:rPr>
                <w:rFonts w:ascii="Times New Roman" w:hAnsi="Times New Roman" w:cs="Times New Roman"/>
                <w:color w:val="auto"/>
                <w:sz w:val="22"/>
              </w:rPr>
            </w:pPr>
          </w:p>
        </w:tc>
      </w:tr>
    </w:tbl>
    <w:p w14:paraId="435923E6" w14:textId="77777777" w:rsidR="000A74BD" w:rsidRPr="00DB6570" w:rsidRDefault="000A74BD" w:rsidP="000A74BD">
      <w:pPr>
        <w:spacing w:after="0"/>
        <w:rPr>
          <w:rFonts w:ascii="Times New Roman" w:hAnsi="Times New Roman" w:cs="Times New Roman"/>
          <w:sz w:val="22"/>
        </w:rPr>
      </w:pPr>
    </w:p>
    <w:p w14:paraId="4058E692" w14:textId="77777777" w:rsidR="00314E13" w:rsidRPr="00DB6570" w:rsidRDefault="00314E13" w:rsidP="00F707BE">
      <w:pPr>
        <w:rPr>
          <w:rFonts w:ascii="Times New Roman" w:hAnsi="Times New Roman" w:cs="Times New Roman"/>
          <w:sz w:val="22"/>
        </w:rPr>
      </w:pPr>
    </w:p>
    <w:p w14:paraId="5DD42346" w14:textId="77777777" w:rsidR="00314E13" w:rsidRPr="00DB6570" w:rsidRDefault="00314E13" w:rsidP="00F707BE">
      <w:pPr>
        <w:rPr>
          <w:rFonts w:ascii="Times New Roman" w:hAnsi="Times New Roman" w:cs="Times New Roman"/>
          <w:sz w:val="22"/>
        </w:rPr>
      </w:pPr>
    </w:p>
    <w:p w14:paraId="3DC23104" w14:textId="77777777" w:rsidR="00314E13" w:rsidRPr="00DB6570" w:rsidRDefault="00314E13" w:rsidP="00F707BE">
      <w:pPr>
        <w:rPr>
          <w:rFonts w:ascii="Times New Roman" w:hAnsi="Times New Roman" w:cs="Times New Roman"/>
          <w:sz w:val="22"/>
        </w:rPr>
      </w:pPr>
    </w:p>
    <w:p w14:paraId="127D9B26" w14:textId="77777777" w:rsidR="00314E13" w:rsidRPr="00DB6570" w:rsidRDefault="00314E13" w:rsidP="00F707BE">
      <w:pPr>
        <w:rPr>
          <w:rFonts w:ascii="Times New Roman" w:hAnsi="Times New Roman" w:cs="Times New Roman"/>
          <w:sz w:val="22"/>
        </w:rPr>
      </w:pPr>
    </w:p>
    <w:p w14:paraId="3291FA96" w14:textId="77777777" w:rsidR="00314E13" w:rsidRPr="00DB6570" w:rsidRDefault="00314E13" w:rsidP="00F707BE">
      <w:pPr>
        <w:rPr>
          <w:rFonts w:ascii="Times New Roman" w:hAnsi="Times New Roman" w:cs="Times New Roman"/>
          <w:sz w:val="22"/>
        </w:rPr>
      </w:pPr>
    </w:p>
    <w:p w14:paraId="0109544E" w14:textId="77777777" w:rsidR="00314E13" w:rsidRPr="00DB6570" w:rsidRDefault="00314E13" w:rsidP="00F707BE">
      <w:pPr>
        <w:rPr>
          <w:rFonts w:ascii="Times New Roman" w:hAnsi="Times New Roman" w:cs="Times New Roman"/>
          <w:sz w:val="22"/>
        </w:rPr>
      </w:pPr>
    </w:p>
    <w:p w14:paraId="0CF12822" w14:textId="77777777" w:rsidR="00314E13" w:rsidRPr="00DB6570" w:rsidRDefault="00314E13" w:rsidP="00F707BE">
      <w:pPr>
        <w:rPr>
          <w:rFonts w:ascii="Times New Roman" w:hAnsi="Times New Roman" w:cs="Times New Roman"/>
          <w:sz w:val="22"/>
        </w:rPr>
      </w:pPr>
    </w:p>
    <w:p w14:paraId="4B8A7B5B" w14:textId="77777777" w:rsidR="00314E13" w:rsidRPr="00DB6570" w:rsidRDefault="00314E13" w:rsidP="00F707BE">
      <w:pPr>
        <w:rPr>
          <w:rFonts w:ascii="Times New Roman" w:hAnsi="Times New Roman" w:cs="Times New Roman"/>
          <w:sz w:val="22"/>
        </w:rPr>
      </w:pPr>
    </w:p>
    <w:p w14:paraId="36AF3377" w14:textId="77777777" w:rsidR="00314E13" w:rsidRPr="00DB6570" w:rsidRDefault="00314E13" w:rsidP="00F707BE">
      <w:pPr>
        <w:rPr>
          <w:rFonts w:ascii="Times New Roman" w:hAnsi="Times New Roman" w:cs="Times New Roman"/>
          <w:sz w:val="22"/>
        </w:rPr>
      </w:pPr>
    </w:p>
    <w:p w14:paraId="4A0B0FA0" w14:textId="77777777" w:rsidR="00314E13" w:rsidRPr="00DB6570" w:rsidRDefault="00314E13" w:rsidP="00F707BE">
      <w:pPr>
        <w:rPr>
          <w:rFonts w:ascii="Times New Roman" w:hAnsi="Times New Roman" w:cs="Times New Roman"/>
          <w:sz w:val="22"/>
        </w:rPr>
      </w:pPr>
    </w:p>
    <w:p w14:paraId="201167F1" w14:textId="77777777" w:rsidR="00314E13" w:rsidRPr="00DB6570" w:rsidRDefault="00314E13" w:rsidP="00F707BE">
      <w:pPr>
        <w:rPr>
          <w:rFonts w:ascii="Times New Roman" w:hAnsi="Times New Roman" w:cs="Times New Roman"/>
          <w:sz w:val="22"/>
        </w:rPr>
      </w:pPr>
    </w:p>
    <w:p w14:paraId="1D76D7D9" w14:textId="77777777" w:rsidR="00314E13" w:rsidRPr="00DB6570" w:rsidRDefault="00314E13" w:rsidP="00F707BE">
      <w:pPr>
        <w:rPr>
          <w:rFonts w:ascii="Times New Roman" w:hAnsi="Times New Roman" w:cs="Times New Roman"/>
          <w:sz w:val="22"/>
        </w:rPr>
        <w:sectPr w:rsidR="00314E13" w:rsidRPr="00DB6570" w:rsidSect="00322195">
          <w:type w:val="continuous"/>
          <w:pgSz w:w="11906" w:h="16838"/>
          <w:pgMar w:top="964" w:right="1020" w:bottom="907" w:left="1020" w:header="454" w:footer="454" w:gutter="0"/>
          <w:cols w:space="720"/>
          <w:docGrid w:linePitch="360"/>
        </w:sectPr>
      </w:pPr>
    </w:p>
    <w:p w14:paraId="2610D969" w14:textId="77777777" w:rsidR="00314E13" w:rsidRPr="00DB6570" w:rsidRDefault="00314E13" w:rsidP="00F707BE">
      <w:pPr>
        <w:rPr>
          <w:rFonts w:ascii="Times New Roman" w:hAnsi="Times New Roman" w:cs="Times New Roman"/>
          <w:sz w:val="22"/>
        </w:rPr>
      </w:pPr>
    </w:p>
    <w:p w14:paraId="48152112" w14:textId="143FF97E" w:rsidR="00F707BE" w:rsidRPr="00DB6570" w:rsidRDefault="00FC2140" w:rsidP="005E44DD">
      <w:pPr>
        <w:pStyle w:val="Heading2"/>
        <w:rPr>
          <w:rFonts w:ascii="Times New Roman" w:hAnsi="Times New Roman" w:cs="Times New Roman"/>
          <w:color w:val="auto"/>
          <w:sz w:val="22"/>
          <w:szCs w:val="22"/>
        </w:rPr>
      </w:pPr>
      <w:bookmarkStart w:id="86" w:name="_Toc237525281"/>
      <w:r w:rsidRPr="00DB6570">
        <w:rPr>
          <w:rFonts w:ascii="Times New Roman" w:hAnsi="Times New Roman" w:cs="Times New Roman"/>
          <w:color w:val="auto"/>
          <w:sz w:val="22"/>
          <w:szCs w:val="22"/>
        </w:rPr>
        <w:t xml:space="preserve">5.19 </w:t>
      </w:r>
      <w:r w:rsidR="005C7680" w:rsidRPr="00DB6570">
        <w:rPr>
          <w:rFonts w:ascii="Times New Roman" w:hAnsi="Times New Roman" w:cs="Times New Roman"/>
          <w:color w:val="auto"/>
          <w:sz w:val="22"/>
          <w:szCs w:val="22"/>
        </w:rPr>
        <w:t xml:space="preserve">IMPLEMENTATION PLAN </w:t>
      </w:r>
      <w:r w:rsidR="001C6F8D" w:rsidRPr="00DB6570">
        <w:rPr>
          <w:rFonts w:ascii="Times New Roman" w:hAnsi="Times New Roman" w:cs="Times New Roman"/>
          <w:color w:val="auto"/>
          <w:sz w:val="22"/>
          <w:szCs w:val="22"/>
        </w:rPr>
        <w:t>OUTLINE</w:t>
      </w:r>
      <w:r w:rsidR="005C7680" w:rsidRPr="00DB6570">
        <w:rPr>
          <w:rFonts w:ascii="Times New Roman" w:hAnsi="Times New Roman" w:cs="Times New Roman"/>
          <w:color w:val="auto"/>
          <w:sz w:val="22"/>
          <w:szCs w:val="22"/>
        </w:rPr>
        <w:t xml:space="preserve"> (</w:t>
      </w:r>
      <w:r w:rsidR="00365F71">
        <w:rPr>
          <w:rFonts w:ascii="Times New Roman" w:hAnsi="Times New Roman" w:cs="Times New Roman"/>
          <w:color w:val="auto"/>
          <w:sz w:val="22"/>
          <w:szCs w:val="22"/>
        </w:rPr>
        <w:t>5-Years period</w:t>
      </w:r>
      <w:r w:rsidR="005C7680" w:rsidRPr="00DB6570">
        <w:rPr>
          <w:rFonts w:ascii="Times New Roman" w:hAnsi="Times New Roman" w:cs="Times New Roman"/>
          <w:color w:val="auto"/>
          <w:sz w:val="22"/>
          <w:szCs w:val="22"/>
        </w:rPr>
        <w:t>)</w:t>
      </w:r>
      <w:bookmarkEnd w:id="86"/>
    </w:p>
    <w:p w14:paraId="1D22CED5" w14:textId="77777777" w:rsidR="008850EA" w:rsidRPr="00DB6570" w:rsidRDefault="008850EA" w:rsidP="008850EA">
      <w:pPr>
        <w:jc w:val="both"/>
        <w:rPr>
          <w:rFonts w:ascii="Times New Roman" w:hAnsi="Times New Roman" w:cs="Times New Roman"/>
          <w:i/>
          <w:iCs/>
          <w:sz w:val="22"/>
        </w:rPr>
      </w:pPr>
      <w:r w:rsidRPr="00DB6570">
        <w:rPr>
          <w:rFonts w:ascii="Times New Roman" w:hAnsi="Times New Roman" w:cs="Times New Roman"/>
          <w:i/>
          <w:iCs/>
          <w:sz w:val="22"/>
        </w:rPr>
        <w:t>The 5-Year Implementation Plan provides a structured outline of how the proposed Center/RFTI will sequence and prioritize its core activities over the project period. The purpose of this outline is not to capture every activity in detail, but to demonstrate that the phasing and build-up of activities (i.e. what will be established or initiated early, what will be consolidated in the middle years, and what will be sustained or scaled toward the end of the project period) has been given some thought. Please complete the table below by identifying no more than three major planned activities for each year across the key thematic areas of the proposal (including education, research, innovation and any other relevant topics). Please ensure that the implementation outline is internally consistent with the program design, staffing, partnership, and budget details described elsewhere in this proposal. Reviewers will assess whether the sequencing of activities is logical, and whether the overall trajectory is credible and achievable. The implementation plan outline should also serve as the basis for annual results projections presented in the Results Framework. Ensure that the pace and scale of activities reflected in the table are consistent with the enrollment, research output, partnership and other targets proposed in that section. Provide an indicative annual budget for each year to demonstrate alignment between planned activities and available resources. A short narrative of no more than one page may be included below the table to explain key sequencing decisions, dependencies between activities, or phasing choices that are not self-evident from the table alone.</w:t>
      </w:r>
    </w:p>
    <w:p w14:paraId="5B657F91" w14:textId="77777777" w:rsidR="008850EA" w:rsidRPr="00DB6570" w:rsidRDefault="008850EA" w:rsidP="008850EA">
      <w:pPr>
        <w:jc w:val="both"/>
        <w:rPr>
          <w:rFonts w:ascii="Times New Roman" w:hAnsi="Times New Roman" w:cs="Times New Roman"/>
          <w:sz w:val="22"/>
        </w:rPr>
      </w:pPr>
    </w:p>
    <w:tbl>
      <w:tblPr>
        <w:tblStyle w:val="TableGrid"/>
        <w:tblW w:w="5000" w:type="pct"/>
        <w:tblLook w:val="04A0" w:firstRow="1" w:lastRow="0" w:firstColumn="1" w:lastColumn="0" w:noHBand="0" w:noVBand="1"/>
      </w:tblPr>
      <w:tblGrid>
        <w:gridCol w:w="14957"/>
      </w:tblGrid>
      <w:tr w:rsidR="008850EA" w:rsidRPr="00DB6570" w14:paraId="0F7D2231" w14:textId="77777777" w:rsidTr="00D270E1">
        <w:tc>
          <w:tcPr>
            <w:tcW w:w="5000" w:type="pct"/>
            <w:shd w:val="clear" w:color="auto" w:fill="95B3D7" w:themeFill="accent1" w:themeFillTint="99"/>
          </w:tcPr>
          <w:p w14:paraId="5FDBD4BC" w14:textId="77777777" w:rsidR="008850EA" w:rsidRPr="00DB6570" w:rsidRDefault="008850EA" w:rsidP="00D270E1">
            <w:pPr>
              <w:jc w:val="center"/>
              <w:rPr>
                <w:rFonts w:ascii="Times New Roman" w:hAnsi="Times New Roman" w:cs="Times New Roman"/>
                <w:b/>
                <w:sz w:val="22"/>
              </w:rPr>
            </w:pPr>
            <w:r w:rsidRPr="00DB6570">
              <w:rPr>
                <w:rFonts w:ascii="Times New Roman" w:hAnsi="Times New Roman" w:cs="Times New Roman"/>
                <w:b/>
                <w:sz w:val="22"/>
              </w:rPr>
              <w:t>YEAR ONE</w:t>
            </w:r>
          </w:p>
        </w:tc>
      </w:tr>
      <w:tr w:rsidR="008850EA" w:rsidRPr="00DB6570" w14:paraId="54E52042" w14:textId="77777777" w:rsidTr="00D270E1">
        <w:tc>
          <w:tcPr>
            <w:tcW w:w="5000" w:type="pct"/>
            <w:shd w:val="clear" w:color="auto" w:fill="DBE5F1" w:themeFill="accent1" w:themeFillTint="33"/>
          </w:tcPr>
          <w:p w14:paraId="4E9568DF" w14:textId="05620AFD" w:rsidR="008850EA" w:rsidRPr="00DB6570" w:rsidRDefault="008850EA" w:rsidP="00D270E1">
            <w:pPr>
              <w:jc w:val="center"/>
              <w:rPr>
                <w:rFonts w:ascii="Times New Roman" w:hAnsi="Times New Roman" w:cs="Times New Roman"/>
                <w:b/>
                <w:sz w:val="22"/>
              </w:rPr>
            </w:pPr>
            <w:r w:rsidRPr="00DB6570">
              <w:rPr>
                <w:rFonts w:ascii="Times New Roman" w:hAnsi="Times New Roman" w:cs="Times New Roman"/>
                <w:b/>
                <w:sz w:val="22"/>
              </w:rPr>
              <w:t>Technical Education, Teaching and Learning</w:t>
            </w:r>
          </w:p>
        </w:tc>
      </w:tr>
      <w:tr w:rsidR="008850EA" w:rsidRPr="00DB6570" w14:paraId="4479673F" w14:textId="77777777" w:rsidTr="00D270E1">
        <w:tc>
          <w:tcPr>
            <w:tcW w:w="5000" w:type="pct"/>
          </w:tcPr>
          <w:p w14:paraId="7513575E"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020BB7B9"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1693F061"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p>
        </w:tc>
      </w:tr>
      <w:tr w:rsidR="008850EA" w:rsidRPr="00DB6570" w14:paraId="7F5549D5" w14:textId="77777777" w:rsidTr="00D270E1">
        <w:tc>
          <w:tcPr>
            <w:tcW w:w="5000" w:type="pct"/>
            <w:shd w:val="clear" w:color="auto" w:fill="DBE5F1" w:themeFill="accent1" w:themeFillTint="33"/>
          </w:tcPr>
          <w:p w14:paraId="007ABA9A" w14:textId="77777777" w:rsidR="008850EA" w:rsidRPr="00DB6570" w:rsidRDefault="008850EA" w:rsidP="00D270E1">
            <w:pPr>
              <w:jc w:val="center"/>
              <w:rPr>
                <w:rFonts w:ascii="Times New Roman" w:hAnsi="Times New Roman" w:cs="Times New Roman"/>
                <w:b/>
                <w:bCs/>
                <w:sz w:val="22"/>
              </w:rPr>
            </w:pPr>
            <w:r w:rsidRPr="00DB6570">
              <w:rPr>
                <w:rFonts w:ascii="Times New Roman" w:hAnsi="Times New Roman" w:cs="Times New Roman"/>
                <w:b/>
                <w:bCs/>
                <w:sz w:val="22"/>
              </w:rPr>
              <w:t>Research Agenda</w:t>
            </w:r>
          </w:p>
        </w:tc>
      </w:tr>
      <w:tr w:rsidR="008850EA" w:rsidRPr="00DB6570" w14:paraId="63297A47" w14:textId="77777777" w:rsidTr="00D270E1">
        <w:tc>
          <w:tcPr>
            <w:tcW w:w="5000" w:type="pct"/>
          </w:tcPr>
          <w:p w14:paraId="05FE70D0"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0D3A80F5"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1871DC9F"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p>
        </w:tc>
      </w:tr>
      <w:tr w:rsidR="008850EA" w:rsidRPr="00DB6570" w14:paraId="74D1F27D" w14:textId="77777777" w:rsidTr="00D270E1">
        <w:tc>
          <w:tcPr>
            <w:tcW w:w="5000" w:type="pct"/>
            <w:shd w:val="clear" w:color="auto" w:fill="DBE5F1" w:themeFill="accent1" w:themeFillTint="33"/>
          </w:tcPr>
          <w:p w14:paraId="4944F0AD" w14:textId="77777777" w:rsidR="008850EA" w:rsidRPr="00DB6570" w:rsidRDefault="008850EA" w:rsidP="00D270E1">
            <w:pPr>
              <w:jc w:val="center"/>
              <w:rPr>
                <w:rFonts w:ascii="Times New Roman" w:hAnsi="Times New Roman" w:cs="Times New Roman"/>
                <w:b/>
                <w:bCs/>
                <w:sz w:val="22"/>
              </w:rPr>
            </w:pPr>
            <w:r w:rsidRPr="00DB6570">
              <w:rPr>
                <w:rFonts w:ascii="Times New Roman" w:hAnsi="Times New Roman" w:cs="Times New Roman"/>
                <w:b/>
                <w:bCs/>
                <w:sz w:val="22"/>
              </w:rPr>
              <w:t>Innovation, Technology Transfer and Commercialization</w:t>
            </w:r>
          </w:p>
        </w:tc>
      </w:tr>
      <w:tr w:rsidR="008850EA" w:rsidRPr="00DB6570" w14:paraId="115D3BA8" w14:textId="77777777" w:rsidTr="00D270E1">
        <w:tc>
          <w:tcPr>
            <w:tcW w:w="5000" w:type="pct"/>
          </w:tcPr>
          <w:p w14:paraId="355096DA"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6FB80355"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0164C16E"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p>
        </w:tc>
      </w:tr>
      <w:tr w:rsidR="008850EA" w:rsidRPr="00DB6570" w14:paraId="1377A4CF" w14:textId="77777777" w:rsidTr="00D270E1">
        <w:tc>
          <w:tcPr>
            <w:tcW w:w="5000" w:type="pct"/>
            <w:shd w:val="clear" w:color="auto" w:fill="DBE5F1" w:themeFill="accent1" w:themeFillTint="33"/>
          </w:tcPr>
          <w:p w14:paraId="40C65354" w14:textId="77777777" w:rsidR="008850EA" w:rsidRPr="00DB6570" w:rsidRDefault="008850EA" w:rsidP="00D270E1">
            <w:pPr>
              <w:jc w:val="center"/>
              <w:rPr>
                <w:rFonts w:ascii="Times New Roman" w:hAnsi="Times New Roman" w:cs="Times New Roman"/>
                <w:b/>
                <w:sz w:val="22"/>
              </w:rPr>
            </w:pPr>
            <w:r w:rsidRPr="00DB6570">
              <w:rPr>
                <w:rFonts w:ascii="Times New Roman" w:hAnsi="Times New Roman" w:cs="Times New Roman"/>
                <w:b/>
                <w:sz w:val="22"/>
              </w:rPr>
              <w:t>Other Topics</w:t>
            </w:r>
          </w:p>
        </w:tc>
      </w:tr>
      <w:tr w:rsidR="008850EA" w:rsidRPr="00DB6570" w14:paraId="2B2C87C6" w14:textId="77777777" w:rsidTr="00D270E1">
        <w:tc>
          <w:tcPr>
            <w:tcW w:w="5000" w:type="pct"/>
          </w:tcPr>
          <w:p w14:paraId="6FFA488D"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6FBE41A1"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70E8B9CB"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p>
        </w:tc>
      </w:tr>
      <w:tr w:rsidR="008850EA" w:rsidRPr="00DB6570" w14:paraId="46973746" w14:textId="77777777" w:rsidTr="00D270E1">
        <w:tc>
          <w:tcPr>
            <w:tcW w:w="5000" w:type="pct"/>
            <w:shd w:val="clear" w:color="auto" w:fill="95B3D7" w:themeFill="accent1" w:themeFillTint="99"/>
          </w:tcPr>
          <w:p w14:paraId="6661877A" w14:textId="77777777" w:rsidR="008850EA" w:rsidRPr="00DB6570" w:rsidRDefault="008850EA" w:rsidP="00D270E1">
            <w:pPr>
              <w:ind w:left="162"/>
              <w:rPr>
                <w:rFonts w:ascii="Times New Roman" w:hAnsi="Times New Roman" w:cs="Times New Roman"/>
                <w:b/>
                <w:bCs/>
                <w:sz w:val="22"/>
              </w:rPr>
            </w:pPr>
            <w:r w:rsidRPr="00DB6570">
              <w:rPr>
                <w:rFonts w:ascii="Times New Roman" w:hAnsi="Times New Roman" w:cs="Times New Roman"/>
                <w:b/>
                <w:bCs/>
                <w:sz w:val="22"/>
              </w:rPr>
              <w:t>Indicative Annual Budget: USD ___________</w:t>
            </w:r>
          </w:p>
        </w:tc>
      </w:tr>
    </w:tbl>
    <w:p w14:paraId="32305E1C" w14:textId="77777777" w:rsidR="008850EA" w:rsidRPr="00DB6570" w:rsidRDefault="008850EA" w:rsidP="008850EA">
      <w:pPr>
        <w:rPr>
          <w:rFonts w:ascii="Times New Roman" w:hAnsi="Times New Roman" w:cs="Times New Roman"/>
          <w:b/>
          <w:sz w:val="22"/>
        </w:rPr>
      </w:pPr>
    </w:p>
    <w:tbl>
      <w:tblPr>
        <w:tblStyle w:val="TableGrid"/>
        <w:tblW w:w="5000" w:type="pct"/>
        <w:tblLook w:val="04A0" w:firstRow="1" w:lastRow="0" w:firstColumn="1" w:lastColumn="0" w:noHBand="0" w:noVBand="1"/>
      </w:tblPr>
      <w:tblGrid>
        <w:gridCol w:w="14957"/>
      </w:tblGrid>
      <w:tr w:rsidR="008850EA" w:rsidRPr="00DB6570" w14:paraId="347270C7" w14:textId="77777777" w:rsidTr="00D270E1">
        <w:tc>
          <w:tcPr>
            <w:tcW w:w="5000" w:type="pct"/>
            <w:shd w:val="clear" w:color="auto" w:fill="95B3D7" w:themeFill="accent1" w:themeFillTint="99"/>
          </w:tcPr>
          <w:p w14:paraId="04971E4F" w14:textId="77777777" w:rsidR="008850EA" w:rsidRPr="00DB6570" w:rsidRDefault="008850EA" w:rsidP="00D270E1">
            <w:pPr>
              <w:jc w:val="center"/>
              <w:rPr>
                <w:rFonts w:ascii="Times New Roman" w:hAnsi="Times New Roman" w:cs="Times New Roman"/>
                <w:b/>
                <w:sz w:val="22"/>
              </w:rPr>
            </w:pPr>
            <w:r w:rsidRPr="00DB6570">
              <w:rPr>
                <w:rFonts w:ascii="Times New Roman" w:hAnsi="Times New Roman" w:cs="Times New Roman"/>
                <w:b/>
                <w:sz w:val="22"/>
              </w:rPr>
              <w:t>YEAR TWO</w:t>
            </w:r>
          </w:p>
        </w:tc>
      </w:tr>
      <w:tr w:rsidR="008850EA" w:rsidRPr="00DB6570" w14:paraId="05462856" w14:textId="77777777" w:rsidTr="00D270E1">
        <w:tc>
          <w:tcPr>
            <w:tcW w:w="5000" w:type="pct"/>
            <w:shd w:val="clear" w:color="auto" w:fill="DBE5F1" w:themeFill="accent1" w:themeFillTint="33"/>
          </w:tcPr>
          <w:p w14:paraId="255D3EFD" w14:textId="77777777" w:rsidR="008850EA" w:rsidRPr="00DB6570" w:rsidRDefault="008850EA" w:rsidP="00D270E1">
            <w:pPr>
              <w:jc w:val="center"/>
              <w:rPr>
                <w:rFonts w:ascii="Times New Roman" w:hAnsi="Times New Roman" w:cs="Times New Roman"/>
                <w:b/>
                <w:sz w:val="22"/>
              </w:rPr>
            </w:pPr>
            <w:r w:rsidRPr="00DB6570">
              <w:rPr>
                <w:rFonts w:ascii="Times New Roman" w:hAnsi="Times New Roman" w:cs="Times New Roman"/>
                <w:b/>
                <w:sz w:val="22"/>
              </w:rPr>
              <w:t>Advanced Education, Teaching and Learning</w:t>
            </w:r>
          </w:p>
        </w:tc>
      </w:tr>
      <w:tr w:rsidR="008850EA" w:rsidRPr="00DB6570" w14:paraId="422E6DBF" w14:textId="77777777" w:rsidTr="00D270E1">
        <w:tc>
          <w:tcPr>
            <w:tcW w:w="5000" w:type="pct"/>
          </w:tcPr>
          <w:p w14:paraId="6F861619"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060AB964"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6476F1FD"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p>
        </w:tc>
      </w:tr>
      <w:tr w:rsidR="008850EA" w:rsidRPr="00DB6570" w14:paraId="3181C750" w14:textId="77777777" w:rsidTr="00D270E1">
        <w:tc>
          <w:tcPr>
            <w:tcW w:w="5000" w:type="pct"/>
            <w:shd w:val="clear" w:color="auto" w:fill="DBE5F1" w:themeFill="accent1" w:themeFillTint="33"/>
          </w:tcPr>
          <w:p w14:paraId="0A351560" w14:textId="77777777" w:rsidR="008850EA" w:rsidRPr="00DB6570" w:rsidRDefault="008850EA" w:rsidP="00D270E1">
            <w:pPr>
              <w:jc w:val="center"/>
              <w:rPr>
                <w:rFonts w:ascii="Times New Roman" w:hAnsi="Times New Roman" w:cs="Times New Roman"/>
                <w:b/>
                <w:bCs/>
                <w:sz w:val="22"/>
              </w:rPr>
            </w:pPr>
            <w:r w:rsidRPr="00DB6570">
              <w:rPr>
                <w:rFonts w:ascii="Times New Roman" w:hAnsi="Times New Roman" w:cs="Times New Roman"/>
                <w:b/>
                <w:bCs/>
                <w:sz w:val="22"/>
              </w:rPr>
              <w:t>Research Agenda</w:t>
            </w:r>
          </w:p>
        </w:tc>
      </w:tr>
      <w:tr w:rsidR="008850EA" w:rsidRPr="00DB6570" w14:paraId="481366C5" w14:textId="77777777" w:rsidTr="00D270E1">
        <w:tc>
          <w:tcPr>
            <w:tcW w:w="5000" w:type="pct"/>
          </w:tcPr>
          <w:p w14:paraId="5AC80DD2"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47C70F40"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3AA0DB8C"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p>
        </w:tc>
      </w:tr>
      <w:tr w:rsidR="008850EA" w:rsidRPr="00DB6570" w14:paraId="487CF0EF" w14:textId="77777777" w:rsidTr="00D270E1">
        <w:tc>
          <w:tcPr>
            <w:tcW w:w="5000" w:type="pct"/>
            <w:shd w:val="clear" w:color="auto" w:fill="DBE5F1" w:themeFill="accent1" w:themeFillTint="33"/>
          </w:tcPr>
          <w:p w14:paraId="2B5A7666" w14:textId="77777777" w:rsidR="008850EA" w:rsidRPr="00DB6570" w:rsidRDefault="008850EA" w:rsidP="00D270E1">
            <w:pPr>
              <w:jc w:val="center"/>
              <w:rPr>
                <w:rFonts w:ascii="Times New Roman" w:hAnsi="Times New Roman" w:cs="Times New Roman"/>
                <w:b/>
                <w:bCs/>
                <w:sz w:val="22"/>
              </w:rPr>
            </w:pPr>
            <w:r w:rsidRPr="00DB6570">
              <w:rPr>
                <w:rFonts w:ascii="Times New Roman" w:hAnsi="Times New Roman" w:cs="Times New Roman"/>
                <w:b/>
                <w:bCs/>
                <w:sz w:val="22"/>
              </w:rPr>
              <w:t>Innovation, Technology Transfer and Commercialization</w:t>
            </w:r>
          </w:p>
        </w:tc>
      </w:tr>
      <w:tr w:rsidR="008850EA" w:rsidRPr="00DB6570" w14:paraId="1D0AFB23" w14:textId="77777777" w:rsidTr="00D270E1">
        <w:tc>
          <w:tcPr>
            <w:tcW w:w="5000" w:type="pct"/>
          </w:tcPr>
          <w:p w14:paraId="7C33DE68"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6CE836F6"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23916CE3"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p>
        </w:tc>
      </w:tr>
      <w:tr w:rsidR="008850EA" w:rsidRPr="00DB6570" w14:paraId="49BDB79A" w14:textId="77777777" w:rsidTr="00D270E1">
        <w:tc>
          <w:tcPr>
            <w:tcW w:w="5000" w:type="pct"/>
            <w:shd w:val="clear" w:color="auto" w:fill="DBE5F1" w:themeFill="accent1" w:themeFillTint="33"/>
          </w:tcPr>
          <w:p w14:paraId="495129CF" w14:textId="77777777" w:rsidR="008850EA" w:rsidRPr="00DB6570" w:rsidRDefault="008850EA" w:rsidP="00D270E1">
            <w:pPr>
              <w:jc w:val="center"/>
              <w:rPr>
                <w:rFonts w:ascii="Times New Roman" w:hAnsi="Times New Roman" w:cs="Times New Roman"/>
                <w:b/>
                <w:sz w:val="22"/>
              </w:rPr>
            </w:pPr>
            <w:r w:rsidRPr="00DB6570">
              <w:rPr>
                <w:rFonts w:ascii="Times New Roman" w:hAnsi="Times New Roman" w:cs="Times New Roman"/>
                <w:b/>
                <w:sz w:val="22"/>
              </w:rPr>
              <w:t>Other Topics</w:t>
            </w:r>
          </w:p>
        </w:tc>
      </w:tr>
      <w:tr w:rsidR="008850EA" w:rsidRPr="00DB6570" w14:paraId="5815B99C" w14:textId="77777777" w:rsidTr="00D270E1">
        <w:tc>
          <w:tcPr>
            <w:tcW w:w="5000" w:type="pct"/>
          </w:tcPr>
          <w:p w14:paraId="0E395AC7"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495C30E0"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70CBDE22"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p>
        </w:tc>
      </w:tr>
      <w:tr w:rsidR="008850EA" w:rsidRPr="00DB6570" w14:paraId="10639375" w14:textId="77777777" w:rsidTr="00D270E1">
        <w:tc>
          <w:tcPr>
            <w:tcW w:w="5000" w:type="pct"/>
            <w:shd w:val="clear" w:color="auto" w:fill="95B3D7" w:themeFill="accent1" w:themeFillTint="99"/>
          </w:tcPr>
          <w:p w14:paraId="547E67DE" w14:textId="77777777" w:rsidR="008850EA" w:rsidRPr="00DB6570" w:rsidRDefault="008850EA" w:rsidP="00D270E1">
            <w:pPr>
              <w:ind w:left="162"/>
              <w:rPr>
                <w:rFonts w:ascii="Times New Roman" w:hAnsi="Times New Roman" w:cs="Times New Roman"/>
                <w:b/>
                <w:bCs/>
                <w:sz w:val="22"/>
              </w:rPr>
            </w:pPr>
            <w:r w:rsidRPr="00DB6570">
              <w:rPr>
                <w:rFonts w:ascii="Times New Roman" w:hAnsi="Times New Roman" w:cs="Times New Roman"/>
                <w:b/>
                <w:bCs/>
                <w:sz w:val="22"/>
              </w:rPr>
              <w:t>Indicative Annual Budget: USD ___________</w:t>
            </w:r>
          </w:p>
        </w:tc>
      </w:tr>
    </w:tbl>
    <w:p w14:paraId="571CA0E1" w14:textId="77777777" w:rsidR="008850EA" w:rsidRPr="00DB6570" w:rsidRDefault="008850EA" w:rsidP="008850EA">
      <w:pPr>
        <w:rPr>
          <w:rFonts w:ascii="Times New Roman" w:hAnsi="Times New Roman" w:cs="Times New Roman"/>
          <w:b/>
          <w:sz w:val="22"/>
        </w:rPr>
      </w:pPr>
    </w:p>
    <w:tbl>
      <w:tblPr>
        <w:tblStyle w:val="TableGrid"/>
        <w:tblW w:w="5000" w:type="pct"/>
        <w:tblLook w:val="04A0" w:firstRow="1" w:lastRow="0" w:firstColumn="1" w:lastColumn="0" w:noHBand="0" w:noVBand="1"/>
      </w:tblPr>
      <w:tblGrid>
        <w:gridCol w:w="14957"/>
      </w:tblGrid>
      <w:tr w:rsidR="008850EA" w:rsidRPr="00DB6570" w14:paraId="50353E02" w14:textId="77777777" w:rsidTr="00D270E1">
        <w:tc>
          <w:tcPr>
            <w:tcW w:w="5000" w:type="pct"/>
            <w:shd w:val="clear" w:color="auto" w:fill="95B3D7" w:themeFill="accent1" w:themeFillTint="99"/>
          </w:tcPr>
          <w:p w14:paraId="0054CC7B" w14:textId="77777777" w:rsidR="008850EA" w:rsidRPr="00DB6570" w:rsidRDefault="008850EA" w:rsidP="00D270E1">
            <w:pPr>
              <w:jc w:val="center"/>
              <w:rPr>
                <w:rFonts w:ascii="Times New Roman" w:hAnsi="Times New Roman" w:cs="Times New Roman"/>
                <w:b/>
                <w:sz w:val="22"/>
              </w:rPr>
            </w:pPr>
            <w:r w:rsidRPr="00DB6570">
              <w:rPr>
                <w:rFonts w:ascii="Times New Roman" w:hAnsi="Times New Roman" w:cs="Times New Roman"/>
                <w:b/>
                <w:sz w:val="22"/>
              </w:rPr>
              <w:t>YEAR THREE</w:t>
            </w:r>
          </w:p>
        </w:tc>
      </w:tr>
      <w:tr w:rsidR="008850EA" w:rsidRPr="00DB6570" w14:paraId="6F90DAAB" w14:textId="77777777" w:rsidTr="00D270E1">
        <w:tc>
          <w:tcPr>
            <w:tcW w:w="5000" w:type="pct"/>
            <w:shd w:val="clear" w:color="auto" w:fill="DBE5F1" w:themeFill="accent1" w:themeFillTint="33"/>
          </w:tcPr>
          <w:p w14:paraId="2598BCD4" w14:textId="77777777" w:rsidR="008850EA" w:rsidRPr="00DB6570" w:rsidRDefault="008850EA" w:rsidP="00D270E1">
            <w:pPr>
              <w:jc w:val="center"/>
              <w:rPr>
                <w:rFonts w:ascii="Times New Roman" w:hAnsi="Times New Roman" w:cs="Times New Roman"/>
                <w:b/>
                <w:sz w:val="22"/>
              </w:rPr>
            </w:pPr>
            <w:r w:rsidRPr="00DB6570">
              <w:rPr>
                <w:rFonts w:ascii="Times New Roman" w:hAnsi="Times New Roman" w:cs="Times New Roman"/>
                <w:b/>
                <w:sz w:val="22"/>
              </w:rPr>
              <w:t>Advanced Education, Teaching and Learning</w:t>
            </w:r>
          </w:p>
        </w:tc>
      </w:tr>
      <w:tr w:rsidR="008850EA" w:rsidRPr="00DB6570" w14:paraId="19D94492" w14:textId="77777777" w:rsidTr="00D270E1">
        <w:tc>
          <w:tcPr>
            <w:tcW w:w="5000" w:type="pct"/>
          </w:tcPr>
          <w:p w14:paraId="2321C12B"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60FC4997"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499FFDD2"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p>
        </w:tc>
      </w:tr>
      <w:tr w:rsidR="008850EA" w:rsidRPr="00DB6570" w14:paraId="0B527503" w14:textId="77777777" w:rsidTr="00D270E1">
        <w:tc>
          <w:tcPr>
            <w:tcW w:w="5000" w:type="pct"/>
            <w:shd w:val="clear" w:color="auto" w:fill="DBE5F1" w:themeFill="accent1" w:themeFillTint="33"/>
          </w:tcPr>
          <w:p w14:paraId="3F28625E" w14:textId="77777777" w:rsidR="008850EA" w:rsidRPr="00DB6570" w:rsidRDefault="008850EA" w:rsidP="00D270E1">
            <w:pPr>
              <w:jc w:val="center"/>
              <w:rPr>
                <w:rFonts w:ascii="Times New Roman" w:hAnsi="Times New Roman" w:cs="Times New Roman"/>
                <w:b/>
                <w:bCs/>
                <w:sz w:val="22"/>
              </w:rPr>
            </w:pPr>
            <w:r w:rsidRPr="00DB6570">
              <w:rPr>
                <w:rFonts w:ascii="Times New Roman" w:hAnsi="Times New Roman" w:cs="Times New Roman"/>
                <w:b/>
                <w:bCs/>
                <w:sz w:val="22"/>
              </w:rPr>
              <w:t>Research Agenda</w:t>
            </w:r>
          </w:p>
        </w:tc>
      </w:tr>
      <w:tr w:rsidR="008850EA" w:rsidRPr="00DB6570" w14:paraId="4A7311E0" w14:textId="77777777" w:rsidTr="00D270E1">
        <w:tc>
          <w:tcPr>
            <w:tcW w:w="5000" w:type="pct"/>
          </w:tcPr>
          <w:p w14:paraId="755FA4CA"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7141DC21"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06A6DCD9"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p>
        </w:tc>
      </w:tr>
      <w:tr w:rsidR="008850EA" w:rsidRPr="00DB6570" w14:paraId="7651A0CC" w14:textId="77777777" w:rsidTr="00D270E1">
        <w:tc>
          <w:tcPr>
            <w:tcW w:w="5000" w:type="pct"/>
            <w:shd w:val="clear" w:color="auto" w:fill="DBE5F1" w:themeFill="accent1" w:themeFillTint="33"/>
          </w:tcPr>
          <w:p w14:paraId="3B819C30" w14:textId="77777777" w:rsidR="008850EA" w:rsidRPr="00DB6570" w:rsidRDefault="008850EA" w:rsidP="00D270E1">
            <w:pPr>
              <w:jc w:val="center"/>
              <w:rPr>
                <w:rFonts w:ascii="Times New Roman" w:hAnsi="Times New Roman" w:cs="Times New Roman"/>
                <w:b/>
                <w:bCs/>
                <w:sz w:val="22"/>
              </w:rPr>
            </w:pPr>
            <w:r w:rsidRPr="00DB6570">
              <w:rPr>
                <w:rFonts w:ascii="Times New Roman" w:hAnsi="Times New Roman" w:cs="Times New Roman"/>
                <w:b/>
                <w:bCs/>
                <w:sz w:val="22"/>
              </w:rPr>
              <w:t>Innovation, Technology Transfer and Commercialization</w:t>
            </w:r>
          </w:p>
        </w:tc>
      </w:tr>
      <w:tr w:rsidR="008850EA" w:rsidRPr="00DB6570" w14:paraId="6638F1E5" w14:textId="77777777" w:rsidTr="00D270E1">
        <w:tc>
          <w:tcPr>
            <w:tcW w:w="5000" w:type="pct"/>
          </w:tcPr>
          <w:p w14:paraId="34929743"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76C1C791"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03120AE7"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p>
        </w:tc>
      </w:tr>
      <w:tr w:rsidR="008850EA" w:rsidRPr="00DB6570" w14:paraId="1818095E" w14:textId="77777777" w:rsidTr="00D270E1">
        <w:tc>
          <w:tcPr>
            <w:tcW w:w="5000" w:type="pct"/>
            <w:shd w:val="clear" w:color="auto" w:fill="DBE5F1" w:themeFill="accent1" w:themeFillTint="33"/>
          </w:tcPr>
          <w:p w14:paraId="31A4BDF4" w14:textId="77777777" w:rsidR="008850EA" w:rsidRPr="00DB6570" w:rsidRDefault="008850EA" w:rsidP="00D270E1">
            <w:pPr>
              <w:jc w:val="center"/>
              <w:rPr>
                <w:rFonts w:ascii="Times New Roman" w:hAnsi="Times New Roman" w:cs="Times New Roman"/>
                <w:b/>
                <w:sz w:val="22"/>
              </w:rPr>
            </w:pPr>
            <w:r w:rsidRPr="00DB6570">
              <w:rPr>
                <w:rFonts w:ascii="Times New Roman" w:hAnsi="Times New Roman" w:cs="Times New Roman"/>
                <w:b/>
                <w:sz w:val="22"/>
              </w:rPr>
              <w:t>Other Topics</w:t>
            </w:r>
          </w:p>
        </w:tc>
      </w:tr>
      <w:tr w:rsidR="008850EA" w:rsidRPr="00DB6570" w14:paraId="31E6E00B" w14:textId="77777777" w:rsidTr="00D270E1">
        <w:tc>
          <w:tcPr>
            <w:tcW w:w="5000" w:type="pct"/>
          </w:tcPr>
          <w:p w14:paraId="6D2C18D0"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4FC0D035"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330069C8"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p>
        </w:tc>
      </w:tr>
      <w:tr w:rsidR="008850EA" w:rsidRPr="00DB6570" w14:paraId="578F2ACF" w14:textId="77777777" w:rsidTr="00D270E1">
        <w:tc>
          <w:tcPr>
            <w:tcW w:w="5000" w:type="pct"/>
            <w:shd w:val="clear" w:color="auto" w:fill="95B3D7" w:themeFill="accent1" w:themeFillTint="99"/>
          </w:tcPr>
          <w:p w14:paraId="012DDD4B" w14:textId="77777777" w:rsidR="008850EA" w:rsidRPr="00DB6570" w:rsidRDefault="008850EA" w:rsidP="00D270E1">
            <w:pPr>
              <w:ind w:left="162"/>
              <w:rPr>
                <w:rFonts w:ascii="Times New Roman" w:hAnsi="Times New Roman" w:cs="Times New Roman"/>
                <w:b/>
                <w:bCs/>
                <w:sz w:val="22"/>
              </w:rPr>
            </w:pPr>
            <w:r w:rsidRPr="00DB6570">
              <w:rPr>
                <w:rFonts w:ascii="Times New Roman" w:hAnsi="Times New Roman" w:cs="Times New Roman"/>
                <w:b/>
                <w:bCs/>
                <w:sz w:val="22"/>
              </w:rPr>
              <w:t>Indicative Annual Budget: USD ___________</w:t>
            </w:r>
          </w:p>
        </w:tc>
      </w:tr>
    </w:tbl>
    <w:p w14:paraId="2A6A399E" w14:textId="77777777" w:rsidR="008850EA" w:rsidRPr="00DB6570" w:rsidRDefault="008850EA" w:rsidP="008850EA">
      <w:pPr>
        <w:rPr>
          <w:rFonts w:ascii="Times New Roman" w:hAnsi="Times New Roman" w:cs="Times New Roman"/>
          <w:b/>
          <w:sz w:val="22"/>
        </w:rPr>
      </w:pPr>
    </w:p>
    <w:tbl>
      <w:tblPr>
        <w:tblStyle w:val="TableGrid"/>
        <w:tblW w:w="5000" w:type="pct"/>
        <w:tblLook w:val="04A0" w:firstRow="1" w:lastRow="0" w:firstColumn="1" w:lastColumn="0" w:noHBand="0" w:noVBand="1"/>
      </w:tblPr>
      <w:tblGrid>
        <w:gridCol w:w="14957"/>
      </w:tblGrid>
      <w:tr w:rsidR="008850EA" w:rsidRPr="00DB6570" w14:paraId="21F25814" w14:textId="77777777" w:rsidTr="00D270E1">
        <w:tc>
          <w:tcPr>
            <w:tcW w:w="5000" w:type="pct"/>
            <w:shd w:val="clear" w:color="auto" w:fill="95B3D7" w:themeFill="accent1" w:themeFillTint="99"/>
          </w:tcPr>
          <w:p w14:paraId="48312F5A" w14:textId="77777777" w:rsidR="008850EA" w:rsidRPr="00DB6570" w:rsidRDefault="008850EA" w:rsidP="00D270E1">
            <w:pPr>
              <w:jc w:val="center"/>
              <w:rPr>
                <w:rFonts w:ascii="Times New Roman" w:hAnsi="Times New Roman" w:cs="Times New Roman"/>
                <w:b/>
                <w:sz w:val="22"/>
              </w:rPr>
            </w:pPr>
            <w:r w:rsidRPr="00DB6570">
              <w:rPr>
                <w:rFonts w:ascii="Times New Roman" w:hAnsi="Times New Roman" w:cs="Times New Roman"/>
                <w:b/>
                <w:sz w:val="22"/>
              </w:rPr>
              <w:t>YEAR FOUR</w:t>
            </w:r>
          </w:p>
        </w:tc>
      </w:tr>
      <w:tr w:rsidR="008850EA" w:rsidRPr="00DB6570" w14:paraId="01342DEB" w14:textId="77777777" w:rsidTr="00D270E1">
        <w:tc>
          <w:tcPr>
            <w:tcW w:w="5000" w:type="pct"/>
            <w:shd w:val="clear" w:color="auto" w:fill="DBE5F1" w:themeFill="accent1" w:themeFillTint="33"/>
          </w:tcPr>
          <w:p w14:paraId="6929BC92" w14:textId="77777777" w:rsidR="008850EA" w:rsidRPr="00DB6570" w:rsidRDefault="008850EA" w:rsidP="00D270E1">
            <w:pPr>
              <w:jc w:val="center"/>
              <w:rPr>
                <w:rFonts w:ascii="Times New Roman" w:hAnsi="Times New Roman" w:cs="Times New Roman"/>
                <w:b/>
                <w:sz w:val="22"/>
              </w:rPr>
            </w:pPr>
            <w:r w:rsidRPr="00DB6570">
              <w:rPr>
                <w:rFonts w:ascii="Times New Roman" w:hAnsi="Times New Roman" w:cs="Times New Roman"/>
                <w:b/>
                <w:sz w:val="22"/>
              </w:rPr>
              <w:t>Advanced Education, Teaching and Learning</w:t>
            </w:r>
          </w:p>
        </w:tc>
      </w:tr>
      <w:tr w:rsidR="008850EA" w:rsidRPr="00DB6570" w14:paraId="6E408ED9" w14:textId="77777777" w:rsidTr="00D270E1">
        <w:tc>
          <w:tcPr>
            <w:tcW w:w="5000" w:type="pct"/>
          </w:tcPr>
          <w:p w14:paraId="49D25408"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24EE9193"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6F536B19"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p>
        </w:tc>
      </w:tr>
      <w:tr w:rsidR="008850EA" w:rsidRPr="00DB6570" w14:paraId="643D63A8" w14:textId="77777777" w:rsidTr="00D270E1">
        <w:tc>
          <w:tcPr>
            <w:tcW w:w="5000" w:type="pct"/>
            <w:shd w:val="clear" w:color="auto" w:fill="DBE5F1" w:themeFill="accent1" w:themeFillTint="33"/>
          </w:tcPr>
          <w:p w14:paraId="3DB502E8" w14:textId="77777777" w:rsidR="008850EA" w:rsidRPr="00DB6570" w:rsidRDefault="008850EA" w:rsidP="00D270E1">
            <w:pPr>
              <w:jc w:val="center"/>
              <w:rPr>
                <w:rFonts w:ascii="Times New Roman" w:hAnsi="Times New Roman" w:cs="Times New Roman"/>
                <w:b/>
                <w:bCs/>
                <w:sz w:val="22"/>
              </w:rPr>
            </w:pPr>
            <w:r w:rsidRPr="00DB6570">
              <w:rPr>
                <w:rFonts w:ascii="Times New Roman" w:hAnsi="Times New Roman" w:cs="Times New Roman"/>
                <w:b/>
                <w:bCs/>
                <w:sz w:val="22"/>
              </w:rPr>
              <w:t>Research Agenda</w:t>
            </w:r>
          </w:p>
        </w:tc>
      </w:tr>
      <w:tr w:rsidR="008850EA" w:rsidRPr="00DB6570" w14:paraId="1CFF47D6" w14:textId="77777777" w:rsidTr="00D270E1">
        <w:tc>
          <w:tcPr>
            <w:tcW w:w="5000" w:type="pct"/>
          </w:tcPr>
          <w:p w14:paraId="22251B05"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048A5361"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49AD6B6E"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p>
        </w:tc>
      </w:tr>
      <w:tr w:rsidR="008850EA" w:rsidRPr="00DB6570" w14:paraId="54006B0F" w14:textId="77777777" w:rsidTr="00D270E1">
        <w:tc>
          <w:tcPr>
            <w:tcW w:w="5000" w:type="pct"/>
            <w:shd w:val="clear" w:color="auto" w:fill="DBE5F1" w:themeFill="accent1" w:themeFillTint="33"/>
          </w:tcPr>
          <w:p w14:paraId="08738D4D" w14:textId="77777777" w:rsidR="008850EA" w:rsidRPr="00DB6570" w:rsidRDefault="008850EA" w:rsidP="00D270E1">
            <w:pPr>
              <w:jc w:val="center"/>
              <w:rPr>
                <w:rFonts w:ascii="Times New Roman" w:hAnsi="Times New Roman" w:cs="Times New Roman"/>
                <w:b/>
                <w:bCs/>
                <w:sz w:val="22"/>
              </w:rPr>
            </w:pPr>
            <w:r w:rsidRPr="00DB6570">
              <w:rPr>
                <w:rFonts w:ascii="Times New Roman" w:hAnsi="Times New Roman" w:cs="Times New Roman"/>
                <w:b/>
                <w:bCs/>
                <w:sz w:val="22"/>
              </w:rPr>
              <w:t>Innovation, Technology Transfer and Commercialization</w:t>
            </w:r>
          </w:p>
        </w:tc>
      </w:tr>
      <w:tr w:rsidR="008850EA" w:rsidRPr="00DB6570" w14:paraId="44BD677F" w14:textId="77777777" w:rsidTr="00D270E1">
        <w:tc>
          <w:tcPr>
            <w:tcW w:w="5000" w:type="pct"/>
          </w:tcPr>
          <w:p w14:paraId="2F17FF1C"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46A294C9"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6632C506"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p>
        </w:tc>
      </w:tr>
      <w:tr w:rsidR="008850EA" w:rsidRPr="00DB6570" w14:paraId="5988F1FF" w14:textId="77777777" w:rsidTr="00D270E1">
        <w:tc>
          <w:tcPr>
            <w:tcW w:w="5000" w:type="pct"/>
            <w:shd w:val="clear" w:color="auto" w:fill="DBE5F1" w:themeFill="accent1" w:themeFillTint="33"/>
          </w:tcPr>
          <w:p w14:paraId="313857B1" w14:textId="77777777" w:rsidR="008850EA" w:rsidRPr="00DB6570" w:rsidRDefault="008850EA" w:rsidP="00D270E1">
            <w:pPr>
              <w:jc w:val="center"/>
              <w:rPr>
                <w:rFonts w:ascii="Times New Roman" w:hAnsi="Times New Roman" w:cs="Times New Roman"/>
                <w:b/>
                <w:sz w:val="22"/>
              </w:rPr>
            </w:pPr>
            <w:r w:rsidRPr="00DB6570">
              <w:rPr>
                <w:rFonts w:ascii="Times New Roman" w:hAnsi="Times New Roman" w:cs="Times New Roman"/>
                <w:b/>
                <w:sz w:val="22"/>
              </w:rPr>
              <w:t>Other Topics</w:t>
            </w:r>
          </w:p>
        </w:tc>
      </w:tr>
      <w:tr w:rsidR="008850EA" w:rsidRPr="00DB6570" w14:paraId="04110FF2" w14:textId="77777777" w:rsidTr="00D270E1">
        <w:tc>
          <w:tcPr>
            <w:tcW w:w="5000" w:type="pct"/>
          </w:tcPr>
          <w:p w14:paraId="75B8B586"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4A18D97A"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365C0AA4"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p>
        </w:tc>
      </w:tr>
      <w:tr w:rsidR="008850EA" w:rsidRPr="00DB6570" w14:paraId="3B5D8C1F" w14:textId="77777777" w:rsidTr="00D270E1">
        <w:tc>
          <w:tcPr>
            <w:tcW w:w="5000" w:type="pct"/>
            <w:shd w:val="clear" w:color="auto" w:fill="95B3D7" w:themeFill="accent1" w:themeFillTint="99"/>
          </w:tcPr>
          <w:p w14:paraId="1D9D6CA4" w14:textId="77777777" w:rsidR="008850EA" w:rsidRPr="00DB6570" w:rsidRDefault="008850EA" w:rsidP="00D270E1">
            <w:pPr>
              <w:ind w:left="162"/>
              <w:rPr>
                <w:rFonts w:ascii="Times New Roman" w:hAnsi="Times New Roman" w:cs="Times New Roman"/>
                <w:b/>
                <w:bCs/>
                <w:sz w:val="22"/>
              </w:rPr>
            </w:pPr>
            <w:r w:rsidRPr="00DB6570">
              <w:rPr>
                <w:rFonts w:ascii="Times New Roman" w:hAnsi="Times New Roman" w:cs="Times New Roman"/>
                <w:b/>
                <w:bCs/>
                <w:sz w:val="22"/>
              </w:rPr>
              <w:t>Indicative Annual Budget: USD ___________</w:t>
            </w:r>
          </w:p>
        </w:tc>
      </w:tr>
    </w:tbl>
    <w:p w14:paraId="0ED5521D" w14:textId="77777777" w:rsidR="008850EA" w:rsidRPr="00DB6570" w:rsidRDefault="008850EA" w:rsidP="008850EA">
      <w:pPr>
        <w:rPr>
          <w:rFonts w:ascii="Times New Roman" w:hAnsi="Times New Roman" w:cs="Times New Roman"/>
          <w:b/>
          <w:sz w:val="22"/>
        </w:rPr>
      </w:pPr>
    </w:p>
    <w:tbl>
      <w:tblPr>
        <w:tblStyle w:val="TableGrid"/>
        <w:tblW w:w="5000" w:type="pct"/>
        <w:tblLook w:val="04A0" w:firstRow="1" w:lastRow="0" w:firstColumn="1" w:lastColumn="0" w:noHBand="0" w:noVBand="1"/>
      </w:tblPr>
      <w:tblGrid>
        <w:gridCol w:w="14957"/>
      </w:tblGrid>
      <w:tr w:rsidR="008850EA" w:rsidRPr="00DB6570" w14:paraId="48FFA368" w14:textId="77777777" w:rsidTr="00D270E1">
        <w:tc>
          <w:tcPr>
            <w:tcW w:w="5000" w:type="pct"/>
            <w:shd w:val="clear" w:color="auto" w:fill="95B3D7" w:themeFill="accent1" w:themeFillTint="99"/>
          </w:tcPr>
          <w:p w14:paraId="28BBD5A3" w14:textId="77777777" w:rsidR="008850EA" w:rsidRPr="00DB6570" w:rsidRDefault="008850EA" w:rsidP="00D270E1">
            <w:pPr>
              <w:jc w:val="center"/>
              <w:rPr>
                <w:rFonts w:ascii="Times New Roman" w:hAnsi="Times New Roman" w:cs="Times New Roman"/>
                <w:b/>
                <w:sz w:val="22"/>
              </w:rPr>
            </w:pPr>
            <w:r w:rsidRPr="00DB6570">
              <w:rPr>
                <w:rFonts w:ascii="Times New Roman" w:hAnsi="Times New Roman" w:cs="Times New Roman"/>
                <w:b/>
                <w:sz w:val="22"/>
              </w:rPr>
              <w:t>YEAR FIVE</w:t>
            </w:r>
          </w:p>
        </w:tc>
      </w:tr>
      <w:tr w:rsidR="008850EA" w:rsidRPr="00DB6570" w14:paraId="590630A5" w14:textId="77777777" w:rsidTr="00D270E1">
        <w:tc>
          <w:tcPr>
            <w:tcW w:w="5000" w:type="pct"/>
            <w:shd w:val="clear" w:color="auto" w:fill="DBE5F1" w:themeFill="accent1" w:themeFillTint="33"/>
          </w:tcPr>
          <w:p w14:paraId="122CBAC7" w14:textId="77777777" w:rsidR="008850EA" w:rsidRPr="00DB6570" w:rsidRDefault="008850EA" w:rsidP="00D270E1">
            <w:pPr>
              <w:jc w:val="center"/>
              <w:rPr>
                <w:rFonts w:ascii="Times New Roman" w:hAnsi="Times New Roman" w:cs="Times New Roman"/>
                <w:b/>
                <w:sz w:val="22"/>
              </w:rPr>
            </w:pPr>
            <w:r w:rsidRPr="00DB6570">
              <w:rPr>
                <w:rFonts w:ascii="Times New Roman" w:hAnsi="Times New Roman" w:cs="Times New Roman"/>
                <w:b/>
                <w:sz w:val="22"/>
              </w:rPr>
              <w:t>Advanced Education, Teaching and Learning</w:t>
            </w:r>
          </w:p>
        </w:tc>
      </w:tr>
      <w:tr w:rsidR="008850EA" w:rsidRPr="00DB6570" w14:paraId="2D95480A" w14:textId="77777777" w:rsidTr="00D270E1">
        <w:tc>
          <w:tcPr>
            <w:tcW w:w="5000" w:type="pct"/>
          </w:tcPr>
          <w:p w14:paraId="5D85074D"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5375FB40"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70349DC3"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p>
        </w:tc>
      </w:tr>
      <w:tr w:rsidR="008850EA" w:rsidRPr="00DB6570" w14:paraId="45007DA2" w14:textId="77777777" w:rsidTr="00D270E1">
        <w:tc>
          <w:tcPr>
            <w:tcW w:w="5000" w:type="pct"/>
            <w:shd w:val="clear" w:color="auto" w:fill="DBE5F1" w:themeFill="accent1" w:themeFillTint="33"/>
          </w:tcPr>
          <w:p w14:paraId="52F96765" w14:textId="77777777" w:rsidR="008850EA" w:rsidRPr="00DB6570" w:rsidRDefault="008850EA" w:rsidP="00D270E1">
            <w:pPr>
              <w:jc w:val="center"/>
              <w:rPr>
                <w:rFonts w:ascii="Times New Roman" w:hAnsi="Times New Roman" w:cs="Times New Roman"/>
                <w:b/>
                <w:bCs/>
                <w:sz w:val="22"/>
              </w:rPr>
            </w:pPr>
            <w:r w:rsidRPr="00DB6570">
              <w:rPr>
                <w:rFonts w:ascii="Times New Roman" w:hAnsi="Times New Roman" w:cs="Times New Roman"/>
                <w:b/>
                <w:bCs/>
                <w:sz w:val="22"/>
              </w:rPr>
              <w:t>Research Agenda</w:t>
            </w:r>
          </w:p>
        </w:tc>
      </w:tr>
      <w:tr w:rsidR="008850EA" w:rsidRPr="00DB6570" w14:paraId="37A8BA95" w14:textId="77777777" w:rsidTr="00D270E1">
        <w:tc>
          <w:tcPr>
            <w:tcW w:w="5000" w:type="pct"/>
          </w:tcPr>
          <w:p w14:paraId="3EE097ED"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49314467"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0219ED14"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p>
        </w:tc>
      </w:tr>
      <w:tr w:rsidR="008850EA" w:rsidRPr="00DB6570" w14:paraId="3B8D2918" w14:textId="77777777" w:rsidTr="00D270E1">
        <w:tc>
          <w:tcPr>
            <w:tcW w:w="5000" w:type="pct"/>
            <w:shd w:val="clear" w:color="auto" w:fill="DBE5F1" w:themeFill="accent1" w:themeFillTint="33"/>
          </w:tcPr>
          <w:p w14:paraId="5F0AC750" w14:textId="77777777" w:rsidR="008850EA" w:rsidRPr="00DB6570" w:rsidRDefault="008850EA" w:rsidP="00D270E1">
            <w:pPr>
              <w:jc w:val="center"/>
              <w:rPr>
                <w:rFonts w:ascii="Times New Roman" w:hAnsi="Times New Roman" w:cs="Times New Roman"/>
                <w:b/>
                <w:bCs/>
                <w:sz w:val="22"/>
              </w:rPr>
            </w:pPr>
            <w:r w:rsidRPr="00DB6570">
              <w:rPr>
                <w:rFonts w:ascii="Times New Roman" w:hAnsi="Times New Roman" w:cs="Times New Roman"/>
                <w:b/>
                <w:bCs/>
                <w:sz w:val="22"/>
              </w:rPr>
              <w:t>Innovation, Technology Transfer and Commercialization</w:t>
            </w:r>
          </w:p>
        </w:tc>
      </w:tr>
      <w:tr w:rsidR="008850EA" w:rsidRPr="00DB6570" w14:paraId="5BE1B0B6" w14:textId="77777777" w:rsidTr="00D270E1">
        <w:tc>
          <w:tcPr>
            <w:tcW w:w="5000" w:type="pct"/>
          </w:tcPr>
          <w:p w14:paraId="316E602D"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726C6BBF"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446E7094"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p>
        </w:tc>
      </w:tr>
      <w:tr w:rsidR="008850EA" w:rsidRPr="00DB6570" w14:paraId="00F216A3" w14:textId="77777777" w:rsidTr="00D270E1">
        <w:tc>
          <w:tcPr>
            <w:tcW w:w="5000" w:type="pct"/>
            <w:shd w:val="clear" w:color="auto" w:fill="DBE5F1" w:themeFill="accent1" w:themeFillTint="33"/>
          </w:tcPr>
          <w:p w14:paraId="7C4512E0" w14:textId="77777777" w:rsidR="008850EA" w:rsidRPr="00DB6570" w:rsidRDefault="008850EA" w:rsidP="00D270E1">
            <w:pPr>
              <w:jc w:val="center"/>
              <w:rPr>
                <w:rFonts w:ascii="Times New Roman" w:hAnsi="Times New Roman" w:cs="Times New Roman"/>
                <w:b/>
                <w:sz w:val="22"/>
              </w:rPr>
            </w:pPr>
            <w:r w:rsidRPr="00DB6570">
              <w:rPr>
                <w:rFonts w:ascii="Times New Roman" w:hAnsi="Times New Roman" w:cs="Times New Roman"/>
                <w:b/>
                <w:sz w:val="22"/>
              </w:rPr>
              <w:t>Other Topics</w:t>
            </w:r>
          </w:p>
        </w:tc>
      </w:tr>
      <w:tr w:rsidR="008850EA" w:rsidRPr="00DB6570" w14:paraId="3B21F497" w14:textId="77777777" w:rsidTr="00D270E1">
        <w:tc>
          <w:tcPr>
            <w:tcW w:w="5000" w:type="pct"/>
          </w:tcPr>
          <w:p w14:paraId="625B170C"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5B900B2A"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r w:rsidRPr="00DB6570">
              <w:rPr>
                <w:rFonts w:ascii="Times New Roman" w:hAnsi="Times New Roman" w:cs="Times New Roman"/>
                <w:sz w:val="22"/>
              </w:rPr>
              <w:t xml:space="preserve">   </w:t>
            </w:r>
          </w:p>
          <w:p w14:paraId="40092D77" w14:textId="77777777" w:rsidR="008850EA" w:rsidRPr="00DB6570" w:rsidRDefault="008850EA" w:rsidP="00D270E1">
            <w:pPr>
              <w:pStyle w:val="ListParagraph"/>
              <w:numPr>
                <w:ilvl w:val="0"/>
                <w:numId w:val="10"/>
              </w:numPr>
              <w:spacing w:after="0" w:line="240" w:lineRule="auto"/>
              <w:ind w:left="342" w:hanging="180"/>
              <w:rPr>
                <w:rFonts w:ascii="Times New Roman" w:hAnsi="Times New Roman" w:cs="Times New Roman"/>
                <w:sz w:val="22"/>
              </w:rPr>
            </w:pPr>
          </w:p>
        </w:tc>
      </w:tr>
      <w:tr w:rsidR="008850EA" w:rsidRPr="00DB6570" w14:paraId="436CA16F" w14:textId="77777777" w:rsidTr="00D270E1">
        <w:tc>
          <w:tcPr>
            <w:tcW w:w="5000" w:type="pct"/>
            <w:shd w:val="clear" w:color="auto" w:fill="95B3D7" w:themeFill="accent1" w:themeFillTint="99"/>
          </w:tcPr>
          <w:p w14:paraId="20B10DD6" w14:textId="77777777" w:rsidR="008850EA" w:rsidRPr="00DB6570" w:rsidRDefault="008850EA" w:rsidP="00D270E1">
            <w:pPr>
              <w:ind w:left="162"/>
              <w:rPr>
                <w:rFonts w:ascii="Times New Roman" w:hAnsi="Times New Roman" w:cs="Times New Roman"/>
                <w:b/>
                <w:bCs/>
                <w:sz w:val="22"/>
              </w:rPr>
            </w:pPr>
            <w:r w:rsidRPr="00DB6570">
              <w:rPr>
                <w:rFonts w:ascii="Times New Roman" w:hAnsi="Times New Roman" w:cs="Times New Roman"/>
                <w:b/>
                <w:bCs/>
                <w:sz w:val="22"/>
              </w:rPr>
              <w:t>Indicative Annual Budget: USD ___________</w:t>
            </w:r>
          </w:p>
        </w:tc>
      </w:tr>
    </w:tbl>
    <w:p w14:paraId="02029604" w14:textId="77777777" w:rsidR="00FC2140" w:rsidRPr="00DB6570" w:rsidRDefault="00FC2140" w:rsidP="00F707BE">
      <w:pPr>
        <w:rPr>
          <w:rFonts w:ascii="Times New Roman" w:hAnsi="Times New Roman" w:cs="Times New Roman"/>
          <w:sz w:val="22"/>
        </w:rPr>
      </w:pPr>
    </w:p>
    <w:p w14:paraId="10911380" w14:textId="5189B15C" w:rsidR="00F707BE" w:rsidRPr="00DB6570" w:rsidRDefault="00FC2140" w:rsidP="005E44DD">
      <w:pPr>
        <w:pStyle w:val="Heading2"/>
        <w:rPr>
          <w:rFonts w:ascii="Times New Roman" w:hAnsi="Times New Roman" w:cs="Times New Roman"/>
          <w:color w:val="auto"/>
          <w:sz w:val="22"/>
          <w:szCs w:val="22"/>
        </w:rPr>
      </w:pPr>
      <w:bookmarkStart w:id="87" w:name="_Toc237525282"/>
      <w:r w:rsidRPr="00DB6570">
        <w:rPr>
          <w:rFonts w:ascii="Times New Roman" w:hAnsi="Times New Roman" w:cs="Times New Roman"/>
          <w:color w:val="auto"/>
          <w:sz w:val="22"/>
          <w:szCs w:val="22"/>
        </w:rPr>
        <w:t xml:space="preserve">5.20 </w:t>
      </w:r>
      <w:r w:rsidR="00F707BE" w:rsidRPr="00DB6570">
        <w:rPr>
          <w:rFonts w:ascii="Times New Roman" w:hAnsi="Times New Roman" w:cs="Times New Roman"/>
          <w:color w:val="auto"/>
          <w:sz w:val="22"/>
          <w:szCs w:val="22"/>
        </w:rPr>
        <w:t>Results Framework</w:t>
      </w:r>
      <w:bookmarkEnd w:id="87"/>
    </w:p>
    <w:tbl>
      <w:tblPr>
        <w:tblW w:w="14687" w:type="dxa"/>
        <w:jc w:val="center"/>
        <w:tblLayout w:type="fixed"/>
        <w:tblLook w:val="04A0" w:firstRow="1" w:lastRow="0" w:firstColumn="1" w:lastColumn="0" w:noHBand="0" w:noVBand="1"/>
      </w:tblPr>
      <w:tblGrid>
        <w:gridCol w:w="4466"/>
        <w:gridCol w:w="1124"/>
        <w:gridCol w:w="1036"/>
        <w:gridCol w:w="1036"/>
        <w:gridCol w:w="1036"/>
        <w:gridCol w:w="1036"/>
        <w:gridCol w:w="1036"/>
        <w:gridCol w:w="1468"/>
        <w:gridCol w:w="2449"/>
      </w:tblGrid>
      <w:tr w:rsidR="00235C9F" w:rsidRPr="00DB6570" w14:paraId="2D35DBDF" w14:textId="77777777" w:rsidTr="00B34ADD">
        <w:trPr>
          <w:cantSplit/>
          <w:trHeight w:val="605"/>
          <w:tblHeader/>
          <w:jc w:val="center"/>
        </w:trPr>
        <w:tc>
          <w:tcPr>
            <w:tcW w:w="4464" w:type="dxa"/>
            <w:vMerge w:val="restar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2D7B225" w14:textId="77777777" w:rsidR="00235C9F" w:rsidRPr="00DB6570" w:rsidRDefault="00235C9F" w:rsidP="00235C9F">
            <w:pPr>
              <w:spacing w:after="0" w:line="240" w:lineRule="auto"/>
              <w:jc w:val="center"/>
              <w:rPr>
                <w:rFonts w:ascii="Times New Roman" w:hAnsi="Times New Roman" w:cs="Times New Roman"/>
                <w:sz w:val="22"/>
              </w:rPr>
            </w:pPr>
            <w:r w:rsidRPr="00DB6570">
              <w:rPr>
                <w:rFonts w:ascii="Times New Roman" w:hAnsi="Times New Roman" w:cs="Times New Roman"/>
                <w:b/>
                <w:sz w:val="22"/>
              </w:rPr>
              <w:t>Proposal</w:t>
            </w:r>
          </w:p>
        </w:tc>
        <w:tc>
          <w:tcPr>
            <w:tcW w:w="1123" w:type="dxa"/>
            <w:vMerge w:val="restar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7D9EA58" w14:textId="77777777" w:rsidR="00235C9F" w:rsidRPr="00DB6570" w:rsidRDefault="00235C9F" w:rsidP="00235C9F">
            <w:pPr>
              <w:spacing w:after="0" w:line="240" w:lineRule="auto"/>
              <w:jc w:val="center"/>
              <w:rPr>
                <w:rFonts w:ascii="Times New Roman" w:hAnsi="Times New Roman" w:cs="Times New Roman"/>
                <w:sz w:val="22"/>
              </w:rPr>
            </w:pPr>
            <w:r w:rsidRPr="00DB6570">
              <w:rPr>
                <w:rFonts w:ascii="Times New Roman" w:hAnsi="Times New Roman" w:cs="Times New Roman"/>
                <w:b/>
                <w:sz w:val="22"/>
              </w:rPr>
              <w:t>Baseline</w:t>
            </w:r>
          </w:p>
        </w:tc>
        <w:tc>
          <w:tcPr>
            <w:tcW w:w="5180" w:type="dxa"/>
            <w:gridSpan w:val="5"/>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DFFEE96" w14:textId="77777777" w:rsidR="00235C9F" w:rsidRPr="00DB6570" w:rsidRDefault="00235C9F" w:rsidP="00235C9F">
            <w:pPr>
              <w:spacing w:after="0" w:line="240" w:lineRule="auto"/>
              <w:jc w:val="center"/>
              <w:rPr>
                <w:rFonts w:ascii="Times New Roman" w:hAnsi="Times New Roman" w:cs="Times New Roman"/>
                <w:sz w:val="22"/>
              </w:rPr>
            </w:pPr>
            <w:r w:rsidRPr="00DB6570">
              <w:rPr>
                <w:rFonts w:ascii="Times New Roman" w:hAnsi="Times New Roman" w:cs="Times New Roman"/>
                <w:b/>
                <w:sz w:val="22"/>
              </w:rPr>
              <w:t>Annual Targets (Not Cumulative)</w:t>
            </w:r>
          </w:p>
        </w:tc>
        <w:tc>
          <w:tcPr>
            <w:tcW w:w="1468" w:type="dxa"/>
            <w:vMerge w:val="restar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E70DF51" w14:textId="77777777" w:rsidR="00235C9F" w:rsidRPr="00DB6570" w:rsidRDefault="00235C9F" w:rsidP="00235C9F">
            <w:pPr>
              <w:spacing w:after="0" w:line="240" w:lineRule="auto"/>
              <w:jc w:val="center"/>
              <w:rPr>
                <w:rFonts w:ascii="Times New Roman" w:hAnsi="Times New Roman" w:cs="Times New Roman"/>
                <w:sz w:val="22"/>
              </w:rPr>
            </w:pPr>
            <w:r w:rsidRPr="00DB6570">
              <w:rPr>
                <w:rFonts w:ascii="Times New Roman" w:hAnsi="Times New Roman" w:cs="Times New Roman"/>
                <w:b/>
                <w:sz w:val="22"/>
              </w:rPr>
              <w:t>Total (Sum of All Years)</w:t>
            </w:r>
          </w:p>
        </w:tc>
        <w:tc>
          <w:tcPr>
            <w:tcW w:w="2448" w:type="dxa"/>
            <w:vMerge w:val="restart"/>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B33CC6B" w14:textId="77777777" w:rsidR="00235C9F" w:rsidRPr="00DB6570" w:rsidRDefault="00235C9F" w:rsidP="00235C9F">
            <w:pPr>
              <w:spacing w:after="0" w:line="240" w:lineRule="auto"/>
              <w:jc w:val="center"/>
              <w:rPr>
                <w:rFonts w:ascii="Times New Roman" w:hAnsi="Times New Roman" w:cs="Times New Roman"/>
                <w:sz w:val="22"/>
              </w:rPr>
            </w:pPr>
            <w:r w:rsidRPr="00DB6570">
              <w:rPr>
                <w:rFonts w:ascii="Times New Roman" w:hAnsi="Times New Roman" w:cs="Times New Roman"/>
                <w:b/>
                <w:sz w:val="22"/>
              </w:rPr>
              <w:t>Key Assumptions (Including Contribution from ACE and RFTIs)</w:t>
            </w:r>
          </w:p>
        </w:tc>
      </w:tr>
      <w:tr w:rsidR="00235C9F" w:rsidRPr="00DB6570" w14:paraId="52B14885" w14:textId="77777777" w:rsidTr="0021427D">
        <w:trPr>
          <w:cantSplit/>
          <w:trHeight w:val="418"/>
          <w:tblHeader/>
          <w:jc w:val="center"/>
        </w:trPr>
        <w:tc>
          <w:tcPr>
            <w:tcW w:w="4464" w:type="dxa"/>
            <w:vMerge/>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tcPr>
          <w:p w14:paraId="0640B9EE" w14:textId="77777777" w:rsidR="00235C9F" w:rsidRPr="00DB6570" w:rsidRDefault="00235C9F" w:rsidP="00235C9F">
            <w:pPr>
              <w:spacing w:after="200" w:line="276" w:lineRule="auto"/>
              <w:rPr>
                <w:rFonts w:ascii="Times New Roman" w:hAnsi="Times New Roman" w:cs="Times New Roman"/>
                <w:sz w:val="22"/>
              </w:rPr>
            </w:pPr>
          </w:p>
        </w:tc>
        <w:tc>
          <w:tcPr>
            <w:tcW w:w="1123" w:type="dxa"/>
            <w:vMerge/>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tcPr>
          <w:p w14:paraId="7C29909C" w14:textId="77777777" w:rsidR="00235C9F" w:rsidRPr="00DB6570" w:rsidRDefault="00235C9F" w:rsidP="00235C9F">
            <w:pPr>
              <w:spacing w:after="200" w:line="276" w:lineRule="auto"/>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19DB6DE" w14:textId="77777777" w:rsidR="00235C9F" w:rsidRPr="00DB6570" w:rsidRDefault="00235C9F" w:rsidP="00235C9F">
            <w:pPr>
              <w:spacing w:after="0" w:line="240" w:lineRule="auto"/>
              <w:jc w:val="center"/>
              <w:rPr>
                <w:rFonts w:ascii="Times New Roman" w:hAnsi="Times New Roman" w:cs="Times New Roman"/>
                <w:sz w:val="22"/>
              </w:rPr>
            </w:pPr>
            <w:r w:rsidRPr="00DB6570">
              <w:rPr>
                <w:rFonts w:ascii="Times New Roman" w:hAnsi="Times New Roman" w:cs="Times New Roman"/>
                <w:b/>
                <w:sz w:val="22"/>
              </w:rPr>
              <w:t>Year 1</w:t>
            </w: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A7D48C6" w14:textId="77777777" w:rsidR="00235C9F" w:rsidRPr="00DB6570" w:rsidRDefault="00235C9F" w:rsidP="00235C9F">
            <w:pPr>
              <w:spacing w:after="0" w:line="240" w:lineRule="auto"/>
              <w:jc w:val="center"/>
              <w:rPr>
                <w:rFonts w:ascii="Times New Roman" w:hAnsi="Times New Roman" w:cs="Times New Roman"/>
                <w:sz w:val="22"/>
              </w:rPr>
            </w:pPr>
            <w:r w:rsidRPr="00DB6570">
              <w:rPr>
                <w:rFonts w:ascii="Times New Roman" w:hAnsi="Times New Roman" w:cs="Times New Roman"/>
                <w:b/>
                <w:sz w:val="22"/>
              </w:rPr>
              <w:t>Year 2</w:t>
            </w: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35DC3E0" w14:textId="77777777" w:rsidR="00235C9F" w:rsidRPr="00DB6570" w:rsidRDefault="00235C9F" w:rsidP="00235C9F">
            <w:pPr>
              <w:spacing w:after="0" w:line="240" w:lineRule="auto"/>
              <w:jc w:val="center"/>
              <w:rPr>
                <w:rFonts w:ascii="Times New Roman" w:hAnsi="Times New Roman" w:cs="Times New Roman"/>
                <w:sz w:val="22"/>
              </w:rPr>
            </w:pPr>
            <w:r w:rsidRPr="00DB6570">
              <w:rPr>
                <w:rFonts w:ascii="Times New Roman" w:hAnsi="Times New Roman" w:cs="Times New Roman"/>
                <w:b/>
                <w:sz w:val="22"/>
              </w:rPr>
              <w:t>Year 3</w:t>
            </w: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F302A3D" w14:textId="77777777" w:rsidR="00235C9F" w:rsidRPr="00DB6570" w:rsidRDefault="00235C9F" w:rsidP="00235C9F">
            <w:pPr>
              <w:spacing w:after="0" w:line="240" w:lineRule="auto"/>
              <w:jc w:val="center"/>
              <w:rPr>
                <w:rFonts w:ascii="Times New Roman" w:hAnsi="Times New Roman" w:cs="Times New Roman"/>
                <w:sz w:val="22"/>
              </w:rPr>
            </w:pPr>
            <w:r w:rsidRPr="00DB6570">
              <w:rPr>
                <w:rFonts w:ascii="Times New Roman" w:hAnsi="Times New Roman" w:cs="Times New Roman"/>
                <w:b/>
                <w:sz w:val="22"/>
              </w:rPr>
              <w:t>Year 4</w:t>
            </w: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5D13309" w14:textId="77777777" w:rsidR="00235C9F" w:rsidRPr="00DB6570" w:rsidRDefault="00235C9F" w:rsidP="00235C9F">
            <w:pPr>
              <w:spacing w:after="0" w:line="240" w:lineRule="auto"/>
              <w:jc w:val="center"/>
              <w:rPr>
                <w:rFonts w:ascii="Times New Roman" w:hAnsi="Times New Roman" w:cs="Times New Roman"/>
                <w:sz w:val="22"/>
              </w:rPr>
            </w:pPr>
            <w:r w:rsidRPr="00DB6570">
              <w:rPr>
                <w:rFonts w:ascii="Times New Roman" w:hAnsi="Times New Roman" w:cs="Times New Roman"/>
                <w:b/>
                <w:sz w:val="22"/>
              </w:rPr>
              <w:t>Year 5</w:t>
            </w:r>
          </w:p>
        </w:tc>
        <w:tc>
          <w:tcPr>
            <w:tcW w:w="1468" w:type="dxa"/>
            <w:vMerge/>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tcPr>
          <w:p w14:paraId="259FC80C" w14:textId="77777777" w:rsidR="00235C9F" w:rsidRPr="00DB6570" w:rsidRDefault="00235C9F" w:rsidP="00235C9F">
            <w:pPr>
              <w:spacing w:after="200" w:line="276" w:lineRule="auto"/>
              <w:rPr>
                <w:rFonts w:ascii="Times New Roman" w:hAnsi="Times New Roman" w:cs="Times New Roman"/>
                <w:sz w:val="22"/>
              </w:rPr>
            </w:pPr>
          </w:p>
        </w:tc>
        <w:tc>
          <w:tcPr>
            <w:tcW w:w="2448" w:type="dxa"/>
            <w:vMerge/>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tcPr>
          <w:p w14:paraId="7DCA3DC9" w14:textId="77777777" w:rsidR="00235C9F" w:rsidRPr="00DB6570" w:rsidRDefault="00235C9F" w:rsidP="00235C9F">
            <w:pPr>
              <w:spacing w:after="200" w:line="276" w:lineRule="auto"/>
              <w:rPr>
                <w:rFonts w:ascii="Times New Roman" w:hAnsi="Times New Roman" w:cs="Times New Roman"/>
                <w:sz w:val="22"/>
              </w:rPr>
            </w:pPr>
          </w:p>
        </w:tc>
      </w:tr>
      <w:tr w:rsidR="00235C9F" w:rsidRPr="00DB6570" w14:paraId="74CEF973" w14:textId="77777777" w:rsidTr="00D270E1">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63803EF" w14:textId="77777777" w:rsidR="00235C9F" w:rsidRPr="00DB6570" w:rsidRDefault="00235C9F" w:rsidP="00235C9F">
            <w:pPr>
              <w:spacing w:after="0" w:line="240" w:lineRule="auto"/>
              <w:rPr>
                <w:rFonts w:ascii="Times New Roman" w:hAnsi="Times New Roman" w:cs="Times New Roman"/>
                <w:sz w:val="22"/>
              </w:rPr>
            </w:pPr>
            <w:r w:rsidRPr="00DB6570">
              <w:rPr>
                <w:rFonts w:ascii="Times New Roman" w:hAnsi="Times New Roman" w:cs="Times New Roman"/>
                <w:b/>
                <w:sz w:val="22"/>
              </w:rPr>
              <w:t>Total students enrolled in ACE-RFTIs host institutions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DFBDE0F"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282D791"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094A1A8"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10A648D"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6C049BD"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9D9D3AB"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49A1246"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5BBE863"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45DF615F"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344A8AA"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Female students enrolled in host institution</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C074D36"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F29E715"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5930200"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3C066BB"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731FEA2"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4025982"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9307CBC"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42E0E18"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728BD4C1"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5A74B43"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Total students enrolled in ACE-RFTIs Departments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DFF0356"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2FC458"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28C5675"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CDDB552"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081FD6F"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5E43B80"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FCB95D5"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04001A4"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1AFE7885"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96DEAB1"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Female students enrolled in ACE-RFTIs Departments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8D18ECD"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A6003BF"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07C95D9"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68D690B"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03A237"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872E768"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B2448F0"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A0EF5F5"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51F1A05B" w14:textId="77777777" w:rsidTr="00D270E1">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F6248DB" w14:textId="77777777" w:rsidR="00235C9F" w:rsidRPr="00DB6570" w:rsidRDefault="00235C9F" w:rsidP="00235C9F">
            <w:pPr>
              <w:spacing w:after="0" w:line="240" w:lineRule="auto"/>
              <w:rPr>
                <w:rFonts w:ascii="Times New Roman" w:hAnsi="Times New Roman" w:cs="Times New Roman"/>
                <w:sz w:val="22"/>
              </w:rPr>
            </w:pPr>
            <w:r w:rsidRPr="00DB6570">
              <w:rPr>
                <w:rFonts w:ascii="Times New Roman" w:hAnsi="Times New Roman" w:cs="Times New Roman"/>
                <w:b/>
                <w:sz w:val="22"/>
              </w:rPr>
              <w:t>Newly enrolled students (national and regional) in approved programs/ courses in supported centers and RFTIs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891B86C"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95CF049"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D7AED52"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FEF4399"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9011223"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9217C1F"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4A3559A"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917D274"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1ECF3D9E"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DA19255"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PhD</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A77A775"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6038E0"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572CF81"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08F5171"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5344420"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1266502"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8FDA7FD"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6225978"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0D987DE5"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F7B94F8"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Master’s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0E94E9"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1736591"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30C4AFC"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9A5812E"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D59C788"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8489621"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3B45523"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8332828"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00385B68"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E227B3B"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Bachelor’s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BDE5362"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B31C559"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F6CACCA"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72DA9D5"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DD93229"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0662A4E"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A71E341"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E280444"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26A0C659"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D1748D3"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Short Professional Courses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151884A"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FE66B98"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5BA8648"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FBE2663"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CD38094"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8F874B8"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EA2B791"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3693846"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1542A5C3"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0E613FC"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Certificate/Diploma (RFTIs)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599613F"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834784B"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FF7A262"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A1D768C"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759B6C0"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7C487B8"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9975883"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E2B7C0B"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5FFCE035" w14:textId="77777777" w:rsidTr="00D270E1">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8DDF5BE" w14:textId="77777777" w:rsidR="00235C9F" w:rsidRPr="00DB6570" w:rsidRDefault="00235C9F" w:rsidP="00235C9F">
            <w:pPr>
              <w:spacing w:after="0" w:line="240" w:lineRule="auto"/>
              <w:rPr>
                <w:rFonts w:ascii="Times New Roman" w:hAnsi="Times New Roman" w:cs="Times New Roman"/>
                <w:sz w:val="22"/>
              </w:rPr>
            </w:pPr>
            <w:r w:rsidRPr="00DB6570">
              <w:rPr>
                <w:rFonts w:ascii="Times New Roman" w:hAnsi="Times New Roman" w:cs="Times New Roman"/>
                <w:b/>
                <w:sz w:val="22"/>
              </w:rPr>
              <w:t>New enrolled female students (national and regional) in approved programs/courses in supported centers and RFTIs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62953F0"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A85F6D3"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05AF849"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CF3D71F"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190887F"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0D12782"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2E588FC"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AC4EE76"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05567C82"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3324C11"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PhD</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B9CD07D"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9F71A9E"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7C4C349"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284C7F3"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F7757E"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2632FCD"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22DB1D2"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E0BCA23"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5B181AC5"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1F327E5"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Master’s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84E5D86"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166B5A6"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C535E38"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5527E0A"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8B9EF98"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0296945"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FB847BE"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BA52F66"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6F3F68D8"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6C7D2AE"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Bachelor’s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AEA3240"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596C7AD"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476E63B"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06B299E"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A28777B"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D7C5E6F"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73F9D5E"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E84FF35"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4ACEA188"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EA62971"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Short Professional Courses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790C15E"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75733F4"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770D469"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E917F88"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ED677DF"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4C17C67"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DCE65D1"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224DA12"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3D256FA0"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417B2B3"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Certificate/Diploma (RFTIs)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C2F6421"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1211D6E"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E72DDD3"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7B4D1D4"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EE27455"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0958AD7"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3FC2928"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BC3AF36"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0CDD4907" w14:textId="77777777" w:rsidTr="00D270E1">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0383220" w14:textId="77777777" w:rsidR="00235C9F" w:rsidRPr="00DB6570" w:rsidRDefault="00235C9F" w:rsidP="00235C9F">
            <w:pPr>
              <w:spacing w:after="0" w:line="240" w:lineRule="auto"/>
              <w:rPr>
                <w:rFonts w:ascii="Times New Roman" w:hAnsi="Times New Roman" w:cs="Times New Roman"/>
                <w:sz w:val="22"/>
              </w:rPr>
            </w:pPr>
            <w:r w:rsidRPr="00DB6570">
              <w:rPr>
                <w:rFonts w:ascii="Times New Roman" w:hAnsi="Times New Roman" w:cs="Times New Roman"/>
                <w:b/>
                <w:sz w:val="22"/>
              </w:rPr>
              <w:t>New enrolled regional students in approved programs/courses in supported centers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6E7F021"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AF42184"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2B6A4A3"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3D6D968"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45F3C9B"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4A4C745"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07D8E69"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BCD4502"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64D41819"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0474938"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PhD</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9D09B3E"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2E098AE"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D4E080D"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597C772"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ACB4066"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27256AF"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77431F1"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FACD780"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26500B62"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7AD65AD"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Master’s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2227B96"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FEBE5E2"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7DEF861"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FEB5C95"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34B9492"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58F9A14"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116C09D"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0E82E96"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178D14CA"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7D16EBD"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Bachelor’s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8923514"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C0B3A19"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5C0B842"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D699A63"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7549CB5"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40CB64E"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6BA8D0D"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DC206D5"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7DA9D476"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A634328"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Short Professional Courses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D140ABA"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4EC806D"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0079D00"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F1F0D2C"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5493AB6"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55E16FC"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5A4843B"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371BE99"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7B3D9334"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748ADBF"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Certificate/Diploma (RFTIs)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3E7465"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90411D9"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2D6C6C"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5A56D15"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656B696"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7A7915A"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2800302"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4005158"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65E92DDD" w14:textId="77777777" w:rsidTr="00D270E1">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44523DC" w14:textId="77777777" w:rsidR="00235C9F" w:rsidRPr="00DB6570" w:rsidRDefault="00235C9F" w:rsidP="00235C9F">
            <w:pPr>
              <w:spacing w:after="0" w:line="240" w:lineRule="auto"/>
              <w:rPr>
                <w:rFonts w:ascii="Times New Roman" w:hAnsi="Times New Roman" w:cs="Times New Roman"/>
                <w:sz w:val="22"/>
              </w:rPr>
            </w:pPr>
            <w:r w:rsidRPr="00DB6570">
              <w:rPr>
                <w:rFonts w:ascii="Times New Roman" w:hAnsi="Times New Roman" w:cs="Times New Roman"/>
                <w:b/>
                <w:sz w:val="22"/>
              </w:rPr>
              <w:t>Patents, prototypes/start-ups or technologies incubated or commercialized by centers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B7D6D09"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5CCE25D"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014D96F"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AE65463"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140245F"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4C01226"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7851A24"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848A4DB"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4A1CC23C"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D915BFD"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Patents filed or granted</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C82D78C"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293D926"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CFE3EA0"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0B56654"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A237510"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D4ECAC5"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2C5A6E1"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39FF23D"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459F37BE"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C545ADA"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Prototypes developed</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2E3BFA"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7BFDD69"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69DB4BA"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2B0428"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C4B6267"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0AC42A"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F144252"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7410D11"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36CAD1C9"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82A4373"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Start-ups incubated or spun out</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86A5AEF"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32F5998"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8CDCBB"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8FCDAD7"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764199C"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3755A8"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3DDDBA8"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1409CC3"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6E4052C4"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DDEE9E8"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Technologies commercialized</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BC0339D"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788C8B4"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58883DA"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136E93B"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29E6EA1"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306C312"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576664E"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A3F6CDD"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0902A595" w14:textId="77777777" w:rsidTr="00D270E1">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4B42C67" w14:textId="77777777" w:rsidR="00235C9F" w:rsidRPr="00DB6570" w:rsidRDefault="00235C9F" w:rsidP="00235C9F">
            <w:pPr>
              <w:spacing w:after="0" w:line="240" w:lineRule="auto"/>
              <w:rPr>
                <w:rFonts w:ascii="Times New Roman" w:hAnsi="Times New Roman" w:cs="Times New Roman"/>
                <w:sz w:val="22"/>
              </w:rPr>
            </w:pPr>
            <w:r w:rsidRPr="00DB6570">
              <w:rPr>
                <w:rFonts w:ascii="Times New Roman" w:hAnsi="Times New Roman" w:cs="Times New Roman"/>
                <w:b/>
                <w:sz w:val="22"/>
              </w:rPr>
              <w:t>Students completing approved programs/courses in supported centers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F18475A"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1764307"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0F63CC9"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186AB4F"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666C9B2"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0547CE5"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4481EC0"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DD0A97B"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2FBFCE26"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5970D0F"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PhD</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EDCE0AD"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AA419BA"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47BB5FB"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9014DFA"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21949F6"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F37298D"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241CF21"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1B3F4B6"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0F2FEF3E"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C544E16"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Master’s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9448A5D"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57D1309"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5026D9"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FEF1FDC"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3A60A46"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E4E09F"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E89E849"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BA11F06"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639CC02C"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CF9CAA1"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Bachelor’s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5DF69AA"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6E57D2A"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CFFAF5D"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7F76D68"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2D1AD4"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F6B0E02"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9053826"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847BFFB"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0AEA4D8D"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F853679"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Short Professional Courses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487754F"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AC17C3"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418794A"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9F209D6"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5703D9F"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DF8BF4C"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ACFABD7"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C0019CA"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139528CE"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9ADD4AA"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Certificate/Diploma (RFTIs)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C471AB"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749AD40"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0883B1C"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5503FE5"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2AFF9CC"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40F08FE"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FD8D8DB"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D042892"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56252DDB" w14:textId="77777777" w:rsidTr="00D270E1">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C4B306A" w14:textId="77777777" w:rsidR="00235C9F" w:rsidRPr="00DB6570" w:rsidRDefault="00235C9F" w:rsidP="00235C9F">
            <w:pPr>
              <w:spacing w:after="0" w:line="240" w:lineRule="auto"/>
              <w:rPr>
                <w:rFonts w:ascii="Times New Roman" w:hAnsi="Times New Roman" w:cs="Times New Roman"/>
                <w:sz w:val="22"/>
              </w:rPr>
            </w:pPr>
            <w:r w:rsidRPr="00DB6570">
              <w:rPr>
                <w:rFonts w:ascii="Times New Roman" w:hAnsi="Times New Roman" w:cs="Times New Roman"/>
                <w:b/>
                <w:sz w:val="22"/>
              </w:rPr>
              <w:t>Female Students completing from approved programs/courses in supported centers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B8D3A95"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40D4B70"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D13AAFB"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69327DD"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66D2A78"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503079F"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0484A49"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0569F2C"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77AAE8CE"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B5D0059"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PhD</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9E355B5"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15BF8DD"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06716A4"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DDC820C"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F75D27D"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618CDDD"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09E89EE"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D1E1F7E"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7DBB2629"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2B22457"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Master’s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7290109"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B19919C"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EF3D141"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AFA4AC"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F4D3034"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F3F0CEF"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0E0290F"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293DE13"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24D73FC2"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FB3F9FF"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Bachelor’s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68A62DD"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5FF66BF"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215522D"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6FE694D"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1AB0D3"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FFE6040"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CBF49AC"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17A1DD4"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4A5C44FD"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0B5C4F9"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Short Professional Courses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85279F3"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F1D0B8F"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8515433"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3180DE7"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CDA4DFB"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DEE61B6"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D27608D"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AAFEE77"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15C4657C"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0CF7E31"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Certificate/Diploma (RFTIs)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329074D"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809E539"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EAB83CA"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4EBAC2F"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0394BB6"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11A4748"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82D578B"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E84552C"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4173E64F" w14:textId="77777777" w:rsidTr="00D270E1">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A75FA20" w14:textId="77777777" w:rsidR="00235C9F" w:rsidRPr="00DB6570" w:rsidRDefault="00235C9F" w:rsidP="00235C9F">
            <w:pPr>
              <w:spacing w:after="0" w:line="240" w:lineRule="auto"/>
              <w:rPr>
                <w:rFonts w:ascii="Times New Roman" w:hAnsi="Times New Roman" w:cs="Times New Roman"/>
                <w:sz w:val="22"/>
              </w:rPr>
            </w:pPr>
            <w:r w:rsidRPr="00DB6570">
              <w:rPr>
                <w:rFonts w:ascii="Times New Roman" w:hAnsi="Times New Roman" w:cs="Times New Roman"/>
                <w:b/>
                <w:sz w:val="22"/>
              </w:rPr>
              <w:t>Students in supported centers and RFTIs participating in internships in relevant institutions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B095A52"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0DAB437"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1404CD6"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AD0AA0C"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21880C7"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11113DA"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7338FED"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0254925"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33E11EED"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5744AF"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Internships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CF2BB34"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7047442"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0ECF4ED"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D7CDFC6"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AA160D5"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0CAFAB"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DBC2504"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5E4C187"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076CD3ED"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E6C3D7E"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Apprenticeship/work-based learning</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97FEAFA"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B6681B7"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68B1DEC"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207DBC7"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2870A22"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19C6D9C"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925A713"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48758F6"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2922A010" w14:textId="77777777" w:rsidTr="00D270E1">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50AD6A1" w14:textId="77777777" w:rsidR="00235C9F" w:rsidRPr="00DB6570" w:rsidRDefault="00235C9F" w:rsidP="00235C9F">
            <w:pPr>
              <w:spacing w:after="0" w:line="240" w:lineRule="auto"/>
              <w:rPr>
                <w:rFonts w:ascii="Times New Roman" w:hAnsi="Times New Roman" w:cs="Times New Roman"/>
                <w:sz w:val="22"/>
              </w:rPr>
            </w:pPr>
            <w:r w:rsidRPr="00DB6570">
              <w:rPr>
                <w:rFonts w:ascii="Times New Roman" w:hAnsi="Times New Roman" w:cs="Times New Roman"/>
                <w:b/>
                <w:sz w:val="22"/>
              </w:rPr>
              <w:t>Research publications in international recognized peer reviewed journals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BD8CCC9"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734FCE3"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6D636FB"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307FC99"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4724303"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E81A43B"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E86329E"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D50A04E"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281C9E9F" w14:textId="77777777" w:rsidTr="00D270E1">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063437B" w14:textId="77777777" w:rsidR="00235C9F" w:rsidRPr="00DB6570" w:rsidRDefault="00235C9F" w:rsidP="00235C9F">
            <w:pPr>
              <w:spacing w:after="0" w:line="240" w:lineRule="auto"/>
              <w:rPr>
                <w:rFonts w:ascii="Times New Roman" w:hAnsi="Times New Roman" w:cs="Times New Roman"/>
                <w:sz w:val="22"/>
              </w:rPr>
            </w:pPr>
            <w:r w:rsidRPr="00DB6570">
              <w:rPr>
                <w:rFonts w:ascii="Times New Roman" w:hAnsi="Times New Roman" w:cs="Times New Roman"/>
                <w:b/>
                <w:sz w:val="22"/>
              </w:rPr>
              <w:t>Competitive applied research and innovation grants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B208BF7"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AA66B1B"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D67C5B2"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118242A"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6304BAE"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5D425AF"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6B66B63"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F429360"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6D75CECE" w14:textId="77777777" w:rsidTr="00D270E1">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CFDFDF2" w14:textId="77777777" w:rsidR="00235C9F" w:rsidRPr="00DB6570" w:rsidRDefault="00235C9F" w:rsidP="00235C9F">
            <w:pPr>
              <w:spacing w:after="0" w:line="240" w:lineRule="auto"/>
              <w:rPr>
                <w:rFonts w:ascii="Times New Roman" w:hAnsi="Times New Roman" w:cs="Times New Roman"/>
                <w:sz w:val="22"/>
              </w:rPr>
            </w:pPr>
            <w:r w:rsidRPr="00DB6570">
              <w:rPr>
                <w:rFonts w:ascii="Times New Roman" w:hAnsi="Times New Roman" w:cs="Times New Roman"/>
                <w:b/>
                <w:sz w:val="22"/>
              </w:rPr>
              <w:t>Amount of externally generated revenue by the centers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70411FE"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2331877"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D3E42E2"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8988DAC"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F7FFAD2"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BC5FD2A"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58E1AE9"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7AB30A4"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53EFC653" w14:textId="77777777" w:rsidTr="00D270E1">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B8B9CC3" w14:textId="77777777" w:rsidR="00235C9F" w:rsidRPr="00DB6570" w:rsidRDefault="00235C9F" w:rsidP="00235C9F">
            <w:pPr>
              <w:spacing w:after="0" w:line="240" w:lineRule="auto"/>
              <w:rPr>
                <w:rFonts w:ascii="Times New Roman" w:hAnsi="Times New Roman" w:cs="Times New Roman"/>
                <w:sz w:val="22"/>
              </w:rPr>
            </w:pPr>
            <w:r w:rsidRPr="00DB6570">
              <w:rPr>
                <w:rFonts w:ascii="Times New Roman" w:hAnsi="Times New Roman" w:cs="Times New Roman"/>
                <w:b/>
                <w:sz w:val="22"/>
              </w:rPr>
              <w:t>Completion of Institutional functional improvements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609BC49"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E88EF06"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6467CFE"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935DE83"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2A610F2"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7E4E716"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382024C"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D9EE623"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42DF8A88"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0983080"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Career services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98969E0"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7AFAC3E"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96F6F48"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30D162A"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8183095"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30CB07B"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8DB04D3"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554D797"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543CE74C"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4D2529C"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Digitalization, or innovation support systems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3B7DDEC"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FC989DE"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1BAC90A"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5BF51BC"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7AF6F9D"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059BD78"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DC6597F"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D6419C2"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0C72E315"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F822702"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Innovation support systems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F1F3FF4"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CE577BD"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2F707E"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8FB5BBA"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DFAD31F"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824353"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25D92C2"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AD3DA84"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11CEFD4E" w14:textId="77777777" w:rsidTr="00D270E1">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E7E610A" w14:textId="77777777" w:rsidR="00235C9F" w:rsidRPr="00DB6570" w:rsidRDefault="00235C9F" w:rsidP="00235C9F">
            <w:pPr>
              <w:spacing w:after="0" w:line="240" w:lineRule="auto"/>
              <w:rPr>
                <w:rFonts w:ascii="Times New Roman" w:hAnsi="Times New Roman" w:cs="Times New Roman"/>
                <w:sz w:val="22"/>
              </w:rPr>
            </w:pPr>
            <w:r w:rsidRPr="00DB6570">
              <w:rPr>
                <w:rFonts w:ascii="Times New Roman" w:hAnsi="Times New Roman" w:cs="Times New Roman"/>
                <w:b/>
                <w:sz w:val="22"/>
              </w:rPr>
              <w:t>Number of approved programs receiving accreditation</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15D9041"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D73DC5D"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0D9B1F4"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A8CB322"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2C102DB"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1976DCB"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95BBD3E"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F77CBB6"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10D31BD1"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CD85A4C"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National</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30D01F5"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510E081"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381A029"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EEA22EF"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74ADCBA"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E02A45D"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66840A0"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88426D9"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2AED10E5"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DDED142"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Regional</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80E8A86"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0E4FD57"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BD7B119"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CB1D24A"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CDD4249"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F44EFD1"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2B10429"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BF96D8F"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21C1FDDA"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3ADE41A"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International</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1149B27"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E90FB9D"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B1184B7"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A1D0951"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6FB420B"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0215CC3"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AF08A98"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901B679"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63211D7D" w14:textId="77777777" w:rsidTr="00D270E1">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A344905" w14:textId="77777777" w:rsidR="00235C9F" w:rsidRPr="00DB6570" w:rsidRDefault="00235C9F" w:rsidP="00235C9F">
            <w:pPr>
              <w:spacing w:after="0" w:line="240" w:lineRule="auto"/>
              <w:rPr>
                <w:rFonts w:ascii="Times New Roman" w:hAnsi="Times New Roman" w:cs="Times New Roman"/>
                <w:sz w:val="22"/>
              </w:rPr>
            </w:pPr>
            <w:r w:rsidRPr="00DB6570">
              <w:rPr>
                <w:rFonts w:ascii="Times New Roman" w:hAnsi="Times New Roman" w:cs="Times New Roman"/>
                <w:b/>
                <w:sz w:val="22"/>
              </w:rPr>
              <w:t>Share of graduates in productive employment within priority sectors, within 6 months of graduation</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2E220D4"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281240F4"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F52A59C"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0A82AC4"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E7D538E"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8FB4AD3"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B725699"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C70EC2C"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08D97ED3"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8752585"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Share of Female graduates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12D2261"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B8CAC86"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EC33685"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20F5BBE"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23F502D"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1F3CB7B"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0D1EE5A"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0B19CD0"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246095B0" w14:textId="77777777" w:rsidTr="00D270E1">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AE30BE6" w14:textId="77777777" w:rsidR="00235C9F" w:rsidRPr="00DB6570" w:rsidRDefault="00235C9F" w:rsidP="00235C9F">
            <w:pPr>
              <w:spacing w:after="0" w:line="240" w:lineRule="auto"/>
              <w:rPr>
                <w:rFonts w:ascii="Times New Roman" w:hAnsi="Times New Roman" w:cs="Times New Roman"/>
                <w:sz w:val="22"/>
              </w:rPr>
            </w:pPr>
            <w:r w:rsidRPr="00DB6570">
              <w:rPr>
                <w:rFonts w:ascii="Times New Roman" w:hAnsi="Times New Roman" w:cs="Times New Roman"/>
                <w:b/>
                <w:sz w:val="22"/>
              </w:rPr>
              <w:t>Training programs established in priority value chains, co-designed or co-financed with employers</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34C38C7"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6E2AD526"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C400F1B"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0908C33"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45F5114"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7B629DB"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2709C3E"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526964B"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6F0550DC"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85B54A2"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Advanced and post-graduate programs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2CAA092"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27ED316"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674C8DD"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94A7FE8"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A19B4E8"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73E0904"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1ECA50A"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E842828"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4FF82F3C"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9FBE8F4"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Technician and mid-level workforce development</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024BB2D"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C2D5B5A"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31679C4"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304A2799"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7DDF8CB"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99E3FEB"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706C861"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A41F8F1"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69BBA462" w14:textId="77777777" w:rsidTr="00D270E1">
        <w:trPr>
          <w:cantSplit/>
          <w:trHeight w:val="389"/>
          <w:jc w:val="center"/>
        </w:trPr>
        <w:tc>
          <w:tcPr>
            <w:tcW w:w="4464"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F38EA08" w14:textId="77777777" w:rsidR="00235C9F" w:rsidRPr="00DB6570" w:rsidRDefault="00235C9F" w:rsidP="00235C9F">
            <w:pPr>
              <w:spacing w:after="0" w:line="240" w:lineRule="auto"/>
              <w:rPr>
                <w:rFonts w:ascii="Times New Roman" w:hAnsi="Times New Roman" w:cs="Times New Roman"/>
                <w:sz w:val="22"/>
              </w:rPr>
            </w:pPr>
            <w:r w:rsidRPr="00DB6570">
              <w:rPr>
                <w:rFonts w:ascii="Times New Roman" w:hAnsi="Times New Roman" w:cs="Times New Roman"/>
                <w:b/>
                <w:sz w:val="22"/>
              </w:rPr>
              <w:t>Faculty Supported trained</w:t>
            </w:r>
          </w:p>
        </w:tc>
        <w:tc>
          <w:tcPr>
            <w:tcW w:w="1123"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457741EC"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0B28CEE2"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379566E7"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9998B99"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128D6B10"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56510FAA"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ED2D834"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shd w:val="clear" w:color="auto" w:fill="E2F0D9"/>
            <w:tcMar>
              <w:top w:w="45" w:type="dxa"/>
              <w:left w:w="55" w:type="dxa"/>
              <w:bottom w:w="45" w:type="dxa"/>
              <w:right w:w="55" w:type="dxa"/>
            </w:tcMar>
            <w:vAlign w:val="center"/>
          </w:tcPr>
          <w:p w14:paraId="79BD2EDC"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68052A07"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E9E242F"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Academic staff</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3DEFE15"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CC651C1"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F3B4921"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0716608"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964223D"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1825621"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02EECE9"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3434D9C"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759E4358"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92A4681"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Staff (Faculty/Instructors/Trainers) who have completed outreach/industry attachment (≥1 month)</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5DF9549"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D6EE3DD"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2288707"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7D0E732"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4421FDC"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7CD2BB1"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511E704"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AD84365"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24A6942B"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38A7603"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Technical/lab staff and instructors</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1DE326D"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4413133"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40954D0"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5076D87"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901B633"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1B79A6B"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5BABD72E"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A6AF785" w14:textId="77777777" w:rsidR="00235C9F" w:rsidRPr="00DB6570" w:rsidRDefault="00235C9F" w:rsidP="00235C9F">
            <w:pPr>
              <w:spacing w:after="0" w:line="240" w:lineRule="auto"/>
              <w:rPr>
                <w:rFonts w:ascii="Times New Roman" w:hAnsi="Times New Roman" w:cs="Times New Roman"/>
                <w:sz w:val="22"/>
              </w:rPr>
            </w:pPr>
          </w:p>
        </w:tc>
      </w:tr>
      <w:tr w:rsidR="00235C9F" w:rsidRPr="00DB6570" w14:paraId="28CABACB" w14:textId="77777777" w:rsidTr="00D270E1">
        <w:trPr>
          <w:cantSplit/>
          <w:trHeight w:val="331"/>
          <w:jc w:val="center"/>
        </w:trPr>
        <w:tc>
          <w:tcPr>
            <w:tcW w:w="4464"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58EE9D9" w14:textId="77777777" w:rsidR="00235C9F" w:rsidRPr="00DB6570" w:rsidRDefault="00235C9F" w:rsidP="00235C9F">
            <w:pPr>
              <w:spacing w:after="0" w:line="240" w:lineRule="auto"/>
              <w:ind w:left="115"/>
              <w:rPr>
                <w:rFonts w:ascii="Times New Roman" w:hAnsi="Times New Roman" w:cs="Times New Roman"/>
                <w:sz w:val="22"/>
              </w:rPr>
            </w:pPr>
            <w:r w:rsidRPr="00DB6570">
              <w:rPr>
                <w:rFonts w:ascii="Times New Roman" w:hAnsi="Times New Roman" w:cs="Times New Roman"/>
                <w:sz w:val="22"/>
              </w:rPr>
              <w:t>Administrative staff</w:t>
            </w:r>
          </w:p>
        </w:tc>
        <w:tc>
          <w:tcPr>
            <w:tcW w:w="1123"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76ADF475"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A88296A"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4A97331"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13B4F4AC"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201B241B" w14:textId="77777777" w:rsidR="00235C9F" w:rsidRPr="00DB6570" w:rsidRDefault="00235C9F" w:rsidP="00235C9F">
            <w:pPr>
              <w:spacing w:after="0" w:line="240" w:lineRule="auto"/>
              <w:jc w:val="center"/>
              <w:rPr>
                <w:rFonts w:ascii="Times New Roman" w:hAnsi="Times New Roman" w:cs="Times New Roman"/>
                <w:sz w:val="22"/>
              </w:rPr>
            </w:pPr>
          </w:p>
        </w:tc>
        <w:tc>
          <w:tcPr>
            <w:tcW w:w="1036"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4C44ED6F" w14:textId="77777777" w:rsidR="00235C9F" w:rsidRPr="00DB6570" w:rsidRDefault="00235C9F" w:rsidP="00235C9F">
            <w:pPr>
              <w:spacing w:after="0" w:line="240" w:lineRule="auto"/>
              <w:jc w:val="center"/>
              <w:rPr>
                <w:rFonts w:ascii="Times New Roman" w:hAnsi="Times New Roman" w:cs="Times New Roman"/>
                <w:sz w:val="22"/>
              </w:rPr>
            </w:pPr>
          </w:p>
        </w:tc>
        <w:tc>
          <w:tcPr>
            <w:tcW w:w="146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0B559C0F" w14:textId="77777777" w:rsidR="00235C9F" w:rsidRPr="00DB6570" w:rsidRDefault="00235C9F" w:rsidP="00235C9F">
            <w:pPr>
              <w:spacing w:after="0" w:line="240" w:lineRule="auto"/>
              <w:jc w:val="center"/>
              <w:rPr>
                <w:rFonts w:ascii="Times New Roman" w:hAnsi="Times New Roman" w:cs="Times New Roman"/>
                <w:sz w:val="22"/>
              </w:rPr>
            </w:pPr>
          </w:p>
        </w:tc>
        <w:tc>
          <w:tcPr>
            <w:tcW w:w="2448" w:type="dxa"/>
            <w:tcBorders>
              <w:top w:val="single" w:sz="4" w:space="0" w:color="7F7F7F"/>
              <w:left w:val="single" w:sz="4" w:space="0" w:color="7F7F7F"/>
              <w:bottom w:val="single" w:sz="4" w:space="0" w:color="7F7F7F"/>
              <w:right w:val="single" w:sz="4" w:space="0" w:color="7F7F7F"/>
            </w:tcBorders>
            <w:tcMar>
              <w:top w:w="45" w:type="dxa"/>
              <w:left w:w="55" w:type="dxa"/>
              <w:bottom w:w="45" w:type="dxa"/>
              <w:right w:w="55" w:type="dxa"/>
            </w:tcMar>
            <w:vAlign w:val="center"/>
          </w:tcPr>
          <w:p w14:paraId="6E50B207" w14:textId="77777777" w:rsidR="00235C9F" w:rsidRPr="00DB6570" w:rsidRDefault="00235C9F" w:rsidP="00235C9F">
            <w:pPr>
              <w:spacing w:after="0" w:line="240" w:lineRule="auto"/>
              <w:rPr>
                <w:rFonts w:ascii="Times New Roman" w:hAnsi="Times New Roman" w:cs="Times New Roman"/>
                <w:sz w:val="22"/>
              </w:rPr>
            </w:pPr>
          </w:p>
        </w:tc>
      </w:tr>
    </w:tbl>
    <w:p w14:paraId="28A5BCB0" w14:textId="77777777" w:rsidR="00F707BE" w:rsidRPr="00DB6570" w:rsidRDefault="00F707BE" w:rsidP="00F707BE">
      <w:pPr>
        <w:rPr>
          <w:rFonts w:ascii="Times New Roman" w:hAnsi="Times New Roman" w:cs="Times New Roman"/>
          <w:sz w:val="22"/>
        </w:rPr>
      </w:pPr>
    </w:p>
    <w:p w14:paraId="1DC65E21" w14:textId="38F1F4E3" w:rsidR="00322195" w:rsidRPr="00DB6570" w:rsidRDefault="00FC2140" w:rsidP="00322195">
      <w:pPr>
        <w:pStyle w:val="Heading2"/>
        <w:rPr>
          <w:rFonts w:ascii="Times New Roman" w:hAnsi="Times New Roman" w:cs="Times New Roman"/>
          <w:color w:val="auto"/>
          <w:sz w:val="22"/>
          <w:szCs w:val="22"/>
        </w:rPr>
      </w:pPr>
      <w:bookmarkStart w:id="88" w:name="_Toc237525283"/>
      <w:r w:rsidRPr="00DB6570">
        <w:rPr>
          <w:rFonts w:ascii="Times New Roman" w:hAnsi="Times New Roman" w:cs="Times New Roman"/>
          <w:color w:val="auto"/>
          <w:sz w:val="22"/>
          <w:szCs w:val="22"/>
        </w:rPr>
        <w:t xml:space="preserve">5.21 </w:t>
      </w:r>
      <w:r w:rsidR="00322195" w:rsidRPr="00DB6570">
        <w:rPr>
          <w:rFonts w:ascii="Times New Roman" w:hAnsi="Times New Roman" w:cs="Times New Roman"/>
          <w:color w:val="auto"/>
          <w:sz w:val="22"/>
          <w:szCs w:val="22"/>
        </w:rPr>
        <w:t>First 18-Months Procurement Plan</w:t>
      </w:r>
      <w:bookmarkEnd w:id="88"/>
    </w:p>
    <w:p w14:paraId="174804EB" w14:textId="7E866E54" w:rsidR="00083F26" w:rsidRPr="00DB6570" w:rsidRDefault="00083F26" w:rsidP="00083F26">
      <w:pPr>
        <w:pStyle w:val="GuidanceText"/>
        <w:keepNext/>
        <w:rPr>
          <w:rFonts w:ascii="Times New Roman" w:hAnsi="Times New Roman" w:cs="Times New Roman"/>
          <w:color w:val="auto"/>
          <w:sz w:val="22"/>
        </w:rPr>
      </w:pPr>
      <w:r w:rsidRPr="00DB6570">
        <w:rPr>
          <w:rFonts w:ascii="Times New Roman" w:hAnsi="Times New Roman" w:cs="Times New Roman"/>
          <w:color w:val="auto"/>
          <w:sz w:val="22"/>
        </w:rPr>
        <w:t>List all major goods, works, non-consulting services and consulting assignments (major procurement activity e.g., above US$100,000 or strategically important contracts). Values, methods and timing should be consistent with the budget and technical work plan. Include readiness actions such as specifications, designs and approvals</w:t>
      </w:r>
      <w:r w:rsidR="008B37EF" w:rsidRPr="00DB6570">
        <w:rPr>
          <w:rFonts w:ascii="Times New Roman" w:hAnsi="Times New Roman" w:cs="Times New Roman"/>
          <w:color w:val="auto"/>
          <w:sz w:val="22"/>
        </w:rPr>
        <w:t xml:space="preserve"> that will be required prior to procurement</w:t>
      </w:r>
      <w:r w:rsidRPr="00DB6570">
        <w:rPr>
          <w:rFonts w:ascii="Times New Roman" w:hAnsi="Times New Roman" w:cs="Times New Roman"/>
          <w:color w:val="auto"/>
          <w:sz w:val="22"/>
        </w:rPr>
        <w:t>.</w:t>
      </w:r>
    </w:p>
    <w:p w14:paraId="40F17A59" w14:textId="77777777" w:rsidR="00083F26" w:rsidRPr="00DB6570" w:rsidRDefault="00083F26" w:rsidP="00083F26">
      <w:pPr>
        <w:spacing w:after="0" w:line="20" w:lineRule="exact"/>
        <w:rPr>
          <w:rFonts w:ascii="Times New Roman" w:hAnsi="Times New Roman" w:cs="Times New Roman"/>
          <w:sz w:val="22"/>
        </w:rPr>
        <w:sectPr w:rsidR="00083F26" w:rsidRPr="00DB6570" w:rsidSect="00083F26">
          <w:pgSz w:w="16838" w:h="11906" w:orient="landscape"/>
          <w:pgMar w:top="1020" w:right="964" w:bottom="1020" w:left="907" w:header="454" w:footer="454" w:gutter="0"/>
          <w:cols w:space="720"/>
          <w:docGrid w:linePitch="360"/>
        </w:sectPr>
      </w:pPr>
      <w:r w:rsidRPr="00DB6570">
        <w:rPr>
          <w:rFonts w:ascii="Times New Roman" w:hAnsi="Times New Roman" w:cs="Times New Roman"/>
          <w:vanish/>
          <w:sz w:val="22"/>
        </w:rPr>
        <w:t xml:space="preserve"> </w:t>
      </w:r>
    </w:p>
    <w:tbl>
      <w:tblPr>
        <w:tblStyle w:val="TableGrid"/>
        <w:tblW w:w="5000" w:type="pct"/>
        <w:jc w:val="center"/>
        <w:tblLook w:val="04A0" w:firstRow="1" w:lastRow="0" w:firstColumn="1" w:lastColumn="0" w:noHBand="0" w:noVBand="1"/>
      </w:tblPr>
      <w:tblGrid>
        <w:gridCol w:w="2428"/>
        <w:gridCol w:w="2325"/>
        <w:gridCol w:w="2391"/>
        <w:gridCol w:w="2364"/>
        <w:gridCol w:w="2325"/>
        <w:gridCol w:w="3124"/>
      </w:tblGrid>
      <w:tr w:rsidR="00DB5CFD" w:rsidRPr="00DB6570" w14:paraId="23779F43" w14:textId="77777777" w:rsidTr="00DB6B89">
        <w:trPr>
          <w:tblHeader/>
          <w:jc w:val="center"/>
        </w:trPr>
        <w:tc>
          <w:tcPr>
            <w:tcW w:w="811" w:type="pct"/>
            <w:tcMar>
              <w:top w:w="70" w:type="dxa"/>
              <w:left w:w="70" w:type="dxa"/>
              <w:bottom w:w="70" w:type="dxa"/>
              <w:right w:w="70" w:type="dxa"/>
            </w:tcMar>
          </w:tcPr>
          <w:p w14:paraId="1E370821" w14:textId="77777777" w:rsidR="00DB5CFD" w:rsidRPr="00DB6570" w:rsidRDefault="00DB5CFD" w:rsidP="00D270E1">
            <w:pPr>
              <w:rPr>
                <w:rFonts w:ascii="Times New Roman" w:hAnsi="Times New Roman" w:cs="Times New Roman"/>
                <w:sz w:val="22"/>
              </w:rPr>
            </w:pPr>
            <w:r w:rsidRPr="00DB6570">
              <w:rPr>
                <w:rFonts w:ascii="Times New Roman" w:hAnsi="Times New Roman" w:cs="Times New Roman"/>
                <w:b/>
                <w:sz w:val="22"/>
              </w:rPr>
              <w:t>Package / description</w:t>
            </w:r>
          </w:p>
        </w:tc>
        <w:tc>
          <w:tcPr>
            <w:tcW w:w="777" w:type="pct"/>
            <w:tcMar>
              <w:top w:w="70" w:type="dxa"/>
              <w:left w:w="70" w:type="dxa"/>
              <w:bottom w:w="70" w:type="dxa"/>
              <w:right w:w="70" w:type="dxa"/>
            </w:tcMar>
          </w:tcPr>
          <w:p w14:paraId="62C0CD47" w14:textId="77777777" w:rsidR="00DB5CFD" w:rsidRPr="00DB6570" w:rsidRDefault="00DB5CFD" w:rsidP="00D270E1">
            <w:pPr>
              <w:rPr>
                <w:rFonts w:ascii="Times New Roman" w:hAnsi="Times New Roman" w:cs="Times New Roman"/>
                <w:sz w:val="22"/>
              </w:rPr>
            </w:pPr>
            <w:r w:rsidRPr="00DB6570">
              <w:rPr>
                <w:rFonts w:ascii="Times New Roman" w:hAnsi="Times New Roman" w:cs="Times New Roman"/>
                <w:b/>
                <w:sz w:val="22"/>
              </w:rPr>
              <w:t>Purpose / linked activity</w:t>
            </w:r>
          </w:p>
        </w:tc>
        <w:tc>
          <w:tcPr>
            <w:tcW w:w="799" w:type="pct"/>
            <w:tcMar>
              <w:top w:w="70" w:type="dxa"/>
              <w:left w:w="70" w:type="dxa"/>
              <w:bottom w:w="70" w:type="dxa"/>
              <w:right w:w="70" w:type="dxa"/>
            </w:tcMar>
          </w:tcPr>
          <w:p w14:paraId="19900A91" w14:textId="77777777" w:rsidR="00DB5CFD" w:rsidRPr="00DB6570" w:rsidRDefault="00DB5CFD" w:rsidP="00D270E1">
            <w:pPr>
              <w:rPr>
                <w:rFonts w:ascii="Times New Roman" w:hAnsi="Times New Roman" w:cs="Times New Roman"/>
                <w:sz w:val="22"/>
              </w:rPr>
            </w:pPr>
            <w:r w:rsidRPr="00DB6570">
              <w:rPr>
                <w:rFonts w:ascii="Times New Roman" w:hAnsi="Times New Roman" w:cs="Times New Roman"/>
                <w:b/>
                <w:sz w:val="22"/>
              </w:rPr>
              <w:t>Estimated cost (USD)</w:t>
            </w:r>
          </w:p>
        </w:tc>
        <w:tc>
          <w:tcPr>
            <w:tcW w:w="790" w:type="pct"/>
            <w:tcMar>
              <w:top w:w="70" w:type="dxa"/>
              <w:left w:w="70" w:type="dxa"/>
              <w:bottom w:w="70" w:type="dxa"/>
              <w:right w:w="70" w:type="dxa"/>
            </w:tcMar>
          </w:tcPr>
          <w:p w14:paraId="45F2141F" w14:textId="77777777" w:rsidR="00DB5CFD" w:rsidRPr="00DB6570" w:rsidRDefault="00DB5CFD" w:rsidP="00D270E1">
            <w:pPr>
              <w:rPr>
                <w:rFonts w:ascii="Times New Roman" w:hAnsi="Times New Roman" w:cs="Times New Roman"/>
                <w:sz w:val="22"/>
              </w:rPr>
            </w:pPr>
            <w:r w:rsidRPr="00DB6570">
              <w:rPr>
                <w:rFonts w:ascii="Times New Roman" w:hAnsi="Times New Roman" w:cs="Times New Roman"/>
                <w:b/>
                <w:sz w:val="22"/>
              </w:rPr>
              <w:t>Procurement strategy e.g. open competition, selective competition, direct contracting</w:t>
            </w:r>
          </w:p>
        </w:tc>
        <w:tc>
          <w:tcPr>
            <w:tcW w:w="777" w:type="pct"/>
            <w:tcMar>
              <w:top w:w="70" w:type="dxa"/>
              <w:left w:w="70" w:type="dxa"/>
              <w:bottom w:w="70" w:type="dxa"/>
              <w:right w:w="70" w:type="dxa"/>
            </w:tcMar>
          </w:tcPr>
          <w:p w14:paraId="72FAD2FC" w14:textId="77777777" w:rsidR="00DB5CFD" w:rsidRPr="00DB6570" w:rsidRDefault="00DB5CFD" w:rsidP="00D270E1">
            <w:pPr>
              <w:rPr>
                <w:rFonts w:ascii="Times New Roman" w:hAnsi="Times New Roman" w:cs="Times New Roman"/>
                <w:sz w:val="22"/>
              </w:rPr>
            </w:pPr>
            <w:r w:rsidRPr="00DB6570">
              <w:rPr>
                <w:rFonts w:ascii="Times New Roman" w:hAnsi="Times New Roman" w:cs="Times New Roman"/>
                <w:b/>
                <w:sz w:val="22"/>
              </w:rPr>
              <w:t>Planned quarter / year</w:t>
            </w:r>
          </w:p>
        </w:tc>
        <w:tc>
          <w:tcPr>
            <w:tcW w:w="1044" w:type="pct"/>
            <w:tcMar>
              <w:top w:w="70" w:type="dxa"/>
              <w:left w:w="70" w:type="dxa"/>
              <w:bottom w:w="70" w:type="dxa"/>
              <w:right w:w="70" w:type="dxa"/>
            </w:tcMar>
          </w:tcPr>
          <w:p w14:paraId="1B7CF2B4" w14:textId="25AF20A6" w:rsidR="00DB5CFD" w:rsidRPr="00DB6570" w:rsidRDefault="0078706F" w:rsidP="00D270E1">
            <w:pPr>
              <w:rPr>
                <w:rFonts w:ascii="Times New Roman" w:hAnsi="Times New Roman" w:cs="Times New Roman"/>
                <w:sz w:val="22"/>
              </w:rPr>
            </w:pPr>
            <w:r w:rsidRPr="00DB6570">
              <w:rPr>
                <w:rFonts w:ascii="Times New Roman" w:hAnsi="Times New Roman" w:cs="Times New Roman"/>
                <w:b/>
                <w:sz w:val="22"/>
              </w:rPr>
              <w:t>Prior requirements</w:t>
            </w:r>
          </w:p>
        </w:tc>
      </w:tr>
      <w:tr w:rsidR="00DB5CFD" w:rsidRPr="00DB6570" w14:paraId="414A4465" w14:textId="77777777" w:rsidTr="00DB6B89">
        <w:trPr>
          <w:cantSplit/>
          <w:jc w:val="center"/>
        </w:trPr>
        <w:tc>
          <w:tcPr>
            <w:tcW w:w="811" w:type="pct"/>
            <w:tcMar>
              <w:top w:w="70" w:type="dxa"/>
              <w:left w:w="70" w:type="dxa"/>
              <w:bottom w:w="70" w:type="dxa"/>
              <w:right w:w="70" w:type="dxa"/>
            </w:tcMar>
          </w:tcPr>
          <w:p w14:paraId="1D8C3AEF" w14:textId="77777777" w:rsidR="00DB5CFD" w:rsidRPr="00DB6570" w:rsidRDefault="00DB5CFD" w:rsidP="00D270E1">
            <w:pPr>
              <w:pStyle w:val="ResponsePlaceholder"/>
              <w:rPr>
                <w:rFonts w:ascii="Times New Roman" w:hAnsi="Times New Roman" w:cs="Times New Roman"/>
                <w:color w:val="auto"/>
                <w:sz w:val="22"/>
              </w:rPr>
            </w:pPr>
          </w:p>
        </w:tc>
        <w:tc>
          <w:tcPr>
            <w:tcW w:w="777" w:type="pct"/>
            <w:tcMar>
              <w:top w:w="70" w:type="dxa"/>
              <w:left w:w="70" w:type="dxa"/>
              <w:bottom w:w="70" w:type="dxa"/>
              <w:right w:w="70" w:type="dxa"/>
            </w:tcMar>
          </w:tcPr>
          <w:p w14:paraId="33C80545" w14:textId="77777777" w:rsidR="00DB5CFD" w:rsidRPr="00DB6570" w:rsidRDefault="00DB5CFD" w:rsidP="00D270E1">
            <w:pPr>
              <w:pStyle w:val="ResponsePlaceholder"/>
              <w:rPr>
                <w:rFonts w:ascii="Times New Roman" w:hAnsi="Times New Roman" w:cs="Times New Roman"/>
                <w:color w:val="auto"/>
                <w:sz w:val="22"/>
              </w:rPr>
            </w:pPr>
          </w:p>
        </w:tc>
        <w:tc>
          <w:tcPr>
            <w:tcW w:w="799" w:type="pct"/>
            <w:tcMar>
              <w:top w:w="70" w:type="dxa"/>
              <w:left w:w="70" w:type="dxa"/>
              <w:bottom w:w="70" w:type="dxa"/>
              <w:right w:w="70" w:type="dxa"/>
            </w:tcMar>
          </w:tcPr>
          <w:p w14:paraId="1B7EEE0D" w14:textId="77777777" w:rsidR="00DB5CFD" w:rsidRPr="00DB6570" w:rsidRDefault="00DB5CFD" w:rsidP="00D270E1">
            <w:pPr>
              <w:pStyle w:val="ResponsePlaceholder"/>
              <w:rPr>
                <w:rFonts w:ascii="Times New Roman" w:hAnsi="Times New Roman" w:cs="Times New Roman"/>
                <w:color w:val="auto"/>
                <w:sz w:val="22"/>
              </w:rPr>
            </w:pPr>
          </w:p>
        </w:tc>
        <w:tc>
          <w:tcPr>
            <w:tcW w:w="790" w:type="pct"/>
            <w:tcMar>
              <w:top w:w="70" w:type="dxa"/>
              <w:left w:w="70" w:type="dxa"/>
              <w:bottom w:w="70" w:type="dxa"/>
              <w:right w:w="70" w:type="dxa"/>
            </w:tcMar>
          </w:tcPr>
          <w:p w14:paraId="6F7F3539" w14:textId="77777777" w:rsidR="00DB5CFD" w:rsidRPr="00DB6570" w:rsidRDefault="00DB5CFD" w:rsidP="00D270E1">
            <w:pPr>
              <w:pStyle w:val="ResponsePlaceholder"/>
              <w:rPr>
                <w:rFonts w:ascii="Times New Roman" w:hAnsi="Times New Roman" w:cs="Times New Roman"/>
                <w:color w:val="auto"/>
                <w:sz w:val="22"/>
              </w:rPr>
            </w:pPr>
          </w:p>
        </w:tc>
        <w:tc>
          <w:tcPr>
            <w:tcW w:w="777" w:type="pct"/>
            <w:tcMar>
              <w:top w:w="70" w:type="dxa"/>
              <w:left w:w="70" w:type="dxa"/>
              <w:bottom w:w="70" w:type="dxa"/>
              <w:right w:w="70" w:type="dxa"/>
            </w:tcMar>
          </w:tcPr>
          <w:p w14:paraId="7E29B700" w14:textId="77777777" w:rsidR="00DB5CFD" w:rsidRPr="00DB6570" w:rsidRDefault="00DB5CFD" w:rsidP="00D270E1">
            <w:pPr>
              <w:pStyle w:val="ResponsePlaceholder"/>
              <w:rPr>
                <w:rFonts w:ascii="Times New Roman" w:hAnsi="Times New Roman" w:cs="Times New Roman"/>
                <w:color w:val="auto"/>
                <w:sz w:val="22"/>
              </w:rPr>
            </w:pPr>
          </w:p>
        </w:tc>
        <w:tc>
          <w:tcPr>
            <w:tcW w:w="1044" w:type="pct"/>
            <w:tcMar>
              <w:top w:w="70" w:type="dxa"/>
              <w:left w:w="70" w:type="dxa"/>
              <w:bottom w:w="70" w:type="dxa"/>
              <w:right w:w="70" w:type="dxa"/>
            </w:tcMar>
          </w:tcPr>
          <w:p w14:paraId="215E7F67" w14:textId="77777777" w:rsidR="00DB5CFD" w:rsidRPr="00DB6570" w:rsidRDefault="00DB5CFD" w:rsidP="00D270E1">
            <w:pPr>
              <w:pStyle w:val="ResponsePlaceholder"/>
              <w:rPr>
                <w:rFonts w:ascii="Times New Roman" w:hAnsi="Times New Roman" w:cs="Times New Roman"/>
                <w:color w:val="auto"/>
                <w:sz w:val="22"/>
              </w:rPr>
            </w:pPr>
          </w:p>
        </w:tc>
      </w:tr>
      <w:tr w:rsidR="00DB5CFD" w:rsidRPr="00DB6570" w14:paraId="4BE61464" w14:textId="77777777" w:rsidTr="00DB6B89">
        <w:trPr>
          <w:cantSplit/>
          <w:jc w:val="center"/>
        </w:trPr>
        <w:tc>
          <w:tcPr>
            <w:tcW w:w="811" w:type="pct"/>
            <w:tcMar>
              <w:top w:w="70" w:type="dxa"/>
              <w:left w:w="70" w:type="dxa"/>
              <w:bottom w:w="70" w:type="dxa"/>
              <w:right w:w="70" w:type="dxa"/>
            </w:tcMar>
          </w:tcPr>
          <w:p w14:paraId="701A38DC" w14:textId="77777777" w:rsidR="00DB5CFD" w:rsidRPr="00DB6570" w:rsidRDefault="00DB5CFD" w:rsidP="00D270E1">
            <w:pPr>
              <w:pStyle w:val="ResponsePlaceholder"/>
              <w:rPr>
                <w:rFonts w:ascii="Times New Roman" w:hAnsi="Times New Roman" w:cs="Times New Roman"/>
                <w:color w:val="auto"/>
                <w:sz w:val="22"/>
              </w:rPr>
            </w:pPr>
          </w:p>
        </w:tc>
        <w:tc>
          <w:tcPr>
            <w:tcW w:w="777" w:type="pct"/>
            <w:tcMar>
              <w:top w:w="70" w:type="dxa"/>
              <w:left w:w="70" w:type="dxa"/>
              <w:bottom w:w="70" w:type="dxa"/>
              <w:right w:w="70" w:type="dxa"/>
            </w:tcMar>
          </w:tcPr>
          <w:p w14:paraId="72A5AE46" w14:textId="77777777" w:rsidR="00DB5CFD" w:rsidRPr="00DB6570" w:rsidRDefault="00DB5CFD" w:rsidP="00D270E1">
            <w:pPr>
              <w:pStyle w:val="ResponsePlaceholder"/>
              <w:rPr>
                <w:rFonts w:ascii="Times New Roman" w:hAnsi="Times New Roman" w:cs="Times New Roman"/>
                <w:color w:val="auto"/>
                <w:sz w:val="22"/>
              </w:rPr>
            </w:pPr>
          </w:p>
        </w:tc>
        <w:tc>
          <w:tcPr>
            <w:tcW w:w="799" w:type="pct"/>
            <w:tcMar>
              <w:top w:w="70" w:type="dxa"/>
              <w:left w:w="70" w:type="dxa"/>
              <w:bottom w:w="70" w:type="dxa"/>
              <w:right w:w="70" w:type="dxa"/>
            </w:tcMar>
          </w:tcPr>
          <w:p w14:paraId="591B9BE1" w14:textId="77777777" w:rsidR="00DB5CFD" w:rsidRPr="00DB6570" w:rsidRDefault="00DB5CFD" w:rsidP="00D270E1">
            <w:pPr>
              <w:pStyle w:val="ResponsePlaceholder"/>
              <w:rPr>
                <w:rFonts w:ascii="Times New Roman" w:hAnsi="Times New Roman" w:cs="Times New Roman"/>
                <w:color w:val="auto"/>
                <w:sz w:val="22"/>
              </w:rPr>
            </w:pPr>
          </w:p>
        </w:tc>
        <w:tc>
          <w:tcPr>
            <w:tcW w:w="790" w:type="pct"/>
            <w:tcMar>
              <w:top w:w="70" w:type="dxa"/>
              <w:left w:w="70" w:type="dxa"/>
              <w:bottom w:w="70" w:type="dxa"/>
              <w:right w:w="70" w:type="dxa"/>
            </w:tcMar>
          </w:tcPr>
          <w:p w14:paraId="1337E8AC" w14:textId="77777777" w:rsidR="00DB5CFD" w:rsidRPr="00DB6570" w:rsidRDefault="00DB5CFD" w:rsidP="00D270E1">
            <w:pPr>
              <w:pStyle w:val="ResponsePlaceholder"/>
              <w:rPr>
                <w:rFonts w:ascii="Times New Roman" w:hAnsi="Times New Roman" w:cs="Times New Roman"/>
                <w:color w:val="auto"/>
                <w:sz w:val="22"/>
              </w:rPr>
            </w:pPr>
          </w:p>
        </w:tc>
        <w:tc>
          <w:tcPr>
            <w:tcW w:w="777" w:type="pct"/>
            <w:tcMar>
              <w:top w:w="70" w:type="dxa"/>
              <w:left w:w="70" w:type="dxa"/>
              <w:bottom w:w="70" w:type="dxa"/>
              <w:right w:w="70" w:type="dxa"/>
            </w:tcMar>
          </w:tcPr>
          <w:p w14:paraId="62E5D178" w14:textId="77777777" w:rsidR="00DB5CFD" w:rsidRPr="00DB6570" w:rsidRDefault="00DB5CFD" w:rsidP="00D270E1">
            <w:pPr>
              <w:pStyle w:val="ResponsePlaceholder"/>
              <w:rPr>
                <w:rFonts w:ascii="Times New Roman" w:hAnsi="Times New Roman" w:cs="Times New Roman"/>
                <w:color w:val="auto"/>
                <w:sz w:val="22"/>
              </w:rPr>
            </w:pPr>
          </w:p>
        </w:tc>
        <w:tc>
          <w:tcPr>
            <w:tcW w:w="1044" w:type="pct"/>
            <w:tcMar>
              <w:top w:w="70" w:type="dxa"/>
              <w:left w:w="70" w:type="dxa"/>
              <w:bottom w:w="70" w:type="dxa"/>
              <w:right w:w="70" w:type="dxa"/>
            </w:tcMar>
          </w:tcPr>
          <w:p w14:paraId="25A1D145" w14:textId="77777777" w:rsidR="00DB5CFD" w:rsidRPr="00DB6570" w:rsidRDefault="00DB5CFD" w:rsidP="00D270E1">
            <w:pPr>
              <w:pStyle w:val="ResponsePlaceholder"/>
              <w:rPr>
                <w:rFonts w:ascii="Times New Roman" w:hAnsi="Times New Roman" w:cs="Times New Roman"/>
                <w:color w:val="auto"/>
                <w:sz w:val="22"/>
              </w:rPr>
            </w:pPr>
          </w:p>
        </w:tc>
      </w:tr>
      <w:tr w:rsidR="00DB5CFD" w:rsidRPr="00DB6570" w14:paraId="433158DB" w14:textId="77777777" w:rsidTr="00DB6B89">
        <w:trPr>
          <w:cantSplit/>
          <w:jc w:val="center"/>
        </w:trPr>
        <w:tc>
          <w:tcPr>
            <w:tcW w:w="811" w:type="pct"/>
            <w:tcMar>
              <w:top w:w="70" w:type="dxa"/>
              <w:left w:w="70" w:type="dxa"/>
              <w:bottom w:w="70" w:type="dxa"/>
              <w:right w:w="70" w:type="dxa"/>
            </w:tcMar>
          </w:tcPr>
          <w:p w14:paraId="74BFC7EA" w14:textId="77777777" w:rsidR="00DB5CFD" w:rsidRPr="00DB6570" w:rsidRDefault="00DB5CFD" w:rsidP="00D270E1">
            <w:pPr>
              <w:pStyle w:val="ResponsePlaceholder"/>
              <w:rPr>
                <w:rFonts w:ascii="Times New Roman" w:hAnsi="Times New Roman" w:cs="Times New Roman"/>
                <w:color w:val="auto"/>
                <w:sz w:val="22"/>
              </w:rPr>
            </w:pPr>
          </w:p>
        </w:tc>
        <w:tc>
          <w:tcPr>
            <w:tcW w:w="777" w:type="pct"/>
            <w:tcMar>
              <w:top w:w="70" w:type="dxa"/>
              <w:left w:w="70" w:type="dxa"/>
              <w:bottom w:w="70" w:type="dxa"/>
              <w:right w:w="70" w:type="dxa"/>
            </w:tcMar>
          </w:tcPr>
          <w:p w14:paraId="54703951" w14:textId="77777777" w:rsidR="00DB5CFD" w:rsidRPr="00DB6570" w:rsidRDefault="00DB5CFD" w:rsidP="00D270E1">
            <w:pPr>
              <w:pStyle w:val="ResponsePlaceholder"/>
              <w:rPr>
                <w:rFonts w:ascii="Times New Roman" w:hAnsi="Times New Roman" w:cs="Times New Roman"/>
                <w:color w:val="auto"/>
                <w:sz w:val="22"/>
              </w:rPr>
            </w:pPr>
          </w:p>
        </w:tc>
        <w:tc>
          <w:tcPr>
            <w:tcW w:w="799" w:type="pct"/>
            <w:tcMar>
              <w:top w:w="70" w:type="dxa"/>
              <w:left w:w="70" w:type="dxa"/>
              <w:bottom w:w="70" w:type="dxa"/>
              <w:right w:w="70" w:type="dxa"/>
            </w:tcMar>
          </w:tcPr>
          <w:p w14:paraId="7053B39C" w14:textId="77777777" w:rsidR="00DB5CFD" w:rsidRPr="00DB6570" w:rsidRDefault="00DB5CFD" w:rsidP="00D270E1">
            <w:pPr>
              <w:pStyle w:val="ResponsePlaceholder"/>
              <w:rPr>
                <w:rFonts w:ascii="Times New Roman" w:hAnsi="Times New Roman" w:cs="Times New Roman"/>
                <w:color w:val="auto"/>
                <w:sz w:val="22"/>
              </w:rPr>
            </w:pPr>
          </w:p>
        </w:tc>
        <w:tc>
          <w:tcPr>
            <w:tcW w:w="790" w:type="pct"/>
            <w:tcMar>
              <w:top w:w="70" w:type="dxa"/>
              <w:left w:w="70" w:type="dxa"/>
              <w:bottom w:w="70" w:type="dxa"/>
              <w:right w:w="70" w:type="dxa"/>
            </w:tcMar>
          </w:tcPr>
          <w:p w14:paraId="561E6A0C" w14:textId="77777777" w:rsidR="00DB5CFD" w:rsidRPr="00DB6570" w:rsidRDefault="00DB5CFD" w:rsidP="00D270E1">
            <w:pPr>
              <w:pStyle w:val="ResponsePlaceholder"/>
              <w:rPr>
                <w:rFonts w:ascii="Times New Roman" w:hAnsi="Times New Roman" w:cs="Times New Roman"/>
                <w:color w:val="auto"/>
                <w:sz w:val="22"/>
              </w:rPr>
            </w:pPr>
          </w:p>
        </w:tc>
        <w:tc>
          <w:tcPr>
            <w:tcW w:w="777" w:type="pct"/>
            <w:tcMar>
              <w:top w:w="70" w:type="dxa"/>
              <w:left w:w="70" w:type="dxa"/>
              <w:bottom w:w="70" w:type="dxa"/>
              <w:right w:w="70" w:type="dxa"/>
            </w:tcMar>
          </w:tcPr>
          <w:p w14:paraId="67D72A4B" w14:textId="77777777" w:rsidR="00DB5CFD" w:rsidRPr="00DB6570" w:rsidRDefault="00DB5CFD" w:rsidP="00D270E1">
            <w:pPr>
              <w:pStyle w:val="ResponsePlaceholder"/>
              <w:rPr>
                <w:rFonts w:ascii="Times New Roman" w:hAnsi="Times New Roman" w:cs="Times New Roman"/>
                <w:color w:val="auto"/>
                <w:sz w:val="22"/>
              </w:rPr>
            </w:pPr>
          </w:p>
        </w:tc>
        <w:tc>
          <w:tcPr>
            <w:tcW w:w="1044" w:type="pct"/>
            <w:tcMar>
              <w:top w:w="70" w:type="dxa"/>
              <w:left w:w="70" w:type="dxa"/>
              <w:bottom w:w="70" w:type="dxa"/>
              <w:right w:w="70" w:type="dxa"/>
            </w:tcMar>
          </w:tcPr>
          <w:p w14:paraId="447E7A94" w14:textId="77777777" w:rsidR="00DB5CFD" w:rsidRPr="00DB6570" w:rsidRDefault="00DB5CFD" w:rsidP="00D270E1">
            <w:pPr>
              <w:pStyle w:val="ResponsePlaceholder"/>
              <w:rPr>
                <w:rFonts w:ascii="Times New Roman" w:hAnsi="Times New Roman" w:cs="Times New Roman"/>
                <w:color w:val="auto"/>
                <w:sz w:val="22"/>
              </w:rPr>
            </w:pPr>
          </w:p>
        </w:tc>
      </w:tr>
    </w:tbl>
    <w:p w14:paraId="572AA246" w14:textId="77777777" w:rsidR="00083F26" w:rsidRPr="00DB6570" w:rsidRDefault="00083F26" w:rsidP="00083F26">
      <w:pPr>
        <w:rPr>
          <w:rFonts w:ascii="Times New Roman" w:hAnsi="Times New Roman" w:cs="Times New Roman"/>
          <w:sz w:val="22"/>
        </w:rPr>
      </w:pPr>
    </w:p>
    <w:p w14:paraId="54CA1518" w14:textId="77777777" w:rsidR="00F707BE" w:rsidRPr="00DB6570" w:rsidRDefault="00F707BE" w:rsidP="00F707BE">
      <w:pPr>
        <w:rPr>
          <w:rFonts w:ascii="Times New Roman" w:hAnsi="Times New Roman" w:cs="Times New Roman"/>
          <w:sz w:val="22"/>
        </w:rPr>
      </w:pPr>
    </w:p>
    <w:p w14:paraId="52695BB5" w14:textId="18D368DB" w:rsidR="00CC1A0C" w:rsidRPr="00DB6570" w:rsidRDefault="00FC2140" w:rsidP="00CC1A0C">
      <w:pPr>
        <w:pStyle w:val="Heading2"/>
        <w:rPr>
          <w:rFonts w:ascii="Times New Roman" w:hAnsi="Times New Roman" w:cs="Times New Roman"/>
          <w:color w:val="auto"/>
          <w:sz w:val="22"/>
          <w:szCs w:val="22"/>
        </w:rPr>
      </w:pPr>
      <w:bookmarkStart w:id="89" w:name="_Toc237525284"/>
      <w:r w:rsidRPr="00DB6570">
        <w:rPr>
          <w:rFonts w:ascii="Times New Roman" w:hAnsi="Times New Roman" w:cs="Times New Roman"/>
          <w:color w:val="auto"/>
          <w:sz w:val="22"/>
          <w:szCs w:val="22"/>
        </w:rPr>
        <w:t xml:space="preserve">5.22 </w:t>
      </w:r>
      <w:r w:rsidR="00CC1A0C" w:rsidRPr="00DB6570">
        <w:rPr>
          <w:rFonts w:ascii="Times New Roman" w:hAnsi="Times New Roman" w:cs="Times New Roman"/>
          <w:color w:val="auto"/>
          <w:sz w:val="22"/>
          <w:szCs w:val="22"/>
        </w:rPr>
        <w:t>Detailed Budget and Financing Plan</w:t>
      </w:r>
      <w:bookmarkEnd w:id="89"/>
    </w:p>
    <w:p w14:paraId="2EF00539" w14:textId="77777777" w:rsidR="00CC1A0C" w:rsidRPr="00DB6570" w:rsidRDefault="00CC1A0C" w:rsidP="00CC1A0C">
      <w:pPr>
        <w:pStyle w:val="GuidanceText"/>
        <w:keepNext/>
        <w:rPr>
          <w:rFonts w:ascii="Times New Roman" w:hAnsi="Times New Roman" w:cs="Times New Roman"/>
          <w:color w:val="auto"/>
          <w:sz w:val="22"/>
        </w:rPr>
      </w:pPr>
      <w:r w:rsidRPr="00DB6570">
        <w:rPr>
          <w:rFonts w:ascii="Times New Roman" w:hAnsi="Times New Roman" w:cs="Times New Roman"/>
          <w:color w:val="auto"/>
          <w:sz w:val="22"/>
        </w:rPr>
        <w:t>Provide separate institutional budgets where applicable, annual phasing, unit-cost assumptions, counterpart and co-financing, recurrent cost implications and post-program obligations. Institutional strengthening and civil works shares must comply with the applicable ceilings.</w:t>
      </w:r>
    </w:p>
    <w:tbl>
      <w:tblPr>
        <w:tblStyle w:val="TableGrid"/>
        <w:tblW w:w="9000" w:type="dxa"/>
        <w:tblLook w:val="04A0" w:firstRow="1" w:lastRow="0" w:firstColumn="1" w:lastColumn="0" w:noHBand="0" w:noVBand="1"/>
      </w:tblPr>
      <w:tblGrid>
        <w:gridCol w:w="9000"/>
      </w:tblGrid>
      <w:tr w:rsidR="00CC1A0C" w:rsidRPr="00DB6570" w14:paraId="7A7A9F2F" w14:textId="77777777" w:rsidTr="005E44DD">
        <w:tc>
          <w:tcPr>
            <w:tcW w:w="9866" w:type="dxa"/>
            <w:shd w:val="clear" w:color="auto" w:fill="FAFAFA"/>
            <w:tcMar>
              <w:top w:w="110" w:type="dxa"/>
              <w:left w:w="120" w:type="dxa"/>
              <w:bottom w:w="110" w:type="dxa"/>
              <w:right w:w="120" w:type="dxa"/>
            </w:tcMar>
          </w:tcPr>
          <w:p w14:paraId="65AAE723" w14:textId="639E5A89" w:rsidR="00CC1A0C" w:rsidRPr="00DB6570" w:rsidRDefault="00782A7F" w:rsidP="00D270E1">
            <w:pPr>
              <w:rPr>
                <w:rFonts w:ascii="Times New Roman" w:hAnsi="Times New Roman" w:cs="Times New Roman"/>
                <w:sz w:val="22"/>
              </w:rPr>
            </w:pPr>
            <w:r w:rsidRPr="00782A7F">
              <w:rPr>
                <w:rFonts w:ascii="Times New Roman" w:hAnsi="Times New Roman" w:cs="Times New Roman"/>
                <w:i/>
                <w:sz w:val="22"/>
              </w:rPr>
              <w:t>[Applicant response  must not exceed 300 words.]</w:t>
            </w:r>
          </w:p>
          <w:p w14:paraId="68720D71" w14:textId="77777777" w:rsidR="00CC1A0C" w:rsidRPr="00DB6570" w:rsidRDefault="00CC1A0C" w:rsidP="00D270E1">
            <w:pPr>
              <w:rPr>
                <w:rFonts w:ascii="Times New Roman" w:hAnsi="Times New Roman" w:cs="Times New Roman"/>
                <w:sz w:val="22"/>
              </w:rPr>
            </w:pPr>
          </w:p>
        </w:tc>
      </w:tr>
    </w:tbl>
    <w:p w14:paraId="4D39C6EF" w14:textId="77777777" w:rsidR="00CC1A0C" w:rsidRPr="00DB6570" w:rsidRDefault="00CC1A0C" w:rsidP="00CC1A0C">
      <w:pPr>
        <w:spacing w:after="0"/>
        <w:rPr>
          <w:rFonts w:ascii="Times New Roman" w:hAnsi="Times New Roman" w:cs="Times New Roman"/>
          <w:sz w:val="22"/>
        </w:rPr>
      </w:pPr>
    </w:p>
    <w:p w14:paraId="3C919837" w14:textId="77777777" w:rsidR="00CC1A0C" w:rsidRPr="00DB6570" w:rsidRDefault="00CC1A0C" w:rsidP="00CC1A0C">
      <w:pPr>
        <w:spacing w:after="0" w:line="20" w:lineRule="exact"/>
        <w:rPr>
          <w:rFonts w:ascii="Times New Roman" w:hAnsi="Times New Roman" w:cs="Times New Roman"/>
          <w:sz w:val="22"/>
        </w:rPr>
        <w:sectPr w:rsidR="00CC1A0C" w:rsidRPr="00DB6570" w:rsidSect="005E44DD">
          <w:type w:val="continuous"/>
          <w:pgSz w:w="16838" w:h="11906" w:orient="landscape"/>
          <w:pgMar w:top="1020" w:right="964" w:bottom="1020" w:left="907" w:header="454" w:footer="454" w:gutter="0"/>
          <w:cols w:space="720"/>
          <w:docGrid w:linePitch="360"/>
        </w:sectPr>
      </w:pPr>
      <w:r w:rsidRPr="00DB6570">
        <w:rPr>
          <w:rFonts w:ascii="Times New Roman" w:hAnsi="Times New Roman" w:cs="Times New Roman"/>
          <w:vanish/>
          <w:sz w:val="22"/>
        </w:rPr>
        <w:t xml:space="preserve"> </w:t>
      </w:r>
    </w:p>
    <w:p w14:paraId="38894435" w14:textId="07DC2BDC" w:rsidR="00CC1A0C" w:rsidRPr="00DB6570" w:rsidRDefault="00FC2140" w:rsidP="00CC1A0C">
      <w:pPr>
        <w:pStyle w:val="Heading3"/>
        <w:rPr>
          <w:rFonts w:ascii="Times New Roman" w:hAnsi="Times New Roman" w:cs="Times New Roman"/>
          <w:color w:val="auto"/>
          <w:sz w:val="22"/>
        </w:rPr>
      </w:pPr>
      <w:bookmarkStart w:id="90" w:name="_Toc237525285"/>
      <w:r w:rsidRPr="00DB6570">
        <w:rPr>
          <w:rFonts w:ascii="Times New Roman" w:hAnsi="Times New Roman" w:cs="Times New Roman"/>
          <w:color w:val="auto"/>
          <w:sz w:val="22"/>
        </w:rPr>
        <w:t xml:space="preserve">5.22.1 </w:t>
      </w:r>
      <w:r w:rsidR="00CC1A0C" w:rsidRPr="00DB6570">
        <w:rPr>
          <w:rFonts w:ascii="Times New Roman" w:hAnsi="Times New Roman" w:cs="Times New Roman"/>
          <w:color w:val="auto"/>
          <w:sz w:val="22"/>
        </w:rPr>
        <w:t>Institutional Budget Summary</w:t>
      </w:r>
      <w:bookmarkEnd w:id="90"/>
    </w:p>
    <w:tbl>
      <w:tblPr>
        <w:tblStyle w:val="TableGrid"/>
        <w:tblW w:w="5000" w:type="pct"/>
        <w:jc w:val="center"/>
        <w:tblLook w:val="04A0" w:firstRow="1" w:lastRow="0" w:firstColumn="1" w:lastColumn="0" w:noHBand="0" w:noVBand="1"/>
      </w:tblPr>
      <w:tblGrid>
        <w:gridCol w:w="947"/>
        <w:gridCol w:w="892"/>
        <w:gridCol w:w="908"/>
        <w:gridCol w:w="908"/>
        <w:gridCol w:w="908"/>
        <w:gridCol w:w="908"/>
        <w:gridCol w:w="908"/>
        <w:gridCol w:w="1266"/>
        <w:gridCol w:w="909"/>
        <w:gridCol w:w="1302"/>
      </w:tblGrid>
      <w:tr w:rsidR="00CC1A0C" w:rsidRPr="00DB6570" w14:paraId="790E8DE4" w14:textId="77777777" w:rsidTr="00B34ADD">
        <w:trPr>
          <w:tblHeader/>
          <w:jc w:val="center"/>
        </w:trPr>
        <w:tc>
          <w:tcPr>
            <w:tcW w:w="480" w:type="pct"/>
            <w:tcMar>
              <w:top w:w="70" w:type="dxa"/>
              <w:left w:w="70" w:type="dxa"/>
              <w:bottom w:w="70" w:type="dxa"/>
              <w:right w:w="70" w:type="dxa"/>
            </w:tcMar>
          </w:tcPr>
          <w:p w14:paraId="050A7103" w14:textId="77777777" w:rsidR="00CC1A0C" w:rsidRPr="00DB6570" w:rsidRDefault="00CC1A0C" w:rsidP="00D270E1">
            <w:pPr>
              <w:rPr>
                <w:rFonts w:ascii="Times New Roman" w:hAnsi="Times New Roman" w:cs="Times New Roman"/>
                <w:sz w:val="22"/>
              </w:rPr>
            </w:pPr>
            <w:r w:rsidRPr="00DB6570">
              <w:rPr>
                <w:rFonts w:ascii="Times New Roman" w:hAnsi="Times New Roman" w:cs="Times New Roman"/>
                <w:b/>
                <w:sz w:val="22"/>
              </w:rPr>
              <w:t>Budget category</w:t>
            </w:r>
          </w:p>
        </w:tc>
        <w:tc>
          <w:tcPr>
            <w:tcW w:w="453" w:type="pct"/>
            <w:tcMar>
              <w:top w:w="70" w:type="dxa"/>
              <w:left w:w="70" w:type="dxa"/>
              <w:bottom w:w="70" w:type="dxa"/>
              <w:right w:w="70" w:type="dxa"/>
            </w:tcMar>
          </w:tcPr>
          <w:p w14:paraId="7C9E25B3" w14:textId="77777777" w:rsidR="00CC1A0C" w:rsidRPr="00DB6570" w:rsidRDefault="00CC1A0C" w:rsidP="00D270E1">
            <w:pPr>
              <w:rPr>
                <w:rFonts w:ascii="Times New Roman" w:hAnsi="Times New Roman" w:cs="Times New Roman"/>
                <w:sz w:val="22"/>
              </w:rPr>
            </w:pPr>
            <w:r w:rsidRPr="00DB6570">
              <w:rPr>
                <w:rFonts w:ascii="Times New Roman" w:hAnsi="Times New Roman" w:cs="Times New Roman"/>
                <w:b/>
                <w:sz w:val="22"/>
              </w:rPr>
              <w:t>Y1</w:t>
            </w:r>
          </w:p>
        </w:tc>
        <w:tc>
          <w:tcPr>
            <w:tcW w:w="461" w:type="pct"/>
            <w:tcMar>
              <w:top w:w="70" w:type="dxa"/>
              <w:left w:w="70" w:type="dxa"/>
              <w:bottom w:w="70" w:type="dxa"/>
              <w:right w:w="70" w:type="dxa"/>
            </w:tcMar>
          </w:tcPr>
          <w:p w14:paraId="5A194B46" w14:textId="77777777" w:rsidR="00CC1A0C" w:rsidRPr="00DB6570" w:rsidRDefault="00CC1A0C" w:rsidP="00D270E1">
            <w:pPr>
              <w:rPr>
                <w:rFonts w:ascii="Times New Roman" w:hAnsi="Times New Roman" w:cs="Times New Roman"/>
                <w:sz w:val="22"/>
              </w:rPr>
            </w:pPr>
            <w:r w:rsidRPr="00DB6570">
              <w:rPr>
                <w:rFonts w:ascii="Times New Roman" w:hAnsi="Times New Roman" w:cs="Times New Roman"/>
                <w:b/>
                <w:sz w:val="22"/>
              </w:rPr>
              <w:t>Y2</w:t>
            </w:r>
          </w:p>
        </w:tc>
        <w:tc>
          <w:tcPr>
            <w:tcW w:w="461" w:type="pct"/>
            <w:tcMar>
              <w:top w:w="70" w:type="dxa"/>
              <w:left w:w="70" w:type="dxa"/>
              <w:bottom w:w="70" w:type="dxa"/>
              <w:right w:w="70" w:type="dxa"/>
            </w:tcMar>
          </w:tcPr>
          <w:p w14:paraId="17699107" w14:textId="77777777" w:rsidR="00CC1A0C" w:rsidRPr="00DB6570" w:rsidRDefault="00CC1A0C" w:rsidP="00D270E1">
            <w:pPr>
              <w:rPr>
                <w:rFonts w:ascii="Times New Roman" w:hAnsi="Times New Roman" w:cs="Times New Roman"/>
                <w:sz w:val="22"/>
              </w:rPr>
            </w:pPr>
            <w:r w:rsidRPr="00DB6570">
              <w:rPr>
                <w:rFonts w:ascii="Times New Roman" w:hAnsi="Times New Roman" w:cs="Times New Roman"/>
                <w:b/>
                <w:sz w:val="22"/>
              </w:rPr>
              <w:t>Y3</w:t>
            </w:r>
          </w:p>
        </w:tc>
        <w:tc>
          <w:tcPr>
            <w:tcW w:w="461" w:type="pct"/>
            <w:tcMar>
              <w:top w:w="70" w:type="dxa"/>
              <w:left w:w="70" w:type="dxa"/>
              <w:bottom w:w="70" w:type="dxa"/>
              <w:right w:w="70" w:type="dxa"/>
            </w:tcMar>
          </w:tcPr>
          <w:p w14:paraId="47ED6FCA" w14:textId="77777777" w:rsidR="00CC1A0C" w:rsidRPr="00DB6570" w:rsidRDefault="00CC1A0C" w:rsidP="00D270E1">
            <w:pPr>
              <w:rPr>
                <w:rFonts w:ascii="Times New Roman" w:hAnsi="Times New Roman" w:cs="Times New Roman"/>
                <w:sz w:val="22"/>
              </w:rPr>
            </w:pPr>
            <w:r w:rsidRPr="00DB6570">
              <w:rPr>
                <w:rFonts w:ascii="Times New Roman" w:hAnsi="Times New Roman" w:cs="Times New Roman"/>
                <w:b/>
                <w:sz w:val="22"/>
              </w:rPr>
              <w:t>Y4</w:t>
            </w:r>
          </w:p>
        </w:tc>
        <w:tc>
          <w:tcPr>
            <w:tcW w:w="461" w:type="pct"/>
            <w:tcMar>
              <w:top w:w="70" w:type="dxa"/>
              <w:left w:w="70" w:type="dxa"/>
              <w:bottom w:w="70" w:type="dxa"/>
              <w:right w:w="70" w:type="dxa"/>
            </w:tcMar>
          </w:tcPr>
          <w:p w14:paraId="7AE685B3" w14:textId="77777777" w:rsidR="00CC1A0C" w:rsidRPr="00DB6570" w:rsidRDefault="00CC1A0C" w:rsidP="00D270E1">
            <w:pPr>
              <w:rPr>
                <w:rFonts w:ascii="Times New Roman" w:hAnsi="Times New Roman" w:cs="Times New Roman"/>
                <w:sz w:val="22"/>
              </w:rPr>
            </w:pPr>
            <w:r w:rsidRPr="00DB6570">
              <w:rPr>
                <w:rFonts w:ascii="Times New Roman" w:hAnsi="Times New Roman" w:cs="Times New Roman"/>
                <w:b/>
                <w:sz w:val="22"/>
              </w:rPr>
              <w:t>Y5</w:t>
            </w:r>
          </w:p>
        </w:tc>
        <w:tc>
          <w:tcPr>
            <w:tcW w:w="461" w:type="pct"/>
            <w:tcMar>
              <w:top w:w="70" w:type="dxa"/>
              <w:left w:w="70" w:type="dxa"/>
              <w:bottom w:w="70" w:type="dxa"/>
              <w:right w:w="70" w:type="dxa"/>
            </w:tcMar>
          </w:tcPr>
          <w:p w14:paraId="78A424C0" w14:textId="77777777" w:rsidR="00CC1A0C" w:rsidRPr="00DB6570" w:rsidRDefault="00CC1A0C" w:rsidP="00D270E1">
            <w:pPr>
              <w:rPr>
                <w:rFonts w:ascii="Times New Roman" w:hAnsi="Times New Roman" w:cs="Times New Roman"/>
                <w:sz w:val="22"/>
              </w:rPr>
            </w:pPr>
            <w:r w:rsidRPr="00DB6570">
              <w:rPr>
                <w:rFonts w:ascii="Times New Roman" w:hAnsi="Times New Roman" w:cs="Times New Roman"/>
                <w:b/>
                <w:sz w:val="22"/>
              </w:rPr>
              <w:t>Total grant</w:t>
            </w:r>
          </w:p>
        </w:tc>
        <w:tc>
          <w:tcPr>
            <w:tcW w:w="642" w:type="pct"/>
            <w:tcMar>
              <w:top w:w="70" w:type="dxa"/>
              <w:left w:w="70" w:type="dxa"/>
              <w:bottom w:w="70" w:type="dxa"/>
              <w:right w:w="70" w:type="dxa"/>
            </w:tcMar>
          </w:tcPr>
          <w:p w14:paraId="4C22DC59" w14:textId="77777777" w:rsidR="00CC1A0C" w:rsidRPr="00DB6570" w:rsidRDefault="00CC1A0C" w:rsidP="00D270E1">
            <w:pPr>
              <w:rPr>
                <w:rFonts w:ascii="Times New Roman" w:hAnsi="Times New Roman" w:cs="Times New Roman"/>
                <w:sz w:val="22"/>
              </w:rPr>
            </w:pPr>
            <w:r w:rsidRPr="00DB6570">
              <w:rPr>
                <w:rFonts w:ascii="Times New Roman" w:hAnsi="Times New Roman" w:cs="Times New Roman"/>
                <w:b/>
                <w:sz w:val="22"/>
              </w:rPr>
              <w:t>Co-financing / counterpart</w:t>
            </w:r>
          </w:p>
        </w:tc>
        <w:tc>
          <w:tcPr>
            <w:tcW w:w="461" w:type="pct"/>
            <w:tcMar>
              <w:top w:w="70" w:type="dxa"/>
              <w:left w:w="70" w:type="dxa"/>
              <w:bottom w:w="70" w:type="dxa"/>
              <w:right w:w="70" w:type="dxa"/>
            </w:tcMar>
          </w:tcPr>
          <w:p w14:paraId="706C333F" w14:textId="77777777" w:rsidR="00CC1A0C" w:rsidRPr="00DB6570" w:rsidRDefault="00CC1A0C" w:rsidP="00D270E1">
            <w:pPr>
              <w:rPr>
                <w:rFonts w:ascii="Times New Roman" w:hAnsi="Times New Roman" w:cs="Times New Roman"/>
                <w:sz w:val="22"/>
              </w:rPr>
            </w:pPr>
            <w:r w:rsidRPr="00DB6570">
              <w:rPr>
                <w:rFonts w:ascii="Times New Roman" w:hAnsi="Times New Roman" w:cs="Times New Roman"/>
                <w:b/>
                <w:sz w:val="22"/>
              </w:rPr>
              <w:t>Grand total</w:t>
            </w:r>
          </w:p>
        </w:tc>
        <w:tc>
          <w:tcPr>
            <w:tcW w:w="661" w:type="pct"/>
            <w:tcMar>
              <w:top w:w="70" w:type="dxa"/>
              <w:left w:w="70" w:type="dxa"/>
              <w:bottom w:w="70" w:type="dxa"/>
              <w:right w:w="70" w:type="dxa"/>
            </w:tcMar>
          </w:tcPr>
          <w:p w14:paraId="01F6EDD4" w14:textId="77777777" w:rsidR="00CC1A0C" w:rsidRPr="00DB6570" w:rsidRDefault="00CC1A0C" w:rsidP="00D270E1">
            <w:pPr>
              <w:rPr>
                <w:rFonts w:ascii="Times New Roman" w:hAnsi="Times New Roman" w:cs="Times New Roman"/>
                <w:sz w:val="22"/>
              </w:rPr>
            </w:pPr>
            <w:r w:rsidRPr="00DB6570">
              <w:rPr>
                <w:rFonts w:ascii="Times New Roman" w:hAnsi="Times New Roman" w:cs="Times New Roman"/>
                <w:b/>
                <w:sz w:val="22"/>
              </w:rPr>
              <w:t>Key cost assumptions</w:t>
            </w:r>
          </w:p>
        </w:tc>
      </w:tr>
      <w:tr w:rsidR="00CC1A0C" w:rsidRPr="00DB6570" w14:paraId="53999DA5" w14:textId="77777777" w:rsidTr="005E44DD">
        <w:trPr>
          <w:cantSplit/>
          <w:jc w:val="center"/>
        </w:trPr>
        <w:tc>
          <w:tcPr>
            <w:tcW w:w="480" w:type="pct"/>
            <w:tcMar>
              <w:top w:w="70" w:type="dxa"/>
              <w:left w:w="70" w:type="dxa"/>
              <w:bottom w:w="70" w:type="dxa"/>
              <w:right w:w="70" w:type="dxa"/>
            </w:tcMar>
          </w:tcPr>
          <w:p w14:paraId="3E6666A8" w14:textId="73D615B9" w:rsidR="00CC1A0C" w:rsidRPr="00DB6570" w:rsidRDefault="00CC1A0C" w:rsidP="00D270E1">
            <w:pPr>
              <w:pStyle w:val="ResponsePlaceholder"/>
              <w:rPr>
                <w:rFonts w:ascii="Times New Roman" w:hAnsi="Times New Roman" w:cs="Times New Roman"/>
                <w:color w:val="auto"/>
                <w:sz w:val="22"/>
              </w:rPr>
            </w:pPr>
          </w:p>
        </w:tc>
        <w:tc>
          <w:tcPr>
            <w:tcW w:w="453" w:type="pct"/>
            <w:tcMar>
              <w:top w:w="70" w:type="dxa"/>
              <w:left w:w="70" w:type="dxa"/>
              <w:bottom w:w="70" w:type="dxa"/>
              <w:right w:w="70" w:type="dxa"/>
            </w:tcMar>
          </w:tcPr>
          <w:p w14:paraId="797D0B20" w14:textId="25A1ACF4" w:rsidR="00CC1A0C" w:rsidRPr="00DB6570" w:rsidRDefault="00CC1A0C" w:rsidP="00D270E1">
            <w:pPr>
              <w:pStyle w:val="ResponsePlaceholder"/>
              <w:rPr>
                <w:rFonts w:ascii="Times New Roman" w:hAnsi="Times New Roman" w:cs="Times New Roman"/>
                <w:color w:val="auto"/>
                <w:sz w:val="22"/>
              </w:rPr>
            </w:pPr>
          </w:p>
        </w:tc>
        <w:tc>
          <w:tcPr>
            <w:tcW w:w="461" w:type="pct"/>
            <w:tcMar>
              <w:top w:w="70" w:type="dxa"/>
              <w:left w:w="70" w:type="dxa"/>
              <w:bottom w:w="70" w:type="dxa"/>
              <w:right w:w="70" w:type="dxa"/>
            </w:tcMar>
          </w:tcPr>
          <w:p w14:paraId="4D20D17F" w14:textId="4EF9825B" w:rsidR="00CC1A0C" w:rsidRPr="00DB6570" w:rsidRDefault="00CC1A0C" w:rsidP="00D270E1">
            <w:pPr>
              <w:pStyle w:val="ResponsePlaceholder"/>
              <w:rPr>
                <w:rFonts w:ascii="Times New Roman" w:hAnsi="Times New Roman" w:cs="Times New Roman"/>
                <w:color w:val="auto"/>
                <w:sz w:val="22"/>
              </w:rPr>
            </w:pPr>
          </w:p>
        </w:tc>
        <w:tc>
          <w:tcPr>
            <w:tcW w:w="461" w:type="pct"/>
            <w:tcMar>
              <w:top w:w="70" w:type="dxa"/>
              <w:left w:w="70" w:type="dxa"/>
              <w:bottom w:w="70" w:type="dxa"/>
              <w:right w:w="70" w:type="dxa"/>
            </w:tcMar>
          </w:tcPr>
          <w:p w14:paraId="7F11CD2D" w14:textId="74D62C66" w:rsidR="00CC1A0C" w:rsidRPr="00DB6570" w:rsidRDefault="00CC1A0C" w:rsidP="00D270E1">
            <w:pPr>
              <w:pStyle w:val="ResponsePlaceholder"/>
              <w:rPr>
                <w:rFonts w:ascii="Times New Roman" w:hAnsi="Times New Roman" w:cs="Times New Roman"/>
                <w:color w:val="auto"/>
                <w:sz w:val="22"/>
              </w:rPr>
            </w:pPr>
          </w:p>
        </w:tc>
        <w:tc>
          <w:tcPr>
            <w:tcW w:w="461" w:type="pct"/>
            <w:tcMar>
              <w:top w:w="70" w:type="dxa"/>
              <w:left w:w="70" w:type="dxa"/>
              <w:bottom w:w="70" w:type="dxa"/>
              <w:right w:w="70" w:type="dxa"/>
            </w:tcMar>
          </w:tcPr>
          <w:p w14:paraId="68F92198" w14:textId="3D7861D7" w:rsidR="00CC1A0C" w:rsidRPr="00DB6570" w:rsidRDefault="00CC1A0C" w:rsidP="00D270E1">
            <w:pPr>
              <w:pStyle w:val="ResponsePlaceholder"/>
              <w:rPr>
                <w:rFonts w:ascii="Times New Roman" w:hAnsi="Times New Roman" w:cs="Times New Roman"/>
                <w:color w:val="auto"/>
                <w:sz w:val="22"/>
              </w:rPr>
            </w:pPr>
          </w:p>
        </w:tc>
        <w:tc>
          <w:tcPr>
            <w:tcW w:w="461" w:type="pct"/>
            <w:tcMar>
              <w:top w:w="70" w:type="dxa"/>
              <w:left w:w="70" w:type="dxa"/>
              <w:bottom w:w="70" w:type="dxa"/>
              <w:right w:w="70" w:type="dxa"/>
            </w:tcMar>
          </w:tcPr>
          <w:p w14:paraId="388AB3F0" w14:textId="79E636D1" w:rsidR="00CC1A0C" w:rsidRPr="00DB6570" w:rsidRDefault="00CC1A0C" w:rsidP="00D270E1">
            <w:pPr>
              <w:pStyle w:val="ResponsePlaceholder"/>
              <w:rPr>
                <w:rFonts w:ascii="Times New Roman" w:hAnsi="Times New Roman" w:cs="Times New Roman"/>
                <w:color w:val="auto"/>
                <w:sz w:val="22"/>
              </w:rPr>
            </w:pPr>
          </w:p>
        </w:tc>
        <w:tc>
          <w:tcPr>
            <w:tcW w:w="461" w:type="pct"/>
            <w:tcMar>
              <w:top w:w="70" w:type="dxa"/>
              <w:left w:w="70" w:type="dxa"/>
              <w:bottom w:w="70" w:type="dxa"/>
              <w:right w:w="70" w:type="dxa"/>
            </w:tcMar>
          </w:tcPr>
          <w:p w14:paraId="3C25D15C" w14:textId="22EDB81D" w:rsidR="00CC1A0C" w:rsidRPr="00DB6570" w:rsidRDefault="00CC1A0C" w:rsidP="00D270E1">
            <w:pPr>
              <w:pStyle w:val="ResponsePlaceholder"/>
              <w:rPr>
                <w:rFonts w:ascii="Times New Roman" w:hAnsi="Times New Roman" w:cs="Times New Roman"/>
                <w:color w:val="auto"/>
                <w:sz w:val="22"/>
              </w:rPr>
            </w:pPr>
          </w:p>
        </w:tc>
        <w:tc>
          <w:tcPr>
            <w:tcW w:w="642" w:type="pct"/>
            <w:tcMar>
              <w:top w:w="70" w:type="dxa"/>
              <w:left w:w="70" w:type="dxa"/>
              <w:bottom w:w="70" w:type="dxa"/>
              <w:right w:w="70" w:type="dxa"/>
            </w:tcMar>
          </w:tcPr>
          <w:p w14:paraId="11DD81BA" w14:textId="06101CB8" w:rsidR="00CC1A0C" w:rsidRPr="00DB6570" w:rsidRDefault="00CC1A0C" w:rsidP="00D270E1">
            <w:pPr>
              <w:pStyle w:val="ResponsePlaceholder"/>
              <w:rPr>
                <w:rFonts w:ascii="Times New Roman" w:hAnsi="Times New Roman" w:cs="Times New Roman"/>
                <w:color w:val="auto"/>
                <w:sz w:val="22"/>
              </w:rPr>
            </w:pPr>
          </w:p>
        </w:tc>
        <w:tc>
          <w:tcPr>
            <w:tcW w:w="461" w:type="pct"/>
            <w:tcMar>
              <w:top w:w="70" w:type="dxa"/>
              <w:left w:w="70" w:type="dxa"/>
              <w:bottom w:w="70" w:type="dxa"/>
              <w:right w:w="70" w:type="dxa"/>
            </w:tcMar>
          </w:tcPr>
          <w:p w14:paraId="79C68519" w14:textId="2B4269C1" w:rsidR="00CC1A0C" w:rsidRPr="00DB6570" w:rsidRDefault="00CC1A0C" w:rsidP="00D270E1">
            <w:pPr>
              <w:pStyle w:val="ResponsePlaceholder"/>
              <w:rPr>
                <w:rFonts w:ascii="Times New Roman" w:hAnsi="Times New Roman" w:cs="Times New Roman"/>
                <w:color w:val="auto"/>
                <w:sz w:val="22"/>
              </w:rPr>
            </w:pPr>
          </w:p>
        </w:tc>
        <w:tc>
          <w:tcPr>
            <w:tcW w:w="661" w:type="pct"/>
            <w:tcMar>
              <w:top w:w="70" w:type="dxa"/>
              <w:left w:w="70" w:type="dxa"/>
              <w:bottom w:w="70" w:type="dxa"/>
              <w:right w:w="70" w:type="dxa"/>
            </w:tcMar>
          </w:tcPr>
          <w:p w14:paraId="4FED09B1" w14:textId="2E0021CB" w:rsidR="00CC1A0C" w:rsidRPr="00DB6570" w:rsidRDefault="00CC1A0C" w:rsidP="00D270E1">
            <w:pPr>
              <w:pStyle w:val="ResponsePlaceholder"/>
              <w:rPr>
                <w:rFonts w:ascii="Times New Roman" w:hAnsi="Times New Roman" w:cs="Times New Roman"/>
                <w:color w:val="auto"/>
                <w:sz w:val="22"/>
              </w:rPr>
            </w:pPr>
          </w:p>
        </w:tc>
      </w:tr>
      <w:tr w:rsidR="00CC1A0C" w:rsidRPr="00DB6570" w14:paraId="461A59D4" w14:textId="77777777" w:rsidTr="005E44DD">
        <w:trPr>
          <w:cantSplit/>
          <w:jc w:val="center"/>
        </w:trPr>
        <w:tc>
          <w:tcPr>
            <w:tcW w:w="480" w:type="pct"/>
            <w:tcMar>
              <w:top w:w="70" w:type="dxa"/>
              <w:left w:w="70" w:type="dxa"/>
              <w:bottom w:w="70" w:type="dxa"/>
              <w:right w:w="70" w:type="dxa"/>
            </w:tcMar>
          </w:tcPr>
          <w:p w14:paraId="4741B4AF" w14:textId="5C7F1143" w:rsidR="00CC1A0C" w:rsidRPr="00DB6570" w:rsidRDefault="00CC1A0C" w:rsidP="00D270E1">
            <w:pPr>
              <w:pStyle w:val="ResponsePlaceholder"/>
              <w:rPr>
                <w:rFonts w:ascii="Times New Roman" w:hAnsi="Times New Roman" w:cs="Times New Roman"/>
                <w:color w:val="auto"/>
                <w:sz w:val="22"/>
              </w:rPr>
            </w:pPr>
          </w:p>
        </w:tc>
        <w:tc>
          <w:tcPr>
            <w:tcW w:w="453" w:type="pct"/>
            <w:tcMar>
              <w:top w:w="70" w:type="dxa"/>
              <w:left w:w="70" w:type="dxa"/>
              <w:bottom w:w="70" w:type="dxa"/>
              <w:right w:w="70" w:type="dxa"/>
            </w:tcMar>
          </w:tcPr>
          <w:p w14:paraId="3EBD6D13" w14:textId="5706D1B4" w:rsidR="00CC1A0C" w:rsidRPr="00DB6570" w:rsidRDefault="00CC1A0C" w:rsidP="00D270E1">
            <w:pPr>
              <w:pStyle w:val="ResponsePlaceholder"/>
              <w:rPr>
                <w:rFonts w:ascii="Times New Roman" w:hAnsi="Times New Roman" w:cs="Times New Roman"/>
                <w:color w:val="auto"/>
                <w:sz w:val="22"/>
              </w:rPr>
            </w:pPr>
          </w:p>
        </w:tc>
        <w:tc>
          <w:tcPr>
            <w:tcW w:w="461" w:type="pct"/>
            <w:tcMar>
              <w:top w:w="70" w:type="dxa"/>
              <w:left w:w="70" w:type="dxa"/>
              <w:bottom w:w="70" w:type="dxa"/>
              <w:right w:w="70" w:type="dxa"/>
            </w:tcMar>
          </w:tcPr>
          <w:p w14:paraId="040E4108" w14:textId="4DF438C8" w:rsidR="00CC1A0C" w:rsidRPr="00DB6570" w:rsidRDefault="00CC1A0C" w:rsidP="00D270E1">
            <w:pPr>
              <w:pStyle w:val="ResponsePlaceholder"/>
              <w:rPr>
                <w:rFonts w:ascii="Times New Roman" w:hAnsi="Times New Roman" w:cs="Times New Roman"/>
                <w:color w:val="auto"/>
                <w:sz w:val="22"/>
              </w:rPr>
            </w:pPr>
          </w:p>
        </w:tc>
        <w:tc>
          <w:tcPr>
            <w:tcW w:w="461" w:type="pct"/>
            <w:tcMar>
              <w:top w:w="70" w:type="dxa"/>
              <w:left w:w="70" w:type="dxa"/>
              <w:bottom w:w="70" w:type="dxa"/>
              <w:right w:w="70" w:type="dxa"/>
            </w:tcMar>
          </w:tcPr>
          <w:p w14:paraId="31E17C31" w14:textId="4CD71982" w:rsidR="00CC1A0C" w:rsidRPr="00DB6570" w:rsidRDefault="00CC1A0C" w:rsidP="00D270E1">
            <w:pPr>
              <w:pStyle w:val="ResponsePlaceholder"/>
              <w:rPr>
                <w:rFonts w:ascii="Times New Roman" w:hAnsi="Times New Roman" w:cs="Times New Roman"/>
                <w:color w:val="auto"/>
                <w:sz w:val="22"/>
              </w:rPr>
            </w:pPr>
          </w:p>
        </w:tc>
        <w:tc>
          <w:tcPr>
            <w:tcW w:w="461" w:type="pct"/>
            <w:tcMar>
              <w:top w:w="70" w:type="dxa"/>
              <w:left w:w="70" w:type="dxa"/>
              <w:bottom w:w="70" w:type="dxa"/>
              <w:right w:w="70" w:type="dxa"/>
            </w:tcMar>
          </w:tcPr>
          <w:p w14:paraId="326624B1" w14:textId="17D7B03B" w:rsidR="00CC1A0C" w:rsidRPr="00DB6570" w:rsidRDefault="00CC1A0C" w:rsidP="00D270E1">
            <w:pPr>
              <w:pStyle w:val="ResponsePlaceholder"/>
              <w:rPr>
                <w:rFonts w:ascii="Times New Roman" w:hAnsi="Times New Roman" w:cs="Times New Roman"/>
                <w:color w:val="auto"/>
                <w:sz w:val="22"/>
              </w:rPr>
            </w:pPr>
          </w:p>
        </w:tc>
        <w:tc>
          <w:tcPr>
            <w:tcW w:w="461" w:type="pct"/>
            <w:tcMar>
              <w:top w:w="70" w:type="dxa"/>
              <w:left w:w="70" w:type="dxa"/>
              <w:bottom w:w="70" w:type="dxa"/>
              <w:right w:w="70" w:type="dxa"/>
            </w:tcMar>
          </w:tcPr>
          <w:p w14:paraId="139A5952" w14:textId="15D5E7A7" w:rsidR="00CC1A0C" w:rsidRPr="00DB6570" w:rsidRDefault="00CC1A0C" w:rsidP="00D270E1">
            <w:pPr>
              <w:pStyle w:val="ResponsePlaceholder"/>
              <w:rPr>
                <w:rFonts w:ascii="Times New Roman" w:hAnsi="Times New Roman" w:cs="Times New Roman"/>
                <w:color w:val="auto"/>
                <w:sz w:val="22"/>
              </w:rPr>
            </w:pPr>
          </w:p>
        </w:tc>
        <w:tc>
          <w:tcPr>
            <w:tcW w:w="461" w:type="pct"/>
            <w:tcMar>
              <w:top w:w="70" w:type="dxa"/>
              <w:left w:w="70" w:type="dxa"/>
              <w:bottom w:w="70" w:type="dxa"/>
              <w:right w:w="70" w:type="dxa"/>
            </w:tcMar>
          </w:tcPr>
          <w:p w14:paraId="2361490D" w14:textId="7BC74BEA" w:rsidR="00CC1A0C" w:rsidRPr="00DB6570" w:rsidRDefault="00CC1A0C" w:rsidP="00D270E1">
            <w:pPr>
              <w:pStyle w:val="ResponsePlaceholder"/>
              <w:rPr>
                <w:rFonts w:ascii="Times New Roman" w:hAnsi="Times New Roman" w:cs="Times New Roman"/>
                <w:color w:val="auto"/>
                <w:sz w:val="22"/>
              </w:rPr>
            </w:pPr>
          </w:p>
        </w:tc>
        <w:tc>
          <w:tcPr>
            <w:tcW w:w="642" w:type="pct"/>
            <w:tcMar>
              <w:top w:w="70" w:type="dxa"/>
              <w:left w:w="70" w:type="dxa"/>
              <w:bottom w:w="70" w:type="dxa"/>
              <w:right w:w="70" w:type="dxa"/>
            </w:tcMar>
          </w:tcPr>
          <w:p w14:paraId="663C3C48" w14:textId="64A4E500" w:rsidR="00CC1A0C" w:rsidRPr="00DB6570" w:rsidRDefault="00CC1A0C" w:rsidP="00D270E1">
            <w:pPr>
              <w:pStyle w:val="ResponsePlaceholder"/>
              <w:rPr>
                <w:rFonts w:ascii="Times New Roman" w:hAnsi="Times New Roman" w:cs="Times New Roman"/>
                <w:color w:val="auto"/>
                <w:sz w:val="22"/>
              </w:rPr>
            </w:pPr>
          </w:p>
        </w:tc>
        <w:tc>
          <w:tcPr>
            <w:tcW w:w="461" w:type="pct"/>
            <w:tcMar>
              <w:top w:w="70" w:type="dxa"/>
              <w:left w:w="70" w:type="dxa"/>
              <w:bottom w:w="70" w:type="dxa"/>
              <w:right w:w="70" w:type="dxa"/>
            </w:tcMar>
          </w:tcPr>
          <w:p w14:paraId="2FE177B7" w14:textId="033578F7" w:rsidR="00CC1A0C" w:rsidRPr="00DB6570" w:rsidRDefault="00CC1A0C" w:rsidP="00D270E1">
            <w:pPr>
              <w:pStyle w:val="ResponsePlaceholder"/>
              <w:rPr>
                <w:rFonts w:ascii="Times New Roman" w:hAnsi="Times New Roman" w:cs="Times New Roman"/>
                <w:color w:val="auto"/>
                <w:sz w:val="22"/>
              </w:rPr>
            </w:pPr>
          </w:p>
        </w:tc>
        <w:tc>
          <w:tcPr>
            <w:tcW w:w="661" w:type="pct"/>
            <w:tcMar>
              <w:top w:w="70" w:type="dxa"/>
              <w:left w:w="70" w:type="dxa"/>
              <w:bottom w:w="70" w:type="dxa"/>
              <w:right w:w="70" w:type="dxa"/>
            </w:tcMar>
          </w:tcPr>
          <w:p w14:paraId="77BA6DFC" w14:textId="653A3749" w:rsidR="00CC1A0C" w:rsidRPr="00DB6570" w:rsidRDefault="00CC1A0C" w:rsidP="00D270E1">
            <w:pPr>
              <w:pStyle w:val="ResponsePlaceholder"/>
              <w:rPr>
                <w:rFonts w:ascii="Times New Roman" w:hAnsi="Times New Roman" w:cs="Times New Roman"/>
                <w:color w:val="auto"/>
                <w:sz w:val="22"/>
              </w:rPr>
            </w:pPr>
          </w:p>
        </w:tc>
      </w:tr>
      <w:tr w:rsidR="00CC1A0C" w:rsidRPr="00DB6570" w14:paraId="42FE9FD2" w14:textId="77777777" w:rsidTr="005E44DD">
        <w:trPr>
          <w:cantSplit/>
          <w:jc w:val="center"/>
        </w:trPr>
        <w:tc>
          <w:tcPr>
            <w:tcW w:w="480" w:type="pct"/>
            <w:tcMar>
              <w:top w:w="70" w:type="dxa"/>
              <w:left w:w="70" w:type="dxa"/>
              <w:bottom w:w="70" w:type="dxa"/>
              <w:right w:w="70" w:type="dxa"/>
            </w:tcMar>
          </w:tcPr>
          <w:p w14:paraId="7BF4E876" w14:textId="0BFC2A80" w:rsidR="00CC1A0C" w:rsidRPr="00DB6570" w:rsidRDefault="00CC1A0C" w:rsidP="00D270E1">
            <w:pPr>
              <w:pStyle w:val="ResponsePlaceholder"/>
              <w:rPr>
                <w:rFonts w:ascii="Times New Roman" w:hAnsi="Times New Roman" w:cs="Times New Roman"/>
                <w:color w:val="auto"/>
                <w:sz w:val="22"/>
              </w:rPr>
            </w:pPr>
          </w:p>
        </w:tc>
        <w:tc>
          <w:tcPr>
            <w:tcW w:w="453" w:type="pct"/>
            <w:tcMar>
              <w:top w:w="70" w:type="dxa"/>
              <w:left w:w="70" w:type="dxa"/>
              <w:bottom w:w="70" w:type="dxa"/>
              <w:right w:w="70" w:type="dxa"/>
            </w:tcMar>
          </w:tcPr>
          <w:p w14:paraId="7D86FDE2" w14:textId="67768A08" w:rsidR="00CC1A0C" w:rsidRPr="00DB6570" w:rsidRDefault="00CC1A0C" w:rsidP="00D270E1">
            <w:pPr>
              <w:pStyle w:val="ResponsePlaceholder"/>
              <w:rPr>
                <w:rFonts w:ascii="Times New Roman" w:hAnsi="Times New Roman" w:cs="Times New Roman"/>
                <w:color w:val="auto"/>
                <w:sz w:val="22"/>
              </w:rPr>
            </w:pPr>
          </w:p>
        </w:tc>
        <w:tc>
          <w:tcPr>
            <w:tcW w:w="461" w:type="pct"/>
            <w:tcMar>
              <w:top w:w="70" w:type="dxa"/>
              <w:left w:w="70" w:type="dxa"/>
              <w:bottom w:w="70" w:type="dxa"/>
              <w:right w:w="70" w:type="dxa"/>
            </w:tcMar>
          </w:tcPr>
          <w:p w14:paraId="3EC6D398" w14:textId="1D5C0C02" w:rsidR="00CC1A0C" w:rsidRPr="00DB6570" w:rsidRDefault="00CC1A0C" w:rsidP="00D270E1">
            <w:pPr>
              <w:pStyle w:val="ResponsePlaceholder"/>
              <w:rPr>
                <w:rFonts w:ascii="Times New Roman" w:hAnsi="Times New Roman" w:cs="Times New Roman"/>
                <w:color w:val="auto"/>
                <w:sz w:val="22"/>
              </w:rPr>
            </w:pPr>
          </w:p>
        </w:tc>
        <w:tc>
          <w:tcPr>
            <w:tcW w:w="461" w:type="pct"/>
            <w:tcMar>
              <w:top w:w="70" w:type="dxa"/>
              <w:left w:w="70" w:type="dxa"/>
              <w:bottom w:w="70" w:type="dxa"/>
              <w:right w:w="70" w:type="dxa"/>
            </w:tcMar>
          </w:tcPr>
          <w:p w14:paraId="6CB037DF" w14:textId="552E49AB" w:rsidR="00CC1A0C" w:rsidRPr="00DB6570" w:rsidRDefault="00CC1A0C" w:rsidP="00D270E1">
            <w:pPr>
              <w:pStyle w:val="ResponsePlaceholder"/>
              <w:rPr>
                <w:rFonts w:ascii="Times New Roman" w:hAnsi="Times New Roman" w:cs="Times New Roman"/>
                <w:color w:val="auto"/>
                <w:sz w:val="22"/>
              </w:rPr>
            </w:pPr>
          </w:p>
        </w:tc>
        <w:tc>
          <w:tcPr>
            <w:tcW w:w="461" w:type="pct"/>
            <w:tcMar>
              <w:top w:w="70" w:type="dxa"/>
              <w:left w:w="70" w:type="dxa"/>
              <w:bottom w:w="70" w:type="dxa"/>
              <w:right w:w="70" w:type="dxa"/>
            </w:tcMar>
          </w:tcPr>
          <w:p w14:paraId="3F5C550E" w14:textId="3BDB787D" w:rsidR="00CC1A0C" w:rsidRPr="00DB6570" w:rsidRDefault="00CC1A0C" w:rsidP="00D270E1">
            <w:pPr>
              <w:pStyle w:val="ResponsePlaceholder"/>
              <w:rPr>
                <w:rFonts w:ascii="Times New Roman" w:hAnsi="Times New Roman" w:cs="Times New Roman"/>
                <w:color w:val="auto"/>
                <w:sz w:val="22"/>
              </w:rPr>
            </w:pPr>
          </w:p>
        </w:tc>
        <w:tc>
          <w:tcPr>
            <w:tcW w:w="461" w:type="pct"/>
            <w:tcMar>
              <w:top w:w="70" w:type="dxa"/>
              <w:left w:w="70" w:type="dxa"/>
              <w:bottom w:w="70" w:type="dxa"/>
              <w:right w:w="70" w:type="dxa"/>
            </w:tcMar>
          </w:tcPr>
          <w:p w14:paraId="5437DB6B" w14:textId="11CF5C6B" w:rsidR="00CC1A0C" w:rsidRPr="00DB6570" w:rsidRDefault="00CC1A0C" w:rsidP="00D270E1">
            <w:pPr>
              <w:pStyle w:val="ResponsePlaceholder"/>
              <w:rPr>
                <w:rFonts w:ascii="Times New Roman" w:hAnsi="Times New Roman" w:cs="Times New Roman"/>
                <w:color w:val="auto"/>
                <w:sz w:val="22"/>
              </w:rPr>
            </w:pPr>
          </w:p>
        </w:tc>
        <w:tc>
          <w:tcPr>
            <w:tcW w:w="461" w:type="pct"/>
            <w:tcMar>
              <w:top w:w="70" w:type="dxa"/>
              <w:left w:w="70" w:type="dxa"/>
              <w:bottom w:w="70" w:type="dxa"/>
              <w:right w:w="70" w:type="dxa"/>
            </w:tcMar>
          </w:tcPr>
          <w:p w14:paraId="7DE96FD5" w14:textId="21F21746" w:rsidR="00CC1A0C" w:rsidRPr="00DB6570" w:rsidRDefault="00CC1A0C" w:rsidP="00D270E1">
            <w:pPr>
              <w:pStyle w:val="ResponsePlaceholder"/>
              <w:rPr>
                <w:rFonts w:ascii="Times New Roman" w:hAnsi="Times New Roman" w:cs="Times New Roman"/>
                <w:color w:val="auto"/>
                <w:sz w:val="22"/>
              </w:rPr>
            </w:pPr>
          </w:p>
        </w:tc>
        <w:tc>
          <w:tcPr>
            <w:tcW w:w="642" w:type="pct"/>
            <w:tcMar>
              <w:top w:w="70" w:type="dxa"/>
              <w:left w:w="70" w:type="dxa"/>
              <w:bottom w:w="70" w:type="dxa"/>
              <w:right w:w="70" w:type="dxa"/>
            </w:tcMar>
          </w:tcPr>
          <w:p w14:paraId="7F744805" w14:textId="5F05477B" w:rsidR="00CC1A0C" w:rsidRPr="00DB6570" w:rsidRDefault="00CC1A0C" w:rsidP="00D270E1">
            <w:pPr>
              <w:pStyle w:val="ResponsePlaceholder"/>
              <w:rPr>
                <w:rFonts w:ascii="Times New Roman" w:hAnsi="Times New Roman" w:cs="Times New Roman"/>
                <w:color w:val="auto"/>
                <w:sz w:val="22"/>
              </w:rPr>
            </w:pPr>
          </w:p>
        </w:tc>
        <w:tc>
          <w:tcPr>
            <w:tcW w:w="461" w:type="pct"/>
            <w:tcMar>
              <w:top w:w="70" w:type="dxa"/>
              <w:left w:w="70" w:type="dxa"/>
              <w:bottom w:w="70" w:type="dxa"/>
              <w:right w:w="70" w:type="dxa"/>
            </w:tcMar>
          </w:tcPr>
          <w:p w14:paraId="2AFBDB95" w14:textId="643BEF65" w:rsidR="00CC1A0C" w:rsidRPr="00DB6570" w:rsidRDefault="00CC1A0C" w:rsidP="00D270E1">
            <w:pPr>
              <w:pStyle w:val="ResponsePlaceholder"/>
              <w:rPr>
                <w:rFonts w:ascii="Times New Roman" w:hAnsi="Times New Roman" w:cs="Times New Roman"/>
                <w:color w:val="auto"/>
                <w:sz w:val="22"/>
              </w:rPr>
            </w:pPr>
          </w:p>
        </w:tc>
        <w:tc>
          <w:tcPr>
            <w:tcW w:w="661" w:type="pct"/>
            <w:tcMar>
              <w:top w:w="70" w:type="dxa"/>
              <w:left w:w="70" w:type="dxa"/>
              <w:bottom w:w="70" w:type="dxa"/>
              <w:right w:w="70" w:type="dxa"/>
            </w:tcMar>
          </w:tcPr>
          <w:p w14:paraId="1B23AF09" w14:textId="07446BD7" w:rsidR="00CC1A0C" w:rsidRPr="00DB6570" w:rsidRDefault="00CC1A0C" w:rsidP="00D270E1">
            <w:pPr>
              <w:pStyle w:val="ResponsePlaceholder"/>
              <w:rPr>
                <w:rFonts w:ascii="Times New Roman" w:hAnsi="Times New Roman" w:cs="Times New Roman"/>
                <w:color w:val="auto"/>
                <w:sz w:val="22"/>
              </w:rPr>
            </w:pPr>
          </w:p>
        </w:tc>
      </w:tr>
    </w:tbl>
    <w:p w14:paraId="4066A53C" w14:textId="77777777" w:rsidR="00CC1A0C" w:rsidRPr="00DB6570" w:rsidRDefault="00CC1A0C" w:rsidP="00CC1A0C">
      <w:pPr>
        <w:spacing w:after="0"/>
        <w:rPr>
          <w:rFonts w:ascii="Times New Roman" w:hAnsi="Times New Roman" w:cs="Times New Roman"/>
          <w:sz w:val="22"/>
        </w:rPr>
      </w:pPr>
    </w:p>
    <w:p w14:paraId="4840FEE1" w14:textId="016A5967" w:rsidR="0061162A" w:rsidRPr="00DB6570" w:rsidRDefault="0061162A" w:rsidP="00F707BE">
      <w:pPr>
        <w:rPr>
          <w:rFonts w:ascii="Times New Roman" w:hAnsi="Times New Roman" w:cs="Times New Roman"/>
          <w:sz w:val="22"/>
        </w:rPr>
      </w:pPr>
    </w:p>
    <w:p w14:paraId="25BC4DA9" w14:textId="77777777" w:rsidR="00052412" w:rsidRPr="00DB6570" w:rsidRDefault="00052412">
      <w:pPr>
        <w:pStyle w:val="Heading2"/>
        <w:rPr>
          <w:rFonts w:ascii="Times New Roman" w:eastAsiaTheme="minorEastAsia" w:hAnsi="Times New Roman" w:cs="Times New Roman"/>
          <w:b w:val="0"/>
          <w:bCs w:val="0"/>
          <w:color w:val="auto"/>
          <w:sz w:val="22"/>
          <w:szCs w:val="22"/>
        </w:rPr>
      </w:pPr>
    </w:p>
    <w:p w14:paraId="6F360DD7" w14:textId="77777777" w:rsidR="00052412" w:rsidRPr="00DB6570" w:rsidRDefault="00052412" w:rsidP="00052412">
      <w:pPr>
        <w:rPr>
          <w:rFonts w:ascii="Times New Roman" w:hAnsi="Times New Roman" w:cs="Times New Roman"/>
          <w:sz w:val="22"/>
        </w:rPr>
      </w:pPr>
    </w:p>
    <w:p w14:paraId="01060076" w14:textId="77777777" w:rsidR="00052412" w:rsidRPr="00DB6570" w:rsidRDefault="00052412" w:rsidP="00052412">
      <w:pPr>
        <w:rPr>
          <w:rFonts w:ascii="Times New Roman" w:hAnsi="Times New Roman" w:cs="Times New Roman"/>
          <w:sz w:val="22"/>
        </w:rPr>
      </w:pPr>
    </w:p>
    <w:p w14:paraId="41C58281" w14:textId="77777777" w:rsidR="00052412" w:rsidRPr="00DB6570" w:rsidRDefault="00052412" w:rsidP="00052412">
      <w:pPr>
        <w:rPr>
          <w:rFonts w:ascii="Times New Roman" w:hAnsi="Times New Roman" w:cs="Times New Roman"/>
          <w:sz w:val="22"/>
        </w:rPr>
      </w:pPr>
    </w:p>
    <w:p w14:paraId="535DA66F" w14:textId="77777777" w:rsidR="00052412" w:rsidRPr="00DB6570" w:rsidRDefault="00052412" w:rsidP="00052412">
      <w:pPr>
        <w:rPr>
          <w:rFonts w:ascii="Times New Roman" w:hAnsi="Times New Roman" w:cs="Times New Roman"/>
          <w:sz w:val="22"/>
        </w:rPr>
      </w:pPr>
    </w:p>
    <w:p w14:paraId="4891100F" w14:textId="77777777" w:rsidR="00052412" w:rsidRPr="00DB6570" w:rsidRDefault="00052412" w:rsidP="00052412">
      <w:pPr>
        <w:rPr>
          <w:rFonts w:ascii="Times New Roman" w:hAnsi="Times New Roman" w:cs="Times New Roman"/>
          <w:sz w:val="22"/>
        </w:rPr>
      </w:pPr>
    </w:p>
    <w:p w14:paraId="44BAB2B7" w14:textId="77777777" w:rsidR="00052412" w:rsidRPr="00DB6570" w:rsidRDefault="00052412" w:rsidP="00052412">
      <w:pPr>
        <w:rPr>
          <w:rFonts w:ascii="Times New Roman" w:hAnsi="Times New Roman" w:cs="Times New Roman"/>
          <w:sz w:val="22"/>
        </w:rPr>
      </w:pPr>
    </w:p>
    <w:p w14:paraId="5C2FD78E" w14:textId="77777777" w:rsidR="00052412" w:rsidRPr="00DB6570" w:rsidRDefault="00052412" w:rsidP="00052412">
      <w:pPr>
        <w:rPr>
          <w:rFonts w:ascii="Times New Roman" w:hAnsi="Times New Roman" w:cs="Times New Roman"/>
          <w:sz w:val="22"/>
        </w:rPr>
      </w:pPr>
    </w:p>
    <w:p w14:paraId="31EAF19A" w14:textId="77777777" w:rsidR="00083F26" w:rsidRPr="00DB6570" w:rsidRDefault="00083F26" w:rsidP="00052412">
      <w:pPr>
        <w:rPr>
          <w:rFonts w:ascii="Times New Roman" w:hAnsi="Times New Roman" w:cs="Times New Roman"/>
          <w:sz w:val="22"/>
        </w:rPr>
      </w:pPr>
    </w:p>
    <w:p w14:paraId="3E352070" w14:textId="77777777" w:rsidR="00083F26" w:rsidRPr="00DB6570" w:rsidRDefault="00083F26" w:rsidP="00052412">
      <w:pPr>
        <w:rPr>
          <w:rFonts w:ascii="Times New Roman" w:hAnsi="Times New Roman" w:cs="Times New Roman"/>
          <w:sz w:val="22"/>
        </w:rPr>
      </w:pPr>
    </w:p>
    <w:p w14:paraId="49869AE4" w14:textId="77777777" w:rsidR="00083F26" w:rsidRPr="00DB6570" w:rsidRDefault="00083F26" w:rsidP="00052412">
      <w:pPr>
        <w:rPr>
          <w:rFonts w:ascii="Times New Roman" w:hAnsi="Times New Roman" w:cs="Times New Roman"/>
          <w:sz w:val="22"/>
        </w:rPr>
      </w:pPr>
    </w:p>
    <w:p w14:paraId="74BE209A" w14:textId="77777777" w:rsidR="00083F26" w:rsidRPr="00DB6570" w:rsidRDefault="00083F26" w:rsidP="00052412">
      <w:pPr>
        <w:rPr>
          <w:rFonts w:ascii="Times New Roman" w:hAnsi="Times New Roman" w:cs="Times New Roman"/>
          <w:sz w:val="22"/>
        </w:rPr>
      </w:pPr>
    </w:p>
    <w:p w14:paraId="38C7EAA8" w14:textId="77777777" w:rsidR="00083F26" w:rsidRPr="00DB6570" w:rsidRDefault="00083F26" w:rsidP="00052412">
      <w:pPr>
        <w:rPr>
          <w:rFonts w:ascii="Times New Roman" w:hAnsi="Times New Roman" w:cs="Times New Roman"/>
          <w:sz w:val="22"/>
        </w:rPr>
      </w:pPr>
    </w:p>
    <w:p w14:paraId="5E28555D" w14:textId="77777777" w:rsidR="00083F26" w:rsidRPr="00DB6570" w:rsidRDefault="00083F26" w:rsidP="00052412">
      <w:pPr>
        <w:rPr>
          <w:rFonts w:ascii="Times New Roman" w:hAnsi="Times New Roman" w:cs="Times New Roman"/>
          <w:sz w:val="22"/>
        </w:rPr>
      </w:pPr>
    </w:p>
    <w:p w14:paraId="11FE35CD" w14:textId="77777777" w:rsidR="00083F26" w:rsidRPr="00DB6570" w:rsidRDefault="00083F26" w:rsidP="00052412">
      <w:pPr>
        <w:rPr>
          <w:rFonts w:ascii="Times New Roman" w:hAnsi="Times New Roman" w:cs="Times New Roman"/>
          <w:sz w:val="22"/>
        </w:rPr>
      </w:pPr>
    </w:p>
    <w:p w14:paraId="474C3886" w14:textId="77777777" w:rsidR="00083F26" w:rsidRPr="00DB6570" w:rsidRDefault="00083F26" w:rsidP="00052412">
      <w:pPr>
        <w:rPr>
          <w:rFonts w:ascii="Times New Roman" w:hAnsi="Times New Roman" w:cs="Times New Roman"/>
          <w:sz w:val="22"/>
        </w:rPr>
      </w:pPr>
    </w:p>
    <w:p w14:paraId="60F1959E" w14:textId="77777777" w:rsidR="00083F26" w:rsidRPr="00DB6570" w:rsidRDefault="00083F26" w:rsidP="00052412">
      <w:pPr>
        <w:rPr>
          <w:rFonts w:ascii="Times New Roman" w:hAnsi="Times New Roman" w:cs="Times New Roman"/>
          <w:sz w:val="22"/>
        </w:rPr>
      </w:pPr>
    </w:p>
    <w:p w14:paraId="08F4083D" w14:textId="77777777" w:rsidR="00083F26" w:rsidRPr="00DB6570" w:rsidRDefault="00083F26" w:rsidP="00052412">
      <w:pPr>
        <w:rPr>
          <w:rFonts w:ascii="Times New Roman" w:hAnsi="Times New Roman" w:cs="Times New Roman"/>
          <w:sz w:val="22"/>
        </w:rPr>
      </w:pPr>
    </w:p>
    <w:p w14:paraId="59C87EA7" w14:textId="77777777" w:rsidR="00083F26" w:rsidRPr="00DB6570" w:rsidRDefault="00083F26" w:rsidP="00052412">
      <w:pPr>
        <w:rPr>
          <w:rFonts w:ascii="Times New Roman" w:hAnsi="Times New Roman" w:cs="Times New Roman"/>
          <w:sz w:val="22"/>
        </w:rPr>
      </w:pPr>
    </w:p>
    <w:p w14:paraId="1E5126DB" w14:textId="77777777" w:rsidR="00083F26" w:rsidRPr="00DB6570" w:rsidRDefault="00083F26" w:rsidP="00052412">
      <w:pPr>
        <w:rPr>
          <w:rFonts w:ascii="Times New Roman" w:hAnsi="Times New Roman" w:cs="Times New Roman"/>
          <w:sz w:val="22"/>
        </w:rPr>
      </w:pPr>
    </w:p>
    <w:p w14:paraId="4F0E7B70" w14:textId="77777777" w:rsidR="00083F26" w:rsidRPr="00DB6570" w:rsidRDefault="00083F26" w:rsidP="00052412">
      <w:pPr>
        <w:rPr>
          <w:rFonts w:ascii="Times New Roman" w:hAnsi="Times New Roman" w:cs="Times New Roman"/>
          <w:sz w:val="22"/>
        </w:rPr>
      </w:pPr>
    </w:p>
    <w:p w14:paraId="64D3660E" w14:textId="77777777" w:rsidR="00083F26" w:rsidRPr="00DB6570" w:rsidRDefault="00083F26" w:rsidP="00052412">
      <w:pPr>
        <w:rPr>
          <w:rFonts w:ascii="Times New Roman" w:hAnsi="Times New Roman" w:cs="Times New Roman"/>
          <w:sz w:val="22"/>
        </w:rPr>
      </w:pPr>
    </w:p>
    <w:p w14:paraId="44D32E3D" w14:textId="77777777" w:rsidR="00052412" w:rsidRPr="00DB6570" w:rsidRDefault="00052412" w:rsidP="00052412">
      <w:pPr>
        <w:rPr>
          <w:rFonts w:ascii="Times New Roman" w:hAnsi="Times New Roman" w:cs="Times New Roman"/>
          <w:sz w:val="22"/>
        </w:rPr>
      </w:pPr>
    </w:p>
    <w:p w14:paraId="7935C4AC" w14:textId="77777777" w:rsidR="00052412" w:rsidRPr="00DB6570" w:rsidRDefault="00052412" w:rsidP="00052412">
      <w:pPr>
        <w:rPr>
          <w:rFonts w:ascii="Times New Roman" w:hAnsi="Times New Roman" w:cs="Times New Roman"/>
          <w:sz w:val="22"/>
        </w:rPr>
      </w:pPr>
    </w:p>
    <w:p w14:paraId="4F6727E5" w14:textId="77777777" w:rsidR="00052412" w:rsidRPr="00DB6570" w:rsidRDefault="00052412" w:rsidP="00052412">
      <w:pPr>
        <w:rPr>
          <w:rFonts w:ascii="Times New Roman" w:hAnsi="Times New Roman" w:cs="Times New Roman"/>
          <w:sz w:val="22"/>
        </w:rPr>
      </w:pPr>
    </w:p>
    <w:p w14:paraId="2DEADAE9" w14:textId="77777777" w:rsidR="00052412" w:rsidRPr="00DB6570" w:rsidRDefault="00052412" w:rsidP="00052412">
      <w:pPr>
        <w:rPr>
          <w:rFonts w:ascii="Times New Roman" w:hAnsi="Times New Roman" w:cs="Times New Roman"/>
          <w:sz w:val="22"/>
        </w:rPr>
      </w:pPr>
    </w:p>
    <w:p w14:paraId="366237EE" w14:textId="77777777" w:rsidR="00052412" w:rsidRPr="00DB6570" w:rsidRDefault="00052412" w:rsidP="00052412">
      <w:pPr>
        <w:rPr>
          <w:rFonts w:ascii="Times New Roman" w:hAnsi="Times New Roman" w:cs="Times New Roman"/>
          <w:sz w:val="22"/>
        </w:rPr>
      </w:pPr>
    </w:p>
    <w:p w14:paraId="0B07EA66" w14:textId="77777777" w:rsidR="00052412" w:rsidRPr="00DB6570" w:rsidRDefault="00052412" w:rsidP="005E44DD">
      <w:pPr>
        <w:rPr>
          <w:rFonts w:ascii="Times New Roman" w:hAnsi="Times New Roman" w:cs="Times New Roman"/>
          <w:sz w:val="22"/>
        </w:rPr>
      </w:pPr>
    </w:p>
    <w:p w14:paraId="670818E5" w14:textId="2EF5B6D7" w:rsidR="0061162A" w:rsidRPr="00DB6570" w:rsidRDefault="0061162A" w:rsidP="005E44DD">
      <w:pPr>
        <w:spacing w:after="0" w:line="20" w:lineRule="exact"/>
        <w:rPr>
          <w:rFonts w:ascii="Times New Roman" w:hAnsi="Times New Roman" w:cs="Times New Roman"/>
          <w:sz w:val="22"/>
        </w:rPr>
      </w:pPr>
    </w:p>
    <w:p w14:paraId="3CAFE401" w14:textId="77777777" w:rsidR="0061162A" w:rsidRPr="00DB6570" w:rsidRDefault="00BE6111">
      <w:pPr>
        <w:pStyle w:val="Heading1"/>
        <w:rPr>
          <w:rFonts w:ascii="Times New Roman" w:hAnsi="Times New Roman" w:cs="Times New Roman"/>
          <w:color w:val="auto"/>
          <w:sz w:val="22"/>
          <w:szCs w:val="22"/>
        </w:rPr>
      </w:pPr>
      <w:bookmarkStart w:id="91" w:name="_Toc237525286"/>
      <w:r w:rsidRPr="00DB6570">
        <w:rPr>
          <w:rFonts w:ascii="Times New Roman" w:hAnsi="Times New Roman" w:cs="Times New Roman"/>
          <w:color w:val="auto"/>
          <w:sz w:val="22"/>
          <w:szCs w:val="22"/>
        </w:rPr>
        <w:t>PART VII - ENDORSEMENT AND ANNEXES</w:t>
      </w:r>
      <w:bookmarkEnd w:id="91"/>
    </w:p>
    <w:tbl>
      <w:tblPr>
        <w:tblStyle w:val="TableGrid"/>
        <w:tblW w:w="9000" w:type="dxa"/>
        <w:jc w:val="center"/>
        <w:tblLook w:val="04A0" w:firstRow="1" w:lastRow="0" w:firstColumn="1" w:lastColumn="0" w:noHBand="0" w:noVBand="1"/>
      </w:tblPr>
      <w:tblGrid>
        <w:gridCol w:w="9000"/>
      </w:tblGrid>
      <w:tr w:rsidR="0061162A" w:rsidRPr="00DB6570" w14:paraId="1972FD65" w14:textId="77777777" w:rsidTr="00B34ADD">
        <w:trPr>
          <w:jc w:val="center"/>
        </w:trPr>
        <w:tc>
          <w:tcPr>
            <w:tcW w:w="9866" w:type="dxa"/>
            <w:tcMar>
              <w:top w:w="100" w:type="dxa"/>
              <w:left w:w="140" w:type="dxa"/>
              <w:bottom w:w="100" w:type="dxa"/>
              <w:right w:w="140" w:type="dxa"/>
            </w:tcMar>
          </w:tcPr>
          <w:p w14:paraId="42CAD9E6"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Purpose of this Part</w:t>
            </w:r>
          </w:p>
          <w:p w14:paraId="7B1616BB" w14:textId="77777777" w:rsidR="0061162A" w:rsidRPr="00DB6570" w:rsidRDefault="00BE6111">
            <w:pPr>
              <w:rPr>
                <w:rFonts w:ascii="Times New Roman" w:hAnsi="Times New Roman" w:cs="Times New Roman"/>
                <w:sz w:val="22"/>
              </w:rPr>
            </w:pPr>
            <w:r w:rsidRPr="00DB6570">
              <w:rPr>
                <w:rFonts w:ascii="Times New Roman" w:hAnsi="Times New Roman" w:cs="Times New Roman"/>
                <w:sz w:val="22"/>
              </w:rPr>
              <w:t>The Full Proposal is not complete without formal endorsement and the prescribed supporting evidence.</w:t>
            </w:r>
          </w:p>
        </w:tc>
      </w:tr>
    </w:tbl>
    <w:p w14:paraId="6B6FD019" w14:textId="77777777" w:rsidR="0061162A" w:rsidRPr="00DB6570" w:rsidRDefault="0061162A">
      <w:pPr>
        <w:spacing w:after="0"/>
        <w:rPr>
          <w:rFonts w:ascii="Times New Roman" w:hAnsi="Times New Roman" w:cs="Times New Roman"/>
          <w:sz w:val="22"/>
        </w:rPr>
      </w:pPr>
    </w:p>
    <w:p w14:paraId="3B8F4911" w14:textId="45F5915D" w:rsidR="0061162A" w:rsidRPr="00DB6570" w:rsidRDefault="00A31617">
      <w:pPr>
        <w:pStyle w:val="Heading2"/>
        <w:rPr>
          <w:rFonts w:ascii="Times New Roman" w:hAnsi="Times New Roman" w:cs="Times New Roman"/>
          <w:color w:val="auto"/>
          <w:sz w:val="22"/>
          <w:szCs w:val="22"/>
        </w:rPr>
      </w:pPr>
      <w:bookmarkStart w:id="92" w:name="_Toc237525287"/>
      <w:r w:rsidRPr="00DB6570">
        <w:rPr>
          <w:rFonts w:ascii="Times New Roman" w:hAnsi="Times New Roman" w:cs="Times New Roman"/>
          <w:color w:val="auto"/>
          <w:sz w:val="22"/>
          <w:szCs w:val="22"/>
        </w:rPr>
        <w:t xml:space="preserve">6.1 </w:t>
      </w:r>
      <w:r w:rsidR="00BE6111" w:rsidRPr="00DB6570">
        <w:rPr>
          <w:rFonts w:ascii="Times New Roman" w:hAnsi="Times New Roman" w:cs="Times New Roman"/>
          <w:color w:val="auto"/>
          <w:sz w:val="22"/>
          <w:szCs w:val="22"/>
        </w:rPr>
        <w:t>Formal Endorsement and Declaration</w:t>
      </w:r>
      <w:bookmarkEnd w:id="92"/>
    </w:p>
    <w:tbl>
      <w:tblPr>
        <w:tblStyle w:val="TableGrid"/>
        <w:tblW w:w="9000" w:type="dxa"/>
        <w:jc w:val="center"/>
        <w:tblLook w:val="04A0" w:firstRow="1" w:lastRow="0" w:firstColumn="1" w:lastColumn="0" w:noHBand="0" w:noVBand="1"/>
      </w:tblPr>
      <w:tblGrid>
        <w:gridCol w:w="9000"/>
      </w:tblGrid>
      <w:tr w:rsidR="0061162A" w:rsidRPr="00DB6570" w14:paraId="2957CF33" w14:textId="77777777" w:rsidTr="00B34ADD">
        <w:trPr>
          <w:jc w:val="center"/>
        </w:trPr>
        <w:tc>
          <w:tcPr>
            <w:tcW w:w="9866" w:type="dxa"/>
            <w:tcMar>
              <w:top w:w="100" w:type="dxa"/>
              <w:left w:w="140" w:type="dxa"/>
              <w:bottom w:w="100" w:type="dxa"/>
              <w:right w:w="140" w:type="dxa"/>
            </w:tcMar>
          </w:tcPr>
          <w:p w14:paraId="02F2DFEE"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Declaration</w:t>
            </w:r>
          </w:p>
          <w:p w14:paraId="3A855D44" w14:textId="77777777" w:rsidR="0061162A" w:rsidRPr="00DB6570" w:rsidRDefault="00BE6111">
            <w:pPr>
              <w:rPr>
                <w:rFonts w:ascii="Times New Roman" w:hAnsi="Times New Roman" w:cs="Times New Roman"/>
                <w:sz w:val="22"/>
              </w:rPr>
            </w:pPr>
            <w:r w:rsidRPr="00DB6570">
              <w:rPr>
                <w:rFonts w:ascii="Times New Roman" w:hAnsi="Times New Roman" w:cs="Times New Roman"/>
                <w:sz w:val="22"/>
              </w:rPr>
              <w:t>By signing below, the authorized representatives confirm that the information in this Full Proposal is accurate and complete; the proposal has been institutionally approved; all named partners have consented to their roles; and the institutions commit to the proposed results, counterpart contributions, governance arrangements and fiduciary requirements, subject to final financing and legal agreements.</w:t>
            </w:r>
          </w:p>
        </w:tc>
      </w:tr>
    </w:tbl>
    <w:p w14:paraId="28B4ABAC" w14:textId="77777777" w:rsidR="0061162A" w:rsidRPr="00DB6570" w:rsidRDefault="0061162A">
      <w:pPr>
        <w:spacing w:after="0"/>
        <w:rPr>
          <w:rFonts w:ascii="Times New Roman" w:hAnsi="Times New Roman" w:cs="Times New Roman"/>
          <w:sz w:val="22"/>
        </w:rPr>
      </w:pPr>
    </w:p>
    <w:tbl>
      <w:tblPr>
        <w:tblStyle w:val="TableGrid"/>
        <w:tblW w:w="0" w:type="auto"/>
        <w:jc w:val="center"/>
        <w:tblLook w:val="04A0" w:firstRow="1" w:lastRow="0" w:firstColumn="1" w:lastColumn="0" w:noHBand="0" w:noVBand="1"/>
      </w:tblPr>
      <w:tblGrid>
        <w:gridCol w:w="2835"/>
        <w:gridCol w:w="1984"/>
        <w:gridCol w:w="1984"/>
        <w:gridCol w:w="1701"/>
        <w:gridCol w:w="1134"/>
      </w:tblGrid>
      <w:tr w:rsidR="0061162A" w:rsidRPr="00DB6570" w14:paraId="7941AEAF" w14:textId="77777777" w:rsidTr="007B53F1">
        <w:trPr>
          <w:tblHeader/>
          <w:jc w:val="center"/>
        </w:trPr>
        <w:tc>
          <w:tcPr>
            <w:tcW w:w="2835" w:type="dxa"/>
          </w:tcPr>
          <w:p w14:paraId="362ABEA6"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Signatory</w:t>
            </w:r>
          </w:p>
        </w:tc>
        <w:tc>
          <w:tcPr>
            <w:tcW w:w="1984" w:type="dxa"/>
          </w:tcPr>
          <w:p w14:paraId="20E0C5FE"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Name</w:t>
            </w:r>
          </w:p>
        </w:tc>
        <w:tc>
          <w:tcPr>
            <w:tcW w:w="1984" w:type="dxa"/>
          </w:tcPr>
          <w:p w14:paraId="6A185306"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Title</w:t>
            </w:r>
          </w:p>
        </w:tc>
        <w:tc>
          <w:tcPr>
            <w:tcW w:w="1701" w:type="dxa"/>
          </w:tcPr>
          <w:p w14:paraId="4235FE66"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Signature</w:t>
            </w:r>
          </w:p>
        </w:tc>
        <w:tc>
          <w:tcPr>
            <w:tcW w:w="1134" w:type="dxa"/>
          </w:tcPr>
          <w:p w14:paraId="2C6D5424" w14:textId="77777777" w:rsidR="0061162A" w:rsidRPr="00DB6570" w:rsidRDefault="00BE6111">
            <w:pPr>
              <w:rPr>
                <w:rFonts w:ascii="Times New Roman" w:hAnsi="Times New Roman" w:cs="Times New Roman"/>
                <w:sz w:val="22"/>
              </w:rPr>
            </w:pPr>
            <w:r w:rsidRPr="00DB6570">
              <w:rPr>
                <w:rFonts w:ascii="Times New Roman" w:hAnsi="Times New Roman" w:cs="Times New Roman"/>
                <w:b/>
                <w:sz w:val="22"/>
              </w:rPr>
              <w:t>Date</w:t>
            </w:r>
          </w:p>
        </w:tc>
      </w:tr>
      <w:tr w:rsidR="0061162A" w:rsidRPr="00DB6570" w14:paraId="29D2577E" w14:textId="77777777">
        <w:trPr>
          <w:cantSplit/>
          <w:jc w:val="center"/>
        </w:trPr>
        <w:tc>
          <w:tcPr>
            <w:tcW w:w="2835" w:type="dxa"/>
            <w:tcMar>
              <w:top w:w="80" w:type="dxa"/>
              <w:left w:w="100" w:type="dxa"/>
              <w:bottom w:w="80" w:type="dxa"/>
              <w:right w:w="100" w:type="dxa"/>
            </w:tcMar>
          </w:tcPr>
          <w:p w14:paraId="67D765F5" w14:textId="77777777" w:rsidR="0061162A" w:rsidRPr="00DB6570" w:rsidRDefault="00BE6111">
            <w:pPr>
              <w:rPr>
                <w:rFonts w:ascii="Times New Roman" w:hAnsi="Times New Roman" w:cs="Times New Roman"/>
                <w:sz w:val="22"/>
              </w:rPr>
            </w:pPr>
            <w:r w:rsidRPr="00DB6570">
              <w:rPr>
                <w:rFonts w:ascii="Times New Roman" w:hAnsi="Times New Roman" w:cs="Times New Roman"/>
                <w:sz w:val="22"/>
              </w:rPr>
              <w:t>Ministry / Government Representative</w:t>
            </w:r>
          </w:p>
        </w:tc>
        <w:tc>
          <w:tcPr>
            <w:tcW w:w="1984" w:type="dxa"/>
            <w:tcMar>
              <w:top w:w="80" w:type="dxa"/>
              <w:left w:w="100" w:type="dxa"/>
              <w:bottom w:w="80" w:type="dxa"/>
              <w:right w:w="100" w:type="dxa"/>
            </w:tcMar>
          </w:tcPr>
          <w:p w14:paraId="4D6F67E8" w14:textId="23741400" w:rsidR="0061162A" w:rsidRPr="00DB6570" w:rsidRDefault="0061162A">
            <w:pPr>
              <w:rPr>
                <w:rFonts w:ascii="Times New Roman" w:hAnsi="Times New Roman" w:cs="Times New Roman"/>
                <w:sz w:val="22"/>
              </w:rPr>
            </w:pPr>
          </w:p>
        </w:tc>
        <w:tc>
          <w:tcPr>
            <w:tcW w:w="1984" w:type="dxa"/>
            <w:tcMar>
              <w:top w:w="80" w:type="dxa"/>
              <w:left w:w="100" w:type="dxa"/>
              <w:bottom w:w="80" w:type="dxa"/>
              <w:right w:w="100" w:type="dxa"/>
            </w:tcMar>
          </w:tcPr>
          <w:p w14:paraId="45F20B71" w14:textId="372FF8D3" w:rsidR="0061162A" w:rsidRPr="00DB6570" w:rsidRDefault="0061162A">
            <w:pPr>
              <w:rPr>
                <w:rFonts w:ascii="Times New Roman" w:hAnsi="Times New Roman" w:cs="Times New Roman"/>
                <w:sz w:val="22"/>
              </w:rPr>
            </w:pPr>
          </w:p>
        </w:tc>
        <w:tc>
          <w:tcPr>
            <w:tcW w:w="1701" w:type="dxa"/>
            <w:tcMar>
              <w:top w:w="80" w:type="dxa"/>
              <w:left w:w="100" w:type="dxa"/>
              <w:bottom w:w="80" w:type="dxa"/>
              <w:right w:w="100" w:type="dxa"/>
            </w:tcMar>
          </w:tcPr>
          <w:p w14:paraId="71ADD7EC" w14:textId="466992AA" w:rsidR="0061162A" w:rsidRPr="00DB6570" w:rsidRDefault="0061162A">
            <w:pPr>
              <w:rPr>
                <w:rFonts w:ascii="Times New Roman" w:hAnsi="Times New Roman" w:cs="Times New Roman"/>
                <w:sz w:val="22"/>
              </w:rPr>
            </w:pPr>
          </w:p>
        </w:tc>
        <w:tc>
          <w:tcPr>
            <w:tcW w:w="1134" w:type="dxa"/>
            <w:tcMar>
              <w:top w:w="80" w:type="dxa"/>
              <w:left w:w="100" w:type="dxa"/>
              <w:bottom w:w="80" w:type="dxa"/>
              <w:right w:w="100" w:type="dxa"/>
            </w:tcMar>
          </w:tcPr>
          <w:p w14:paraId="35416BD3" w14:textId="5B2C5FB2" w:rsidR="0061162A" w:rsidRPr="00DB6570" w:rsidRDefault="0061162A">
            <w:pPr>
              <w:rPr>
                <w:rFonts w:ascii="Times New Roman" w:hAnsi="Times New Roman" w:cs="Times New Roman"/>
                <w:sz w:val="22"/>
              </w:rPr>
            </w:pPr>
          </w:p>
        </w:tc>
      </w:tr>
      <w:tr w:rsidR="0061162A" w:rsidRPr="00DB6570" w14:paraId="04E9FF05" w14:textId="77777777">
        <w:trPr>
          <w:cantSplit/>
          <w:jc w:val="center"/>
        </w:trPr>
        <w:tc>
          <w:tcPr>
            <w:tcW w:w="2835" w:type="dxa"/>
            <w:tcMar>
              <w:top w:w="80" w:type="dxa"/>
              <w:left w:w="100" w:type="dxa"/>
              <w:bottom w:w="80" w:type="dxa"/>
              <w:right w:w="100" w:type="dxa"/>
            </w:tcMar>
          </w:tcPr>
          <w:p w14:paraId="05734E73" w14:textId="77777777" w:rsidR="0061162A" w:rsidRPr="00DB6570" w:rsidRDefault="00BE6111">
            <w:pPr>
              <w:rPr>
                <w:rFonts w:ascii="Times New Roman" w:hAnsi="Times New Roman" w:cs="Times New Roman"/>
                <w:sz w:val="22"/>
              </w:rPr>
            </w:pPr>
            <w:r w:rsidRPr="00DB6570">
              <w:rPr>
                <w:rFonts w:ascii="Times New Roman" w:hAnsi="Times New Roman" w:cs="Times New Roman"/>
                <w:sz w:val="22"/>
              </w:rPr>
              <w:t>ACE/Emerging Center - Head of Host Institution</w:t>
            </w:r>
          </w:p>
        </w:tc>
        <w:tc>
          <w:tcPr>
            <w:tcW w:w="1984" w:type="dxa"/>
            <w:tcMar>
              <w:top w:w="80" w:type="dxa"/>
              <w:left w:w="100" w:type="dxa"/>
              <w:bottom w:w="80" w:type="dxa"/>
              <w:right w:w="100" w:type="dxa"/>
            </w:tcMar>
          </w:tcPr>
          <w:p w14:paraId="339544CE" w14:textId="0E9E93F2" w:rsidR="0061162A" w:rsidRPr="00DB6570" w:rsidRDefault="0061162A">
            <w:pPr>
              <w:rPr>
                <w:rFonts w:ascii="Times New Roman" w:hAnsi="Times New Roman" w:cs="Times New Roman"/>
                <w:sz w:val="22"/>
              </w:rPr>
            </w:pPr>
          </w:p>
        </w:tc>
        <w:tc>
          <w:tcPr>
            <w:tcW w:w="1984" w:type="dxa"/>
            <w:tcMar>
              <w:top w:w="80" w:type="dxa"/>
              <w:left w:w="100" w:type="dxa"/>
              <w:bottom w:w="80" w:type="dxa"/>
              <w:right w:w="100" w:type="dxa"/>
            </w:tcMar>
          </w:tcPr>
          <w:p w14:paraId="007D6111" w14:textId="749E5D43" w:rsidR="0061162A" w:rsidRPr="00DB6570" w:rsidRDefault="0061162A">
            <w:pPr>
              <w:rPr>
                <w:rFonts w:ascii="Times New Roman" w:hAnsi="Times New Roman" w:cs="Times New Roman"/>
                <w:sz w:val="22"/>
              </w:rPr>
            </w:pPr>
          </w:p>
        </w:tc>
        <w:tc>
          <w:tcPr>
            <w:tcW w:w="1701" w:type="dxa"/>
            <w:tcMar>
              <w:top w:w="80" w:type="dxa"/>
              <w:left w:w="100" w:type="dxa"/>
              <w:bottom w:w="80" w:type="dxa"/>
              <w:right w:w="100" w:type="dxa"/>
            </w:tcMar>
          </w:tcPr>
          <w:p w14:paraId="65016E90" w14:textId="7A6CD5F0" w:rsidR="0061162A" w:rsidRPr="00DB6570" w:rsidRDefault="0061162A">
            <w:pPr>
              <w:rPr>
                <w:rFonts w:ascii="Times New Roman" w:hAnsi="Times New Roman" w:cs="Times New Roman"/>
                <w:sz w:val="22"/>
              </w:rPr>
            </w:pPr>
          </w:p>
        </w:tc>
        <w:tc>
          <w:tcPr>
            <w:tcW w:w="1134" w:type="dxa"/>
            <w:tcMar>
              <w:top w:w="80" w:type="dxa"/>
              <w:left w:w="100" w:type="dxa"/>
              <w:bottom w:w="80" w:type="dxa"/>
              <w:right w:w="100" w:type="dxa"/>
            </w:tcMar>
          </w:tcPr>
          <w:p w14:paraId="02FB7CA9" w14:textId="3C58491B" w:rsidR="0061162A" w:rsidRPr="00DB6570" w:rsidRDefault="0061162A">
            <w:pPr>
              <w:rPr>
                <w:rFonts w:ascii="Times New Roman" w:hAnsi="Times New Roman" w:cs="Times New Roman"/>
                <w:sz w:val="22"/>
              </w:rPr>
            </w:pPr>
          </w:p>
        </w:tc>
      </w:tr>
      <w:tr w:rsidR="0061162A" w:rsidRPr="00DB6570" w14:paraId="08FF116D" w14:textId="77777777">
        <w:trPr>
          <w:cantSplit/>
          <w:jc w:val="center"/>
        </w:trPr>
        <w:tc>
          <w:tcPr>
            <w:tcW w:w="2835" w:type="dxa"/>
            <w:tcMar>
              <w:top w:w="80" w:type="dxa"/>
              <w:left w:w="100" w:type="dxa"/>
              <w:bottom w:w="80" w:type="dxa"/>
              <w:right w:w="100" w:type="dxa"/>
            </w:tcMar>
          </w:tcPr>
          <w:p w14:paraId="1FE908F6" w14:textId="77777777" w:rsidR="0061162A" w:rsidRPr="00DB6570" w:rsidRDefault="00BE6111">
            <w:pPr>
              <w:rPr>
                <w:rFonts w:ascii="Times New Roman" w:hAnsi="Times New Roman" w:cs="Times New Roman"/>
                <w:sz w:val="22"/>
              </w:rPr>
            </w:pPr>
            <w:r w:rsidRPr="00DB6570">
              <w:rPr>
                <w:rFonts w:ascii="Times New Roman" w:hAnsi="Times New Roman" w:cs="Times New Roman"/>
                <w:sz w:val="22"/>
              </w:rPr>
              <w:t>ACE/Emerging Center - Center Leader</w:t>
            </w:r>
          </w:p>
        </w:tc>
        <w:tc>
          <w:tcPr>
            <w:tcW w:w="1984" w:type="dxa"/>
            <w:tcMar>
              <w:top w:w="80" w:type="dxa"/>
              <w:left w:w="100" w:type="dxa"/>
              <w:bottom w:w="80" w:type="dxa"/>
              <w:right w:w="100" w:type="dxa"/>
            </w:tcMar>
          </w:tcPr>
          <w:p w14:paraId="4A097AEE" w14:textId="21F96076" w:rsidR="0061162A" w:rsidRPr="00DB6570" w:rsidRDefault="0061162A">
            <w:pPr>
              <w:rPr>
                <w:rFonts w:ascii="Times New Roman" w:hAnsi="Times New Roman" w:cs="Times New Roman"/>
                <w:sz w:val="22"/>
              </w:rPr>
            </w:pPr>
          </w:p>
        </w:tc>
        <w:tc>
          <w:tcPr>
            <w:tcW w:w="1984" w:type="dxa"/>
            <w:tcMar>
              <w:top w:w="80" w:type="dxa"/>
              <w:left w:w="100" w:type="dxa"/>
              <w:bottom w:w="80" w:type="dxa"/>
              <w:right w:w="100" w:type="dxa"/>
            </w:tcMar>
          </w:tcPr>
          <w:p w14:paraId="68BDE88B" w14:textId="76F64590" w:rsidR="0061162A" w:rsidRPr="00DB6570" w:rsidRDefault="0061162A">
            <w:pPr>
              <w:rPr>
                <w:rFonts w:ascii="Times New Roman" w:hAnsi="Times New Roman" w:cs="Times New Roman"/>
                <w:sz w:val="22"/>
              </w:rPr>
            </w:pPr>
          </w:p>
        </w:tc>
        <w:tc>
          <w:tcPr>
            <w:tcW w:w="1701" w:type="dxa"/>
            <w:tcMar>
              <w:top w:w="80" w:type="dxa"/>
              <w:left w:w="100" w:type="dxa"/>
              <w:bottom w:w="80" w:type="dxa"/>
              <w:right w:w="100" w:type="dxa"/>
            </w:tcMar>
          </w:tcPr>
          <w:p w14:paraId="588F0A31" w14:textId="60D79614" w:rsidR="0061162A" w:rsidRPr="00DB6570" w:rsidRDefault="0061162A">
            <w:pPr>
              <w:rPr>
                <w:rFonts w:ascii="Times New Roman" w:hAnsi="Times New Roman" w:cs="Times New Roman"/>
                <w:sz w:val="22"/>
              </w:rPr>
            </w:pPr>
          </w:p>
        </w:tc>
        <w:tc>
          <w:tcPr>
            <w:tcW w:w="1134" w:type="dxa"/>
            <w:tcMar>
              <w:top w:w="80" w:type="dxa"/>
              <w:left w:w="100" w:type="dxa"/>
              <w:bottom w:w="80" w:type="dxa"/>
              <w:right w:w="100" w:type="dxa"/>
            </w:tcMar>
          </w:tcPr>
          <w:p w14:paraId="0286D0A6" w14:textId="49A56557" w:rsidR="0061162A" w:rsidRPr="00DB6570" w:rsidRDefault="0061162A">
            <w:pPr>
              <w:rPr>
                <w:rFonts w:ascii="Times New Roman" w:hAnsi="Times New Roman" w:cs="Times New Roman"/>
                <w:sz w:val="22"/>
              </w:rPr>
            </w:pPr>
          </w:p>
        </w:tc>
      </w:tr>
      <w:tr w:rsidR="0061162A" w:rsidRPr="00DB6570" w14:paraId="26ADAE39" w14:textId="77777777">
        <w:trPr>
          <w:cantSplit/>
          <w:jc w:val="center"/>
        </w:trPr>
        <w:tc>
          <w:tcPr>
            <w:tcW w:w="2835" w:type="dxa"/>
            <w:tcMar>
              <w:top w:w="80" w:type="dxa"/>
              <w:left w:w="100" w:type="dxa"/>
              <w:bottom w:w="80" w:type="dxa"/>
              <w:right w:w="100" w:type="dxa"/>
            </w:tcMar>
          </w:tcPr>
          <w:p w14:paraId="3C4C4104" w14:textId="77777777" w:rsidR="0061162A" w:rsidRPr="00DB6570" w:rsidRDefault="00BE6111">
            <w:pPr>
              <w:rPr>
                <w:rFonts w:ascii="Times New Roman" w:hAnsi="Times New Roman" w:cs="Times New Roman"/>
                <w:sz w:val="22"/>
              </w:rPr>
            </w:pPr>
            <w:r w:rsidRPr="00DB6570">
              <w:rPr>
                <w:rFonts w:ascii="Times New Roman" w:hAnsi="Times New Roman" w:cs="Times New Roman"/>
                <w:sz w:val="22"/>
              </w:rPr>
              <w:t>RFTI - Head of Host Institution</w:t>
            </w:r>
          </w:p>
        </w:tc>
        <w:tc>
          <w:tcPr>
            <w:tcW w:w="1984" w:type="dxa"/>
            <w:tcMar>
              <w:top w:w="80" w:type="dxa"/>
              <w:left w:w="100" w:type="dxa"/>
              <w:bottom w:w="80" w:type="dxa"/>
              <w:right w:w="100" w:type="dxa"/>
            </w:tcMar>
          </w:tcPr>
          <w:p w14:paraId="54670CAF" w14:textId="692D9FE8" w:rsidR="0061162A" w:rsidRPr="00DB6570" w:rsidRDefault="0061162A">
            <w:pPr>
              <w:rPr>
                <w:rFonts w:ascii="Times New Roman" w:hAnsi="Times New Roman" w:cs="Times New Roman"/>
                <w:sz w:val="22"/>
              </w:rPr>
            </w:pPr>
          </w:p>
        </w:tc>
        <w:tc>
          <w:tcPr>
            <w:tcW w:w="1984" w:type="dxa"/>
            <w:tcMar>
              <w:top w:w="80" w:type="dxa"/>
              <w:left w:w="100" w:type="dxa"/>
              <w:bottom w:w="80" w:type="dxa"/>
              <w:right w:w="100" w:type="dxa"/>
            </w:tcMar>
          </w:tcPr>
          <w:p w14:paraId="105E891E" w14:textId="74598DA6" w:rsidR="0061162A" w:rsidRPr="00DB6570" w:rsidRDefault="0061162A">
            <w:pPr>
              <w:rPr>
                <w:rFonts w:ascii="Times New Roman" w:hAnsi="Times New Roman" w:cs="Times New Roman"/>
                <w:sz w:val="22"/>
              </w:rPr>
            </w:pPr>
          </w:p>
        </w:tc>
        <w:tc>
          <w:tcPr>
            <w:tcW w:w="1701" w:type="dxa"/>
            <w:tcMar>
              <w:top w:w="80" w:type="dxa"/>
              <w:left w:w="100" w:type="dxa"/>
              <w:bottom w:w="80" w:type="dxa"/>
              <w:right w:w="100" w:type="dxa"/>
            </w:tcMar>
          </w:tcPr>
          <w:p w14:paraId="15BEFAD3" w14:textId="2A9C20DA" w:rsidR="0061162A" w:rsidRPr="00DB6570" w:rsidRDefault="0061162A">
            <w:pPr>
              <w:rPr>
                <w:rFonts w:ascii="Times New Roman" w:hAnsi="Times New Roman" w:cs="Times New Roman"/>
                <w:sz w:val="22"/>
              </w:rPr>
            </w:pPr>
          </w:p>
        </w:tc>
        <w:tc>
          <w:tcPr>
            <w:tcW w:w="1134" w:type="dxa"/>
            <w:tcMar>
              <w:top w:w="80" w:type="dxa"/>
              <w:left w:w="100" w:type="dxa"/>
              <w:bottom w:w="80" w:type="dxa"/>
              <w:right w:w="100" w:type="dxa"/>
            </w:tcMar>
          </w:tcPr>
          <w:p w14:paraId="5AA92999" w14:textId="42A5154D" w:rsidR="0061162A" w:rsidRPr="00DB6570" w:rsidRDefault="0061162A">
            <w:pPr>
              <w:rPr>
                <w:rFonts w:ascii="Times New Roman" w:hAnsi="Times New Roman" w:cs="Times New Roman"/>
                <w:sz w:val="22"/>
              </w:rPr>
            </w:pPr>
          </w:p>
        </w:tc>
      </w:tr>
      <w:tr w:rsidR="0061162A" w:rsidRPr="00DB6570" w14:paraId="403AF2B4" w14:textId="77777777">
        <w:trPr>
          <w:cantSplit/>
          <w:jc w:val="center"/>
        </w:trPr>
        <w:tc>
          <w:tcPr>
            <w:tcW w:w="2835" w:type="dxa"/>
            <w:tcMar>
              <w:top w:w="80" w:type="dxa"/>
              <w:left w:w="100" w:type="dxa"/>
              <w:bottom w:w="80" w:type="dxa"/>
              <w:right w:w="100" w:type="dxa"/>
            </w:tcMar>
          </w:tcPr>
          <w:p w14:paraId="700179CD" w14:textId="77777777" w:rsidR="0061162A" w:rsidRPr="00DB6570" w:rsidRDefault="00BE6111">
            <w:pPr>
              <w:rPr>
                <w:rFonts w:ascii="Times New Roman" w:hAnsi="Times New Roman" w:cs="Times New Roman"/>
                <w:sz w:val="22"/>
              </w:rPr>
            </w:pPr>
            <w:r w:rsidRPr="00DB6570">
              <w:rPr>
                <w:rFonts w:ascii="Times New Roman" w:hAnsi="Times New Roman" w:cs="Times New Roman"/>
                <w:sz w:val="22"/>
              </w:rPr>
              <w:t>RFTI - Institute Director</w:t>
            </w:r>
          </w:p>
        </w:tc>
        <w:tc>
          <w:tcPr>
            <w:tcW w:w="1984" w:type="dxa"/>
            <w:tcMar>
              <w:top w:w="80" w:type="dxa"/>
              <w:left w:w="100" w:type="dxa"/>
              <w:bottom w:w="80" w:type="dxa"/>
              <w:right w:w="100" w:type="dxa"/>
            </w:tcMar>
          </w:tcPr>
          <w:p w14:paraId="03AA970D" w14:textId="522EF719" w:rsidR="0061162A" w:rsidRPr="00DB6570" w:rsidRDefault="0061162A">
            <w:pPr>
              <w:rPr>
                <w:rFonts w:ascii="Times New Roman" w:hAnsi="Times New Roman" w:cs="Times New Roman"/>
                <w:sz w:val="22"/>
              </w:rPr>
            </w:pPr>
          </w:p>
        </w:tc>
        <w:tc>
          <w:tcPr>
            <w:tcW w:w="1984" w:type="dxa"/>
            <w:tcMar>
              <w:top w:w="80" w:type="dxa"/>
              <w:left w:w="100" w:type="dxa"/>
              <w:bottom w:w="80" w:type="dxa"/>
              <w:right w:w="100" w:type="dxa"/>
            </w:tcMar>
          </w:tcPr>
          <w:p w14:paraId="42717EA7" w14:textId="6ECA68E6" w:rsidR="0061162A" w:rsidRPr="00DB6570" w:rsidRDefault="0061162A">
            <w:pPr>
              <w:rPr>
                <w:rFonts w:ascii="Times New Roman" w:hAnsi="Times New Roman" w:cs="Times New Roman"/>
                <w:sz w:val="22"/>
              </w:rPr>
            </w:pPr>
          </w:p>
        </w:tc>
        <w:tc>
          <w:tcPr>
            <w:tcW w:w="1701" w:type="dxa"/>
            <w:tcMar>
              <w:top w:w="80" w:type="dxa"/>
              <w:left w:w="100" w:type="dxa"/>
              <w:bottom w:w="80" w:type="dxa"/>
              <w:right w:w="100" w:type="dxa"/>
            </w:tcMar>
          </w:tcPr>
          <w:p w14:paraId="17149799" w14:textId="66273231" w:rsidR="0061162A" w:rsidRPr="00DB6570" w:rsidRDefault="0061162A">
            <w:pPr>
              <w:rPr>
                <w:rFonts w:ascii="Times New Roman" w:hAnsi="Times New Roman" w:cs="Times New Roman"/>
                <w:sz w:val="22"/>
              </w:rPr>
            </w:pPr>
          </w:p>
        </w:tc>
        <w:tc>
          <w:tcPr>
            <w:tcW w:w="1134" w:type="dxa"/>
            <w:tcMar>
              <w:top w:w="80" w:type="dxa"/>
              <w:left w:w="100" w:type="dxa"/>
              <w:bottom w:w="80" w:type="dxa"/>
              <w:right w:w="100" w:type="dxa"/>
            </w:tcMar>
          </w:tcPr>
          <w:p w14:paraId="0C0894A3" w14:textId="08BD7EB6" w:rsidR="0061162A" w:rsidRPr="00DB6570" w:rsidRDefault="0061162A">
            <w:pPr>
              <w:rPr>
                <w:rFonts w:ascii="Times New Roman" w:hAnsi="Times New Roman" w:cs="Times New Roman"/>
                <w:sz w:val="22"/>
              </w:rPr>
            </w:pPr>
          </w:p>
        </w:tc>
      </w:tr>
      <w:tr w:rsidR="0061162A" w:rsidRPr="00DB6570" w14:paraId="0F808A6B" w14:textId="77777777">
        <w:trPr>
          <w:cantSplit/>
          <w:jc w:val="center"/>
        </w:trPr>
        <w:tc>
          <w:tcPr>
            <w:tcW w:w="2835" w:type="dxa"/>
            <w:tcMar>
              <w:top w:w="80" w:type="dxa"/>
              <w:left w:w="100" w:type="dxa"/>
              <w:bottom w:w="80" w:type="dxa"/>
              <w:right w:w="100" w:type="dxa"/>
            </w:tcMar>
          </w:tcPr>
          <w:p w14:paraId="307DB3CA" w14:textId="77777777" w:rsidR="0061162A" w:rsidRPr="00DB6570" w:rsidRDefault="00BE6111">
            <w:pPr>
              <w:rPr>
                <w:rFonts w:ascii="Times New Roman" w:hAnsi="Times New Roman" w:cs="Times New Roman"/>
                <w:sz w:val="22"/>
              </w:rPr>
            </w:pPr>
            <w:r w:rsidRPr="00DB6570">
              <w:rPr>
                <w:rFonts w:ascii="Times New Roman" w:hAnsi="Times New Roman" w:cs="Times New Roman"/>
                <w:sz w:val="22"/>
              </w:rPr>
              <w:t>Sector Engagement Panel - Chair</w:t>
            </w:r>
          </w:p>
        </w:tc>
        <w:tc>
          <w:tcPr>
            <w:tcW w:w="1984" w:type="dxa"/>
            <w:tcMar>
              <w:top w:w="80" w:type="dxa"/>
              <w:left w:w="100" w:type="dxa"/>
              <w:bottom w:w="80" w:type="dxa"/>
              <w:right w:w="100" w:type="dxa"/>
            </w:tcMar>
          </w:tcPr>
          <w:p w14:paraId="61672266" w14:textId="68B2B7B9" w:rsidR="0061162A" w:rsidRPr="00DB6570" w:rsidRDefault="0061162A">
            <w:pPr>
              <w:rPr>
                <w:rFonts w:ascii="Times New Roman" w:hAnsi="Times New Roman" w:cs="Times New Roman"/>
                <w:sz w:val="22"/>
              </w:rPr>
            </w:pPr>
          </w:p>
        </w:tc>
        <w:tc>
          <w:tcPr>
            <w:tcW w:w="1984" w:type="dxa"/>
            <w:tcMar>
              <w:top w:w="80" w:type="dxa"/>
              <w:left w:w="100" w:type="dxa"/>
              <w:bottom w:w="80" w:type="dxa"/>
              <w:right w:w="100" w:type="dxa"/>
            </w:tcMar>
          </w:tcPr>
          <w:p w14:paraId="4C9F90F9" w14:textId="2B3F2979" w:rsidR="0061162A" w:rsidRPr="00DB6570" w:rsidRDefault="0061162A">
            <w:pPr>
              <w:rPr>
                <w:rFonts w:ascii="Times New Roman" w:hAnsi="Times New Roman" w:cs="Times New Roman"/>
                <w:sz w:val="22"/>
              </w:rPr>
            </w:pPr>
          </w:p>
        </w:tc>
        <w:tc>
          <w:tcPr>
            <w:tcW w:w="1701" w:type="dxa"/>
            <w:tcMar>
              <w:top w:w="80" w:type="dxa"/>
              <w:left w:w="100" w:type="dxa"/>
              <w:bottom w:w="80" w:type="dxa"/>
              <w:right w:w="100" w:type="dxa"/>
            </w:tcMar>
          </w:tcPr>
          <w:p w14:paraId="20898C35" w14:textId="3126C4B3" w:rsidR="0061162A" w:rsidRPr="00DB6570" w:rsidRDefault="0061162A">
            <w:pPr>
              <w:rPr>
                <w:rFonts w:ascii="Times New Roman" w:hAnsi="Times New Roman" w:cs="Times New Roman"/>
                <w:sz w:val="22"/>
              </w:rPr>
            </w:pPr>
          </w:p>
        </w:tc>
        <w:tc>
          <w:tcPr>
            <w:tcW w:w="1134" w:type="dxa"/>
            <w:tcMar>
              <w:top w:w="80" w:type="dxa"/>
              <w:left w:w="100" w:type="dxa"/>
              <w:bottom w:w="80" w:type="dxa"/>
              <w:right w:w="100" w:type="dxa"/>
            </w:tcMar>
          </w:tcPr>
          <w:p w14:paraId="57D4885F" w14:textId="3754D447" w:rsidR="0061162A" w:rsidRPr="00DB6570" w:rsidRDefault="0061162A">
            <w:pPr>
              <w:rPr>
                <w:rFonts w:ascii="Times New Roman" w:hAnsi="Times New Roman" w:cs="Times New Roman"/>
                <w:sz w:val="22"/>
              </w:rPr>
            </w:pPr>
          </w:p>
        </w:tc>
      </w:tr>
      <w:tr w:rsidR="0061162A" w:rsidRPr="00DB6570" w14:paraId="5AD757E7" w14:textId="77777777">
        <w:trPr>
          <w:cantSplit/>
          <w:jc w:val="center"/>
        </w:trPr>
        <w:tc>
          <w:tcPr>
            <w:tcW w:w="2835" w:type="dxa"/>
            <w:tcMar>
              <w:top w:w="80" w:type="dxa"/>
              <w:left w:w="100" w:type="dxa"/>
              <w:bottom w:w="80" w:type="dxa"/>
              <w:right w:w="100" w:type="dxa"/>
            </w:tcMar>
          </w:tcPr>
          <w:p w14:paraId="514ADF8C" w14:textId="77777777" w:rsidR="0061162A" w:rsidRPr="00DB6570" w:rsidRDefault="00BE6111">
            <w:pPr>
              <w:rPr>
                <w:rFonts w:ascii="Times New Roman" w:hAnsi="Times New Roman" w:cs="Times New Roman"/>
                <w:sz w:val="22"/>
              </w:rPr>
            </w:pPr>
            <w:r w:rsidRPr="00DB6570">
              <w:rPr>
                <w:rFonts w:ascii="Times New Roman" w:hAnsi="Times New Roman" w:cs="Times New Roman"/>
                <w:sz w:val="22"/>
              </w:rPr>
              <w:t>Sector Engagement Panel - Vice Chair</w:t>
            </w:r>
          </w:p>
        </w:tc>
        <w:tc>
          <w:tcPr>
            <w:tcW w:w="1984" w:type="dxa"/>
            <w:tcMar>
              <w:top w:w="80" w:type="dxa"/>
              <w:left w:w="100" w:type="dxa"/>
              <w:bottom w:w="80" w:type="dxa"/>
              <w:right w:w="100" w:type="dxa"/>
            </w:tcMar>
          </w:tcPr>
          <w:p w14:paraId="406ECBEF" w14:textId="4C608C0C" w:rsidR="0061162A" w:rsidRPr="00DB6570" w:rsidRDefault="0061162A">
            <w:pPr>
              <w:rPr>
                <w:rFonts w:ascii="Times New Roman" w:hAnsi="Times New Roman" w:cs="Times New Roman"/>
                <w:sz w:val="22"/>
              </w:rPr>
            </w:pPr>
          </w:p>
        </w:tc>
        <w:tc>
          <w:tcPr>
            <w:tcW w:w="1984" w:type="dxa"/>
            <w:tcMar>
              <w:top w:w="80" w:type="dxa"/>
              <w:left w:w="100" w:type="dxa"/>
              <w:bottom w:w="80" w:type="dxa"/>
              <w:right w:w="100" w:type="dxa"/>
            </w:tcMar>
          </w:tcPr>
          <w:p w14:paraId="75927400" w14:textId="2EE9838C" w:rsidR="0061162A" w:rsidRPr="00DB6570" w:rsidRDefault="0061162A">
            <w:pPr>
              <w:rPr>
                <w:rFonts w:ascii="Times New Roman" w:hAnsi="Times New Roman" w:cs="Times New Roman"/>
                <w:sz w:val="22"/>
              </w:rPr>
            </w:pPr>
          </w:p>
        </w:tc>
        <w:tc>
          <w:tcPr>
            <w:tcW w:w="1701" w:type="dxa"/>
            <w:tcMar>
              <w:top w:w="80" w:type="dxa"/>
              <w:left w:w="100" w:type="dxa"/>
              <w:bottom w:w="80" w:type="dxa"/>
              <w:right w:w="100" w:type="dxa"/>
            </w:tcMar>
          </w:tcPr>
          <w:p w14:paraId="0E791E96" w14:textId="4F686DDF" w:rsidR="0061162A" w:rsidRPr="00DB6570" w:rsidRDefault="0061162A">
            <w:pPr>
              <w:rPr>
                <w:rFonts w:ascii="Times New Roman" w:hAnsi="Times New Roman" w:cs="Times New Roman"/>
                <w:sz w:val="22"/>
              </w:rPr>
            </w:pPr>
          </w:p>
        </w:tc>
        <w:tc>
          <w:tcPr>
            <w:tcW w:w="1134" w:type="dxa"/>
            <w:tcMar>
              <w:top w:w="80" w:type="dxa"/>
              <w:left w:w="100" w:type="dxa"/>
              <w:bottom w:w="80" w:type="dxa"/>
              <w:right w:w="100" w:type="dxa"/>
            </w:tcMar>
          </w:tcPr>
          <w:p w14:paraId="57971A43" w14:textId="744BDFF2" w:rsidR="0061162A" w:rsidRPr="00DB6570" w:rsidRDefault="0061162A">
            <w:pPr>
              <w:rPr>
                <w:rFonts w:ascii="Times New Roman" w:hAnsi="Times New Roman" w:cs="Times New Roman"/>
                <w:sz w:val="22"/>
              </w:rPr>
            </w:pPr>
          </w:p>
        </w:tc>
      </w:tr>
    </w:tbl>
    <w:p w14:paraId="506982C2" w14:textId="3DC875EF" w:rsidR="00200C5A" w:rsidRPr="00DB6570" w:rsidRDefault="00A31617" w:rsidP="005E44DD">
      <w:pPr>
        <w:pStyle w:val="Heading2"/>
        <w:rPr>
          <w:rFonts w:ascii="Times New Roman" w:hAnsi="Times New Roman" w:cs="Times New Roman"/>
          <w:color w:val="auto"/>
          <w:sz w:val="22"/>
          <w:szCs w:val="22"/>
        </w:rPr>
      </w:pPr>
      <w:bookmarkStart w:id="93" w:name="_Toc237525288"/>
      <w:r w:rsidRPr="00DB6570">
        <w:rPr>
          <w:rFonts w:ascii="Times New Roman" w:hAnsi="Times New Roman" w:cs="Times New Roman"/>
          <w:color w:val="auto"/>
          <w:sz w:val="22"/>
          <w:szCs w:val="22"/>
        </w:rPr>
        <w:t xml:space="preserve">6.2 </w:t>
      </w:r>
      <w:r w:rsidR="003216AC" w:rsidRPr="00DB6570">
        <w:rPr>
          <w:rFonts w:ascii="Times New Roman" w:hAnsi="Times New Roman" w:cs="Times New Roman"/>
          <w:color w:val="auto"/>
          <w:sz w:val="22"/>
          <w:szCs w:val="22"/>
        </w:rPr>
        <w:t>RESPONSE TO EOI EVALUATION</w:t>
      </w:r>
      <w:bookmarkEnd w:id="93"/>
    </w:p>
    <w:tbl>
      <w:tblPr>
        <w:tblStyle w:val="TableGrid"/>
        <w:tblW w:w="9000" w:type="dxa"/>
        <w:jc w:val="center"/>
        <w:tblLook w:val="04A0" w:firstRow="1" w:lastRow="0" w:firstColumn="1" w:lastColumn="0" w:noHBand="0" w:noVBand="1"/>
      </w:tblPr>
      <w:tblGrid>
        <w:gridCol w:w="9000"/>
      </w:tblGrid>
      <w:tr w:rsidR="00200C5A" w:rsidRPr="00DB6570" w14:paraId="4FE3BB36" w14:textId="77777777" w:rsidTr="007B53F1">
        <w:trPr>
          <w:jc w:val="center"/>
        </w:trPr>
        <w:tc>
          <w:tcPr>
            <w:tcW w:w="9866" w:type="dxa"/>
            <w:tcMar>
              <w:top w:w="100" w:type="dxa"/>
              <w:left w:w="140" w:type="dxa"/>
              <w:bottom w:w="100" w:type="dxa"/>
              <w:right w:w="140" w:type="dxa"/>
            </w:tcMar>
          </w:tcPr>
          <w:p w14:paraId="7ACA1CF2" w14:textId="77777777" w:rsidR="00200C5A" w:rsidRPr="00DB6570" w:rsidRDefault="00200C5A" w:rsidP="00D270E1">
            <w:pPr>
              <w:rPr>
                <w:rFonts w:ascii="Times New Roman" w:hAnsi="Times New Roman" w:cs="Times New Roman"/>
                <w:sz w:val="22"/>
              </w:rPr>
            </w:pPr>
            <w:r w:rsidRPr="00DB6570">
              <w:rPr>
                <w:rFonts w:ascii="Times New Roman" w:hAnsi="Times New Roman" w:cs="Times New Roman"/>
                <w:b/>
                <w:sz w:val="22"/>
              </w:rPr>
              <w:t>Purpose of this Part</w:t>
            </w:r>
          </w:p>
          <w:p w14:paraId="36C57344" w14:textId="77777777" w:rsidR="00200C5A" w:rsidRPr="00DB6570" w:rsidRDefault="00200C5A" w:rsidP="00D270E1">
            <w:pPr>
              <w:rPr>
                <w:rFonts w:ascii="Times New Roman" w:hAnsi="Times New Roman" w:cs="Times New Roman"/>
                <w:sz w:val="22"/>
              </w:rPr>
            </w:pPr>
            <w:r w:rsidRPr="00DB6570">
              <w:rPr>
                <w:rFonts w:ascii="Times New Roman" w:hAnsi="Times New Roman" w:cs="Times New Roman"/>
                <w:sz w:val="22"/>
              </w:rPr>
              <w:t>This Part should show how the shortlisted EoI has been strengthened and present the complete partnership proposition in a concise form.</w:t>
            </w:r>
          </w:p>
        </w:tc>
      </w:tr>
    </w:tbl>
    <w:p w14:paraId="6E91F9B4" w14:textId="77777777" w:rsidR="00200C5A" w:rsidRPr="00DB6570" w:rsidRDefault="00200C5A" w:rsidP="00200C5A">
      <w:pPr>
        <w:spacing w:after="0"/>
        <w:rPr>
          <w:rFonts w:ascii="Times New Roman" w:hAnsi="Times New Roman" w:cs="Times New Roman"/>
          <w:sz w:val="22"/>
        </w:rPr>
      </w:pPr>
    </w:p>
    <w:p w14:paraId="71256E97" w14:textId="1DDB4240" w:rsidR="00200C5A" w:rsidRPr="00DB6570" w:rsidRDefault="00200C5A" w:rsidP="00200C5A">
      <w:pPr>
        <w:pStyle w:val="Heading2"/>
        <w:rPr>
          <w:rFonts w:ascii="Times New Roman" w:hAnsi="Times New Roman" w:cs="Times New Roman"/>
          <w:color w:val="auto"/>
          <w:sz w:val="22"/>
          <w:szCs w:val="22"/>
        </w:rPr>
      </w:pPr>
      <w:bookmarkStart w:id="94" w:name="_Toc237525289"/>
      <w:r w:rsidRPr="00DB6570">
        <w:rPr>
          <w:rFonts w:ascii="Times New Roman" w:hAnsi="Times New Roman" w:cs="Times New Roman"/>
          <w:color w:val="auto"/>
          <w:sz w:val="22"/>
          <w:szCs w:val="22"/>
        </w:rPr>
        <w:t>Response to Stage 1 EoI Evaluation Feedback</w:t>
      </w:r>
      <w:bookmarkEnd w:id="94"/>
    </w:p>
    <w:p w14:paraId="44108EF7" w14:textId="77777777" w:rsidR="00200C5A" w:rsidRPr="00DB6570" w:rsidRDefault="00200C5A" w:rsidP="00200C5A">
      <w:pPr>
        <w:pStyle w:val="GuidanceText"/>
        <w:keepNext/>
        <w:rPr>
          <w:rFonts w:ascii="Times New Roman" w:hAnsi="Times New Roman" w:cs="Times New Roman"/>
          <w:color w:val="auto"/>
          <w:sz w:val="22"/>
        </w:rPr>
      </w:pPr>
      <w:r w:rsidRPr="00DB6570">
        <w:rPr>
          <w:rFonts w:ascii="Times New Roman" w:hAnsi="Times New Roman" w:cs="Times New Roman"/>
          <w:color w:val="auto"/>
          <w:sz w:val="22"/>
        </w:rPr>
        <w:t>List each evaluation comment or condition, the action taken in the Full Proposal, and the exact section or annex where the response can be verified.</w:t>
      </w:r>
    </w:p>
    <w:tbl>
      <w:tblPr>
        <w:tblStyle w:val="TableGrid"/>
        <w:tblW w:w="9000" w:type="dxa"/>
        <w:jc w:val="center"/>
        <w:tblLook w:val="04A0" w:firstRow="1" w:lastRow="0" w:firstColumn="1" w:lastColumn="0" w:noHBand="0" w:noVBand="1"/>
      </w:tblPr>
      <w:tblGrid>
        <w:gridCol w:w="677"/>
        <w:gridCol w:w="3105"/>
        <w:gridCol w:w="3608"/>
        <w:gridCol w:w="1610"/>
      </w:tblGrid>
      <w:tr w:rsidR="00200C5A" w:rsidRPr="00DB6570" w14:paraId="06584F3D" w14:textId="77777777" w:rsidTr="007B53F1">
        <w:trPr>
          <w:tblHeader/>
          <w:jc w:val="center"/>
        </w:trPr>
        <w:tc>
          <w:tcPr>
            <w:tcW w:w="677" w:type="dxa"/>
            <w:tcMar>
              <w:top w:w="70" w:type="dxa"/>
              <w:left w:w="70" w:type="dxa"/>
              <w:bottom w:w="70" w:type="dxa"/>
              <w:right w:w="70" w:type="dxa"/>
            </w:tcMar>
          </w:tcPr>
          <w:p w14:paraId="4A497A2A" w14:textId="77777777" w:rsidR="00200C5A" w:rsidRPr="00DB6570" w:rsidRDefault="00200C5A" w:rsidP="00D270E1">
            <w:pPr>
              <w:rPr>
                <w:rFonts w:ascii="Times New Roman" w:hAnsi="Times New Roman" w:cs="Times New Roman"/>
                <w:sz w:val="22"/>
              </w:rPr>
            </w:pPr>
            <w:r w:rsidRPr="00DB6570">
              <w:rPr>
                <w:rFonts w:ascii="Times New Roman" w:hAnsi="Times New Roman" w:cs="Times New Roman"/>
                <w:b/>
                <w:sz w:val="22"/>
              </w:rPr>
              <w:t>No.</w:t>
            </w:r>
          </w:p>
        </w:tc>
        <w:tc>
          <w:tcPr>
            <w:tcW w:w="3105" w:type="dxa"/>
            <w:tcMar>
              <w:top w:w="70" w:type="dxa"/>
              <w:left w:w="70" w:type="dxa"/>
              <w:bottom w:w="70" w:type="dxa"/>
              <w:right w:w="70" w:type="dxa"/>
            </w:tcMar>
          </w:tcPr>
          <w:p w14:paraId="7FE06E54" w14:textId="77777777" w:rsidR="00200C5A" w:rsidRPr="00DB6570" w:rsidRDefault="00200C5A" w:rsidP="00D270E1">
            <w:pPr>
              <w:rPr>
                <w:rFonts w:ascii="Times New Roman" w:hAnsi="Times New Roman" w:cs="Times New Roman"/>
                <w:sz w:val="22"/>
              </w:rPr>
            </w:pPr>
            <w:r w:rsidRPr="00DB6570">
              <w:rPr>
                <w:rFonts w:ascii="Times New Roman" w:hAnsi="Times New Roman" w:cs="Times New Roman"/>
                <w:b/>
                <w:sz w:val="22"/>
              </w:rPr>
              <w:t>EoI review comment / condition</w:t>
            </w:r>
          </w:p>
        </w:tc>
        <w:tc>
          <w:tcPr>
            <w:tcW w:w="3608" w:type="dxa"/>
            <w:tcMar>
              <w:top w:w="70" w:type="dxa"/>
              <w:left w:w="70" w:type="dxa"/>
              <w:bottom w:w="70" w:type="dxa"/>
              <w:right w:w="70" w:type="dxa"/>
            </w:tcMar>
          </w:tcPr>
          <w:p w14:paraId="5FF57AE2" w14:textId="77777777" w:rsidR="00200C5A" w:rsidRPr="00DB6570" w:rsidRDefault="00200C5A" w:rsidP="00D270E1">
            <w:pPr>
              <w:rPr>
                <w:rFonts w:ascii="Times New Roman" w:hAnsi="Times New Roman" w:cs="Times New Roman"/>
                <w:sz w:val="22"/>
              </w:rPr>
            </w:pPr>
            <w:r w:rsidRPr="00DB6570">
              <w:rPr>
                <w:rFonts w:ascii="Times New Roman" w:hAnsi="Times New Roman" w:cs="Times New Roman"/>
                <w:b/>
                <w:sz w:val="22"/>
              </w:rPr>
              <w:t>Applicant response and action taken</w:t>
            </w:r>
          </w:p>
        </w:tc>
        <w:tc>
          <w:tcPr>
            <w:tcW w:w="1610" w:type="dxa"/>
            <w:tcMar>
              <w:top w:w="70" w:type="dxa"/>
              <w:left w:w="70" w:type="dxa"/>
              <w:bottom w:w="70" w:type="dxa"/>
              <w:right w:w="70" w:type="dxa"/>
            </w:tcMar>
          </w:tcPr>
          <w:p w14:paraId="67781F5E" w14:textId="77777777" w:rsidR="00200C5A" w:rsidRPr="00DB6570" w:rsidRDefault="00200C5A" w:rsidP="00D270E1">
            <w:pPr>
              <w:rPr>
                <w:rFonts w:ascii="Times New Roman" w:hAnsi="Times New Roman" w:cs="Times New Roman"/>
                <w:sz w:val="22"/>
              </w:rPr>
            </w:pPr>
            <w:r w:rsidRPr="00DB6570">
              <w:rPr>
                <w:rFonts w:ascii="Times New Roman" w:hAnsi="Times New Roman" w:cs="Times New Roman"/>
                <w:b/>
                <w:sz w:val="22"/>
              </w:rPr>
              <w:t>Full Proposal section / annex</w:t>
            </w:r>
          </w:p>
        </w:tc>
      </w:tr>
      <w:tr w:rsidR="00200C5A" w:rsidRPr="00DB6570" w14:paraId="06037CF6" w14:textId="77777777" w:rsidTr="005E44DD">
        <w:trPr>
          <w:cantSplit/>
          <w:jc w:val="center"/>
        </w:trPr>
        <w:tc>
          <w:tcPr>
            <w:tcW w:w="677" w:type="dxa"/>
            <w:tcMar>
              <w:top w:w="70" w:type="dxa"/>
              <w:left w:w="70" w:type="dxa"/>
              <w:bottom w:w="70" w:type="dxa"/>
              <w:right w:w="70" w:type="dxa"/>
            </w:tcMar>
          </w:tcPr>
          <w:p w14:paraId="04E494D4" w14:textId="7F89441F" w:rsidR="00200C5A" w:rsidRPr="00DB6570" w:rsidRDefault="008C0872" w:rsidP="00D270E1">
            <w:pPr>
              <w:pStyle w:val="ResponsePlaceholder"/>
              <w:rPr>
                <w:rFonts w:ascii="Times New Roman" w:hAnsi="Times New Roman" w:cs="Times New Roman"/>
                <w:color w:val="auto"/>
                <w:sz w:val="22"/>
              </w:rPr>
            </w:pPr>
            <w:r w:rsidRPr="00DB6570">
              <w:rPr>
                <w:rFonts w:ascii="Times New Roman" w:hAnsi="Times New Roman" w:cs="Times New Roman"/>
                <w:color w:val="auto"/>
                <w:sz w:val="22"/>
              </w:rPr>
              <w:t>1</w:t>
            </w:r>
          </w:p>
        </w:tc>
        <w:tc>
          <w:tcPr>
            <w:tcW w:w="3105" w:type="dxa"/>
            <w:tcMar>
              <w:top w:w="70" w:type="dxa"/>
              <w:left w:w="70" w:type="dxa"/>
              <w:bottom w:w="70" w:type="dxa"/>
              <w:right w:w="70" w:type="dxa"/>
            </w:tcMar>
          </w:tcPr>
          <w:p w14:paraId="502E4F4C" w14:textId="50076647" w:rsidR="00200C5A" w:rsidRPr="00DB6570" w:rsidRDefault="00200C5A" w:rsidP="00D270E1">
            <w:pPr>
              <w:pStyle w:val="ResponsePlaceholder"/>
              <w:rPr>
                <w:rFonts w:ascii="Times New Roman" w:hAnsi="Times New Roman" w:cs="Times New Roman"/>
                <w:color w:val="auto"/>
                <w:sz w:val="22"/>
              </w:rPr>
            </w:pPr>
          </w:p>
        </w:tc>
        <w:tc>
          <w:tcPr>
            <w:tcW w:w="3608" w:type="dxa"/>
            <w:tcMar>
              <w:top w:w="70" w:type="dxa"/>
              <w:left w:w="70" w:type="dxa"/>
              <w:bottom w:w="70" w:type="dxa"/>
              <w:right w:w="70" w:type="dxa"/>
            </w:tcMar>
          </w:tcPr>
          <w:p w14:paraId="1BA4FEFD" w14:textId="46EB85F0" w:rsidR="00200C5A" w:rsidRPr="00DB6570" w:rsidRDefault="00200C5A" w:rsidP="00D270E1">
            <w:pPr>
              <w:pStyle w:val="ResponsePlaceholder"/>
              <w:rPr>
                <w:rFonts w:ascii="Times New Roman" w:hAnsi="Times New Roman" w:cs="Times New Roman"/>
                <w:color w:val="auto"/>
                <w:sz w:val="22"/>
              </w:rPr>
            </w:pPr>
          </w:p>
        </w:tc>
        <w:tc>
          <w:tcPr>
            <w:tcW w:w="1610" w:type="dxa"/>
            <w:tcMar>
              <w:top w:w="70" w:type="dxa"/>
              <w:left w:w="70" w:type="dxa"/>
              <w:bottom w:w="70" w:type="dxa"/>
              <w:right w:w="70" w:type="dxa"/>
            </w:tcMar>
          </w:tcPr>
          <w:p w14:paraId="23D6E45D" w14:textId="547E215A" w:rsidR="00200C5A" w:rsidRPr="00DB6570" w:rsidRDefault="00200C5A" w:rsidP="00D270E1">
            <w:pPr>
              <w:pStyle w:val="ResponsePlaceholder"/>
              <w:rPr>
                <w:rFonts w:ascii="Times New Roman" w:hAnsi="Times New Roman" w:cs="Times New Roman"/>
                <w:color w:val="auto"/>
                <w:sz w:val="22"/>
              </w:rPr>
            </w:pPr>
          </w:p>
        </w:tc>
      </w:tr>
      <w:tr w:rsidR="00200C5A" w:rsidRPr="001F0383" w14:paraId="0B0C6EED" w14:textId="77777777" w:rsidTr="005E44DD">
        <w:trPr>
          <w:cantSplit/>
          <w:jc w:val="center"/>
        </w:trPr>
        <w:tc>
          <w:tcPr>
            <w:tcW w:w="677" w:type="dxa"/>
            <w:tcMar>
              <w:top w:w="70" w:type="dxa"/>
              <w:left w:w="70" w:type="dxa"/>
              <w:bottom w:w="70" w:type="dxa"/>
              <w:right w:w="70" w:type="dxa"/>
            </w:tcMar>
          </w:tcPr>
          <w:p w14:paraId="4EDD8D2F" w14:textId="05D25962" w:rsidR="00200C5A" w:rsidRPr="00DB6570" w:rsidRDefault="008C0872" w:rsidP="00D270E1">
            <w:pPr>
              <w:pStyle w:val="ResponsePlaceholder"/>
              <w:rPr>
                <w:rFonts w:ascii="Times New Roman" w:hAnsi="Times New Roman" w:cs="Times New Roman"/>
                <w:color w:val="auto"/>
                <w:sz w:val="22"/>
              </w:rPr>
            </w:pPr>
            <w:r w:rsidRPr="00DB6570">
              <w:rPr>
                <w:rFonts w:ascii="Times New Roman" w:hAnsi="Times New Roman" w:cs="Times New Roman"/>
                <w:color w:val="auto"/>
                <w:sz w:val="22"/>
              </w:rPr>
              <w:t>2</w:t>
            </w:r>
          </w:p>
        </w:tc>
        <w:tc>
          <w:tcPr>
            <w:tcW w:w="3105" w:type="dxa"/>
            <w:tcMar>
              <w:top w:w="70" w:type="dxa"/>
              <w:left w:w="70" w:type="dxa"/>
              <w:bottom w:w="70" w:type="dxa"/>
              <w:right w:w="70" w:type="dxa"/>
            </w:tcMar>
          </w:tcPr>
          <w:p w14:paraId="247E172C" w14:textId="71BBB65A" w:rsidR="00200C5A" w:rsidRPr="001F0383" w:rsidRDefault="00200C5A" w:rsidP="00D270E1">
            <w:pPr>
              <w:pStyle w:val="ResponsePlaceholder"/>
              <w:rPr>
                <w:rFonts w:ascii="Times New Roman" w:hAnsi="Times New Roman" w:cs="Times New Roman"/>
                <w:color w:val="auto"/>
                <w:sz w:val="22"/>
              </w:rPr>
            </w:pPr>
          </w:p>
        </w:tc>
        <w:tc>
          <w:tcPr>
            <w:tcW w:w="3608" w:type="dxa"/>
            <w:tcMar>
              <w:top w:w="70" w:type="dxa"/>
              <w:left w:w="70" w:type="dxa"/>
              <w:bottom w:w="70" w:type="dxa"/>
              <w:right w:w="70" w:type="dxa"/>
            </w:tcMar>
          </w:tcPr>
          <w:p w14:paraId="144BB752" w14:textId="494F8BE9" w:rsidR="00200C5A" w:rsidRPr="001F0383" w:rsidRDefault="00200C5A" w:rsidP="00D270E1">
            <w:pPr>
              <w:pStyle w:val="ResponsePlaceholder"/>
              <w:rPr>
                <w:rFonts w:ascii="Times New Roman" w:hAnsi="Times New Roman" w:cs="Times New Roman"/>
                <w:color w:val="auto"/>
                <w:sz w:val="22"/>
              </w:rPr>
            </w:pPr>
          </w:p>
        </w:tc>
        <w:tc>
          <w:tcPr>
            <w:tcW w:w="1610" w:type="dxa"/>
            <w:tcMar>
              <w:top w:w="70" w:type="dxa"/>
              <w:left w:w="70" w:type="dxa"/>
              <w:bottom w:w="70" w:type="dxa"/>
              <w:right w:w="70" w:type="dxa"/>
            </w:tcMar>
          </w:tcPr>
          <w:p w14:paraId="37C49171" w14:textId="0BB7552C" w:rsidR="00200C5A" w:rsidRPr="001F0383" w:rsidRDefault="00200C5A" w:rsidP="00D270E1">
            <w:pPr>
              <w:pStyle w:val="ResponsePlaceholder"/>
              <w:rPr>
                <w:rFonts w:ascii="Times New Roman" w:hAnsi="Times New Roman" w:cs="Times New Roman"/>
                <w:color w:val="auto"/>
                <w:sz w:val="22"/>
              </w:rPr>
            </w:pPr>
          </w:p>
        </w:tc>
      </w:tr>
    </w:tbl>
    <w:p w14:paraId="1942AE89" w14:textId="77777777" w:rsidR="00200C5A" w:rsidRPr="001F0383" w:rsidRDefault="00200C5A" w:rsidP="00200C5A">
      <w:pPr>
        <w:spacing w:after="0"/>
        <w:rPr>
          <w:rFonts w:ascii="Times New Roman" w:hAnsi="Times New Roman" w:cs="Times New Roman"/>
          <w:sz w:val="22"/>
        </w:rPr>
      </w:pPr>
    </w:p>
    <w:p w14:paraId="288CCE78" w14:textId="77777777" w:rsidR="002C266B" w:rsidRPr="001F0383" w:rsidRDefault="002C266B">
      <w:pPr>
        <w:rPr>
          <w:rFonts w:ascii="Times New Roman" w:hAnsi="Times New Roman" w:cs="Times New Roman"/>
          <w:sz w:val="22"/>
        </w:rPr>
      </w:pPr>
    </w:p>
    <w:sectPr w:rsidR="002C266B" w:rsidRPr="001F0383" w:rsidSect="00034616">
      <w:type w:val="continuous"/>
      <w:pgSz w:w="11906" w:h="16838"/>
      <w:pgMar w:top="964" w:right="1020" w:bottom="907" w:left="1020"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A4130" w14:textId="77777777" w:rsidR="00AF564D" w:rsidRDefault="00AF564D">
      <w:pPr>
        <w:spacing w:after="0" w:line="240" w:lineRule="auto"/>
      </w:pPr>
      <w:r>
        <w:separator/>
      </w:r>
    </w:p>
  </w:endnote>
  <w:endnote w:type="continuationSeparator" w:id="0">
    <w:p w14:paraId="148E9DBB" w14:textId="77777777" w:rsidR="00AF564D" w:rsidRDefault="00AF5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FC721" w14:textId="52DD48D8" w:rsidR="00944316" w:rsidRDefault="00944316">
    <w:pPr>
      <w:pStyle w:val="Footer"/>
    </w:pPr>
    <w:r>
      <w:rPr>
        <w:noProof/>
      </w:rPr>
      <mc:AlternateContent>
        <mc:Choice Requires="wps">
          <w:drawing>
            <wp:anchor distT="0" distB="0" distL="0" distR="0" simplePos="0" relativeHeight="251658241" behindDoc="0" locked="0" layoutInCell="1" allowOverlap="1" wp14:anchorId="0E405CCA" wp14:editId="45F070F3">
              <wp:simplePos x="635" y="635"/>
              <wp:positionH relativeFrom="page">
                <wp:align>right</wp:align>
              </wp:positionH>
              <wp:positionV relativeFrom="page">
                <wp:align>bottom</wp:align>
              </wp:positionV>
              <wp:extent cx="1172210" cy="353060"/>
              <wp:effectExtent l="0" t="0" r="0" b="0"/>
              <wp:wrapNone/>
              <wp:docPr id="1528122233"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3060"/>
                      </a:xfrm>
                      <a:prstGeom prst="rect">
                        <a:avLst/>
                      </a:prstGeom>
                      <a:noFill/>
                      <a:ln>
                        <a:noFill/>
                      </a:ln>
                    </wps:spPr>
                    <wps:txbx>
                      <w:txbxContent>
                        <w:p w14:paraId="62C71B9C" w14:textId="0B7B2DDB" w:rsidR="00944316" w:rsidRPr="00944316" w:rsidRDefault="00944316" w:rsidP="00944316">
                          <w:pPr>
                            <w:spacing w:after="0"/>
                            <w:rPr>
                              <w:rFonts w:ascii="Aptos" w:eastAsia="Aptos" w:hAnsi="Aptos" w:cs="Aptos"/>
                              <w:noProof/>
                              <w:color w:val="000000"/>
                              <w:sz w:val="20"/>
                              <w:szCs w:val="20"/>
                            </w:rPr>
                          </w:pPr>
                          <w:r w:rsidRPr="00944316">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xmlns:w16cei="http://schemas.microsoft.com/office/word/2026/wordml/cei">
          <w:pict>
            <v:shapetype id="_x0000_t202" coordsize="21600,21600" o:spt="202" path="m,l,21600r21600,l21600,xe" w14:anchorId="0E405CCA">
              <v:stroke joinstyle="miter"/>
              <v:path gradientshapeok="t" o:connecttype="rect"/>
            </v:shapetype>
            <v:shape id="Text Box 2" style="position:absolute;margin-left:41.1pt;margin-top:0;width:92.3pt;height:27.8pt;z-index:251658241;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">
              <v:textbox style="mso-fit-shape-to-text:t" inset="0,0,20pt,15pt">
                <w:txbxContent>
                  <w:p w:rsidRPr="00944316" w:rsidR="00944316" w:rsidP="00944316" w:rsidRDefault="00944316" w14:paraId="62C71B9C" w14:textId="0B7B2DDB">
                    <w:pPr>
                      <w:spacing w:after="0"/>
                      <w:rPr>
                        <w:rFonts w:ascii="Aptos" w:hAnsi="Aptos" w:eastAsia="Aptos" w:cs="Aptos"/>
                        <w:noProof/>
                        <w:color w:val="000000"/>
                        <w:sz w:val="20"/>
                        <w:szCs w:val="20"/>
                      </w:rPr>
                    </w:pPr>
                    <w:r w:rsidRPr="00944316">
                      <w:rPr>
                        <w:rFonts w:ascii="Aptos" w:hAnsi="Aptos" w:eastAsia="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B449C" w14:textId="49FCA3C2" w:rsidR="0061162A" w:rsidRDefault="00944316">
    <w:pPr>
      <w:pStyle w:val="Footer"/>
      <w:jc w:val="center"/>
    </w:pPr>
    <w:r>
      <w:rPr>
        <w:noProof/>
        <w:color w:val="666666"/>
        <w:sz w:val="16"/>
      </w:rPr>
      <mc:AlternateContent>
        <mc:Choice Requires="wps">
          <w:drawing>
            <wp:anchor distT="0" distB="0" distL="0" distR="0" simplePos="0" relativeHeight="251658242" behindDoc="0" locked="0" layoutInCell="1" allowOverlap="1" wp14:anchorId="7C232436" wp14:editId="597D2605">
              <wp:simplePos x="468086" y="7119257"/>
              <wp:positionH relativeFrom="page">
                <wp:align>right</wp:align>
              </wp:positionH>
              <wp:positionV relativeFrom="page">
                <wp:align>bottom</wp:align>
              </wp:positionV>
              <wp:extent cx="1172210" cy="353060"/>
              <wp:effectExtent l="0" t="0" r="0" b="0"/>
              <wp:wrapNone/>
              <wp:docPr id="1566067487"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3060"/>
                      </a:xfrm>
                      <a:prstGeom prst="rect">
                        <a:avLst/>
                      </a:prstGeom>
                      <a:noFill/>
                      <a:ln>
                        <a:noFill/>
                      </a:ln>
                    </wps:spPr>
                    <wps:txbx>
                      <w:txbxContent>
                        <w:p w14:paraId="45D0B66E" w14:textId="72F386E7" w:rsidR="00944316" w:rsidRPr="00944316" w:rsidRDefault="00944316" w:rsidP="00944316">
                          <w:pPr>
                            <w:spacing w:after="0"/>
                            <w:rPr>
                              <w:rFonts w:ascii="Aptos" w:eastAsia="Aptos" w:hAnsi="Aptos" w:cs="Aptos"/>
                              <w:noProof/>
                              <w:color w:val="000000"/>
                              <w:sz w:val="20"/>
                              <w:szCs w:val="20"/>
                            </w:rPr>
                          </w:pPr>
                          <w:r w:rsidRPr="00944316">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xmlns:w16cei="http://schemas.microsoft.com/office/word/2026/wordml/cei">
          <w:pict>
            <v:shapetype id="_x0000_t202" coordsize="21600,21600" o:spt="202" path="m,l,21600r21600,l21600,xe" w14:anchorId="7C232436">
              <v:stroke joinstyle="miter"/>
              <v:path gradientshapeok="t" o:connecttype="rect"/>
            </v:shapetype>
            <v:shape id="Text Box 3" style="position:absolute;left:0;text-align:left;margin-left:41.1pt;margin-top:0;width:92.3pt;height:27.8pt;z-index:251658242;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">
              <v:textbox style="mso-fit-shape-to-text:t" inset="0,0,20pt,15pt">
                <w:txbxContent>
                  <w:p w:rsidRPr="00944316" w:rsidR="00944316" w:rsidP="00944316" w:rsidRDefault="00944316" w14:paraId="45D0B66E" w14:textId="72F386E7">
                    <w:pPr>
                      <w:spacing w:after="0"/>
                      <w:rPr>
                        <w:rFonts w:ascii="Aptos" w:hAnsi="Aptos" w:eastAsia="Aptos" w:cs="Aptos"/>
                        <w:noProof/>
                        <w:color w:val="000000"/>
                        <w:sz w:val="20"/>
                        <w:szCs w:val="20"/>
                      </w:rPr>
                    </w:pPr>
                    <w:r w:rsidRPr="00944316">
                      <w:rPr>
                        <w:rFonts w:ascii="Aptos" w:hAnsi="Aptos" w:eastAsia="Aptos" w:cs="Aptos"/>
                        <w:noProof/>
                        <w:color w:val="000000"/>
                        <w:sz w:val="20"/>
                        <w:szCs w:val="20"/>
                      </w:rPr>
                      <w:t>Official Use Only</w:t>
                    </w:r>
                  </w:p>
                </w:txbxContent>
              </v:textbox>
              <w10:wrap anchorx="page" anchory="page"/>
            </v:shape>
          </w:pict>
        </mc:Fallback>
      </mc:AlternateContent>
    </w:r>
    <w:r w:rsidR="00BE6111">
      <w:rPr>
        <w:color w:val="666666"/>
        <w:sz w:val="16"/>
      </w:rPr>
      <w:t xml:space="preserve">Official Use Only  |  Page </w:t>
    </w:r>
    <w:r w:rsidR="00BE6111">
      <w:fldChar w:fldCharType="begin"/>
    </w:r>
    <w:r w:rsidR="00BE6111">
      <w:instrText>PAGE</w:instrText>
    </w:r>
    <w:r w:rsidR="00BE6111">
      <w:fldChar w:fldCharType="separate"/>
    </w:r>
    <w:r w:rsidR="00BB0907">
      <w:rPr>
        <w:noProof/>
      </w:rPr>
      <w:t>1</w:t>
    </w:r>
    <w:r w:rsidR="00BE6111">
      <w:fldChar w:fldCharType="end"/>
    </w:r>
    <w:r w:rsidR="00BE6111">
      <w:rPr>
        <w:color w:val="666666"/>
        <w:sz w:val="16"/>
      </w:rPr>
      <w:t xml:space="preserve"> of </w:t>
    </w:r>
    <w:r w:rsidR="00BE6111">
      <w:fldChar w:fldCharType="begin"/>
    </w:r>
    <w:r w:rsidR="00BE6111">
      <w:instrText>NUMPAGES</w:instrText>
    </w:r>
    <w:r w:rsidR="00BE6111">
      <w:fldChar w:fldCharType="separate"/>
    </w:r>
    <w:r w:rsidR="00BB0907">
      <w:rPr>
        <w:noProof/>
      </w:rPr>
      <w:t>2</w:t>
    </w:r>
    <w:r w:rsidR="00BE61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D9423" w14:textId="7A21859A" w:rsidR="00944316" w:rsidRDefault="00944316">
    <w:pPr>
      <w:pStyle w:val="Footer"/>
    </w:pPr>
    <w:r>
      <w:rPr>
        <w:noProof/>
      </w:rPr>
      <mc:AlternateContent>
        <mc:Choice Requires="wps">
          <w:drawing>
            <wp:anchor distT="0" distB="0" distL="0" distR="0" simplePos="0" relativeHeight="251658240" behindDoc="0" locked="0" layoutInCell="1" allowOverlap="1" wp14:anchorId="730F51AA" wp14:editId="4F992619">
              <wp:simplePos x="635" y="635"/>
              <wp:positionH relativeFrom="page">
                <wp:align>right</wp:align>
              </wp:positionH>
              <wp:positionV relativeFrom="page">
                <wp:align>bottom</wp:align>
              </wp:positionV>
              <wp:extent cx="1172210" cy="353060"/>
              <wp:effectExtent l="0" t="0" r="0" b="0"/>
              <wp:wrapNone/>
              <wp:docPr id="2106896963"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3060"/>
                      </a:xfrm>
                      <a:prstGeom prst="rect">
                        <a:avLst/>
                      </a:prstGeom>
                      <a:noFill/>
                      <a:ln>
                        <a:noFill/>
                      </a:ln>
                    </wps:spPr>
                    <wps:txbx>
                      <w:txbxContent>
                        <w:p w14:paraId="5799BA62" w14:textId="3F902AE0" w:rsidR="00944316" w:rsidRPr="00944316" w:rsidRDefault="00944316" w:rsidP="00944316">
                          <w:pPr>
                            <w:spacing w:after="0"/>
                            <w:rPr>
                              <w:rFonts w:ascii="Aptos" w:eastAsia="Aptos" w:hAnsi="Aptos" w:cs="Aptos"/>
                              <w:noProof/>
                              <w:color w:val="000000"/>
                              <w:sz w:val="20"/>
                              <w:szCs w:val="20"/>
                            </w:rPr>
                          </w:pPr>
                          <w:r w:rsidRPr="00944316">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xmlns:w16cei="http://schemas.microsoft.com/office/word/2026/wordml/cei">
          <w:pict>
            <v:shapetype id="_x0000_t202" coordsize="21600,21600" o:spt="202" path="m,l,21600r21600,l21600,xe" w14:anchorId="730F51AA">
              <v:stroke joinstyle="miter"/>
              <v:path gradientshapeok="t" o:connecttype="rect"/>
            </v:shapetype>
            <v:shape id="Text Box 1" style="position:absolute;margin-left:41.1pt;margin-top:0;width:92.3pt;height:27.8pt;z-index:251658240;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">
              <v:textbox style="mso-fit-shape-to-text:t" inset="0,0,20pt,15pt">
                <w:txbxContent>
                  <w:p w:rsidRPr="00944316" w:rsidR="00944316" w:rsidP="00944316" w:rsidRDefault="00944316" w14:paraId="5799BA62" w14:textId="3F902AE0">
                    <w:pPr>
                      <w:spacing w:after="0"/>
                      <w:rPr>
                        <w:rFonts w:ascii="Aptos" w:hAnsi="Aptos" w:eastAsia="Aptos" w:cs="Aptos"/>
                        <w:noProof/>
                        <w:color w:val="000000"/>
                        <w:sz w:val="20"/>
                        <w:szCs w:val="20"/>
                      </w:rPr>
                    </w:pPr>
                    <w:r w:rsidRPr="00944316">
                      <w:rPr>
                        <w:rFonts w:ascii="Aptos" w:hAnsi="Aptos" w:eastAsia="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E41C6" w14:textId="77777777" w:rsidR="00AF564D" w:rsidRDefault="00AF564D">
      <w:pPr>
        <w:spacing w:after="0" w:line="240" w:lineRule="auto"/>
      </w:pPr>
      <w:r>
        <w:separator/>
      </w:r>
    </w:p>
  </w:footnote>
  <w:footnote w:type="continuationSeparator" w:id="0">
    <w:p w14:paraId="0B6C9005" w14:textId="77777777" w:rsidR="00AF564D" w:rsidRDefault="00AF564D">
      <w:pPr>
        <w:spacing w:after="0" w:line="240" w:lineRule="auto"/>
      </w:pPr>
      <w:r>
        <w:continuationSeparator/>
      </w:r>
    </w:p>
  </w:footnote>
  <w:footnote w:id="1">
    <w:p w14:paraId="38AE48D1" w14:textId="5A3CCF8E" w:rsidR="006917D3" w:rsidRPr="005E44DD" w:rsidRDefault="006917D3">
      <w:pPr>
        <w:pStyle w:val="FootnoteText"/>
        <w:rPr>
          <w:sz w:val="18"/>
          <w:szCs w:val="18"/>
        </w:rPr>
      </w:pPr>
      <w:r w:rsidRPr="005E44DD">
        <w:rPr>
          <w:rStyle w:val="FootnoteReference"/>
          <w:sz w:val="18"/>
          <w:szCs w:val="18"/>
        </w:rPr>
        <w:footnoteRef/>
      </w:r>
      <w:r w:rsidRPr="005E44DD">
        <w:rPr>
          <w:sz w:val="18"/>
          <w:szCs w:val="18"/>
        </w:rPr>
        <w:t xml:space="preserve"> Innovation under ACE innovate refers to the </w:t>
      </w:r>
      <w:r w:rsidR="00220F17" w:rsidRPr="005E44DD">
        <w:rPr>
          <w:i/>
          <w:iCs/>
          <w:sz w:val="18"/>
          <w:szCs w:val="18"/>
        </w:rPr>
        <w:t>adoption, adaptation, or creation of new or significantly improved products, processes, services, technologies, or organizational practices that create value for firms, public agencies, workers, or communities</w:t>
      </w:r>
      <w:r w:rsidR="00220F17" w:rsidRPr="005E44DD">
        <w:rPr>
          <w:sz w:val="18"/>
          <w:szCs w:val="18"/>
        </w:rPr>
        <w:t>. It is limited to tertiary education and includes applied problem-solving, testing and validation, extension, public-sector uptake, technology transfer, commercialization, and entrepreneurship. Patents and start-ups are possible outcomes and encouraged, but not requirements.</w:t>
      </w:r>
    </w:p>
  </w:footnote>
  <w:footnote w:id="2">
    <w:p w14:paraId="10EE04B7" w14:textId="7A79FE62" w:rsidR="006A1DA0" w:rsidRDefault="006A1DA0">
      <w:pPr>
        <w:pStyle w:val="FootnoteText"/>
      </w:pPr>
      <w:r>
        <w:rPr>
          <w:rStyle w:val="FootnoteReference"/>
        </w:rPr>
        <w:footnoteRef/>
      </w:r>
      <w:r>
        <w:t xml:space="preserve"> </w:t>
      </w:r>
      <w:r w:rsidR="002C14AA">
        <w:t>Certificate programmes are eligible if they are offered at the post-secondary level</w:t>
      </w:r>
    </w:p>
  </w:footnote>
  <w:footnote w:id="3">
    <w:p w14:paraId="76A1F78C" w14:textId="4C68F80E" w:rsidR="004C7FD3" w:rsidRDefault="004C7FD3">
      <w:pPr>
        <w:pStyle w:val="FootnoteText"/>
      </w:pPr>
      <w:r>
        <w:rPr>
          <w:rStyle w:val="FootnoteReference"/>
        </w:rPr>
        <w:footnoteRef/>
      </w:r>
      <w:r>
        <w:t xml:space="preserve"> </w:t>
      </w:r>
      <w:r w:rsidRPr="004C7FD3">
        <w:t>Innovation under ACE innovate refers to the adoption, adaptation, or creation of new or significantly improved products, processes, services, technologies, or organizational practices that create value for firms, public agencies, workers, or communities. It is limited to tertiary education and includes applied problem-solving, testing and validation, extension, public-sector uptake, technology transfer, commercialization, and entrepreneurship. Patents and start-ups are possible outcomes and encouraged, but not requirements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1BE70" w14:textId="77777777" w:rsidR="0061162A" w:rsidRDefault="00BE6111">
    <w:pPr>
      <w:pStyle w:val="Header"/>
      <w:jc w:val="right"/>
    </w:pPr>
    <w:r>
      <w:rPr>
        <w:color w:val="666666"/>
        <w:sz w:val="16"/>
      </w:rPr>
      <w:t>ACE Innovate Stage 2 Full Proposal Application Form | Joint ACE + RFTI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E8112A"/>
    <w:multiLevelType w:val="hybridMultilevel"/>
    <w:tmpl w:val="7A741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9475805">
    <w:abstractNumId w:val="8"/>
  </w:num>
  <w:num w:numId="2" w16cid:durableId="452288254">
    <w:abstractNumId w:val="6"/>
  </w:num>
  <w:num w:numId="3" w16cid:durableId="1010911063">
    <w:abstractNumId w:val="5"/>
  </w:num>
  <w:num w:numId="4" w16cid:durableId="1547402982">
    <w:abstractNumId w:val="4"/>
  </w:num>
  <w:num w:numId="5" w16cid:durableId="834495436">
    <w:abstractNumId w:val="7"/>
  </w:num>
  <w:num w:numId="6" w16cid:durableId="1452044238">
    <w:abstractNumId w:val="3"/>
  </w:num>
  <w:num w:numId="7" w16cid:durableId="487939683">
    <w:abstractNumId w:val="2"/>
  </w:num>
  <w:num w:numId="8" w16cid:durableId="429476078">
    <w:abstractNumId w:val="1"/>
  </w:num>
  <w:num w:numId="9" w16cid:durableId="821434343">
    <w:abstractNumId w:val="0"/>
  </w:num>
  <w:num w:numId="10" w16cid:durableId="11670898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52D"/>
    <w:rsid w:val="00001599"/>
    <w:rsid w:val="00006F47"/>
    <w:rsid w:val="00010CCA"/>
    <w:rsid w:val="00011860"/>
    <w:rsid w:val="00012EC8"/>
    <w:rsid w:val="00013634"/>
    <w:rsid w:val="00022A88"/>
    <w:rsid w:val="00022F16"/>
    <w:rsid w:val="00025C6F"/>
    <w:rsid w:val="00031803"/>
    <w:rsid w:val="00033850"/>
    <w:rsid w:val="00034616"/>
    <w:rsid w:val="00043338"/>
    <w:rsid w:val="00046331"/>
    <w:rsid w:val="000470B3"/>
    <w:rsid w:val="00051444"/>
    <w:rsid w:val="00052412"/>
    <w:rsid w:val="00055E3F"/>
    <w:rsid w:val="00056E7B"/>
    <w:rsid w:val="0006063C"/>
    <w:rsid w:val="00062195"/>
    <w:rsid w:val="00063948"/>
    <w:rsid w:val="000645FE"/>
    <w:rsid w:val="00064B11"/>
    <w:rsid w:val="00065DCF"/>
    <w:rsid w:val="00073252"/>
    <w:rsid w:val="00073A25"/>
    <w:rsid w:val="00073B2B"/>
    <w:rsid w:val="00076970"/>
    <w:rsid w:val="0007731B"/>
    <w:rsid w:val="00080D5B"/>
    <w:rsid w:val="00082100"/>
    <w:rsid w:val="000822FE"/>
    <w:rsid w:val="0008379B"/>
    <w:rsid w:val="00083F26"/>
    <w:rsid w:val="00092B1B"/>
    <w:rsid w:val="00096BE2"/>
    <w:rsid w:val="00096D9D"/>
    <w:rsid w:val="00096FD4"/>
    <w:rsid w:val="000A74BD"/>
    <w:rsid w:val="000B4825"/>
    <w:rsid w:val="000C37A5"/>
    <w:rsid w:val="000C7D5E"/>
    <w:rsid w:val="000D0E3B"/>
    <w:rsid w:val="000D2557"/>
    <w:rsid w:val="000D4E82"/>
    <w:rsid w:val="000E08AB"/>
    <w:rsid w:val="000E08D2"/>
    <w:rsid w:val="000F0B2A"/>
    <w:rsid w:val="000F12F7"/>
    <w:rsid w:val="000F6733"/>
    <w:rsid w:val="00102331"/>
    <w:rsid w:val="0010288D"/>
    <w:rsid w:val="00103420"/>
    <w:rsid w:val="0010668A"/>
    <w:rsid w:val="00107400"/>
    <w:rsid w:val="00111490"/>
    <w:rsid w:val="00112889"/>
    <w:rsid w:val="001167C4"/>
    <w:rsid w:val="00116F1D"/>
    <w:rsid w:val="0014222F"/>
    <w:rsid w:val="001443EC"/>
    <w:rsid w:val="00146CC0"/>
    <w:rsid w:val="00147BA1"/>
    <w:rsid w:val="00150645"/>
    <w:rsid w:val="0015074B"/>
    <w:rsid w:val="00150A02"/>
    <w:rsid w:val="00150CB0"/>
    <w:rsid w:val="00152957"/>
    <w:rsid w:val="00155DE7"/>
    <w:rsid w:val="00160700"/>
    <w:rsid w:val="00160C2C"/>
    <w:rsid w:val="00161D11"/>
    <w:rsid w:val="00161DEF"/>
    <w:rsid w:val="001626FB"/>
    <w:rsid w:val="00165157"/>
    <w:rsid w:val="00173BD3"/>
    <w:rsid w:val="00173DD4"/>
    <w:rsid w:val="001757DD"/>
    <w:rsid w:val="00175876"/>
    <w:rsid w:val="00176C69"/>
    <w:rsid w:val="001840D7"/>
    <w:rsid w:val="001855E2"/>
    <w:rsid w:val="00186A9F"/>
    <w:rsid w:val="00187C46"/>
    <w:rsid w:val="00190A07"/>
    <w:rsid w:val="00194E03"/>
    <w:rsid w:val="0019689A"/>
    <w:rsid w:val="001A06FE"/>
    <w:rsid w:val="001A0906"/>
    <w:rsid w:val="001A2590"/>
    <w:rsid w:val="001A7CB5"/>
    <w:rsid w:val="001B091B"/>
    <w:rsid w:val="001B1BBC"/>
    <w:rsid w:val="001B1F96"/>
    <w:rsid w:val="001B2112"/>
    <w:rsid w:val="001B3DDD"/>
    <w:rsid w:val="001B5DFE"/>
    <w:rsid w:val="001C1C99"/>
    <w:rsid w:val="001C66BB"/>
    <w:rsid w:val="001C6F8D"/>
    <w:rsid w:val="001D0C29"/>
    <w:rsid w:val="001D289E"/>
    <w:rsid w:val="001D44BC"/>
    <w:rsid w:val="001E0976"/>
    <w:rsid w:val="001E355B"/>
    <w:rsid w:val="001F0383"/>
    <w:rsid w:val="001F2E98"/>
    <w:rsid w:val="001F3491"/>
    <w:rsid w:val="001F5D5E"/>
    <w:rsid w:val="001F7DB8"/>
    <w:rsid w:val="00200C5A"/>
    <w:rsid w:val="00201B0D"/>
    <w:rsid w:val="00204D15"/>
    <w:rsid w:val="00205730"/>
    <w:rsid w:val="00210388"/>
    <w:rsid w:val="00211485"/>
    <w:rsid w:val="0021427D"/>
    <w:rsid w:val="00216AAE"/>
    <w:rsid w:val="00220708"/>
    <w:rsid w:val="00220F17"/>
    <w:rsid w:val="00221619"/>
    <w:rsid w:val="0022222C"/>
    <w:rsid w:val="0022471F"/>
    <w:rsid w:val="00232266"/>
    <w:rsid w:val="00234A4D"/>
    <w:rsid w:val="00235C9F"/>
    <w:rsid w:val="00242E08"/>
    <w:rsid w:val="00243EB0"/>
    <w:rsid w:val="00245532"/>
    <w:rsid w:val="0024616B"/>
    <w:rsid w:val="00252BFE"/>
    <w:rsid w:val="00254027"/>
    <w:rsid w:val="002546E4"/>
    <w:rsid w:val="00256FF4"/>
    <w:rsid w:val="00261E9A"/>
    <w:rsid w:val="0026350D"/>
    <w:rsid w:val="0026430A"/>
    <w:rsid w:val="0027609E"/>
    <w:rsid w:val="00277268"/>
    <w:rsid w:val="0027737E"/>
    <w:rsid w:val="0029108E"/>
    <w:rsid w:val="0029293B"/>
    <w:rsid w:val="0029639D"/>
    <w:rsid w:val="00296D8D"/>
    <w:rsid w:val="002A09A6"/>
    <w:rsid w:val="002A2EFC"/>
    <w:rsid w:val="002A3669"/>
    <w:rsid w:val="002B586C"/>
    <w:rsid w:val="002B5CC7"/>
    <w:rsid w:val="002B65F2"/>
    <w:rsid w:val="002B7109"/>
    <w:rsid w:val="002C14AA"/>
    <w:rsid w:val="002C1C3B"/>
    <w:rsid w:val="002C266B"/>
    <w:rsid w:val="002D7054"/>
    <w:rsid w:val="002E3F17"/>
    <w:rsid w:val="002E5E6E"/>
    <w:rsid w:val="002E6AF4"/>
    <w:rsid w:val="002F0DF8"/>
    <w:rsid w:val="002F7E65"/>
    <w:rsid w:val="00300724"/>
    <w:rsid w:val="00303970"/>
    <w:rsid w:val="00304DD0"/>
    <w:rsid w:val="003073BB"/>
    <w:rsid w:val="00312A84"/>
    <w:rsid w:val="00314E13"/>
    <w:rsid w:val="00315EC9"/>
    <w:rsid w:val="003201BB"/>
    <w:rsid w:val="003216AC"/>
    <w:rsid w:val="00322195"/>
    <w:rsid w:val="0032308A"/>
    <w:rsid w:val="00326F90"/>
    <w:rsid w:val="00337231"/>
    <w:rsid w:val="00337A01"/>
    <w:rsid w:val="003443ED"/>
    <w:rsid w:val="00353C12"/>
    <w:rsid w:val="00363639"/>
    <w:rsid w:val="00365F71"/>
    <w:rsid w:val="00375F28"/>
    <w:rsid w:val="003845C3"/>
    <w:rsid w:val="00392D28"/>
    <w:rsid w:val="00397652"/>
    <w:rsid w:val="003976AE"/>
    <w:rsid w:val="003A3D79"/>
    <w:rsid w:val="003A54CE"/>
    <w:rsid w:val="003A6ED2"/>
    <w:rsid w:val="003B34D7"/>
    <w:rsid w:val="003B3583"/>
    <w:rsid w:val="003C0E2D"/>
    <w:rsid w:val="003C4059"/>
    <w:rsid w:val="003C6B8F"/>
    <w:rsid w:val="003C7C34"/>
    <w:rsid w:val="003D4115"/>
    <w:rsid w:val="003D4976"/>
    <w:rsid w:val="003D6CB4"/>
    <w:rsid w:val="003D79D4"/>
    <w:rsid w:val="003E25B5"/>
    <w:rsid w:val="003F13BC"/>
    <w:rsid w:val="003F2AD9"/>
    <w:rsid w:val="003F4005"/>
    <w:rsid w:val="00400600"/>
    <w:rsid w:val="00400EE3"/>
    <w:rsid w:val="00402CFC"/>
    <w:rsid w:val="0041005E"/>
    <w:rsid w:val="004226F7"/>
    <w:rsid w:val="00422C74"/>
    <w:rsid w:val="004233AC"/>
    <w:rsid w:val="004257B4"/>
    <w:rsid w:val="004259DA"/>
    <w:rsid w:val="00426603"/>
    <w:rsid w:val="00426838"/>
    <w:rsid w:val="0043037A"/>
    <w:rsid w:val="00431B8B"/>
    <w:rsid w:val="004326F1"/>
    <w:rsid w:val="00437D8B"/>
    <w:rsid w:val="0044508B"/>
    <w:rsid w:val="00446544"/>
    <w:rsid w:val="00446A2D"/>
    <w:rsid w:val="00452C49"/>
    <w:rsid w:val="004629D1"/>
    <w:rsid w:val="00462C92"/>
    <w:rsid w:val="00464EDF"/>
    <w:rsid w:val="00465EF7"/>
    <w:rsid w:val="00472D54"/>
    <w:rsid w:val="00472E29"/>
    <w:rsid w:val="00483B9E"/>
    <w:rsid w:val="00485D31"/>
    <w:rsid w:val="00485E5D"/>
    <w:rsid w:val="004862EF"/>
    <w:rsid w:val="004877EE"/>
    <w:rsid w:val="0049101C"/>
    <w:rsid w:val="004920AF"/>
    <w:rsid w:val="00497E3E"/>
    <w:rsid w:val="004A7CB7"/>
    <w:rsid w:val="004B1D48"/>
    <w:rsid w:val="004B6AF3"/>
    <w:rsid w:val="004C0144"/>
    <w:rsid w:val="004C5501"/>
    <w:rsid w:val="004C78E2"/>
    <w:rsid w:val="004C7FD3"/>
    <w:rsid w:val="004D0866"/>
    <w:rsid w:val="004D24F1"/>
    <w:rsid w:val="004D2EC2"/>
    <w:rsid w:val="004E0DF1"/>
    <w:rsid w:val="004E4DAB"/>
    <w:rsid w:val="004E7DBD"/>
    <w:rsid w:val="004F0BC2"/>
    <w:rsid w:val="004F0D3E"/>
    <w:rsid w:val="004F181D"/>
    <w:rsid w:val="004F75A7"/>
    <w:rsid w:val="00502350"/>
    <w:rsid w:val="00513C7D"/>
    <w:rsid w:val="00523CA3"/>
    <w:rsid w:val="00524628"/>
    <w:rsid w:val="00525216"/>
    <w:rsid w:val="0053210A"/>
    <w:rsid w:val="0054222B"/>
    <w:rsid w:val="0054339B"/>
    <w:rsid w:val="005437A2"/>
    <w:rsid w:val="005456B3"/>
    <w:rsid w:val="005460B6"/>
    <w:rsid w:val="005512B5"/>
    <w:rsid w:val="00553351"/>
    <w:rsid w:val="005726EA"/>
    <w:rsid w:val="0057292F"/>
    <w:rsid w:val="00574244"/>
    <w:rsid w:val="0057713E"/>
    <w:rsid w:val="00577178"/>
    <w:rsid w:val="00585E01"/>
    <w:rsid w:val="00585F90"/>
    <w:rsid w:val="00591E50"/>
    <w:rsid w:val="0059644E"/>
    <w:rsid w:val="005A0884"/>
    <w:rsid w:val="005A15FA"/>
    <w:rsid w:val="005A5686"/>
    <w:rsid w:val="005A5A0B"/>
    <w:rsid w:val="005B1432"/>
    <w:rsid w:val="005B3073"/>
    <w:rsid w:val="005B37C1"/>
    <w:rsid w:val="005B6DC6"/>
    <w:rsid w:val="005B757B"/>
    <w:rsid w:val="005C0FCA"/>
    <w:rsid w:val="005C14BF"/>
    <w:rsid w:val="005C4B7D"/>
    <w:rsid w:val="005C5CFF"/>
    <w:rsid w:val="005C6429"/>
    <w:rsid w:val="005C681A"/>
    <w:rsid w:val="005C7549"/>
    <w:rsid w:val="005C7680"/>
    <w:rsid w:val="005D7A9D"/>
    <w:rsid w:val="005E0355"/>
    <w:rsid w:val="005E188E"/>
    <w:rsid w:val="005E18A4"/>
    <w:rsid w:val="005E39D8"/>
    <w:rsid w:val="005E44DD"/>
    <w:rsid w:val="005E6C88"/>
    <w:rsid w:val="0060115C"/>
    <w:rsid w:val="006017E1"/>
    <w:rsid w:val="00601A34"/>
    <w:rsid w:val="00606815"/>
    <w:rsid w:val="00606DBC"/>
    <w:rsid w:val="006073E7"/>
    <w:rsid w:val="0061162A"/>
    <w:rsid w:val="00615149"/>
    <w:rsid w:val="00617716"/>
    <w:rsid w:val="00622D23"/>
    <w:rsid w:val="00626257"/>
    <w:rsid w:val="00631BC2"/>
    <w:rsid w:val="006349D4"/>
    <w:rsid w:val="00634A29"/>
    <w:rsid w:val="00640986"/>
    <w:rsid w:val="006516E5"/>
    <w:rsid w:val="006522C9"/>
    <w:rsid w:val="006705FA"/>
    <w:rsid w:val="006727E3"/>
    <w:rsid w:val="00676B33"/>
    <w:rsid w:val="006777BE"/>
    <w:rsid w:val="00682E7B"/>
    <w:rsid w:val="006912E2"/>
    <w:rsid w:val="006917D3"/>
    <w:rsid w:val="00693F8B"/>
    <w:rsid w:val="006953D7"/>
    <w:rsid w:val="006A1C85"/>
    <w:rsid w:val="006A1DA0"/>
    <w:rsid w:val="006B008A"/>
    <w:rsid w:val="006B09C7"/>
    <w:rsid w:val="006B11FD"/>
    <w:rsid w:val="006B62F3"/>
    <w:rsid w:val="006C1C9D"/>
    <w:rsid w:val="006C31FE"/>
    <w:rsid w:val="006C4161"/>
    <w:rsid w:val="006D7791"/>
    <w:rsid w:val="006E0615"/>
    <w:rsid w:val="006E1632"/>
    <w:rsid w:val="006E1FC1"/>
    <w:rsid w:val="006E2671"/>
    <w:rsid w:val="006E3039"/>
    <w:rsid w:val="006E7FAA"/>
    <w:rsid w:val="006F54AB"/>
    <w:rsid w:val="00700EE9"/>
    <w:rsid w:val="00701E89"/>
    <w:rsid w:val="007148C8"/>
    <w:rsid w:val="00714AC0"/>
    <w:rsid w:val="00715231"/>
    <w:rsid w:val="00715A7B"/>
    <w:rsid w:val="007173BB"/>
    <w:rsid w:val="00720015"/>
    <w:rsid w:val="00720437"/>
    <w:rsid w:val="00720CB3"/>
    <w:rsid w:val="00721C8F"/>
    <w:rsid w:val="0072223F"/>
    <w:rsid w:val="00726FF3"/>
    <w:rsid w:val="00731072"/>
    <w:rsid w:val="007328B5"/>
    <w:rsid w:val="00733E0C"/>
    <w:rsid w:val="00737396"/>
    <w:rsid w:val="007400C7"/>
    <w:rsid w:val="0074467E"/>
    <w:rsid w:val="00745EC7"/>
    <w:rsid w:val="00750646"/>
    <w:rsid w:val="00751DC1"/>
    <w:rsid w:val="00752CA6"/>
    <w:rsid w:val="007535DC"/>
    <w:rsid w:val="00757C41"/>
    <w:rsid w:val="0076022E"/>
    <w:rsid w:val="00760B44"/>
    <w:rsid w:val="00762F07"/>
    <w:rsid w:val="007637F6"/>
    <w:rsid w:val="0077779D"/>
    <w:rsid w:val="00781F65"/>
    <w:rsid w:val="00782143"/>
    <w:rsid w:val="00782A7F"/>
    <w:rsid w:val="007832E0"/>
    <w:rsid w:val="00784C67"/>
    <w:rsid w:val="0078706F"/>
    <w:rsid w:val="00787B05"/>
    <w:rsid w:val="007913CB"/>
    <w:rsid w:val="007917B5"/>
    <w:rsid w:val="00792135"/>
    <w:rsid w:val="00793EB6"/>
    <w:rsid w:val="007A34E6"/>
    <w:rsid w:val="007A6159"/>
    <w:rsid w:val="007B53F1"/>
    <w:rsid w:val="007B5D66"/>
    <w:rsid w:val="007D26B6"/>
    <w:rsid w:val="007D4AD7"/>
    <w:rsid w:val="007E5332"/>
    <w:rsid w:val="007F20F4"/>
    <w:rsid w:val="007F7890"/>
    <w:rsid w:val="00806AF5"/>
    <w:rsid w:val="008071D0"/>
    <w:rsid w:val="00812083"/>
    <w:rsid w:val="00815EC2"/>
    <w:rsid w:val="00821E44"/>
    <w:rsid w:val="008247B3"/>
    <w:rsid w:val="00826686"/>
    <w:rsid w:val="00830529"/>
    <w:rsid w:val="0083596D"/>
    <w:rsid w:val="008427A9"/>
    <w:rsid w:val="00847FA1"/>
    <w:rsid w:val="0085694B"/>
    <w:rsid w:val="00864A33"/>
    <w:rsid w:val="00870821"/>
    <w:rsid w:val="00870B40"/>
    <w:rsid w:val="00877B2A"/>
    <w:rsid w:val="008804E9"/>
    <w:rsid w:val="00881D6D"/>
    <w:rsid w:val="008850EA"/>
    <w:rsid w:val="00885322"/>
    <w:rsid w:val="008864B5"/>
    <w:rsid w:val="008874E2"/>
    <w:rsid w:val="008932BF"/>
    <w:rsid w:val="00893ABB"/>
    <w:rsid w:val="00894AAA"/>
    <w:rsid w:val="008A0A8B"/>
    <w:rsid w:val="008A3FD7"/>
    <w:rsid w:val="008A5E32"/>
    <w:rsid w:val="008A605A"/>
    <w:rsid w:val="008A7F19"/>
    <w:rsid w:val="008B193B"/>
    <w:rsid w:val="008B1BBC"/>
    <w:rsid w:val="008B37EF"/>
    <w:rsid w:val="008B6D66"/>
    <w:rsid w:val="008C083D"/>
    <w:rsid w:val="008C0872"/>
    <w:rsid w:val="008C7101"/>
    <w:rsid w:val="008D0184"/>
    <w:rsid w:val="008D5A04"/>
    <w:rsid w:val="008E1613"/>
    <w:rsid w:val="008F1873"/>
    <w:rsid w:val="008F5341"/>
    <w:rsid w:val="008F7992"/>
    <w:rsid w:val="00904727"/>
    <w:rsid w:val="00905D95"/>
    <w:rsid w:val="00913098"/>
    <w:rsid w:val="00915A62"/>
    <w:rsid w:val="00922430"/>
    <w:rsid w:val="00922962"/>
    <w:rsid w:val="009252BA"/>
    <w:rsid w:val="00927498"/>
    <w:rsid w:val="009318D7"/>
    <w:rsid w:val="00932D30"/>
    <w:rsid w:val="00934E35"/>
    <w:rsid w:val="00935397"/>
    <w:rsid w:val="00944316"/>
    <w:rsid w:val="00954944"/>
    <w:rsid w:val="00957851"/>
    <w:rsid w:val="00957B20"/>
    <w:rsid w:val="00961050"/>
    <w:rsid w:val="009650E2"/>
    <w:rsid w:val="00966D2B"/>
    <w:rsid w:val="0097605B"/>
    <w:rsid w:val="00976982"/>
    <w:rsid w:val="00984E1A"/>
    <w:rsid w:val="00985420"/>
    <w:rsid w:val="009906F7"/>
    <w:rsid w:val="009A252C"/>
    <w:rsid w:val="009A3569"/>
    <w:rsid w:val="009A796C"/>
    <w:rsid w:val="009B0700"/>
    <w:rsid w:val="009B3176"/>
    <w:rsid w:val="009B7B19"/>
    <w:rsid w:val="009C1517"/>
    <w:rsid w:val="009C5B18"/>
    <w:rsid w:val="009C696A"/>
    <w:rsid w:val="009C6E00"/>
    <w:rsid w:val="009D0E77"/>
    <w:rsid w:val="009D43FC"/>
    <w:rsid w:val="009D5601"/>
    <w:rsid w:val="009E5ED8"/>
    <w:rsid w:val="009F6C6E"/>
    <w:rsid w:val="00A00670"/>
    <w:rsid w:val="00A01757"/>
    <w:rsid w:val="00A02463"/>
    <w:rsid w:val="00A0639F"/>
    <w:rsid w:val="00A06980"/>
    <w:rsid w:val="00A1190D"/>
    <w:rsid w:val="00A15223"/>
    <w:rsid w:val="00A16D19"/>
    <w:rsid w:val="00A25AFD"/>
    <w:rsid w:val="00A27701"/>
    <w:rsid w:val="00A27D90"/>
    <w:rsid w:val="00A31617"/>
    <w:rsid w:val="00A316F4"/>
    <w:rsid w:val="00A318D8"/>
    <w:rsid w:val="00A32642"/>
    <w:rsid w:val="00A35F94"/>
    <w:rsid w:val="00A4043A"/>
    <w:rsid w:val="00A47EDC"/>
    <w:rsid w:val="00A54EC2"/>
    <w:rsid w:val="00A614F7"/>
    <w:rsid w:val="00A61D9D"/>
    <w:rsid w:val="00A655D4"/>
    <w:rsid w:val="00A7439E"/>
    <w:rsid w:val="00A7496E"/>
    <w:rsid w:val="00A7517F"/>
    <w:rsid w:val="00A8023D"/>
    <w:rsid w:val="00A911D0"/>
    <w:rsid w:val="00AA1D8D"/>
    <w:rsid w:val="00AA3526"/>
    <w:rsid w:val="00AB619B"/>
    <w:rsid w:val="00AC154F"/>
    <w:rsid w:val="00AC1D58"/>
    <w:rsid w:val="00AC4496"/>
    <w:rsid w:val="00AD0DE3"/>
    <w:rsid w:val="00AD24E9"/>
    <w:rsid w:val="00AD3222"/>
    <w:rsid w:val="00AD3479"/>
    <w:rsid w:val="00AD62BD"/>
    <w:rsid w:val="00AD6DB5"/>
    <w:rsid w:val="00AE041D"/>
    <w:rsid w:val="00AE7DF8"/>
    <w:rsid w:val="00AF1261"/>
    <w:rsid w:val="00AF2E97"/>
    <w:rsid w:val="00AF564D"/>
    <w:rsid w:val="00B00A72"/>
    <w:rsid w:val="00B00CE0"/>
    <w:rsid w:val="00B0128A"/>
    <w:rsid w:val="00B0576F"/>
    <w:rsid w:val="00B133C1"/>
    <w:rsid w:val="00B15FA9"/>
    <w:rsid w:val="00B23126"/>
    <w:rsid w:val="00B231DD"/>
    <w:rsid w:val="00B2337B"/>
    <w:rsid w:val="00B27F08"/>
    <w:rsid w:val="00B34ADD"/>
    <w:rsid w:val="00B47730"/>
    <w:rsid w:val="00B55ADA"/>
    <w:rsid w:val="00B75C21"/>
    <w:rsid w:val="00B76F88"/>
    <w:rsid w:val="00B779FC"/>
    <w:rsid w:val="00B84B14"/>
    <w:rsid w:val="00B84FA6"/>
    <w:rsid w:val="00B92D62"/>
    <w:rsid w:val="00B94E44"/>
    <w:rsid w:val="00B9728B"/>
    <w:rsid w:val="00BA0F0F"/>
    <w:rsid w:val="00BA0F89"/>
    <w:rsid w:val="00BA2C5A"/>
    <w:rsid w:val="00BA590E"/>
    <w:rsid w:val="00BA7B61"/>
    <w:rsid w:val="00BB0907"/>
    <w:rsid w:val="00BB3403"/>
    <w:rsid w:val="00BB3C19"/>
    <w:rsid w:val="00BD287B"/>
    <w:rsid w:val="00BD6EFF"/>
    <w:rsid w:val="00BE07FB"/>
    <w:rsid w:val="00BE6111"/>
    <w:rsid w:val="00BF3B74"/>
    <w:rsid w:val="00BF5844"/>
    <w:rsid w:val="00C00052"/>
    <w:rsid w:val="00C04CDE"/>
    <w:rsid w:val="00C068DA"/>
    <w:rsid w:val="00C0780F"/>
    <w:rsid w:val="00C16A1F"/>
    <w:rsid w:val="00C2017F"/>
    <w:rsid w:val="00C2155E"/>
    <w:rsid w:val="00C21817"/>
    <w:rsid w:val="00C23D65"/>
    <w:rsid w:val="00C23E77"/>
    <w:rsid w:val="00C2522E"/>
    <w:rsid w:val="00C31D5E"/>
    <w:rsid w:val="00C3469D"/>
    <w:rsid w:val="00C41635"/>
    <w:rsid w:val="00C42708"/>
    <w:rsid w:val="00C42E1D"/>
    <w:rsid w:val="00C43A3B"/>
    <w:rsid w:val="00C46C11"/>
    <w:rsid w:val="00C50762"/>
    <w:rsid w:val="00C55247"/>
    <w:rsid w:val="00C55E0F"/>
    <w:rsid w:val="00C56D1C"/>
    <w:rsid w:val="00C61030"/>
    <w:rsid w:val="00C65CDE"/>
    <w:rsid w:val="00C664C9"/>
    <w:rsid w:val="00C66644"/>
    <w:rsid w:val="00C67263"/>
    <w:rsid w:val="00C859DD"/>
    <w:rsid w:val="00C91DB9"/>
    <w:rsid w:val="00C940B8"/>
    <w:rsid w:val="00CA236B"/>
    <w:rsid w:val="00CA3DF0"/>
    <w:rsid w:val="00CB0664"/>
    <w:rsid w:val="00CB0B92"/>
    <w:rsid w:val="00CB21A8"/>
    <w:rsid w:val="00CB3412"/>
    <w:rsid w:val="00CC1A0C"/>
    <w:rsid w:val="00CC49B0"/>
    <w:rsid w:val="00CC71B7"/>
    <w:rsid w:val="00CD0C0B"/>
    <w:rsid w:val="00CD125D"/>
    <w:rsid w:val="00CE3341"/>
    <w:rsid w:val="00CE40BD"/>
    <w:rsid w:val="00CF28AB"/>
    <w:rsid w:val="00CF529C"/>
    <w:rsid w:val="00D007EC"/>
    <w:rsid w:val="00D0251E"/>
    <w:rsid w:val="00D030DC"/>
    <w:rsid w:val="00D05669"/>
    <w:rsid w:val="00D063B7"/>
    <w:rsid w:val="00D06858"/>
    <w:rsid w:val="00D10F03"/>
    <w:rsid w:val="00D12A34"/>
    <w:rsid w:val="00D145E4"/>
    <w:rsid w:val="00D21087"/>
    <w:rsid w:val="00D270E1"/>
    <w:rsid w:val="00D378B1"/>
    <w:rsid w:val="00D41EB3"/>
    <w:rsid w:val="00D47E57"/>
    <w:rsid w:val="00D61181"/>
    <w:rsid w:val="00D62205"/>
    <w:rsid w:val="00D62EC8"/>
    <w:rsid w:val="00D67FAF"/>
    <w:rsid w:val="00D70022"/>
    <w:rsid w:val="00D73EDA"/>
    <w:rsid w:val="00D74591"/>
    <w:rsid w:val="00D805C6"/>
    <w:rsid w:val="00D916C6"/>
    <w:rsid w:val="00D9508F"/>
    <w:rsid w:val="00D96F15"/>
    <w:rsid w:val="00DA3FF9"/>
    <w:rsid w:val="00DA5C93"/>
    <w:rsid w:val="00DA6298"/>
    <w:rsid w:val="00DB3AA0"/>
    <w:rsid w:val="00DB50CB"/>
    <w:rsid w:val="00DB5CFD"/>
    <w:rsid w:val="00DB6570"/>
    <w:rsid w:val="00DB6B89"/>
    <w:rsid w:val="00DC52F2"/>
    <w:rsid w:val="00DD1DDF"/>
    <w:rsid w:val="00DD5451"/>
    <w:rsid w:val="00DD6AB2"/>
    <w:rsid w:val="00DD7F1B"/>
    <w:rsid w:val="00DE2773"/>
    <w:rsid w:val="00DE2F9D"/>
    <w:rsid w:val="00DE30B3"/>
    <w:rsid w:val="00DE4AA6"/>
    <w:rsid w:val="00DE67E3"/>
    <w:rsid w:val="00DF531A"/>
    <w:rsid w:val="00E06B18"/>
    <w:rsid w:val="00E16928"/>
    <w:rsid w:val="00E25434"/>
    <w:rsid w:val="00E2591E"/>
    <w:rsid w:val="00E26473"/>
    <w:rsid w:val="00E275AA"/>
    <w:rsid w:val="00E311AB"/>
    <w:rsid w:val="00E332B8"/>
    <w:rsid w:val="00E35D54"/>
    <w:rsid w:val="00E405D6"/>
    <w:rsid w:val="00E4489A"/>
    <w:rsid w:val="00E50376"/>
    <w:rsid w:val="00E5057F"/>
    <w:rsid w:val="00E511AC"/>
    <w:rsid w:val="00E52A40"/>
    <w:rsid w:val="00E71267"/>
    <w:rsid w:val="00E717F9"/>
    <w:rsid w:val="00E73C6F"/>
    <w:rsid w:val="00E84283"/>
    <w:rsid w:val="00E867C0"/>
    <w:rsid w:val="00E92150"/>
    <w:rsid w:val="00E95265"/>
    <w:rsid w:val="00EC3FA1"/>
    <w:rsid w:val="00EC7903"/>
    <w:rsid w:val="00ED0B36"/>
    <w:rsid w:val="00ED4313"/>
    <w:rsid w:val="00ED58C3"/>
    <w:rsid w:val="00ED68B3"/>
    <w:rsid w:val="00ED7528"/>
    <w:rsid w:val="00ED79E9"/>
    <w:rsid w:val="00EE263E"/>
    <w:rsid w:val="00EE2982"/>
    <w:rsid w:val="00EE38F4"/>
    <w:rsid w:val="00EE484C"/>
    <w:rsid w:val="00EE6D1E"/>
    <w:rsid w:val="00EF0AD8"/>
    <w:rsid w:val="00EF1004"/>
    <w:rsid w:val="00F02868"/>
    <w:rsid w:val="00F04017"/>
    <w:rsid w:val="00F04B23"/>
    <w:rsid w:val="00F06C88"/>
    <w:rsid w:val="00F11022"/>
    <w:rsid w:val="00F121E4"/>
    <w:rsid w:val="00F1447B"/>
    <w:rsid w:val="00F15459"/>
    <w:rsid w:val="00F160E5"/>
    <w:rsid w:val="00F20429"/>
    <w:rsid w:val="00F20C60"/>
    <w:rsid w:val="00F21191"/>
    <w:rsid w:val="00F2226C"/>
    <w:rsid w:val="00F24DE6"/>
    <w:rsid w:val="00F25536"/>
    <w:rsid w:val="00F263E0"/>
    <w:rsid w:val="00F26ADA"/>
    <w:rsid w:val="00F30C9C"/>
    <w:rsid w:val="00F32C85"/>
    <w:rsid w:val="00F35EC6"/>
    <w:rsid w:val="00F369EB"/>
    <w:rsid w:val="00F41157"/>
    <w:rsid w:val="00F42F4C"/>
    <w:rsid w:val="00F42FFC"/>
    <w:rsid w:val="00F4302A"/>
    <w:rsid w:val="00F537B3"/>
    <w:rsid w:val="00F53A60"/>
    <w:rsid w:val="00F55CBC"/>
    <w:rsid w:val="00F56215"/>
    <w:rsid w:val="00F56384"/>
    <w:rsid w:val="00F64D51"/>
    <w:rsid w:val="00F672D4"/>
    <w:rsid w:val="00F6786B"/>
    <w:rsid w:val="00F67F09"/>
    <w:rsid w:val="00F67F63"/>
    <w:rsid w:val="00F707BE"/>
    <w:rsid w:val="00F72E8C"/>
    <w:rsid w:val="00F733ED"/>
    <w:rsid w:val="00F813D4"/>
    <w:rsid w:val="00F92875"/>
    <w:rsid w:val="00F94E43"/>
    <w:rsid w:val="00FA0C5D"/>
    <w:rsid w:val="00FA2606"/>
    <w:rsid w:val="00FA45D2"/>
    <w:rsid w:val="00FA7606"/>
    <w:rsid w:val="00FB0A1E"/>
    <w:rsid w:val="00FB20E7"/>
    <w:rsid w:val="00FB73AA"/>
    <w:rsid w:val="00FC2140"/>
    <w:rsid w:val="00FC5878"/>
    <w:rsid w:val="00FC6664"/>
    <w:rsid w:val="00FC675C"/>
    <w:rsid w:val="00FC693F"/>
    <w:rsid w:val="00FD21CD"/>
    <w:rsid w:val="00FD25B2"/>
    <w:rsid w:val="00FE105F"/>
    <w:rsid w:val="00FE5C15"/>
    <w:rsid w:val="00FE5F81"/>
    <w:rsid w:val="00FF3B60"/>
    <w:rsid w:val="00FF3EFD"/>
    <w:rsid w:val="00FF3FDC"/>
    <w:rsid w:val="0394DBEF"/>
    <w:rsid w:val="0D945E76"/>
    <w:rsid w:val="12F15C38"/>
    <w:rsid w:val="15D7EB7E"/>
    <w:rsid w:val="1A4832CC"/>
    <w:rsid w:val="2DB2C096"/>
    <w:rsid w:val="2EAFBE1C"/>
    <w:rsid w:val="30F8F5C9"/>
    <w:rsid w:val="35954A30"/>
    <w:rsid w:val="36BAB365"/>
    <w:rsid w:val="443BB8B0"/>
    <w:rsid w:val="443FAA4B"/>
    <w:rsid w:val="45D19FC9"/>
    <w:rsid w:val="45E3F5B1"/>
    <w:rsid w:val="47B264C3"/>
    <w:rsid w:val="48C146AA"/>
    <w:rsid w:val="503F16E3"/>
    <w:rsid w:val="5884F2F1"/>
    <w:rsid w:val="5895B410"/>
    <w:rsid w:val="5A334243"/>
    <w:rsid w:val="6341798F"/>
    <w:rsid w:val="64F7FAC8"/>
    <w:rsid w:val="665D2848"/>
    <w:rsid w:val="7E4C1C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1A30B7A1-E99C-432E-BBDF-2E7ECB51B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670"/>
    <w:pPr>
      <w:spacing w:after="100" w:line="252" w:lineRule="auto"/>
    </w:pPr>
    <w:rPr>
      <w:rFonts w:ascii="Arial" w:hAnsi="Arial"/>
      <w:sz w:val="21"/>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b/>
      <w:bCs/>
      <w:color w:val="365F91"/>
      <w:sz w:val="28"/>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b/>
      <w:bCs/>
      <w:color w:val="4F81BD"/>
      <w:sz w:val="23"/>
    </w:rPr>
  </w:style>
  <w:style w:type="paragraph" w:styleId="Heading4">
    <w:name w:val="heading 4"/>
    <w:basedOn w:val="Normal"/>
    <w:next w:val="Normal"/>
    <w:link w:val="Heading4Char"/>
    <w:uiPriority w:val="9"/>
    <w:semiHidden/>
    <w:unhideWhenUsed/>
    <w:qFormat/>
    <w:rsid w:val="00FC693F"/>
    <w:pPr>
      <w:keepNext/>
      <w:keepLines/>
      <w:spacing w:before="120" w:after="40"/>
      <w:outlineLvl w:val="3"/>
    </w:pPr>
    <w:rPr>
      <w:rFonts w:asciiTheme="majorHAnsi" w:eastAsiaTheme="majorEastAsia" w:hAnsiTheme="majorHAnsi" w:cstheme="majorBidi"/>
      <w:b/>
      <w:bCs/>
      <w:i/>
      <w:iCs/>
      <w:color w:val="17365D"/>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20" w:line="240" w:lineRule="auto"/>
      <w:contextualSpacing/>
    </w:pPr>
    <w:rPr>
      <w:rFonts w:asciiTheme="majorHAnsi" w:eastAsiaTheme="majorEastAsia" w:hAnsiTheme="majorHAnsi" w:cstheme="majorBidi"/>
      <w:b/>
      <w:color w:val="17365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GuidanceText">
    <w:name w:val="Guidance Text"/>
    <w:pPr>
      <w:spacing w:after="60" w:line="240" w:lineRule="auto"/>
    </w:pPr>
    <w:rPr>
      <w:rFonts w:ascii="Arial" w:hAnsi="Arial"/>
      <w:i/>
      <w:color w:val="666666"/>
      <w:sz w:val="18"/>
    </w:rPr>
  </w:style>
  <w:style w:type="paragraph" w:customStyle="1" w:styleId="ResponsePlaceholder">
    <w:name w:val="Response Placeholder"/>
    <w:pPr>
      <w:spacing w:after="40"/>
    </w:pPr>
    <w:rPr>
      <w:rFonts w:ascii="Arial" w:hAnsi="Arial"/>
      <w:i/>
      <w:color w:val="666666"/>
      <w:sz w:val="20"/>
    </w:rPr>
  </w:style>
  <w:style w:type="paragraph" w:customStyle="1" w:styleId="SmallNote">
    <w:name w:val="Small Note"/>
    <w:pPr>
      <w:spacing w:after="40"/>
    </w:pPr>
    <w:rPr>
      <w:rFonts w:ascii="Arial" w:hAnsi="Arial"/>
      <w:color w:val="666666"/>
      <w:sz w:val="17"/>
    </w:rPr>
  </w:style>
  <w:style w:type="character" w:styleId="CommentReference">
    <w:name w:val="annotation reference"/>
    <w:basedOn w:val="DefaultParagraphFont"/>
    <w:uiPriority w:val="99"/>
    <w:semiHidden/>
    <w:unhideWhenUsed/>
    <w:rsid w:val="00A911D0"/>
    <w:rPr>
      <w:sz w:val="16"/>
      <w:szCs w:val="16"/>
    </w:rPr>
  </w:style>
  <w:style w:type="paragraph" w:styleId="CommentText">
    <w:name w:val="annotation text"/>
    <w:basedOn w:val="Normal"/>
    <w:link w:val="CommentTextChar"/>
    <w:uiPriority w:val="99"/>
    <w:unhideWhenUsed/>
    <w:rsid w:val="00A911D0"/>
    <w:pPr>
      <w:spacing w:line="240" w:lineRule="auto"/>
    </w:pPr>
    <w:rPr>
      <w:sz w:val="20"/>
      <w:szCs w:val="20"/>
    </w:rPr>
  </w:style>
  <w:style w:type="character" w:customStyle="1" w:styleId="CommentTextChar">
    <w:name w:val="Comment Text Char"/>
    <w:basedOn w:val="DefaultParagraphFont"/>
    <w:link w:val="CommentText"/>
    <w:uiPriority w:val="99"/>
    <w:rsid w:val="00A911D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911D0"/>
    <w:rPr>
      <w:b/>
      <w:bCs/>
    </w:rPr>
  </w:style>
  <w:style w:type="character" w:customStyle="1" w:styleId="CommentSubjectChar">
    <w:name w:val="Comment Subject Char"/>
    <w:basedOn w:val="CommentTextChar"/>
    <w:link w:val="CommentSubject"/>
    <w:uiPriority w:val="99"/>
    <w:semiHidden/>
    <w:rsid w:val="00A911D0"/>
    <w:rPr>
      <w:rFonts w:ascii="Arial" w:hAnsi="Arial"/>
      <w:b/>
      <w:bCs/>
      <w:sz w:val="20"/>
      <w:szCs w:val="20"/>
    </w:rPr>
  </w:style>
  <w:style w:type="paragraph" w:styleId="Revision">
    <w:name w:val="Revision"/>
    <w:hidden/>
    <w:uiPriority w:val="99"/>
    <w:semiHidden/>
    <w:rsid w:val="004C0144"/>
    <w:pPr>
      <w:spacing w:after="0" w:line="240" w:lineRule="auto"/>
    </w:pPr>
    <w:rPr>
      <w:rFonts w:ascii="Arial" w:hAnsi="Arial"/>
      <w:sz w:val="21"/>
    </w:rPr>
  </w:style>
  <w:style w:type="paragraph" w:styleId="FootnoteText">
    <w:name w:val="footnote text"/>
    <w:basedOn w:val="Normal"/>
    <w:link w:val="FootnoteTextChar"/>
    <w:uiPriority w:val="99"/>
    <w:semiHidden/>
    <w:unhideWhenUsed/>
    <w:rsid w:val="006917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17D3"/>
    <w:rPr>
      <w:rFonts w:ascii="Arial" w:hAnsi="Arial"/>
      <w:sz w:val="20"/>
      <w:szCs w:val="20"/>
    </w:rPr>
  </w:style>
  <w:style w:type="character" w:styleId="FootnoteReference">
    <w:name w:val="footnote reference"/>
    <w:basedOn w:val="DefaultParagraphFont"/>
    <w:uiPriority w:val="99"/>
    <w:semiHidden/>
    <w:unhideWhenUsed/>
    <w:rsid w:val="006917D3"/>
    <w:rPr>
      <w:vertAlign w:val="superscript"/>
    </w:rPr>
  </w:style>
  <w:style w:type="paragraph" w:styleId="TOC2">
    <w:name w:val="toc 2"/>
    <w:basedOn w:val="Normal"/>
    <w:next w:val="Normal"/>
    <w:autoRedefine/>
    <w:uiPriority w:val="39"/>
    <w:unhideWhenUsed/>
    <w:rsid w:val="00F24DE6"/>
    <w:pPr>
      <w:ind w:left="210"/>
    </w:pPr>
  </w:style>
  <w:style w:type="paragraph" w:styleId="TOC1">
    <w:name w:val="toc 1"/>
    <w:basedOn w:val="Normal"/>
    <w:next w:val="Normal"/>
    <w:autoRedefine/>
    <w:uiPriority w:val="39"/>
    <w:unhideWhenUsed/>
    <w:rsid w:val="00F24DE6"/>
  </w:style>
  <w:style w:type="paragraph" w:styleId="TOC3">
    <w:name w:val="toc 3"/>
    <w:basedOn w:val="Normal"/>
    <w:next w:val="Normal"/>
    <w:autoRedefine/>
    <w:uiPriority w:val="39"/>
    <w:unhideWhenUsed/>
    <w:rsid w:val="00F24DE6"/>
    <w:pPr>
      <w:ind w:left="420"/>
    </w:pPr>
  </w:style>
  <w:style w:type="paragraph" w:styleId="TOC4">
    <w:name w:val="toc 4"/>
    <w:basedOn w:val="Normal"/>
    <w:next w:val="Normal"/>
    <w:autoRedefine/>
    <w:uiPriority w:val="39"/>
    <w:unhideWhenUsed/>
    <w:rsid w:val="00F24DE6"/>
    <w:pPr>
      <w:spacing w:line="278" w:lineRule="auto"/>
      <w:ind w:left="720"/>
    </w:pPr>
    <w:rPr>
      <w:rFonts w:asciiTheme="minorHAnsi" w:hAnsiTheme="minorHAnsi"/>
      <w:kern w:val="2"/>
      <w:sz w:val="24"/>
      <w:szCs w:val="24"/>
      <w14:ligatures w14:val="standardContextual"/>
    </w:rPr>
  </w:style>
  <w:style w:type="paragraph" w:styleId="TOC5">
    <w:name w:val="toc 5"/>
    <w:basedOn w:val="Normal"/>
    <w:next w:val="Normal"/>
    <w:autoRedefine/>
    <w:uiPriority w:val="39"/>
    <w:unhideWhenUsed/>
    <w:rsid w:val="00F24DE6"/>
    <w:pPr>
      <w:spacing w:line="278" w:lineRule="auto"/>
      <w:ind w:left="960"/>
    </w:pPr>
    <w:rPr>
      <w:rFonts w:asciiTheme="minorHAnsi" w:hAnsiTheme="minorHAnsi"/>
      <w:kern w:val="2"/>
      <w:sz w:val="24"/>
      <w:szCs w:val="24"/>
      <w14:ligatures w14:val="standardContextual"/>
    </w:rPr>
  </w:style>
  <w:style w:type="paragraph" w:styleId="TOC6">
    <w:name w:val="toc 6"/>
    <w:basedOn w:val="Normal"/>
    <w:next w:val="Normal"/>
    <w:autoRedefine/>
    <w:uiPriority w:val="39"/>
    <w:unhideWhenUsed/>
    <w:rsid w:val="00F24DE6"/>
    <w:pPr>
      <w:spacing w:line="278" w:lineRule="auto"/>
      <w:ind w:left="1200"/>
    </w:pPr>
    <w:rPr>
      <w:rFonts w:asciiTheme="minorHAnsi" w:hAnsiTheme="minorHAnsi"/>
      <w:kern w:val="2"/>
      <w:sz w:val="24"/>
      <w:szCs w:val="24"/>
      <w14:ligatures w14:val="standardContextual"/>
    </w:rPr>
  </w:style>
  <w:style w:type="paragraph" w:styleId="TOC7">
    <w:name w:val="toc 7"/>
    <w:basedOn w:val="Normal"/>
    <w:next w:val="Normal"/>
    <w:autoRedefine/>
    <w:uiPriority w:val="39"/>
    <w:unhideWhenUsed/>
    <w:rsid w:val="00F24DE6"/>
    <w:pPr>
      <w:spacing w:line="278" w:lineRule="auto"/>
      <w:ind w:left="1440"/>
    </w:pPr>
    <w:rPr>
      <w:rFonts w:asciiTheme="minorHAnsi" w:hAnsiTheme="minorHAnsi"/>
      <w:kern w:val="2"/>
      <w:sz w:val="24"/>
      <w:szCs w:val="24"/>
      <w14:ligatures w14:val="standardContextual"/>
    </w:rPr>
  </w:style>
  <w:style w:type="paragraph" w:styleId="TOC8">
    <w:name w:val="toc 8"/>
    <w:basedOn w:val="Normal"/>
    <w:next w:val="Normal"/>
    <w:autoRedefine/>
    <w:uiPriority w:val="39"/>
    <w:unhideWhenUsed/>
    <w:rsid w:val="00F24DE6"/>
    <w:pPr>
      <w:spacing w:line="278" w:lineRule="auto"/>
      <w:ind w:left="1680"/>
    </w:pPr>
    <w:rPr>
      <w:rFonts w:asciiTheme="minorHAnsi" w:hAnsiTheme="minorHAnsi"/>
      <w:kern w:val="2"/>
      <w:sz w:val="24"/>
      <w:szCs w:val="24"/>
      <w14:ligatures w14:val="standardContextual"/>
    </w:rPr>
  </w:style>
  <w:style w:type="paragraph" w:styleId="TOC9">
    <w:name w:val="toc 9"/>
    <w:basedOn w:val="Normal"/>
    <w:next w:val="Normal"/>
    <w:autoRedefine/>
    <w:uiPriority w:val="39"/>
    <w:unhideWhenUsed/>
    <w:rsid w:val="00F24DE6"/>
    <w:pPr>
      <w:spacing w:line="278" w:lineRule="auto"/>
      <w:ind w:left="1920"/>
    </w:pPr>
    <w:rPr>
      <w:rFonts w:asciiTheme="minorHAnsi" w:hAnsiTheme="minorHAnsi"/>
      <w:kern w:val="2"/>
      <w:sz w:val="24"/>
      <w:szCs w:val="24"/>
      <w14:ligatures w14:val="standardContextual"/>
    </w:rPr>
  </w:style>
  <w:style w:type="character" w:styleId="Hyperlink">
    <w:name w:val="Hyperlink"/>
    <w:basedOn w:val="DefaultParagraphFont"/>
    <w:uiPriority w:val="99"/>
    <w:unhideWhenUsed/>
    <w:rsid w:val="00F24DE6"/>
    <w:rPr>
      <w:color w:val="0000FF" w:themeColor="hyperlink"/>
      <w:u w:val="single"/>
    </w:rPr>
  </w:style>
  <w:style w:type="character" w:styleId="UnresolvedMention">
    <w:name w:val="Unresolved Mention"/>
    <w:basedOn w:val="DefaultParagraphFont"/>
    <w:uiPriority w:val="99"/>
    <w:semiHidden/>
    <w:unhideWhenUsed/>
    <w:rsid w:val="00F24D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CE112DD0C3B844DA08D582E1979FD5D" ma:contentTypeVersion="3" ma:contentTypeDescription="Create a new document." ma:contentTypeScope="" ma:versionID="29d54858cb10b93635512a75ec6f49cb">
  <xsd:schema xmlns:xsd="http://www.w3.org/2001/XMLSchema" xmlns:xs="http://www.w3.org/2001/XMLSchema" xmlns:p="http://schemas.microsoft.com/office/2006/metadata/properties" xmlns:ns2="9a3f299b-a897-4679-b3fc-ce99aff5f39b" targetNamespace="http://schemas.microsoft.com/office/2006/metadata/properties" ma:root="true" ma:fieldsID="afbbe0ec66020ceb1084739849affd37" ns2:_="">
    <xsd:import namespace="9a3f299b-a897-4679-b3fc-ce99aff5f39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f299b-a897-4679-b3fc-ce99aff5f3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7D9E438B-A650-4F9C-903A-FC8D9B2635A0}"/>
</file>

<file path=customXml/itemProps3.xml><?xml version="1.0" encoding="utf-8"?>
<ds:datastoreItem xmlns:ds="http://schemas.openxmlformats.org/officeDocument/2006/customXml" ds:itemID="{3B3221B3-1D29-4D07-972B-F5A2CEE230C2}"/>
</file>

<file path=customXml/itemProps4.xml><?xml version="1.0" encoding="utf-8"?>
<ds:datastoreItem xmlns:ds="http://schemas.openxmlformats.org/officeDocument/2006/customXml" ds:itemID="{449610C7-E7D0-4C00-85E6-B7ACAE697939}"/>
</file>

<file path=docProps/app.xml><?xml version="1.0" encoding="utf-8"?>
<Properties xmlns="http://schemas.openxmlformats.org/officeDocument/2006/extended-properties" xmlns:vt="http://schemas.openxmlformats.org/officeDocument/2006/docPropsVTypes">
  <Template>Normal.dotm</Template>
  <TotalTime>0</TotalTime>
  <Pages>1</Pages>
  <Words>11302</Words>
  <Characters>64423</Characters>
  <Application>Microsoft Office Word</Application>
  <DocSecurity>4</DocSecurity>
  <Lines>536</Lines>
  <Paragraphs>151</Paragraphs>
  <ScaleCrop>false</ScaleCrop>
  <Manager/>
  <Company/>
  <LinksUpToDate>false</LinksUpToDate>
  <CharactersWithSpaces>75574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ACE Innovate Full Proposal Application Form Joint ACE RFTI</dc:title>
  <dc:subject>ACE Innovate Stage 2 Full Proposal Application Form</dc:subject>
  <dc:creator>Association of African Universities</dc:creator>
  <cp:keywords>ACE Innovate, Full Proposal, Stage 2</cp:keywords>
  <dc:description>generated by python-docx</dc:description>
  <cp:lastModifiedBy>Irene Dufie Addai</cp:lastModifiedBy>
  <cp:revision>11</cp:revision>
  <dcterms:created xsi:type="dcterms:W3CDTF">2026-08-13T10:52:00Z</dcterms:created>
  <dcterms:modified xsi:type="dcterms:W3CDTF">2026-08-14T14:17:00Z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7d94b243,5b154b79,5d584b1f</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2026-07-20T03:08:47Z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d3e1b5cb-86fb-420b-8f90-db9ba35992e2</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y fmtid="{D5CDD505-2E9C-101B-9397-08002B2CF9AE}" pid="13" name="ContentTypeId">
    <vt:lpwstr>0x0101004CE112DD0C3B844DA08D582E1979FD5D</vt:lpwstr>
  </property>
</Properties>
</file>