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9698" w14:textId="77777777" w:rsidR="00336039" w:rsidRPr="000A2615" w:rsidRDefault="00497E92">
      <w:pPr>
        <w:pStyle w:val="Title"/>
        <w:jc w:val="center"/>
        <w:rPr>
          <w:rFonts w:ascii="Times New Roman" w:hAnsi="Times New Roman" w:cs="Times New Roman"/>
          <w:color w:val="auto"/>
          <w:sz w:val="22"/>
          <w:szCs w:val="22"/>
        </w:rPr>
      </w:pPr>
      <w:r w:rsidRPr="000A2615">
        <w:rPr>
          <w:rFonts w:ascii="Times New Roman" w:hAnsi="Times New Roman" w:cs="Times New Roman"/>
          <w:color w:val="auto"/>
          <w:sz w:val="22"/>
          <w:szCs w:val="22"/>
        </w:rPr>
        <w:t>ACE Innovate</w:t>
      </w:r>
    </w:p>
    <w:p w14:paraId="32AB194A" w14:textId="77777777" w:rsidR="00336039" w:rsidRPr="000A2615" w:rsidRDefault="00497E92">
      <w:pPr>
        <w:jc w:val="center"/>
        <w:rPr>
          <w:rFonts w:ascii="Times New Roman" w:hAnsi="Times New Roman" w:cs="Times New Roman"/>
          <w:sz w:val="22"/>
        </w:rPr>
      </w:pPr>
      <w:r w:rsidRPr="000A2615">
        <w:rPr>
          <w:rFonts w:ascii="Times New Roman" w:hAnsi="Times New Roman" w:cs="Times New Roman"/>
          <w:b/>
          <w:sz w:val="22"/>
        </w:rPr>
        <w:t>Stage 2 Full Proposal Application Form</w:t>
      </w:r>
    </w:p>
    <w:p w14:paraId="68F5FE14" w14:textId="77777777" w:rsidR="00336039" w:rsidRPr="000A2615" w:rsidRDefault="00497E92">
      <w:pPr>
        <w:jc w:val="center"/>
        <w:rPr>
          <w:rFonts w:ascii="Times New Roman" w:hAnsi="Times New Roman" w:cs="Times New Roman"/>
          <w:sz w:val="22"/>
        </w:rPr>
      </w:pPr>
      <w:r w:rsidRPr="000A2615">
        <w:rPr>
          <w:rFonts w:ascii="Times New Roman" w:hAnsi="Times New Roman" w:cs="Times New Roman"/>
          <w:b/>
          <w:sz w:val="22"/>
        </w:rPr>
        <w:t>Standalone Regional Flagship Training Institute Submission</w:t>
      </w:r>
    </w:p>
    <w:p w14:paraId="40212912" w14:textId="77777777" w:rsidR="00336039" w:rsidRPr="000A2615" w:rsidRDefault="00497E92">
      <w:pPr>
        <w:jc w:val="center"/>
        <w:rPr>
          <w:rFonts w:ascii="Times New Roman" w:hAnsi="Times New Roman" w:cs="Times New Roman"/>
          <w:sz w:val="22"/>
        </w:rPr>
      </w:pPr>
      <w:r w:rsidRPr="000A2615">
        <w:rPr>
          <w:rFonts w:ascii="Times New Roman" w:hAnsi="Times New Roman" w:cs="Times New Roman"/>
          <w:sz w:val="22"/>
        </w:rPr>
        <w:t>For institutions with prior written clearance to submit without an ACE/Emerging Center partner</w:t>
      </w:r>
    </w:p>
    <w:tbl>
      <w:tblPr>
        <w:tblStyle w:val="TableGrid"/>
        <w:tblW w:w="9000" w:type="dxa"/>
        <w:jc w:val="center"/>
        <w:tblLook w:val="04A0" w:firstRow="1" w:lastRow="0" w:firstColumn="1" w:lastColumn="0" w:noHBand="0" w:noVBand="1"/>
      </w:tblPr>
      <w:tblGrid>
        <w:gridCol w:w="9000"/>
      </w:tblGrid>
      <w:tr w:rsidR="00336039" w:rsidRPr="000A2615" w14:paraId="15069A19" w14:textId="77777777" w:rsidTr="006B2D6B">
        <w:trPr>
          <w:jc w:val="center"/>
        </w:trPr>
        <w:tc>
          <w:tcPr>
            <w:tcW w:w="9866" w:type="dxa"/>
            <w:tcMar>
              <w:top w:w="100" w:type="dxa"/>
              <w:left w:w="140" w:type="dxa"/>
              <w:bottom w:w="100" w:type="dxa"/>
              <w:right w:w="140" w:type="dxa"/>
            </w:tcMar>
          </w:tcPr>
          <w:p w14:paraId="53316F47"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Submission format</w:t>
            </w:r>
          </w:p>
          <w:p w14:paraId="2A86EB88"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Complete this form in Microsoft Word, retain all prescribed headings and tables, convert the final application to PDF, and upload one consolidated PDF through the ACE Innovate proposal submission platform. This Stage 2 form is for shortlisted applicants only.</w:t>
            </w:r>
          </w:p>
        </w:tc>
      </w:tr>
    </w:tbl>
    <w:p w14:paraId="395274D1" w14:textId="77777777" w:rsidR="00336039" w:rsidRPr="000A2615" w:rsidRDefault="00336039">
      <w:pPr>
        <w:spacing w:after="0"/>
        <w:rPr>
          <w:rFonts w:ascii="Times New Roman" w:hAnsi="Times New Roman" w:cs="Times New Roman"/>
          <w:sz w:val="22"/>
        </w:rPr>
      </w:pPr>
    </w:p>
    <w:p w14:paraId="2B58578F" w14:textId="77777777" w:rsidR="00336039" w:rsidRPr="000A2615" w:rsidRDefault="00497E92">
      <w:pPr>
        <w:pStyle w:val="Heading2"/>
        <w:rPr>
          <w:rFonts w:ascii="Times New Roman" w:hAnsi="Times New Roman" w:cs="Times New Roman"/>
          <w:color w:val="auto"/>
          <w:sz w:val="22"/>
          <w:szCs w:val="22"/>
        </w:rPr>
      </w:pPr>
      <w:bookmarkStart w:id="0" w:name="_Toc237596289"/>
      <w:r w:rsidRPr="000A2615">
        <w:rPr>
          <w:rFonts w:ascii="Times New Roman" w:hAnsi="Times New Roman" w:cs="Times New Roman"/>
          <w:color w:val="auto"/>
          <w:sz w:val="22"/>
          <w:szCs w:val="22"/>
        </w:rPr>
        <w:t>Applicant Cover Sheet</w:t>
      </w:r>
      <w:bookmarkEnd w:id="0"/>
    </w:p>
    <w:tbl>
      <w:tblPr>
        <w:tblStyle w:val="TableGrid"/>
        <w:tblW w:w="9000" w:type="dxa"/>
        <w:jc w:val="center"/>
        <w:tblLook w:val="04A0" w:firstRow="1" w:lastRow="0" w:firstColumn="1" w:lastColumn="0" w:noHBand="0" w:noVBand="1"/>
      </w:tblPr>
      <w:tblGrid>
        <w:gridCol w:w="2671"/>
        <w:gridCol w:w="6329"/>
      </w:tblGrid>
      <w:tr w:rsidR="00336039" w:rsidRPr="000A2615" w14:paraId="72C47F97" w14:textId="77777777" w:rsidTr="00527AFF">
        <w:trPr>
          <w:cantSplit/>
          <w:jc w:val="center"/>
        </w:trPr>
        <w:tc>
          <w:tcPr>
            <w:tcW w:w="2671" w:type="dxa"/>
            <w:shd w:val="clear" w:color="auto" w:fill="F2F2F2"/>
            <w:tcMar>
              <w:top w:w="80" w:type="dxa"/>
              <w:left w:w="100" w:type="dxa"/>
              <w:bottom w:w="80" w:type="dxa"/>
              <w:right w:w="100" w:type="dxa"/>
            </w:tcMar>
            <w:vAlign w:val="center"/>
          </w:tcPr>
          <w:p w14:paraId="7723D66C"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Country</w:t>
            </w:r>
          </w:p>
        </w:tc>
        <w:tc>
          <w:tcPr>
            <w:tcW w:w="6329" w:type="dxa"/>
            <w:tcMar>
              <w:top w:w="80" w:type="dxa"/>
              <w:left w:w="100" w:type="dxa"/>
              <w:bottom w:w="80" w:type="dxa"/>
              <w:right w:w="100" w:type="dxa"/>
            </w:tcMar>
            <w:vAlign w:val="center"/>
          </w:tcPr>
          <w:p w14:paraId="34E5E665" w14:textId="29BB57CD" w:rsidR="00336039" w:rsidRPr="000A2615" w:rsidRDefault="00336039">
            <w:pPr>
              <w:rPr>
                <w:rFonts w:ascii="Times New Roman" w:hAnsi="Times New Roman" w:cs="Times New Roman"/>
                <w:sz w:val="22"/>
              </w:rPr>
            </w:pPr>
          </w:p>
        </w:tc>
      </w:tr>
      <w:tr w:rsidR="00336039" w:rsidRPr="000A2615" w14:paraId="4CD072BA" w14:textId="77777777" w:rsidTr="00527AFF">
        <w:trPr>
          <w:cantSplit/>
          <w:jc w:val="center"/>
        </w:trPr>
        <w:tc>
          <w:tcPr>
            <w:tcW w:w="2671" w:type="dxa"/>
            <w:shd w:val="clear" w:color="auto" w:fill="F2F2F2"/>
            <w:tcMar>
              <w:top w:w="80" w:type="dxa"/>
              <w:left w:w="100" w:type="dxa"/>
              <w:bottom w:w="80" w:type="dxa"/>
              <w:right w:w="100" w:type="dxa"/>
            </w:tcMar>
            <w:vAlign w:val="center"/>
          </w:tcPr>
          <w:p w14:paraId="775FA7F5"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Priority sector</w:t>
            </w:r>
          </w:p>
        </w:tc>
        <w:tc>
          <w:tcPr>
            <w:tcW w:w="6329" w:type="dxa"/>
            <w:tcMar>
              <w:top w:w="80" w:type="dxa"/>
              <w:left w:w="100" w:type="dxa"/>
              <w:bottom w:w="80" w:type="dxa"/>
              <w:right w:w="100" w:type="dxa"/>
            </w:tcMar>
            <w:vAlign w:val="center"/>
          </w:tcPr>
          <w:p w14:paraId="2BBB559F" w14:textId="281B8DBD" w:rsidR="00336039" w:rsidRPr="000A2615" w:rsidRDefault="00336039">
            <w:pPr>
              <w:rPr>
                <w:rFonts w:ascii="Times New Roman" w:hAnsi="Times New Roman" w:cs="Times New Roman"/>
                <w:sz w:val="22"/>
              </w:rPr>
            </w:pPr>
          </w:p>
        </w:tc>
      </w:tr>
      <w:tr w:rsidR="00336039" w:rsidRPr="000A2615" w14:paraId="17352C08" w14:textId="77777777" w:rsidTr="00527AFF">
        <w:trPr>
          <w:cantSplit/>
          <w:jc w:val="center"/>
        </w:trPr>
        <w:tc>
          <w:tcPr>
            <w:tcW w:w="2671" w:type="dxa"/>
            <w:shd w:val="clear" w:color="auto" w:fill="F2F2F2"/>
            <w:tcMar>
              <w:top w:w="80" w:type="dxa"/>
              <w:left w:w="100" w:type="dxa"/>
              <w:bottom w:w="80" w:type="dxa"/>
              <w:right w:w="100" w:type="dxa"/>
            </w:tcMar>
            <w:vAlign w:val="center"/>
          </w:tcPr>
          <w:p w14:paraId="2E829B08"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Full Proposal title</w:t>
            </w:r>
          </w:p>
        </w:tc>
        <w:tc>
          <w:tcPr>
            <w:tcW w:w="6329" w:type="dxa"/>
            <w:tcMar>
              <w:top w:w="80" w:type="dxa"/>
              <w:left w:w="100" w:type="dxa"/>
              <w:bottom w:w="80" w:type="dxa"/>
              <w:right w:w="100" w:type="dxa"/>
            </w:tcMar>
            <w:vAlign w:val="center"/>
          </w:tcPr>
          <w:p w14:paraId="63824245" w14:textId="04842803" w:rsidR="00336039" w:rsidRPr="000A2615" w:rsidRDefault="00336039">
            <w:pPr>
              <w:rPr>
                <w:rFonts w:ascii="Times New Roman" w:hAnsi="Times New Roman" w:cs="Times New Roman"/>
                <w:sz w:val="22"/>
              </w:rPr>
            </w:pPr>
          </w:p>
        </w:tc>
      </w:tr>
      <w:tr w:rsidR="00336039" w:rsidRPr="000A2615" w14:paraId="5FB3534A" w14:textId="77777777" w:rsidTr="00527AFF">
        <w:trPr>
          <w:cantSplit/>
          <w:jc w:val="center"/>
        </w:trPr>
        <w:tc>
          <w:tcPr>
            <w:tcW w:w="2671" w:type="dxa"/>
            <w:shd w:val="clear" w:color="auto" w:fill="F2F2F2"/>
            <w:tcMar>
              <w:top w:w="80" w:type="dxa"/>
              <w:left w:w="100" w:type="dxa"/>
              <w:bottom w:w="80" w:type="dxa"/>
              <w:right w:w="100" w:type="dxa"/>
            </w:tcMar>
            <w:vAlign w:val="center"/>
          </w:tcPr>
          <w:p w14:paraId="2B784C28"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RFTI name</w:t>
            </w:r>
          </w:p>
        </w:tc>
        <w:tc>
          <w:tcPr>
            <w:tcW w:w="6329" w:type="dxa"/>
            <w:tcMar>
              <w:top w:w="80" w:type="dxa"/>
              <w:left w:w="100" w:type="dxa"/>
              <w:bottom w:w="80" w:type="dxa"/>
              <w:right w:w="100" w:type="dxa"/>
            </w:tcMar>
            <w:vAlign w:val="center"/>
          </w:tcPr>
          <w:p w14:paraId="410E6130" w14:textId="1905C6CC" w:rsidR="00336039" w:rsidRPr="000A2615" w:rsidRDefault="00336039">
            <w:pPr>
              <w:rPr>
                <w:rFonts w:ascii="Times New Roman" w:hAnsi="Times New Roman" w:cs="Times New Roman"/>
                <w:sz w:val="22"/>
              </w:rPr>
            </w:pPr>
          </w:p>
        </w:tc>
      </w:tr>
      <w:tr w:rsidR="00336039" w:rsidRPr="000A2615" w14:paraId="107C2ACC" w14:textId="77777777" w:rsidTr="00527AFF">
        <w:trPr>
          <w:cantSplit/>
          <w:jc w:val="center"/>
        </w:trPr>
        <w:tc>
          <w:tcPr>
            <w:tcW w:w="2671" w:type="dxa"/>
            <w:shd w:val="clear" w:color="auto" w:fill="F2F2F2"/>
            <w:tcMar>
              <w:top w:w="80" w:type="dxa"/>
              <w:left w:w="100" w:type="dxa"/>
              <w:bottom w:w="80" w:type="dxa"/>
              <w:right w:w="100" w:type="dxa"/>
            </w:tcMar>
            <w:vAlign w:val="center"/>
          </w:tcPr>
          <w:p w14:paraId="7D8F2A73"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Host institution</w:t>
            </w:r>
          </w:p>
        </w:tc>
        <w:tc>
          <w:tcPr>
            <w:tcW w:w="6329" w:type="dxa"/>
            <w:tcMar>
              <w:top w:w="80" w:type="dxa"/>
              <w:left w:w="100" w:type="dxa"/>
              <w:bottom w:w="80" w:type="dxa"/>
              <w:right w:w="100" w:type="dxa"/>
            </w:tcMar>
            <w:vAlign w:val="center"/>
          </w:tcPr>
          <w:p w14:paraId="785C858B" w14:textId="2ABB38B7" w:rsidR="00336039" w:rsidRPr="000A2615" w:rsidRDefault="00336039">
            <w:pPr>
              <w:rPr>
                <w:rFonts w:ascii="Times New Roman" w:hAnsi="Times New Roman" w:cs="Times New Roman"/>
                <w:sz w:val="22"/>
              </w:rPr>
            </w:pPr>
          </w:p>
        </w:tc>
      </w:tr>
    </w:tbl>
    <w:p w14:paraId="37D6BA54" w14:textId="77777777" w:rsidR="00336039" w:rsidRPr="000A2615" w:rsidRDefault="00497E92">
      <w:pPr>
        <w:pStyle w:val="Heading2"/>
        <w:rPr>
          <w:rFonts w:ascii="Times New Roman" w:hAnsi="Times New Roman" w:cs="Times New Roman"/>
          <w:color w:val="auto"/>
          <w:sz w:val="22"/>
          <w:szCs w:val="22"/>
        </w:rPr>
      </w:pPr>
      <w:bookmarkStart w:id="1" w:name="_Toc237596290"/>
      <w:r w:rsidRPr="000A2615">
        <w:rPr>
          <w:rFonts w:ascii="Times New Roman" w:hAnsi="Times New Roman" w:cs="Times New Roman"/>
          <w:color w:val="auto"/>
          <w:sz w:val="22"/>
          <w:szCs w:val="22"/>
        </w:rPr>
        <w:t>General Instructions</w:t>
      </w:r>
      <w:bookmarkEnd w:id="1"/>
    </w:p>
    <w:tbl>
      <w:tblPr>
        <w:tblStyle w:val="TableGrid"/>
        <w:tblW w:w="0" w:type="auto"/>
        <w:jc w:val="center"/>
        <w:tblLook w:val="04A0" w:firstRow="1" w:lastRow="0" w:firstColumn="1" w:lastColumn="0" w:noHBand="0" w:noVBand="1"/>
      </w:tblPr>
      <w:tblGrid>
        <w:gridCol w:w="2948"/>
        <w:gridCol w:w="6950"/>
      </w:tblGrid>
      <w:tr w:rsidR="00336039" w:rsidRPr="000A2615" w14:paraId="481134CC" w14:textId="77777777" w:rsidTr="006B2D6B">
        <w:trPr>
          <w:tblHeader/>
          <w:jc w:val="center"/>
        </w:trPr>
        <w:tc>
          <w:tcPr>
            <w:tcW w:w="2948" w:type="dxa"/>
          </w:tcPr>
          <w:p w14:paraId="43B6F0E5"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Item</w:t>
            </w:r>
          </w:p>
        </w:tc>
        <w:tc>
          <w:tcPr>
            <w:tcW w:w="6950" w:type="dxa"/>
          </w:tcPr>
          <w:p w14:paraId="5C446CDD"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Requirement</w:t>
            </w:r>
          </w:p>
        </w:tc>
      </w:tr>
      <w:tr w:rsidR="00336039" w:rsidRPr="000A2615" w14:paraId="434B120D" w14:textId="77777777" w:rsidTr="00527AFF">
        <w:trPr>
          <w:cantSplit/>
          <w:jc w:val="center"/>
        </w:trPr>
        <w:tc>
          <w:tcPr>
            <w:tcW w:w="2948" w:type="dxa"/>
            <w:tcMar>
              <w:top w:w="80" w:type="dxa"/>
              <w:left w:w="100" w:type="dxa"/>
              <w:bottom w:w="80" w:type="dxa"/>
              <w:right w:w="100" w:type="dxa"/>
            </w:tcMar>
          </w:tcPr>
          <w:p w14:paraId="57236022"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Eligibility</w:t>
            </w:r>
          </w:p>
        </w:tc>
        <w:tc>
          <w:tcPr>
            <w:tcW w:w="6950" w:type="dxa"/>
            <w:tcMar>
              <w:top w:w="80" w:type="dxa"/>
              <w:left w:w="100" w:type="dxa"/>
              <w:bottom w:w="80" w:type="dxa"/>
              <w:right w:w="100" w:type="dxa"/>
            </w:tcMar>
          </w:tcPr>
          <w:p w14:paraId="032BD305"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Only institutions formally shortlisted after Stage 1 may submit a Stage 2 Full Proposal.</w:t>
            </w:r>
          </w:p>
        </w:tc>
      </w:tr>
      <w:tr w:rsidR="00336039" w:rsidRPr="000A2615" w14:paraId="493A3665" w14:textId="77777777" w:rsidTr="00527AFF">
        <w:trPr>
          <w:cantSplit/>
          <w:jc w:val="center"/>
        </w:trPr>
        <w:tc>
          <w:tcPr>
            <w:tcW w:w="2948" w:type="dxa"/>
            <w:tcMar>
              <w:top w:w="80" w:type="dxa"/>
              <w:left w:w="100" w:type="dxa"/>
              <w:bottom w:w="80" w:type="dxa"/>
              <w:right w:w="100" w:type="dxa"/>
            </w:tcMar>
          </w:tcPr>
          <w:p w14:paraId="469C694B"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Program period</w:t>
            </w:r>
          </w:p>
        </w:tc>
        <w:tc>
          <w:tcPr>
            <w:tcW w:w="6950" w:type="dxa"/>
            <w:tcMar>
              <w:top w:w="80" w:type="dxa"/>
              <w:left w:w="100" w:type="dxa"/>
              <w:bottom w:w="80" w:type="dxa"/>
              <w:right w:w="100" w:type="dxa"/>
            </w:tcMar>
          </w:tcPr>
          <w:p w14:paraId="7980473F"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Prepare the proposal for a five-year implementation period unless the Stage 2 invitation states otherwise.</w:t>
            </w:r>
          </w:p>
        </w:tc>
      </w:tr>
      <w:tr w:rsidR="00336039" w:rsidRPr="000A2615" w14:paraId="51D5FA87" w14:textId="77777777" w:rsidTr="00527AFF">
        <w:trPr>
          <w:cantSplit/>
          <w:jc w:val="center"/>
        </w:trPr>
        <w:tc>
          <w:tcPr>
            <w:tcW w:w="2948" w:type="dxa"/>
            <w:tcMar>
              <w:top w:w="80" w:type="dxa"/>
              <w:left w:w="100" w:type="dxa"/>
              <w:bottom w:w="80" w:type="dxa"/>
              <w:right w:w="100" w:type="dxa"/>
            </w:tcMar>
          </w:tcPr>
          <w:p w14:paraId="594599EE"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Consistency with EoI</w:t>
            </w:r>
          </w:p>
        </w:tc>
        <w:tc>
          <w:tcPr>
            <w:tcW w:w="6950" w:type="dxa"/>
            <w:tcMar>
              <w:top w:w="80" w:type="dxa"/>
              <w:left w:w="100" w:type="dxa"/>
              <w:bottom w:w="80" w:type="dxa"/>
              <w:right w:w="100" w:type="dxa"/>
            </w:tcMar>
          </w:tcPr>
          <w:p w14:paraId="5E2F261C"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The Full Proposal should deepen the approved EoI. Material changes to sector focus, institutional pairing, scope or targets must be clearly explained and may require prior approval.</w:t>
            </w:r>
          </w:p>
        </w:tc>
      </w:tr>
      <w:tr w:rsidR="00336039" w:rsidRPr="000A2615" w14:paraId="6D85CDA8" w14:textId="77777777" w:rsidTr="00527AFF">
        <w:trPr>
          <w:cantSplit/>
          <w:jc w:val="center"/>
        </w:trPr>
        <w:tc>
          <w:tcPr>
            <w:tcW w:w="2948" w:type="dxa"/>
            <w:tcMar>
              <w:top w:w="80" w:type="dxa"/>
              <w:left w:w="100" w:type="dxa"/>
              <w:bottom w:w="80" w:type="dxa"/>
              <w:right w:w="100" w:type="dxa"/>
            </w:tcMar>
          </w:tcPr>
          <w:p w14:paraId="18F8FEA3"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Response to evaluation</w:t>
            </w:r>
          </w:p>
        </w:tc>
        <w:tc>
          <w:tcPr>
            <w:tcW w:w="6950" w:type="dxa"/>
            <w:tcMar>
              <w:top w:w="80" w:type="dxa"/>
              <w:left w:w="100" w:type="dxa"/>
              <w:bottom w:w="80" w:type="dxa"/>
              <w:right w:w="100" w:type="dxa"/>
            </w:tcMar>
          </w:tcPr>
          <w:p w14:paraId="234D74C7"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Address every EoI review comment in the prescribed response matrix and show where the issue is resolved in the Full Proposal.</w:t>
            </w:r>
          </w:p>
        </w:tc>
      </w:tr>
      <w:tr w:rsidR="00336039" w:rsidRPr="000A2615" w14:paraId="3B976572" w14:textId="77777777" w:rsidTr="00527AFF">
        <w:trPr>
          <w:cantSplit/>
          <w:jc w:val="center"/>
        </w:trPr>
        <w:tc>
          <w:tcPr>
            <w:tcW w:w="2948" w:type="dxa"/>
            <w:tcMar>
              <w:top w:w="80" w:type="dxa"/>
              <w:left w:w="100" w:type="dxa"/>
              <w:bottom w:w="80" w:type="dxa"/>
              <w:right w:w="100" w:type="dxa"/>
            </w:tcMar>
          </w:tcPr>
          <w:p w14:paraId="412F9E4B"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Formatting</w:t>
            </w:r>
          </w:p>
        </w:tc>
        <w:tc>
          <w:tcPr>
            <w:tcW w:w="6950" w:type="dxa"/>
            <w:tcMar>
              <w:top w:w="80" w:type="dxa"/>
              <w:left w:w="100" w:type="dxa"/>
              <w:bottom w:w="80" w:type="dxa"/>
              <w:right w:w="100" w:type="dxa"/>
            </w:tcMar>
          </w:tcPr>
          <w:p w14:paraId="5AD86B40"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Use A4 paper, minimum 11-point font for narrative text, minimum 2 cm margins, and clear numbered headings. Do not reduce text to fit page limits.</w:t>
            </w:r>
          </w:p>
        </w:tc>
      </w:tr>
      <w:tr w:rsidR="00336039" w:rsidRPr="000A2615" w14:paraId="799E0DD6" w14:textId="77777777" w:rsidTr="00527AFF">
        <w:trPr>
          <w:cantSplit/>
          <w:jc w:val="center"/>
        </w:trPr>
        <w:tc>
          <w:tcPr>
            <w:tcW w:w="2948" w:type="dxa"/>
            <w:tcMar>
              <w:top w:w="80" w:type="dxa"/>
              <w:left w:w="100" w:type="dxa"/>
              <w:bottom w:w="80" w:type="dxa"/>
              <w:right w:w="100" w:type="dxa"/>
            </w:tcMar>
          </w:tcPr>
          <w:p w14:paraId="3A1B8F2C"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Evidence</w:t>
            </w:r>
          </w:p>
        </w:tc>
        <w:tc>
          <w:tcPr>
            <w:tcW w:w="6950" w:type="dxa"/>
            <w:tcMar>
              <w:top w:w="80" w:type="dxa"/>
              <w:left w:w="100" w:type="dxa"/>
              <w:bottom w:w="80" w:type="dxa"/>
              <w:right w:w="100" w:type="dxa"/>
            </w:tcMar>
          </w:tcPr>
          <w:p w14:paraId="4E504CC5" w14:textId="580FBB4F" w:rsidR="00336039" w:rsidRPr="000A2615" w:rsidRDefault="00EF1A4F">
            <w:pPr>
              <w:rPr>
                <w:rFonts w:ascii="Times New Roman" w:hAnsi="Times New Roman" w:cs="Times New Roman"/>
                <w:sz w:val="22"/>
              </w:rPr>
            </w:pPr>
            <w:r w:rsidRPr="000A2615">
              <w:rPr>
                <w:rFonts w:ascii="Times New Roman" w:hAnsi="Times New Roman" w:cs="Times New Roman"/>
                <w:sz w:val="22"/>
              </w:rPr>
              <w:t>Use current, verifiable evidence. Quantitative claims should identify the source and reference year. Where evidence is thin or not readily available, the full proposal must include a plan for collecting relevant evidence in coordination with the Sector Engagement Panel</w:t>
            </w:r>
          </w:p>
        </w:tc>
      </w:tr>
      <w:tr w:rsidR="00336039" w:rsidRPr="000A2615" w14:paraId="64B97683" w14:textId="77777777" w:rsidTr="00527AFF">
        <w:trPr>
          <w:cantSplit/>
          <w:jc w:val="center"/>
        </w:trPr>
        <w:tc>
          <w:tcPr>
            <w:tcW w:w="2948" w:type="dxa"/>
            <w:tcMar>
              <w:top w:w="80" w:type="dxa"/>
              <w:left w:w="100" w:type="dxa"/>
              <w:bottom w:w="80" w:type="dxa"/>
              <w:right w:w="100" w:type="dxa"/>
            </w:tcMar>
          </w:tcPr>
          <w:p w14:paraId="3F85B6A4"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Budget discipline</w:t>
            </w:r>
          </w:p>
        </w:tc>
        <w:tc>
          <w:tcPr>
            <w:tcW w:w="6950" w:type="dxa"/>
            <w:tcMar>
              <w:top w:w="80" w:type="dxa"/>
              <w:left w:w="100" w:type="dxa"/>
              <w:bottom w:w="80" w:type="dxa"/>
              <w:right w:w="100" w:type="dxa"/>
            </w:tcMar>
          </w:tcPr>
          <w:p w14:paraId="07BC7AA3" w14:textId="361D2374" w:rsidR="00336039" w:rsidRPr="000A2615" w:rsidRDefault="00497E92">
            <w:pPr>
              <w:rPr>
                <w:rFonts w:ascii="Times New Roman" w:hAnsi="Times New Roman" w:cs="Times New Roman"/>
                <w:sz w:val="22"/>
              </w:rPr>
            </w:pPr>
            <w:r w:rsidRPr="000A2615">
              <w:rPr>
                <w:rFonts w:ascii="Times New Roman" w:hAnsi="Times New Roman" w:cs="Times New Roman"/>
                <w:sz w:val="22"/>
              </w:rPr>
              <w:t>All activities, targets, procurement packages and civil works must be traceable to the detailed budget.</w:t>
            </w:r>
          </w:p>
        </w:tc>
      </w:tr>
      <w:tr w:rsidR="00336039" w:rsidRPr="000A2615" w14:paraId="2B7DBB66" w14:textId="77777777" w:rsidTr="00527AFF">
        <w:trPr>
          <w:cantSplit/>
          <w:jc w:val="center"/>
        </w:trPr>
        <w:tc>
          <w:tcPr>
            <w:tcW w:w="2948" w:type="dxa"/>
            <w:tcMar>
              <w:top w:w="80" w:type="dxa"/>
              <w:left w:w="100" w:type="dxa"/>
              <w:bottom w:w="80" w:type="dxa"/>
              <w:right w:w="100" w:type="dxa"/>
            </w:tcMar>
          </w:tcPr>
          <w:p w14:paraId="3A045B61"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Submission format</w:t>
            </w:r>
          </w:p>
        </w:tc>
        <w:tc>
          <w:tcPr>
            <w:tcW w:w="6950" w:type="dxa"/>
            <w:tcMar>
              <w:top w:w="80" w:type="dxa"/>
              <w:left w:w="100" w:type="dxa"/>
              <w:bottom w:w="80" w:type="dxa"/>
              <w:right w:w="100" w:type="dxa"/>
            </w:tcMar>
          </w:tcPr>
          <w:p w14:paraId="54325F45"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Submit one consolidated PDF containing the completed form, endorsements and annexes in the prescribed order.</w:t>
            </w:r>
          </w:p>
        </w:tc>
      </w:tr>
    </w:tbl>
    <w:p w14:paraId="7D2AA800" w14:textId="77777777" w:rsidR="00336039" w:rsidRPr="000A2615" w:rsidRDefault="00336039">
      <w:pPr>
        <w:spacing w:after="0"/>
        <w:rPr>
          <w:rFonts w:ascii="Times New Roman" w:hAnsi="Times New Roman" w:cs="Times New Roman"/>
          <w:sz w:val="22"/>
        </w:rPr>
      </w:pPr>
    </w:p>
    <w:p w14:paraId="53AE1C5D" w14:textId="77777777" w:rsidR="000114B3" w:rsidRPr="00DB6570" w:rsidRDefault="000114B3" w:rsidP="000114B3">
      <w:pPr>
        <w:pStyle w:val="Heading2"/>
        <w:rPr>
          <w:rFonts w:ascii="Times New Roman" w:hAnsi="Times New Roman" w:cs="Times New Roman"/>
          <w:color w:val="auto"/>
          <w:sz w:val="22"/>
          <w:szCs w:val="22"/>
        </w:rPr>
      </w:pPr>
      <w:bookmarkStart w:id="2" w:name="_Toc237525196"/>
      <w:bookmarkStart w:id="3" w:name="_Toc237596291"/>
      <w:r w:rsidRPr="00DB6570">
        <w:rPr>
          <w:rFonts w:ascii="Times New Roman" w:hAnsi="Times New Roman" w:cs="Times New Roman"/>
          <w:color w:val="auto"/>
          <w:sz w:val="22"/>
          <w:szCs w:val="22"/>
        </w:rPr>
        <w:lastRenderedPageBreak/>
        <w:t>Required Checklist</w:t>
      </w:r>
      <w:r>
        <w:rPr>
          <w:rFonts w:ascii="Times New Roman" w:hAnsi="Times New Roman" w:cs="Times New Roman"/>
          <w:color w:val="auto"/>
          <w:sz w:val="22"/>
          <w:szCs w:val="22"/>
        </w:rPr>
        <w:t>/Appendix</w:t>
      </w:r>
      <w:r w:rsidRPr="00DB6570">
        <w:rPr>
          <w:rFonts w:ascii="Times New Roman" w:hAnsi="Times New Roman" w:cs="Times New Roman"/>
          <w:color w:val="auto"/>
          <w:sz w:val="22"/>
          <w:szCs w:val="22"/>
        </w:rPr>
        <w:t xml:space="preserve"> Items</w:t>
      </w:r>
      <w:bookmarkEnd w:id="2"/>
      <w:bookmarkEnd w:id="3"/>
    </w:p>
    <w:p w14:paraId="5982EDD5" w14:textId="77777777" w:rsidR="000114B3" w:rsidRPr="00DB6570" w:rsidRDefault="000114B3" w:rsidP="000114B3">
      <w:pPr>
        <w:pStyle w:val="GuidanceText"/>
        <w:rPr>
          <w:rFonts w:ascii="Times New Roman" w:hAnsi="Times New Roman" w:cs="Times New Roman"/>
          <w:color w:val="auto"/>
          <w:sz w:val="22"/>
        </w:rPr>
      </w:pPr>
      <w:r w:rsidRPr="00DB6570">
        <w:rPr>
          <w:rFonts w:ascii="Times New Roman" w:hAnsi="Times New Roman" w:cs="Times New Roman"/>
          <w:color w:val="auto"/>
          <w:sz w:val="22"/>
        </w:rPr>
        <w:t>Ensure the items below are fully included in your full proposal body text or annex.</w:t>
      </w:r>
    </w:p>
    <w:tbl>
      <w:tblPr>
        <w:tblStyle w:val="TableGrid"/>
        <w:tblW w:w="5000" w:type="pct"/>
        <w:jc w:val="center"/>
        <w:tblLook w:val="04A0" w:firstRow="1" w:lastRow="0" w:firstColumn="1" w:lastColumn="0" w:noHBand="0" w:noVBand="1"/>
      </w:tblPr>
      <w:tblGrid>
        <w:gridCol w:w="2021"/>
        <w:gridCol w:w="6783"/>
        <w:gridCol w:w="1278"/>
      </w:tblGrid>
      <w:tr w:rsidR="000114B3" w:rsidRPr="00DB6570" w14:paraId="2C3EE633" w14:textId="77777777" w:rsidTr="00BE05E0">
        <w:trPr>
          <w:tblHeader/>
          <w:jc w:val="center"/>
        </w:trPr>
        <w:tc>
          <w:tcPr>
            <w:tcW w:w="1002" w:type="pct"/>
          </w:tcPr>
          <w:p w14:paraId="0EEAF141" w14:textId="77777777" w:rsidR="000114B3" w:rsidRPr="00DB6570" w:rsidRDefault="000114B3" w:rsidP="00BE05E0">
            <w:pPr>
              <w:rPr>
                <w:rFonts w:ascii="Times New Roman" w:hAnsi="Times New Roman" w:cs="Times New Roman"/>
                <w:sz w:val="22"/>
              </w:rPr>
            </w:pPr>
            <w:r>
              <w:rPr>
                <w:rFonts w:ascii="Times New Roman" w:hAnsi="Times New Roman" w:cs="Times New Roman"/>
                <w:sz w:val="22"/>
              </w:rPr>
              <w:t>Checklist/Appendix</w:t>
            </w:r>
          </w:p>
        </w:tc>
        <w:tc>
          <w:tcPr>
            <w:tcW w:w="3364" w:type="pct"/>
          </w:tcPr>
          <w:p w14:paraId="6635FB2A"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Required document</w:t>
            </w:r>
          </w:p>
        </w:tc>
        <w:tc>
          <w:tcPr>
            <w:tcW w:w="633" w:type="pct"/>
          </w:tcPr>
          <w:p w14:paraId="3FF16F12"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Included?</w:t>
            </w:r>
          </w:p>
        </w:tc>
      </w:tr>
      <w:tr w:rsidR="000114B3" w:rsidRPr="00DB6570" w14:paraId="3F833116" w14:textId="77777777" w:rsidTr="00BE05E0">
        <w:trPr>
          <w:cantSplit/>
          <w:jc w:val="center"/>
        </w:trPr>
        <w:tc>
          <w:tcPr>
            <w:tcW w:w="5000" w:type="pct"/>
            <w:gridSpan w:val="3"/>
            <w:tcMar>
              <w:top w:w="80" w:type="dxa"/>
              <w:left w:w="100" w:type="dxa"/>
              <w:bottom w:w="80" w:type="dxa"/>
              <w:right w:w="100" w:type="dxa"/>
            </w:tcMar>
          </w:tcPr>
          <w:p w14:paraId="0411F225" w14:textId="77777777" w:rsidR="000114B3" w:rsidRPr="003F2AD9" w:rsidRDefault="000114B3" w:rsidP="00BE05E0">
            <w:pPr>
              <w:jc w:val="center"/>
              <w:rPr>
                <w:rFonts w:ascii="Times New Roman" w:hAnsi="Times New Roman" w:cs="Times New Roman"/>
                <w:b/>
                <w:bCs/>
                <w:sz w:val="22"/>
              </w:rPr>
            </w:pPr>
            <w:r w:rsidRPr="003F2AD9">
              <w:rPr>
                <w:rFonts w:ascii="Times New Roman" w:hAnsi="Times New Roman" w:cs="Times New Roman"/>
                <w:b/>
                <w:bCs/>
                <w:sz w:val="22"/>
              </w:rPr>
              <w:t>Appendix Items</w:t>
            </w:r>
          </w:p>
        </w:tc>
      </w:tr>
      <w:tr w:rsidR="000114B3" w:rsidRPr="00DB6570" w14:paraId="2D3AF6C6" w14:textId="77777777" w:rsidTr="00BE05E0">
        <w:trPr>
          <w:cantSplit/>
          <w:jc w:val="center"/>
        </w:trPr>
        <w:tc>
          <w:tcPr>
            <w:tcW w:w="1002" w:type="pct"/>
            <w:tcMar>
              <w:top w:w="80" w:type="dxa"/>
              <w:left w:w="100" w:type="dxa"/>
              <w:bottom w:w="80" w:type="dxa"/>
              <w:right w:w="100" w:type="dxa"/>
            </w:tcMar>
          </w:tcPr>
          <w:p w14:paraId="26FEE2F3"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A1</w:t>
            </w:r>
          </w:p>
        </w:tc>
        <w:tc>
          <w:tcPr>
            <w:tcW w:w="3364" w:type="pct"/>
            <w:tcMar>
              <w:top w:w="80" w:type="dxa"/>
              <w:left w:w="100" w:type="dxa"/>
              <w:bottom w:w="80" w:type="dxa"/>
              <w:right w:w="100" w:type="dxa"/>
            </w:tcMar>
          </w:tcPr>
          <w:p w14:paraId="1B554278"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Letters of support and counterpart commitment from host institutions and relevant government authorities</w:t>
            </w:r>
          </w:p>
        </w:tc>
        <w:tc>
          <w:tcPr>
            <w:tcW w:w="633" w:type="pct"/>
            <w:tcMar>
              <w:top w:w="80" w:type="dxa"/>
              <w:left w:w="100" w:type="dxa"/>
              <w:bottom w:w="80" w:type="dxa"/>
              <w:right w:w="100" w:type="dxa"/>
            </w:tcMar>
          </w:tcPr>
          <w:p w14:paraId="30E3C64B"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184EA02F" w14:textId="77777777" w:rsidTr="00BE05E0">
        <w:trPr>
          <w:cantSplit/>
          <w:jc w:val="center"/>
        </w:trPr>
        <w:tc>
          <w:tcPr>
            <w:tcW w:w="1002" w:type="pct"/>
            <w:tcMar>
              <w:top w:w="80" w:type="dxa"/>
              <w:left w:w="100" w:type="dxa"/>
              <w:bottom w:w="80" w:type="dxa"/>
              <w:right w:w="100" w:type="dxa"/>
            </w:tcMar>
          </w:tcPr>
          <w:p w14:paraId="4A19E75D" w14:textId="77777777" w:rsidR="000114B3" w:rsidRPr="00DB6570" w:rsidRDefault="000114B3" w:rsidP="00BE05E0">
            <w:pPr>
              <w:rPr>
                <w:rFonts w:ascii="Times New Roman" w:hAnsi="Times New Roman" w:cs="Times New Roman"/>
                <w:b/>
                <w:sz w:val="22"/>
              </w:rPr>
            </w:pPr>
            <w:r w:rsidRPr="00DB6570">
              <w:rPr>
                <w:rFonts w:ascii="Times New Roman" w:hAnsi="Times New Roman" w:cs="Times New Roman"/>
                <w:b/>
                <w:sz w:val="22"/>
              </w:rPr>
              <w:t>A2</w:t>
            </w:r>
          </w:p>
        </w:tc>
        <w:tc>
          <w:tcPr>
            <w:tcW w:w="3364" w:type="pct"/>
            <w:tcMar>
              <w:top w:w="80" w:type="dxa"/>
              <w:left w:w="100" w:type="dxa"/>
              <w:bottom w:w="80" w:type="dxa"/>
              <w:right w:w="100" w:type="dxa"/>
            </w:tcMar>
          </w:tcPr>
          <w:p w14:paraId="5ECDC807"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Leadership, faculty, instructor and key professional staff CVs</w:t>
            </w:r>
          </w:p>
        </w:tc>
        <w:tc>
          <w:tcPr>
            <w:tcW w:w="633" w:type="pct"/>
            <w:tcMar>
              <w:top w:w="80" w:type="dxa"/>
              <w:left w:w="100" w:type="dxa"/>
              <w:bottom w:w="80" w:type="dxa"/>
              <w:right w:w="100" w:type="dxa"/>
            </w:tcMar>
          </w:tcPr>
          <w:p w14:paraId="177FAE4E" w14:textId="77777777" w:rsidR="000114B3" w:rsidRPr="00DB6570" w:rsidRDefault="000114B3" w:rsidP="00BE05E0">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6DCA13DF" w14:textId="77777777" w:rsidTr="00BE05E0">
        <w:trPr>
          <w:cantSplit/>
          <w:jc w:val="center"/>
        </w:trPr>
        <w:tc>
          <w:tcPr>
            <w:tcW w:w="1002" w:type="pct"/>
            <w:tcMar>
              <w:top w:w="80" w:type="dxa"/>
              <w:left w:w="100" w:type="dxa"/>
              <w:bottom w:w="80" w:type="dxa"/>
              <w:right w:w="100" w:type="dxa"/>
            </w:tcMar>
          </w:tcPr>
          <w:p w14:paraId="1B63E73F" w14:textId="77777777" w:rsidR="000114B3" w:rsidRPr="00DB6570" w:rsidRDefault="000114B3" w:rsidP="00BE05E0">
            <w:pPr>
              <w:rPr>
                <w:rFonts w:ascii="Times New Roman" w:hAnsi="Times New Roman" w:cs="Times New Roman"/>
                <w:b/>
                <w:sz w:val="22"/>
              </w:rPr>
            </w:pPr>
            <w:r w:rsidRPr="00DB6570">
              <w:rPr>
                <w:rFonts w:ascii="Times New Roman" w:hAnsi="Times New Roman" w:cs="Times New Roman"/>
                <w:b/>
                <w:sz w:val="22"/>
              </w:rPr>
              <w:t>A3</w:t>
            </w:r>
          </w:p>
        </w:tc>
        <w:tc>
          <w:tcPr>
            <w:tcW w:w="3364" w:type="pct"/>
            <w:tcMar>
              <w:top w:w="80" w:type="dxa"/>
              <w:left w:w="100" w:type="dxa"/>
              <w:bottom w:w="80" w:type="dxa"/>
              <w:right w:w="100" w:type="dxa"/>
            </w:tcMar>
          </w:tcPr>
          <w:p w14:paraId="62AB09E4"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Industry, employer, academic and regional partnership MoUs/letters of commitment</w:t>
            </w:r>
          </w:p>
        </w:tc>
        <w:tc>
          <w:tcPr>
            <w:tcW w:w="633" w:type="pct"/>
            <w:tcMar>
              <w:top w:w="80" w:type="dxa"/>
              <w:left w:w="100" w:type="dxa"/>
              <w:bottom w:w="80" w:type="dxa"/>
              <w:right w:w="100" w:type="dxa"/>
            </w:tcMar>
          </w:tcPr>
          <w:p w14:paraId="56A75DE6" w14:textId="77777777" w:rsidR="000114B3" w:rsidRPr="00DB6570" w:rsidRDefault="000114B3" w:rsidP="00BE05E0">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37B296E4" w14:textId="77777777" w:rsidTr="00BE05E0">
        <w:trPr>
          <w:cantSplit/>
          <w:jc w:val="center"/>
        </w:trPr>
        <w:tc>
          <w:tcPr>
            <w:tcW w:w="1002" w:type="pct"/>
            <w:tcMar>
              <w:top w:w="80" w:type="dxa"/>
              <w:left w:w="100" w:type="dxa"/>
              <w:bottom w:w="80" w:type="dxa"/>
              <w:right w:w="100" w:type="dxa"/>
            </w:tcMar>
          </w:tcPr>
          <w:p w14:paraId="7C69519C" w14:textId="77777777" w:rsidR="000114B3" w:rsidRPr="00DB6570" w:rsidRDefault="000114B3" w:rsidP="00BE05E0">
            <w:pPr>
              <w:rPr>
                <w:rFonts w:ascii="Times New Roman" w:hAnsi="Times New Roman" w:cs="Times New Roman"/>
                <w:b/>
                <w:sz w:val="22"/>
              </w:rPr>
            </w:pPr>
            <w:r w:rsidRPr="00DB6570">
              <w:rPr>
                <w:rFonts w:ascii="Times New Roman" w:hAnsi="Times New Roman" w:cs="Times New Roman"/>
                <w:b/>
                <w:sz w:val="22"/>
              </w:rPr>
              <w:t>A4</w:t>
            </w:r>
          </w:p>
        </w:tc>
        <w:tc>
          <w:tcPr>
            <w:tcW w:w="3364" w:type="pct"/>
            <w:tcMar>
              <w:top w:w="80" w:type="dxa"/>
              <w:left w:w="100" w:type="dxa"/>
              <w:bottom w:w="80" w:type="dxa"/>
              <w:right w:w="100" w:type="dxa"/>
            </w:tcMar>
          </w:tcPr>
          <w:p w14:paraId="6F6CDAC2"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Facilities and equipment inventory, utilization and photographs</w:t>
            </w:r>
          </w:p>
        </w:tc>
        <w:tc>
          <w:tcPr>
            <w:tcW w:w="633" w:type="pct"/>
            <w:tcMar>
              <w:top w:w="80" w:type="dxa"/>
              <w:left w:w="100" w:type="dxa"/>
              <w:bottom w:w="80" w:type="dxa"/>
              <w:right w:w="100" w:type="dxa"/>
            </w:tcMar>
          </w:tcPr>
          <w:p w14:paraId="3E1145E1" w14:textId="77777777" w:rsidR="000114B3" w:rsidRPr="00DB6570" w:rsidRDefault="000114B3" w:rsidP="00BE05E0">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70A0F021" w14:textId="77777777" w:rsidTr="00BE05E0">
        <w:trPr>
          <w:cantSplit/>
          <w:jc w:val="center"/>
        </w:trPr>
        <w:tc>
          <w:tcPr>
            <w:tcW w:w="5000" w:type="pct"/>
            <w:gridSpan w:val="3"/>
            <w:tcMar>
              <w:top w:w="80" w:type="dxa"/>
              <w:left w:w="100" w:type="dxa"/>
              <w:bottom w:w="80" w:type="dxa"/>
              <w:right w:w="100" w:type="dxa"/>
            </w:tcMar>
          </w:tcPr>
          <w:p w14:paraId="59536D9C" w14:textId="77777777" w:rsidR="000114B3" w:rsidRPr="003F2AD9" w:rsidRDefault="000114B3" w:rsidP="00BE05E0">
            <w:pPr>
              <w:jc w:val="center"/>
              <w:rPr>
                <w:rFonts w:ascii="Times New Roman" w:hAnsi="Times New Roman" w:cs="Times New Roman"/>
                <w:b/>
                <w:bCs/>
                <w:sz w:val="22"/>
              </w:rPr>
            </w:pPr>
            <w:r w:rsidRPr="003F2AD9">
              <w:rPr>
                <w:rFonts w:ascii="Times New Roman" w:hAnsi="Times New Roman" w:cs="Times New Roman"/>
                <w:b/>
                <w:bCs/>
                <w:sz w:val="22"/>
              </w:rPr>
              <w:t>Checklist Items</w:t>
            </w:r>
          </w:p>
        </w:tc>
      </w:tr>
      <w:tr w:rsidR="000114B3" w:rsidRPr="00DB6570" w14:paraId="269C10C1" w14:textId="77777777" w:rsidTr="00BE05E0">
        <w:trPr>
          <w:cantSplit/>
          <w:jc w:val="center"/>
        </w:trPr>
        <w:tc>
          <w:tcPr>
            <w:tcW w:w="1002" w:type="pct"/>
            <w:tcMar>
              <w:top w:w="80" w:type="dxa"/>
              <w:left w:w="100" w:type="dxa"/>
              <w:bottom w:w="80" w:type="dxa"/>
              <w:right w:w="100" w:type="dxa"/>
            </w:tcMar>
          </w:tcPr>
          <w:p w14:paraId="692928DB"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C1</w:t>
            </w:r>
          </w:p>
        </w:tc>
        <w:tc>
          <w:tcPr>
            <w:tcW w:w="3364" w:type="pct"/>
            <w:tcMar>
              <w:top w:w="80" w:type="dxa"/>
              <w:left w:w="100" w:type="dxa"/>
              <w:bottom w:w="80" w:type="dxa"/>
              <w:right w:w="100" w:type="dxa"/>
            </w:tcMar>
          </w:tcPr>
          <w:p w14:paraId="6B1157F6"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Stage 1 EoI evaluation feedback and detailed response matrix</w:t>
            </w:r>
          </w:p>
        </w:tc>
        <w:tc>
          <w:tcPr>
            <w:tcW w:w="633" w:type="pct"/>
            <w:tcMar>
              <w:top w:w="80" w:type="dxa"/>
              <w:left w:w="100" w:type="dxa"/>
              <w:bottom w:w="80" w:type="dxa"/>
              <w:right w:w="100" w:type="dxa"/>
            </w:tcMar>
          </w:tcPr>
          <w:p w14:paraId="1368629E"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4311E752" w14:textId="77777777" w:rsidTr="00BE05E0">
        <w:trPr>
          <w:cantSplit/>
          <w:jc w:val="center"/>
        </w:trPr>
        <w:tc>
          <w:tcPr>
            <w:tcW w:w="1002" w:type="pct"/>
            <w:tcMar>
              <w:top w:w="80" w:type="dxa"/>
              <w:left w:w="100" w:type="dxa"/>
              <w:bottom w:w="80" w:type="dxa"/>
              <w:right w:w="100" w:type="dxa"/>
            </w:tcMar>
          </w:tcPr>
          <w:p w14:paraId="4C3B8F49"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C2</w:t>
            </w:r>
          </w:p>
        </w:tc>
        <w:tc>
          <w:tcPr>
            <w:tcW w:w="3364" w:type="pct"/>
            <w:tcMar>
              <w:top w:w="80" w:type="dxa"/>
              <w:left w:w="100" w:type="dxa"/>
              <w:bottom w:w="80" w:type="dxa"/>
              <w:right w:w="100" w:type="dxa"/>
            </w:tcMar>
          </w:tcPr>
          <w:p w14:paraId="23F4AED3"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Sector Engagement Panel validation and updated membership and meeting records</w:t>
            </w:r>
          </w:p>
        </w:tc>
        <w:tc>
          <w:tcPr>
            <w:tcW w:w="633" w:type="pct"/>
            <w:tcMar>
              <w:top w:w="80" w:type="dxa"/>
              <w:left w:w="100" w:type="dxa"/>
              <w:bottom w:w="80" w:type="dxa"/>
              <w:right w:w="100" w:type="dxa"/>
            </w:tcMar>
          </w:tcPr>
          <w:p w14:paraId="7CE39D2E"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76F2F877" w14:textId="77777777" w:rsidTr="00BE05E0">
        <w:trPr>
          <w:cantSplit/>
          <w:jc w:val="center"/>
        </w:trPr>
        <w:tc>
          <w:tcPr>
            <w:tcW w:w="1002" w:type="pct"/>
            <w:tcMar>
              <w:top w:w="80" w:type="dxa"/>
              <w:left w:w="100" w:type="dxa"/>
              <w:bottom w:w="80" w:type="dxa"/>
              <w:right w:w="100" w:type="dxa"/>
            </w:tcMar>
          </w:tcPr>
          <w:p w14:paraId="20E40723"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C3</w:t>
            </w:r>
          </w:p>
        </w:tc>
        <w:tc>
          <w:tcPr>
            <w:tcW w:w="3364" w:type="pct"/>
            <w:tcMar>
              <w:top w:w="80" w:type="dxa"/>
              <w:left w:w="100" w:type="dxa"/>
              <w:bottom w:w="80" w:type="dxa"/>
              <w:right w:w="100" w:type="dxa"/>
            </w:tcMar>
          </w:tcPr>
          <w:p w14:paraId="66F29517"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 xml:space="preserve">Results framework </w:t>
            </w:r>
          </w:p>
        </w:tc>
        <w:tc>
          <w:tcPr>
            <w:tcW w:w="633" w:type="pct"/>
            <w:tcMar>
              <w:top w:w="80" w:type="dxa"/>
              <w:left w:w="100" w:type="dxa"/>
              <w:bottom w:w="80" w:type="dxa"/>
              <w:right w:w="100" w:type="dxa"/>
            </w:tcMar>
          </w:tcPr>
          <w:p w14:paraId="034E8939"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72FA7FBC" w14:textId="77777777" w:rsidTr="00BE05E0">
        <w:trPr>
          <w:cantSplit/>
          <w:jc w:val="center"/>
        </w:trPr>
        <w:tc>
          <w:tcPr>
            <w:tcW w:w="1002" w:type="pct"/>
            <w:tcMar>
              <w:top w:w="80" w:type="dxa"/>
              <w:left w:w="100" w:type="dxa"/>
              <w:bottom w:w="80" w:type="dxa"/>
              <w:right w:w="100" w:type="dxa"/>
            </w:tcMar>
          </w:tcPr>
          <w:p w14:paraId="6232E63E"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C4</w:t>
            </w:r>
          </w:p>
        </w:tc>
        <w:tc>
          <w:tcPr>
            <w:tcW w:w="3364" w:type="pct"/>
            <w:tcMar>
              <w:top w:w="80" w:type="dxa"/>
              <w:left w:w="100" w:type="dxa"/>
              <w:bottom w:w="80" w:type="dxa"/>
              <w:right w:w="100" w:type="dxa"/>
            </w:tcMar>
          </w:tcPr>
          <w:p w14:paraId="55B7B06A"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First year implementation plan outline</w:t>
            </w:r>
          </w:p>
        </w:tc>
        <w:tc>
          <w:tcPr>
            <w:tcW w:w="633" w:type="pct"/>
            <w:tcMar>
              <w:top w:w="80" w:type="dxa"/>
              <w:left w:w="100" w:type="dxa"/>
              <w:bottom w:w="80" w:type="dxa"/>
              <w:right w:w="100" w:type="dxa"/>
            </w:tcMar>
          </w:tcPr>
          <w:p w14:paraId="02F7AED3"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3E9BE5A3" w14:textId="77777777" w:rsidTr="00BE05E0">
        <w:trPr>
          <w:cantSplit/>
          <w:jc w:val="center"/>
        </w:trPr>
        <w:tc>
          <w:tcPr>
            <w:tcW w:w="1002" w:type="pct"/>
            <w:tcMar>
              <w:top w:w="80" w:type="dxa"/>
              <w:left w:w="100" w:type="dxa"/>
              <w:bottom w:w="80" w:type="dxa"/>
              <w:right w:w="100" w:type="dxa"/>
            </w:tcMar>
          </w:tcPr>
          <w:p w14:paraId="0F033A26"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C5</w:t>
            </w:r>
          </w:p>
        </w:tc>
        <w:tc>
          <w:tcPr>
            <w:tcW w:w="3364" w:type="pct"/>
            <w:tcMar>
              <w:top w:w="80" w:type="dxa"/>
              <w:left w:w="100" w:type="dxa"/>
              <w:bottom w:w="80" w:type="dxa"/>
              <w:right w:w="100" w:type="dxa"/>
            </w:tcMar>
          </w:tcPr>
          <w:p w14:paraId="09DA8F1C"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Detailed institutional budgets, costing assumptions and financing schedules</w:t>
            </w:r>
          </w:p>
        </w:tc>
        <w:tc>
          <w:tcPr>
            <w:tcW w:w="633" w:type="pct"/>
            <w:tcMar>
              <w:top w:w="80" w:type="dxa"/>
              <w:left w:w="100" w:type="dxa"/>
              <w:bottom w:w="80" w:type="dxa"/>
              <w:right w:w="100" w:type="dxa"/>
            </w:tcMar>
          </w:tcPr>
          <w:p w14:paraId="20B0EDB4"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5F44BF43" w14:textId="77777777" w:rsidTr="00BE05E0">
        <w:trPr>
          <w:cantSplit/>
          <w:jc w:val="center"/>
        </w:trPr>
        <w:tc>
          <w:tcPr>
            <w:tcW w:w="1002" w:type="pct"/>
            <w:tcMar>
              <w:top w:w="80" w:type="dxa"/>
              <w:left w:w="100" w:type="dxa"/>
              <w:bottom w:w="80" w:type="dxa"/>
              <w:right w:w="100" w:type="dxa"/>
            </w:tcMar>
          </w:tcPr>
          <w:p w14:paraId="7DC5707C" w14:textId="77777777" w:rsidR="000114B3" w:rsidRPr="00DB6570" w:rsidRDefault="000114B3" w:rsidP="00BE05E0">
            <w:pPr>
              <w:rPr>
                <w:rFonts w:ascii="Times New Roman" w:hAnsi="Times New Roman" w:cs="Times New Roman"/>
                <w:b/>
                <w:bCs/>
                <w:sz w:val="22"/>
              </w:rPr>
            </w:pPr>
            <w:r w:rsidRPr="00DB6570">
              <w:rPr>
                <w:rFonts w:ascii="Times New Roman" w:hAnsi="Times New Roman" w:cs="Times New Roman"/>
                <w:b/>
                <w:bCs/>
                <w:sz w:val="22"/>
              </w:rPr>
              <w:t>C6</w:t>
            </w:r>
          </w:p>
        </w:tc>
        <w:tc>
          <w:tcPr>
            <w:tcW w:w="3364" w:type="pct"/>
            <w:tcMar>
              <w:top w:w="80" w:type="dxa"/>
              <w:left w:w="100" w:type="dxa"/>
              <w:bottom w:w="80" w:type="dxa"/>
              <w:right w:w="100" w:type="dxa"/>
            </w:tcMar>
          </w:tcPr>
          <w:p w14:paraId="1A792FD3"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1</w:t>
            </w:r>
            <w:r w:rsidRPr="00DB6570">
              <w:rPr>
                <w:rFonts w:ascii="Times New Roman" w:hAnsi="Times New Roman" w:cs="Times New Roman"/>
                <w:sz w:val="22"/>
                <w:vertAlign w:val="superscript"/>
              </w:rPr>
              <w:t>st</w:t>
            </w:r>
            <w:r w:rsidRPr="00DB6570">
              <w:rPr>
                <w:rFonts w:ascii="Times New Roman" w:hAnsi="Times New Roman" w:cs="Times New Roman"/>
                <w:sz w:val="22"/>
              </w:rPr>
              <w:t xml:space="preserve"> 18-Months Procurement plans </w:t>
            </w:r>
          </w:p>
        </w:tc>
        <w:tc>
          <w:tcPr>
            <w:tcW w:w="633" w:type="pct"/>
            <w:tcMar>
              <w:top w:w="80" w:type="dxa"/>
              <w:left w:w="100" w:type="dxa"/>
              <w:bottom w:w="80" w:type="dxa"/>
              <w:right w:w="100" w:type="dxa"/>
            </w:tcMar>
          </w:tcPr>
          <w:p w14:paraId="362C5EFC"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0B6C220C" w14:textId="77777777" w:rsidTr="00BE05E0">
        <w:trPr>
          <w:cantSplit/>
          <w:jc w:val="center"/>
        </w:trPr>
        <w:tc>
          <w:tcPr>
            <w:tcW w:w="1002" w:type="pct"/>
            <w:tcMar>
              <w:top w:w="80" w:type="dxa"/>
              <w:left w:w="100" w:type="dxa"/>
              <w:bottom w:w="80" w:type="dxa"/>
              <w:right w:w="100" w:type="dxa"/>
            </w:tcMar>
          </w:tcPr>
          <w:p w14:paraId="6B6A65BF"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C7</w:t>
            </w:r>
          </w:p>
        </w:tc>
        <w:tc>
          <w:tcPr>
            <w:tcW w:w="3364" w:type="pct"/>
            <w:tcMar>
              <w:top w:w="80" w:type="dxa"/>
              <w:left w:w="100" w:type="dxa"/>
              <w:bottom w:w="80" w:type="dxa"/>
              <w:right w:w="100" w:type="dxa"/>
            </w:tcMar>
          </w:tcPr>
          <w:p w14:paraId="6BCE4C9E"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Governance structure, organograms, committee terms of reference and staffing plan</w:t>
            </w:r>
          </w:p>
        </w:tc>
        <w:tc>
          <w:tcPr>
            <w:tcW w:w="633" w:type="pct"/>
            <w:tcMar>
              <w:top w:w="80" w:type="dxa"/>
              <w:left w:w="100" w:type="dxa"/>
              <w:bottom w:w="80" w:type="dxa"/>
              <w:right w:w="100" w:type="dxa"/>
            </w:tcMar>
          </w:tcPr>
          <w:p w14:paraId="645E2988"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0114B3" w:rsidRPr="00DB6570" w14:paraId="23082BFD" w14:textId="77777777" w:rsidTr="00BE05E0">
        <w:trPr>
          <w:cantSplit/>
          <w:jc w:val="center"/>
        </w:trPr>
        <w:tc>
          <w:tcPr>
            <w:tcW w:w="1002" w:type="pct"/>
            <w:tcMar>
              <w:top w:w="80" w:type="dxa"/>
              <w:left w:w="100" w:type="dxa"/>
              <w:bottom w:w="80" w:type="dxa"/>
              <w:right w:w="100" w:type="dxa"/>
            </w:tcMar>
          </w:tcPr>
          <w:p w14:paraId="4E62DF74"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b/>
                <w:sz w:val="22"/>
              </w:rPr>
              <w:t>C8</w:t>
            </w:r>
          </w:p>
        </w:tc>
        <w:tc>
          <w:tcPr>
            <w:tcW w:w="3364" w:type="pct"/>
            <w:tcMar>
              <w:top w:w="80" w:type="dxa"/>
              <w:left w:w="100" w:type="dxa"/>
              <w:bottom w:w="80" w:type="dxa"/>
              <w:right w:w="100" w:type="dxa"/>
            </w:tcMar>
          </w:tcPr>
          <w:p w14:paraId="42234EB7" w14:textId="77777777" w:rsidR="000114B3" w:rsidRPr="00DB6570" w:rsidRDefault="000114B3" w:rsidP="00BE05E0">
            <w:pPr>
              <w:rPr>
                <w:rFonts w:ascii="Times New Roman" w:hAnsi="Times New Roman" w:cs="Times New Roman"/>
                <w:sz w:val="22"/>
              </w:rPr>
            </w:pPr>
            <w:r w:rsidRPr="00DB6570">
              <w:rPr>
                <w:rFonts w:ascii="Times New Roman" w:hAnsi="Times New Roman" w:cs="Times New Roman"/>
                <w:sz w:val="22"/>
              </w:rPr>
              <w:t>Baseline institutional data and, for Mature ACEs, verified ACE Impact performance results</w:t>
            </w:r>
          </w:p>
        </w:tc>
        <w:tc>
          <w:tcPr>
            <w:tcW w:w="633" w:type="pct"/>
            <w:tcMar>
              <w:top w:w="80" w:type="dxa"/>
              <w:left w:w="100" w:type="dxa"/>
              <w:bottom w:w="80" w:type="dxa"/>
              <w:right w:w="100" w:type="dxa"/>
            </w:tcMar>
          </w:tcPr>
          <w:p w14:paraId="5F8F99B2" w14:textId="77777777" w:rsidR="000114B3" w:rsidRPr="00DB6570" w:rsidRDefault="000114B3" w:rsidP="00BE05E0">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bl>
    <w:p w14:paraId="612B9ADB" w14:textId="77777777" w:rsidR="006330A8" w:rsidRPr="000A2615" w:rsidRDefault="006330A8" w:rsidP="006330A8">
      <w:pPr>
        <w:rPr>
          <w:rFonts w:ascii="Times New Roman" w:hAnsi="Times New Roman" w:cs="Times New Roman"/>
          <w:sz w:val="22"/>
        </w:rPr>
      </w:pPr>
    </w:p>
    <w:p w14:paraId="687C056E"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br w:type="page"/>
      </w:r>
    </w:p>
    <w:p w14:paraId="78E9297F" w14:textId="77777777" w:rsidR="00336039" w:rsidRPr="000A2615" w:rsidRDefault="00497E92">
      <w:pPr>
        <w:pStyle w:val="Heading1"/>
        <w:rPr>
          <w:rFonts w:ascii="Times New Roman" w:hAnsi="Times New Roman" w:cs="Times New Roman"/>
          <w:color w:val="auto"/>
          <w:sz w:val="22"/>
          <w:szCs w:val="22"/>
        </w:rPr>
      </w:pPr>
      <w:bookmarkStart w:id="4" w:name="_Toc237596292"/>
      <w:r w:rsidRPr="000A2615">
        <w:rPr>
          <w:rFonts w:ascii="Times New Roman" w:hAnsi="Times New Roman" w:cs="Times New Roman"/>
          <w:color w:val="auto"/>
          <w:sz w:val="22"/>
          <w:szCs w:val="22"/>
        </w:rPr>
        <w:lastRenderedPageBreak/>
        <w:t>Application Structure</w:t>
      </w:r>
      <w:bookmarkEnd w:id="4"/>
    </w:p>
    <w:sdt>
      <w:sdtPr>
        <w:rPr>
          <w:rFonts w:ascii="Times New Roman" w:eastAsiaTheme="minorEastAsia" w:hAnsi="Times New Roman" w:cs="Times New Roman"/>
          <w:b w:val="0"/>
          <w:bCs w:val="0"/>
          <w:color w:val="auto"/>
          <w:sz w:val="22"/>
          <w:szCs w:val="22"/>
        </w:rPr>
        <w:id w:val="-1709869804"/>
        <w:docPartObj>
          <w:docPartGallery w:val="Table of Contents"/>
          <w:docPartUnique/>
        </w:docPartObj>
      </w:sdtPr>
      <w:sdtEndPr>
        <w:rPr>
          <w:noProof/>
        </w:rPr>
      </w:sdtEndPr>
      <w:sdtContent>
        <w:p w14:paraId="2320D2C4" w14:textId="581587E3" w:rsidR="009F625C" w:rsidRPr="000A2615" w:rsidRDefault="009F625C">
          <w:pPr>
            <w:pStyle w:val="TOCHeading"/>
            <w:rPr>
              <w:rFonts w:ascii="Times New Roman" w:hAnsi="Times New Roman" w:cs="Times New Roman"/>
              <w:color w:val="auto"/>
              <w:sz w:val="22"/>
              <w:szCs w:val="22"/>
            </w:rPr>
          </w:pPr>
          <w:r w:rsidRPr="000A2615">
            <w:rPr>
              <w:rFonts w:ascii="Times New Roman" w:hAnsi="Times New Roman" w:cs="Times New Roman"/>
              <w:color w:val="auto"/>
              <w:sz w:val="22"/>
              <w:szCs w:val="22"/>
            </w:rPr>
            <w:t>Table of Contents</w:t>
          </w:r>
        </w:p>
        <w:p w14:paraId="483A34F9" w14:textId="14BFC2B6" w:rsidR="00514960" w:rsidRDefault="009F625C">
          <w:pPr>
            <w:pStyle w:val="TOC2"/>
            <w:tabs>
              <w:tab w:val="right" w:leader="dot" w:pos="9856"/>
            </w:tabs>
            <w:rPr>
              <w:rFonts w:asciiTheme="minorHAnsi" w:hAnsiTheme="minorHAnsi"/>
              <w:noProof/>
              <w:kern w:val="2"/>
              <w:sz w:val="24"/>
              <w:szCs w:val="24"/>
              <w14:ligatures w14:val="standardContextual"/>
            </w:rPr>
          </w:pPr>
          <w:r w:rsidRPr="000A2615">
            <w:rPr>
              <w:rFonts w:ascii="Times New Roman" w:hAnsi="Times New Roman" w:cs="Times New Roman"/>
              <w:sz w:val="22"/>
            </w:rPr>
            <w:fldChar w:fldCharType="begin"/>
          </w:r>
          <w:r w:rsidRPr="000A2615">
            <w:rPr>
              <w:rFonts w:ascii="Times New Roman" w:hAnsi="Times New Roman" w:cs="Times New Roman"/>
              <w:sz w:val="22"/>
            </w:rPr>
            <w:instrText xml:space="preserve"> TOC \o "1-3" \h \z \u </w:instrText>
          </w:r>
          <w:r w:rsidRPr="000A2615">
            <w:rPr>
              <w:rFonts w:ascii="Times New Roman" w:hAnsi="Times New Roman" w:cs="Times New Roman"/>
              <w:sz w:val="22"/>
            </w:rPr>
            <w:fldChar w:fldCharType="separate"/>
          </w:r>
          <w:hyperlink w:anchor="_Toc237596289" w:history="1">
            <w:r w:rsidR="00514960" w:rsidRPr="00B81478">
              <w:rPr>
                <w:rStyle w:val="Hyperlink"/>
                <w:rFonts w:ascii="Times New Roman" w:hAnsi="Times New Roman" w:cs="Times New Roman"/>
                <w:noProof/>
              </w:rPr>
              <w:t>Applicant Cover Sheet</w:t>
            </w:r>
            <w:r w:rsidR="00514960">
              <w:rPr>
                <w:noProof/>
                <w:webHidden/>
              </w:rPr>
              <w:tab/>
            </w:r>
            <w:r w:rsidR="00514960">
              <w:rPr>
                <w:noProof/>
                <w:webHidden/>
              </w:rPr>
              <w:fldChar w:fldCharType="begin"/>
            </w:r>
            <w:r w:rsidR="00514960">
              <w:rPr>
                <w:noProof/>
                <w:webHidden/>
              </w:rPr>
              <w:instrText xml:space="preserve"> PAGEREF _Toc237596289 \h </w:instrText>
            </w:r>
            <w:r w:rsidR="00514960">
              <w:rPr>
                <w:noProof/>
                <w:webHidden/>
              </w:rPr>
            </w:r>
            <w:r w:rsidR="00514960">
              <w:rPr>
                <w:noProof/>
                <w:webHidden/>
              </w:rPr>
              <w:fldChar w:fldCharType="separate"/>
            </w:r>
            <w:r w:rsidR="00514960">
              <w:rPr>
                <w:noProof/>
                <w:webHidden/>
              </w:rPr>
              <w:t>1</w:t>
            </w:r>
            <w:r w:rsidR="00514960">
              <w:rPr>
                <w:noProof/>
                <w:webHidden/>
              </w:rPr>
              <w:fldChar w:fldCharType="end"/>
            </w:r>
          </w:hyperlink>
        </w:p>
        <w:p w14:paraId="7C0F1D6E" w14:textId="0148ECD4"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290" w:history="1">
            <w:r w:rsidRPr="00B81478">
              <w:rPr>
                <w:rStyle w:val="Hyperlink"/>
                <w:rFonts w:ascii="Times New Roman" w:hAnsi="Times New Roman" w:cs="Times New Roman"/>
                <w:noProof/>
              </w:rPr>
              <w:t>General Instructions</w:t>
            </w:r>
            <w:r>
              <w:rPr>
                <w:noProof/>
                <w:webHidden/>
              </w:rPr>
              <w:tab/>
            </w:r>
            <w:r>
              <w:rPr>
                <w:noProof/>
                <w:webHidden/>
              </w:rPr>
              <w:fldChar w:fldCharType="begin"/>
            </w:r>
            <w:r>
              <w:rPr>
                <w:noProof/>
                <w:webHidden/>
              </w:rPr>
              <w:instrText xml:space="preserve"> PAGEREF _Toc237596290 \h </w:instrText>
            </w:r>
            <w:r>
              <w:rPr>
                <w:noProof/>
                <w:webHidden/>
              </w:rPr>
            </w:r>
            <w:r>
              <w:rPr>
                <w:noProof/>
                <w:webHidden/>
              </w:rPr>
              <w:fldChar w:fldCharType="separate"/>
            </w:r>
            <w:r>
              <w:rPr>
                <w:noProof/>
                <w:webHidden/>
              </w:rPr>
              <w:t>1</w:t>
            </w:r>
            <w:r>
              <w:rPr>
                <w:noProof/>
                <w:webHidden/>
              </w:rPr>
              <w:fldChar w:fldCharType="end"/>
            </w:r>
          </w:hyperlink>
        </w:p>
        <w:p w14:paraId="6AE8F128" w14:textId="7F07E94A"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291" w:history="1">
            <w:r w:rsidRPr="00B81478">
              <w:rPr>
                <w:rStyle w:val="Hyperlink"/>
                <w:rFonts w:ascii="Times New Roman" w:hAnsi="Times New Roman" w:cs="Times New Roman"/>
                <w:noProof/>
              </w:rPr>
              <w:t>Required Checklist/Appendix Items</w:t>
            </w:r>
            <w:r>
              <w:rPr>
                <w:noProof/>
                <w:webHidden/>
              </w:rPr>
              <w:tab/>
            </w:r>
            <w:r>
              <w:rPr>
                <w:noProof/>
                <w:webHidden/>
              </w:rPr>
              <w:fldChar w:fldCharType="begin"/>
            </w:r>
            <w:r>
              <w:rPr>
                <w:noProof/>
                <w:webHidden/>
              </w:rPr>
              <w:instrText xml:space="preserve"> PAGEREF _Toc237596291 \h </w:instrText>
            </w:r>
            <w:r>
              <w:rPr>
                <w:noProof/>
                <w:webHidden/>
              </w:rPr>
            </w:r>
            <w:r>
              <w:rPr>
                <w:noProof/>
                <w:webHidden/>
              </w:rPr>
              <w:fldChar w:fldCharType="separate"/>
            </w:r>
            <w:r>
              <w:rPr>
                <w:noProof/>
                <w:webHidden/>
              </w:rPr>
              <w:t>2</w:t>
            </w:r>
            <w:r>
              <w:rPr>
                <w:noProof/>
                <w:webHidden/>
              </w:rPr>
              <w:fldChar w:fldCharType="end"/>
            </w:r>
          </w:hyperlink>
        </w:p>
        <w:p w14:paraId="05787077" w14:textId="7219424A" w:rsidR="00514960" w:rsidRDefault="00514960">
          <w:pPr>
            <w:pStyle w:val="TOC1"/>
            <w:tabs>
              <w:tab w:val="right" w:leader="dot" w:pos="9856"/>
            </w:tabs>
            <w:rPr>
              <w:rFonts w:asciiTheme="minorHAnsi" w:hAnsiTheme="minorHAnsi"/>
              <w:noProof/>
              <w:kern w:val="2"/>
              <w:sz w:val="24"/>
              <w:szCs w:val="24"/>
              <w14:ligatures w14:val="standardContextual"/>
            </w:rPr>
          </w:pPr>
          <w:hyperlink w:anchor="_Toc237596292" w:history="1">
            <w:r w:rsidRPr="00B81478">
              <w:rPr>
                <w:rStyle w:val="Hyperlink"/>
                <w:rFonts w:ascii="Times New Roman" w:hAnsi="Times New Roman" w:cs="Times New Roman"/>
                <w:noProof/>
              </w:rPr>
              <w:t>Application Structure</w:t>
            </w:r>
            <w:r>
              <w:rPr>
                <w:noProof/>
                <w:webHidden/>
              </w:rPr>
              <w:tab/>
            </w:r>
            <w:r>
              <w:rPr>
                <w:noProof/>
                <w:webHidden/>
              </w:rPr>
              <w:fldChar w:fldCharType="begin"/>
            </w:r>
            <w:r>
              <w:rPr>
                <w:noProof/>
                <w:webHidden/>
              </w:rPr>
              <w:instrText xml:space="preserve"> PAGEREF _Toc237596292 \h </w:instrText>
            </w:r>
            <w:r>
              <w:rPr>
                <w:noProof/>
                <w:webHidden/>
              </w:rPr>
            </w:r>
            <w:r>
              <w:rPr>
                <w:noProof/>
                <w:webHidden/>
              </w:rPr>
              <w:fldChar w:fldCharType="separate"/>
            </w:r>
            <w:r>
              <w:rPr>
                <w:noProof/>
                <w:webHidden/>
              </w:rPr>
              <w:t>3</w:t>
            </w:r>
            <w:r>
              <w:rPr>
                <w:noProof/>
                <w:webHidden/>
              </w:rPr>
              <w:fldChar w:fldCharType="end"/>
            </w:r>
          </w:hyperlink>
        </w:p>
        <w:p w14:paraId="787F2C1D" w14:textId="7F05D388" w:rsidR="00514960" w:rsidRDefault="00514960">
          <w:pPr>
            <w:pStyle w:val="TOC1"/>
            <w:tabs>
              <w:tab w:val="right" w:leader="dot" w:pos="9856"/>
            </w:tabs>
            <w:rPr>
              <w:rFonts w:asciiTheme="minorHAnsi" w:hAnsiTheme="minorHAnsi"/>
              <w:noProof/>
              <w:kern w:val="2"/>
              <w:sz w:val="24"/>
              <w:szCs w:val="24"/>
              <w14:ligatures w14:val="standardContextual"/>
            </w:rPr>
          </w:pPr>
          <w:hyperlink w:anchor="_Toc237596293" w:history="1">
            <w:r w:rsidRPr="00B81478">
              <w:rPr>
                <w:rStyle w:val="Hyperlink"/>
                <w:rFonts w:ascii="Times New Roman" w:hAnsi="Times New Roman" w:cs="Times New Roman"/>
                <w:noProof/>
              </w:rPr>
              <w:t>PART I - EXECUTIVE SUMMARY</w:t>
            </w:r>
            <w:r>
              <w:rPr>
                <w:noProof/>
                <w:webHidden/>
              </w:rPr>
              <w:tab/>
            </w:r>
            <w:r>
              <w:rPr>
                <w:noProof/>
                <w:webHidden/>
              </w:rPr>
              <w:fldChar w:fldCharType="begin"/>
            </w:r>
            <w:r>
              <w:rPr>
                <w:noProof/>
                <w:webHidden/>
              </w:rPr>
              <w:instrText xml:space="preserve"> PAGEREF _Toc237596293 \h </w:instrText>
            </w:r>
            <w:r>
              <w:rPr>
                <w:noProof/>
                <w:webHidden/>
              </w:rPr>
            </w:r>
            <w:r>
              <w:rPr>
                <w:noProof/>
                <w:webHidden/>
              </w:rPr>
              <w:fldChar w:fldCharType="separate"/>
            </w:r>
            <w:r>
              <w:rPr>
                <w:noProof/>
                <w:webHidden/>
              </w:rPr>
              <w:t>5</w:t>
            </w:r>
            <w:r>
              <w:rPr>
                <w:noProof/>
                <w:webHidden/>
              </w:rPr>
              <w:fldChar w:fldCharType="end"/>
            </w:r>
          </w:hyperlink>
        </w:p>
        <w:p w14:paraId="41CC5F27" w14:textId="5CFEDD48"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294" w:history="1">
            <w:r w:rsidRPr="00B81478">
              <w:rPr>
                <w:rStyle w:val="Hyperlink"/>
                <w:rFonts w:ascii="Times New Roman" w:hAnsi="Times New Roman" w:cs="Times New Roman"/>
                <w:noProof/>
              </w:rPr>
              <w:t>1.1 Executive Summary</w:t>
            </w:r>
            <w:r>
              <w:rPr>
                <w:noProof/>
                <w:webHidden/>
              </w:rPr>
              <w:tab/>
            </w:r>
            <w:r>
              <w:rPr>
                <w:noProof/>
                <w:webHidden/>
              </w:rPr>
              <w:fldChar w:fldCharType="begin"/>
            </w:r>
            <w:r>
              <w:rPr>
                <w:noProof/>
                <w:webHidden/>
              </w:rPr>
              <w:instrText xml:space="preserve"> PAGEREF _Toc237596294 \h </w:instrText>
            </w:r>
            <w:r>
              <w:rPr>
                <w:noProof/>
                <w:webHidden/>
              </w:rPr>
            </w:r>
            <w:r>
              <w:rPr>
                <w:noProof/>
                <w:webHidden/>
              </w:rPr>
              <w:fldChar w:fldCharType="separate"/>
            </w:r>
            <w:r>
              <w:rPr>
                <w:noProof/>
                <w:webHidden/>
              </w:rPr>
              <w:t>5</w:t>
            </w:r>
            <w:r>
              <w:rPr>
                <w:noProof/>
                <w:webHidden/>
              </w:rPr>
              <w:fldChar w:fldCharType="end"/>
            </w:r>
          </w:hyperlink>
        </w:p>
        <w:p w14:paraId="586B3681" w14:textId="06ACD3E3" w:rsidR="00514960" w:rsidRDefault="00514960">
          <w:pPr>
            <w:pStyle w:val="TOC1"/>
            <w:tabs>
              <w:tab w:val="right" w:leader="dot" w:pos="9856"/>
            </w:tabs>
            <w:rPr>
              <w:rFonts w:asciiTheme="minorHAnsi" w:hAnsiTheme="minorHAnsi"/>
              <w:noProof/>
              <w:kern w:val="2"/>
              <w:sz w:val="24"/>
              <w:szCs w:val="24"/>
              <w14:ligatures w14:val="standardContextual"/>
            </w:rPr>
          </w:pPr>
          <w:hyperlink w:anchor="_Toc237596295" w:history="1">
            <w:r w:rsidRPr="00B81478">
              <w:rPr>
                <w:rStyle w:val="Hyperlink"/>
                <w:rFonts w:ascii="Times New Roman" w:hAnsi="Times New Roman" w:cs="Times New Roman"/>
                <w:noProof/>
              </w:rPr>
              <w:t>PART II - SECTOR, VALUE CHAIN AND STRATEGIC FRAMEWORK</w:t>
            </w:r>
            <w:r>
              <w:rPr>
                <w:noProof/>
                <w:webHidden/>
              </w:rPr>
              <w:tab/>
            </w:r>
            <w:r>
              <w:rPr>
                <w:noProof/>
                <w:webHidden/>
              </w:rPr>
              <w:fldChar w:fldCharType="begin"/>
            </w:r>
            <w:r>
              <w:rPr>
                <w:noProof/>
                <w:webHidden/>
              </w:rPr>
              <w:instrText xml:space="preserve"> PAGEREF _Toc237596295 \h </w:instrText>
            </w:r>
            <w:r>
              <w:rPr>
                <w:noProof/>
                <w:webHidden/>
              </w:rPr>
            </w:r>
            <w:r>
              <w:rPr>
                <w:noProof/>
                <w:webHidden/>
              </w:rPr>
              <w:fldChar w:fldCharType="separate"/>
            </w:r>
            <w:r>
              <w:rPr>
                <w:noProof/>
                <w:webHidden/>
              </w:rPr>
              <w:t>6</w:t>
            </w:r>
            <w:r>
              <w:rPr>
                <w:noProof/>
                <w:webHidden/>
              </w:rPr>
              <w:fldChar w:fldCharType="end"/>
            </w:r>
          </w:hyperlink>
        </w:p>
        <w:p w14:paraId="2416DCD0" w14:textId="2EC8DE55"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296" w:history="1">
            <w:r w:rsidRPr="00B81478">
              <w:rPr>
                <w:rStyle w:val="Hyperlink"/>
                <w:rFonts w:ascii="Times New Roman" w:hAnsi="Times New Roman" w:cs="Times New Roman"/>
                <w:noProof/>
              </w:rPr>
              <w:t>2.1 Priority Sector and Value Chain</w:t>
            </w:r>
            <w:r>
              <w:rPr>
                <w:noProof/>
                <w:webHidden/>
              </w:rPr>
              <w:tab/>
            </w:r>
            <w:r>
              <w:rPr>
                <w:noProof/>
                <w:webHidden/>
              </w:rPr>
              <w:fldChar w:fldCharType="begin"/>
            </w:r>
            <w:r>
              <w:rPr>
                <w:noProof/>
                <w:webHidden/>
              </w:rPr>
              <w:instrText xml:space="preserve"> PAGEREF _Toc237596296 \h </w:instrText>
            </w:r>
            <w:r>
              <w:rPr>
                <w:noProof/>
                <w:webHidden/>
              </w:rPr>
            </w:r>
            <w:r>
              <w:rPr>
                <w:noProof/>
                <w:webHidden/>
              </w:rPr>
              <w:fldChar w:fldCharType="separate"/>
            </w:r>
            <w:r>
              <w:rPr>
                <w:noProof/>
                <w:webHidden/>
              </w:rPr>
              <w:t>6</w:t>
            </w:r>
            <w:r>
              <w:rPr>
                <w:noProof/>
                <w:webHidden/>
              </w:rPr>
              <w:fldChar w:fldCharType="end"/>
            </w:r>
          </w:hyperlink>
        </w:p>
        <w:p w14:paraId="1C21EB43" w14:textId="692ED232"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297" w:history="1">
            <w:r w:rsidRPr="00B81478">
              <w:rPr>
                <w:rStyle w:val="Hyperlink"/>
                <w:rFonts w:ascii="Times New Roman" w:hAnsi="Times New Roman" w:cs="Times New Roman"/>
                <w:noProof/>
              </w:rPr>
              <w:t>2.2 Development Challenge and Demand-Side Evidence</w:t>
            </w:r>
            <w:r>
              <w:rPr>
                <w:noProof/>
                <w:webHidden/>
              </w:rPr>
              <w:tab/>
            </w:r>
            <w:r>
              <w:rPr>
                <w:noProof/>
                <w:webHidden/>
              </w:rPr>
              <w:fldChar w:fldCharType="begin"/>
            </w:r>
            <w:r>
              <w:rPr>
                <w:noProof/>
                <w:webHidden/>
              </w:rPr>
              <w:instrText xml:space="preserve"> PAGEREF _Toc237596297 \h </w:instrText>
            </w:r>
            <w:r>
              <w:rPr>
                <w:noProof/>
                <w:webHidden/>
              </w:rPr>
            </w:r>
            <w:r>
              <w:rPr>
                <w:noProof/>
                <w:webHidden/>
              </w:rPr>
              <w:fldChar w:fldCharType="separate"/>
            </w:r>
            <w:r>
              <w:rPr>
                <w:noProof/>
                <w:webHidden/>
              </w:rPr>
              <w:t>6</w:t>
            </w:r>
            <w:r>
              <w:rPr>
                <w:noProof/>
                <w:webHidden/>
              </w:rPr>
              <w:fldChar w:fldCharType="end"/>
            </w:r>
          </w:hyperlink>
        </w:p>
        <w:p w14:paraId="5C4B18B1" w14:textId="4D86F86E"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298" w:history="1">
            <w:r w:rsidRPr="00B81478">
              <w:rPr>
                <w:rStyle w:val="Hyperlink"/>
                <w:rFonts w:ascii="Times New Roman" w:hAnsi="Times New Roman" w:cs="Times New Roman"/>
                <w:noProof/>
              </w:rPr>
              <w:t>2.2.1 Demand Evidence Summary</w:t>
            </w:r>
            <w:r>
              <w:rPr>
                <w:noProof/>
                <w:webHidden/>
              </w:rPr>
              <w:tab/>
            </w:r>
            <w:r>
              <w:rPr>
                <w:noProof/>
                <w:webHidden/>
              </w:rPr>
              <w:fldChar w:fldCharType="begin"/>
            </w:r>
            <w:r>
              <w:rPr>
                <w:noProof/>
                <w:webHidden/>
              </w:rPr>
              <w:instrText xml:space="preserve"> PAGEREF _Toc237596298 \h </w:instrText>
            </w:r>
            <w:r>
              <w:rPr>
                <w:noProof/>
                <w:webHidden/>
              </w:rPr>
            </w:r>
            <w:r>
              <w:rPr>
                <w:noProof/>
                <w:webHidden/>
              </w:rPr>
              <w:fldChar w:fldCharType="separate"/>
            </w:r>
            <w:r>
              <w:rPr>
                <w:noProof/>
                <w:webHidden/>
              </w:rPr>
              <w:t>6</w:t>
            </w:r>
            <w:r>
              <w:rPr>
                <w:noProof/>
                <w:webHidden/>
              </w:rPr>
              <w:fldChar w:fldCharType="end"/>
            </w:r>
          </w:hyperlink>
        </w:p>
        <w:p w14:paraId="47FF36B6" w14:textId="59E435C4"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299" w:history="1">
            <w:r w:rsidRPr="00B81478">
              <w:rPr>
                <w:rStyle w:val="Hyperlink"/>
                <w:rFonts w:ascii="Times New Roman" w:hAnsi="Times New Roman" w:cs="Times New Roman"/>
                <w:noProof/>
              </w:rPr>
              <w:t>2.3 Strategic Alignment and Additionality</w:t>
            </w:r>
            <w:r>
              <w:rPr>
                <w:noProof/>
                <w:webHidden/>
              </w:rPr>
              <w:tab/>
            </w:r>
            <w:r>
              <w:rPr>
                <w:noProof/>
                <w:webHidden/>
              </w:rPr>
              <w:fldChar w:fldCharType="begin"/>
            </w:r>
            <w:r>
              <w:rPr>
                <w:noProof/>
                <w:webHidden/>
              </w:rPr>
              <w:instrText xml:space="preserve"> PAGEREF _Toc237596299 \h </w:instrText>
            </w:r>
            <w:r>
              <w:rPr>
                <w:noProof/>
                <w:webHidden/>
              </w:rPr>
            </w:r>
            <w:r>
              <w:rPr>
                <w:noProof/>
                <w:webHidden/>
              </w:rPr>
              <w:fldChar w:fldCharType="separate"/>
            </w:r>
            <w:r>
              <w:rPr>
                <w:noProof/>
                <w:webHidden/>
              </w:rPr>
              <w:t>6</w:t>
            </w:r>
            <w:r>
              <w:rPr>
                <w:noProof/>
                <w:webHidden/>
              </w:rPr>
              <w:fldChar w:fldCharType="end"/>
            </w:r>
          </w:hyperlink>
        </w:p>
        <w:p w14:paraId="24E2B9FD" w14:textId="5ACA6B68"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00" w:history="1">
            <w:r w:rsidRPr="00B81478">
              <w:rPr>
                <w:rStyle w:val="Hyperlink"/>
                <w:rFonts w:ascii="Times New Roman" w:hAnsi="Times New Roman" w:cs="Times New Roman"/>
                <w:noProof/>
              </w:rPr>
              <w:t>2.4 Target Beneficiaries, Inclusion and Regional Reach</w:t>
            </w:r>
            <w:r>
              <w:rPr>
                <w:noProof/>
                <w:webHidden/>
              </w:rPr>
              <w:tab/>
            </w:r>
            <w:r>
              <w:rPr>
                <w:noProof/>
                <w:webHidden/>
              </w:rPr>
              <w:fldChar w:fldCharType="begin"/>
            </w:r>
            <w:r>
              <w:rPr>
                <w:noProof/>
                <w:webHidden/>
              </w:rPr>
              <w:instrText xml:space="preserve"> PAGEREF _Toc237596300 \h </w:instrText>
            </w:r>
            <w:r>
              <w:rPr>
                <w:noProof/>
                <w:webHidden/>
              </w:rPr>
            </w:r>
            <w:r>
              <w:rPr>
                <w:noProof/>
                <w:webHidden/>
              </w:rPr>
              <w:fldChar w:fldCharType="separate"/>
            </w:r>
            <w:r>
              <w:rPr>
                <w:noProof/>
                <w:webHidden/>
              </w:rPr>
              <w:t>7</w:t>
            </w:r>
            <w:r>
              <w:rPr>
                <w:noProof/>
                <w:webHidden/>
              </w:rPr>
              <w:fldChar w:fldCharType="end"/>
            </w:r>
          </w:hyperlink>
        </w:p>
        <w:p w14:paraId="2905D888" w14:textId="3B058543"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01" w:history="1">
            <w:r w:rsidRPr="00B81478">
              <w:rPr>
                <w:rStyle w:val="Hyperlink"/>
                <w:rFonts w:ascii="Times New Roman" w:hAnsi="Times New Roman" w:cs="Times New Roman"/>
                <w:noProof/>
              </w:rPr>
              <w:t>2.5 Sector Engagement Panel Input</w:t>
            </w:r>
            <w:r>
              <w:rPr>
                <w:noProof/>
                <w:webHidden/>
              </w:rPr>
              <w:tab/>
            </w:r>
            <w:r>
              <w:rPr>
                <w:noProof/>
                <w:webHidden/>
              </w:rPr>
              <w:fldChar w:fldCharType="begin"/>
            </w:r>
            <w:r>
              <w:rPr>
                <w:noProof/>
                <w:webHidden/>
              </w:rPr>
              <w:instrText xml:space="preserve"> PAGEREF _Toc237596301 \h </w:instrText>
            </w:r>
            <w:r>
              <w:rPr>
                <w:noProof/>
                <w:webHidden/>
              </w:rPr>
            </w:r>
            <w:r>
              <w:rPr>
                <w:noProof/>
                <w:webHidden/>
              </w:rPr>
              <w:fldChar w:fldCharType="separate"/>
            </w:r>
            <w:r>
              <w:rPr>
                <w:noProof/>
                <w:webHidden/>
              </w:rPr>
              <w:t>7</w:t>
            </w:r>
            <w:r>
              <w:rPr>
                <w:noProof/>
                <w:webHidden/>
              </w:rPr>
              <w:fldChar w:fldCharType="end"/>
            </w:r>
          </w:hyperlink>
        </w:p>
        <w:p w14:paraId="6050A708" w14:textId="7EA32D4B"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02" w:history="1">
            <w:r w:rsidRPr="00B81478">
              <w:rPr>
                <w:rStyle w:val="Hyperlink"/>
                <w:rFonts w:ascii="Times New Roman" w:hAnsi="Times New Roman" w:cs="Times New Roman"/>
                <w:noProof/>
              </w:rPr>
              <w:t>2.5.1 SEP Recommendation Tracking</w:t>
            </w:r>
            <w:r>
              <w:rPr>
                <w:noProof/>
                <w:webHidden/>
              </w:rPr>
              <w:tab/>
            </w:r>
            <w:r>
              <w:rPr>
                <w:noProof/>
                <w:webHidden/>
              </w:rPr>
              <w:fldChar w:fldCharType="begin"/>
            </w:r>
            <w:r>
              <w:rPr>
                <w:noProof/>
                <w:webHidden/>
              </w:rPr>
              <w:instrText xml:space="preserve"> PAGEREF _Toc237596302 \h </w:instrText>
            </w:r>
            <w:r>
              <w:rPr>
                <w:noProof/>
                <w:webHidden/>
              </w:rPr>
            </w:r>
            <w:r>
              <w:rPr>
                <w:noProof/>
                <w:webHidden/>
              </w:rPr>
              <w:fldChar w:fldCharType="separate"/>
            </w:r>
            <w:r>
              <w:rPr>
                <w:noProof/>
                <w:webHidden/>
              </w:rPr>
              <w:t>7</w:t>
            </w:r>
            <w:r>
              <w:rPr>
                <w:noProof/>
                <w:webHidden/>
              </w:rPr>
              <w:fldChar w:fldCharType="end"/>
            </w:r>
          </w:hyperlink>
        </w:p>
        <w:p w14:paraId="1124BEA4" w14:textId="0312A565" w:rsidR="00514960" w:rsidRDefault="00514960">
          <w:pPr>
            <w:pStyle w:val="TOC1"/>
            <w:tabs>
              <w:tab w:val="right" w:leader="dot" w:pos="9856"/>
            </w:tabs>
            <w:rPr>
              <w:rFonts w:asciiTheme="minorHAnsi" w:hAnsiTheme="minorHAnsi"/>
              <w:noProof/>
              <w:kern w:val="2"/>
              <w:sz w:val="24"/>
              <w:szCs w:val="24"/>
              <w14:ligatures w14:val="standardContextual"/>
            </w:rPr>
          </w:pPr>
          <w:hyperlink w:anchor="_Toc237596303" w:history="1">
            <w:r w:rsidRPr="00B81478">
              <w:rPr>
                <w:rStyle w:val="Hyperlink"/>
                <w:rFonts w:ascii="Times New Roman" w:hAnsi="Times New Roman" w:cs="Times New Roman"/>
                <w:noProof/>
              </w:rPr>
              <w:t>PART III - RFTI DETAILED FULL PROPOSAL</w:t>
            </w:r>
            <w:r>
              <w:rPr>
                <w:noProof/>
                <w:webHidden/>
              </w:rPr>
              <w:tab/>
            </w:r>
            <w:r>
              <w:rPr>
                <w:noProof/>
                <w:webHidden/>
              </w:rPr>
              <w:fldChar w:fldCharType="begin"/>
            </w:r>
            <w:r>
              <w:rPr>
                <w:noProof/>
                <w:webHidden/>
              </w:rPr>
              <w:instrText xml:space="preserve"> PAGEREF _Toc237596303 \h </w:instrText>
            </w:r>
            <w:r>
              <w:rPr>
                <w:noProof/>
                <w:webHidden/>
              </w:rPr>
            </w:r>
            <w:r>
              <w:rPr>
                <w:noProof/>
                <w:webHidden/>
              </w:rPr>
              <w:fldChar w:fldCharType="separate"/>
            </w:r>
            <w:r>
              <w:rPr>
                <w:noProof/>
                <w:webHidden/>
              </w:rPr>
              <w:t>8</w:t>
            </w:r>
            <w:r>
              <w:rPr>
                <w:noProof/>
                <w:webHidden/>
              </w:rPr>
              <w:fldChar w:fldCharType="end"/>
            </w:r>
          </w:hyperlink>
        </w:p>
        <w:p w14:paraId="49B26029" w14:textId="5C6BC52F"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04" w:history="1">
            <w:r w:rsidRPr="00B81478">
              <w:rPr>
                <w:rStyle w:val="Hyperlink"/>
                <w:rFonts w:ascii="Times New Roman" w:hAnsi="Times New Roman" w:cs="Times New Roman"/>
                <w:noProof/>
              </w:rPr>
              <w:t>3.1 Institutional Profile, Sector-Aligned Scope and Readiness</w:t>
            </w:r>
            <w:r>
              <w:rPr>
                <w:noProof/>
                <w:webHidden/>
              </w:rPr>
              <w:tab/>
            </w:r>
            <w:r>
              <w:rPr>
                <w:noProof/>
                <w:webHidden/>
              </w:rPr>
              <w:fldChar w:fldCharType="begin"/>
            </w:r>
            <w:r>
              <w:rPr>
                <w:noProof/>
                <w:webHidden/>
              </w:rPr>
              <w:instrText xml:space="preserve"> PAGEREF _Toc237596304 \h </w:instrText>
            </w:r>
            <w:r>
              <w:rPr>
                <w:noProof/>
                <w:webHidden/>
              </w:rPr>
            </w:r>
            <w:r>
              <w:rPr>
                <w:noProof/>
                <w:webHidden/>
              </w:rPr>
              <w:fldChar w:fldCharType="separate"/>
            </w:r>
            <w:r>
              <w:rPr>
                <w:noProof/>
                <w:webHidden/>
              </w:rPr>
              <w:t>8</w:t>
            </w:r>
            <w:r>
              <w:rPr>
                <w:noProof/>
                <w:webHidden/>
              </w:rPr>
              <w:fldChar w:fldCharType="end"/>
            </w:r>
          </w:hyperlink>
        </w:p>
        <w:p w14:paraId="5B1FE2C7" w14:textId="04C5BBDA"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05" w:history="1">
            <w:r w:rsidRPr="00B81478">
              <w:rPr>
                <w:rStyle w:val="Hyperlink"/>
                <w:rFonts w:ascii="Times New Roman" w:hAnsi="Times New Roman" w:cs="Times New Roman"/>
                <w:noProof/>
              </w:rPr>
              <w:t>3.1.1 RFTI Baseline Data</w:t>
            </w:r>
            <w:r>
              <w:rPr>
                <w:noProof/>
                <w:webHidden/>
              </w:rPr>
              <w:tab/>
            </w:r>
            <w:r>
              <w:rPr>
                <w:noProof/>
                <w:webHidden/>
              </w:rPr>
              <w:fldChar w:fldCharType="begin"/>
            </w:r>
            <w:r>
              <w:rPr>
                <w:noProof/>
                <w:webHidden/>
              </w:rPr>
              <w:instrText xml:space="preserve"> PAGEREF _Toc237596305 \h </w:instrText>
            </w:r>
            <w:r>
              <w:rPr>
                <w:noProof/>
                <w:webHidden/>
              </w:rPr>
            </w:r>
            <w:r>
              <w:rPr>
                <w:noProof/>
                <w:webHidden/>
              </w:rPr>
              <w:fldChar w:fldCharType="separate"/>
            </w:r>
            <w:r>
              <w:rPr>
                <w:noProof/>
                <w:webHidden/>
              </w:rPr>
              <w:t>8</w:t>
            </w:r>
            <w:r>
              <w:rPr>
                <w:noProof/>
                <w:webHidden/>
              </w:rPr>
              <w:fldChar w:fldCharType="end"/>
            </w:r>
          </w:hyperlink>
        </w:p>
        <w:p w14:paraId="714BDCFC" w14:textId="7554D79F"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06" w:history="1">
            <w:r w:rsidRPr="00B81478">
              <w:rPr>
                <w:rStyle w:val="Hyperlink"/>
                <w:rFonts w:ascii="Times New Roman" w:hAnsi="Times New Roman" w:cs="Times New Roman"/>
                <w:noProof/>
              </w:rPr>
              <w:t>3.2 Training Programs, Qualifications and Curriculum Design</w:t>
            </w:r>
            <w:r>
              <w:rPr>
                <w:noProof/>
                <w:webHidden/>
              </w:rPr>
              <w:tab/>
            </w:r>
            <w:r>
              <w:rPr>
                <w:noProof/>
                <w:webHidden/>
              </w:rPr>
              <w:fldChar w:fldCharType="begin"/>
            </w:r>
            <w:r>
              <w:rPr>
                <w:noProof/>
                <w:webHidden/>
              </w:rPr>
              <w:instrText xml:space="preserve"> PAGEREF _Toc237596306 \h </w:instrText>
            </w:r>
            <w:r>
              <w:rPr>
                <w:noProof/>
                <w:webHidden/>
              </w:rPr>
            </w:r>
            <w:r>
              <w:rPr>
                <w:noProof/>
                <w:webHidden/>
              </w:rPr>
              <w:fldChar w:fldCharType="separate"/>
            </w:r>
            <w:r>
              <w:rPr>
                <w:noProof/>
                <w:webHidden/>
              </w:rPr>
              <w:t>10</w:t>
            </w:r>
            <w:r>
              <w:rPr>
                <w:noProof/>
                <w:webHidden/>
              </w:rPr>
              <w:fldChar w:fldCharType="end"/>
            </w:r>
          </w:hyperlink>
        </w:p>
        <w:p w14:paraId="06699095" w14:textId="168D75E6"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07" w:history="1">
            <w:r w:rsidRPr="00B81478">
              <w:rPr>
                <w:rStyle w:val="Hyperlink"/>
                <w:rFonts w:ascii="Times New Roman" w:hAnsi="Times New Roman" w:cs="Times New Roman"/>
                <w:noProof/>
              </w:rPr>
              <w:t>3.2.1 RFTI Program Design and Recognition</w:t>
            </w:r>
            <w:r>
              <w:rPr>
                <w:noProof/>
                <w:webHidden/>
              </w:rPr>
              <w:tab/>
            </w:r>
            <w:r>
              <w:rPr>
                <w:noProof/>
                <w:webHidden/>
              </w:rPr>
              <w:fldChar w:fldCharType="begin"/>
            </w:r>
            <w:r>
              <w:rPr>
                <w:noProof/>
                <w:webHidden/>
              </w:rPr>
              <w:instrText xml:space="preserve"> PAGEREF _Toc237596307 \h </w:instrText>
            </w:r>
            <w:r>
              <w:rPr>
                <w:noProof/>
                <w:webHidden/>
              </w:rPr>
            </w:r>
            <w:r>
              <w:rPr>
                <w:noProof/>
                <w:webHidden/>
              </w:rPr>
              <w:fldChar w:fldCharType="separate"/>
            </w:r>
            <w:r>
              <w:rPr>
                <w:noProof/>
                <w:webHidden/>
              </w:rPr>
              <w:t>10</w:t>
            </w:r>
            <w:r>
              <w:rPr>
                <w:noProof/>
                <w:webHidden/>
              </w:rPr>
              <w:fldChar w:fldCharType="end"/>
            </w:r>
          </w:hyperlink>
        </w:p>
        <w:p w14:paraId="1ADC604D" w14:textId="6D5785CE"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08" w:history="1">
            <w:r w:rsidRPr="00B81478">
              <w:rPr>
                <w:rStyle w:val="Hyperlink"/>
                <w:rFonts w:ascii="Times New Roman" w:hAnsi="Times New Roman" w:cs="Times New Roman"/>
                <w:noProof/>
              </w:rPr>
              <w:t>3.3 Work-Based Learning, Apprenticeships and Industry Placements</w:t>
            </w:r>
            <w:r>
              <w:rPr>
                <w:noProof/>
                <w:webHidden/>
              </w:rPr>
              <w:tab/>
            </w:r>
            <w:r>
              <w:rPr>
                <w:noProof/>
                <w:webHidden/>
              </w:rPr>
              <w:fldChar w:fldCharType="begin"/>
            </w:r>
            <w:r>
              <w:rPr>
                <w:noProof/>
                <w:webHidden/>
              </w:rPr>
              <w:instrText xml:space="preserve"> PAGEREF _Toc237596308 \h </w:instrText>
            </w:r>
            <w:r>
              <w:rPr>
                <w:noProof/>
                <w:webHidden/>
              </w:rPr>
            </w:r>
            <w:r>
              <w:rPr>
                <w:noProof/>
                <w:webHidden/>
              </w:rPr>
              <w:fldChar w:fldCharType="separate"/>
            </w:r>
            <w:r>
              <w:rPr>
                <w:noProof/>
                <w:webHidden/>
              </w:rPr>
              <w:t>11</w:t>
            </w:r>
            <w:r>
              <w:rPr>
                <w:noProof/>
                <w:webHidden/>
              </w:rPr>
              <w:fldChar w:fldCharType="end"/>
            </w:r>
          </w:hyperlink>
        </w:p>
        <w:p w14:paraId="136717FB" w14:textId="2D93B1BB"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09" w:history="1">
            <w:r w:rsidRPr="00B81478">
              <w:rPr>
                <w:rStyle w:val="Hyperlink"/>
                <w:rFonts w:ascii="Times New Roman" w:hAnsi="Times New Roman" w:cs="Times New Roman"/>
                <w:noProof/>
              </w:rPr>
              <w:t>3.3.1 Industry Placement</w:t>
            </w:r>
            <w:r>
              <w:rPr>
                <w:noProof/>
                <w:webHidden/>
              </w:rPr>
              <w:tab/>
            </w:r>
            <w:r>
              <w:rPr>
                <w:noProof/>
                <w:webHidden/>
              </w:rPr>
              <w:fldChar w:fldCharType="begin"/>
            </w:r>
            <w:r>
              <w:rPr>
                <w:noProof/>
                <w:webHidden/>
              </w:rPr>
              <w:instrText xml:space="preserve"> PAGEREF _Toc237596309 \h </w:instrText>
            </w:r>
            <w:r>
              <w:rPr>
                <w:noProof/>
                <w:webHidden/>
              </w:rPr>
            </w:r>
            <w:r>
              <w:rPr>
                <w:noProof/>
                <w:webHidden/>
              </w:rPr>
              <w:fldChar w:fldCharType="separate"/>
            </w:r>
            <w:r>
              <w:rPr>
                <w:noProof/>
                <w:webHidden/>
              </w:rPr>
              <w:t>11</w:t>
            </w:r>
            <w:r>
              <w:rPr>
                <w:noProof/>
                <w:webHidden/>
              </w:rPr>
              <w:fldChar w:fldCharType="end"/>
            </w:r>
          </w:hyperlink>
        </w:p>
        <w:p w14:paraId="750FBFE3" w14:textId="69A1320B"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10" w:history="1">
            <w:r w:rsidRPr="00B81478">
              <w:rPr>
                <w:rStyle w:val="Hyperlink"/>
                <w:rFonts w:ascii="Times New Roman" w:hAnsi="Times New Roman" w:cs="Times New Roman"/>
                <w:noProof/>
              </w:rPr>
              <w:t>3.4 Employer Engagement and Industry Services</w:t>
            </w:r>
            <w:r>
              <w:rPr>
                <w:noProof/>
                <w:webHidden/>
              </w:rPr>
              <w:tab/>
            </w:r>
            <w:r>
              <w:rPr>
                <w:noProof/>
                <w:webHidden/>
              </w:rPr>
              <w:fldChar w:fldCharType="begin"/>
            </w:r>
            <w:r>
              <w:rPr>
                <w:noProof/>
                <w:webHidden/>
              </w:rPr>
              <w:instrText xml:space="preserve"> PAGEREF _Toc237596310 \h </w:instrText>
            </w:r>
            <w:r>
              <w:rPr>
                <w:noProof/>
                <w:webHidden/>
              </w:rPr>
            </w:r>
            <w:r>
              <w:rPr>
                <w:noProof/>
                <w:webHidden/>
              </w:rPr>
              <w:fldChar w:fldCharType="separate"/>
            </w:r>
            <w:r>
              <w:rPr>
                <w:noProof/>
                <w:webHidden/>
              </w:rPr>
              <w:t>12</w:t>
            </w:r>
            <w:r>
              <w:rPr>
                <w:noProof/>
                <w:webHidden/>
              </w:rPr>
              <w:fldChar w:fldCharType="end"/>
            </w:r>
          </w:hyperlink>
        </w:p>
        <w:p w14:paraId="78416125" w14:textId="57719525"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11" w:history="1">
            <w:r w:rsidRPr="00B81478">
              <w:rPr>
                <w:rStyle w:val="Hyperlink"/>
                <w:rFonts w:ascii="Times New Roman" w:hAnsi="Times New Roman" w:cs="Times New Roman"/>
                <w:noProof/>
              </w:rPr>
              <w:t>3.4.1 Employer Commitment Register</w:t>
            </w:r>
            <w:r>
              <w:rPr>
                <w:noProof/>
                <w:webHidden/>
              </w:rPr>
              <w:tab/>
            </w:r>
            <w:r>
              <w:rPr>
                <w:noProof/>
                <w:webHidden/>
              </w:rPr>
              <w:fldChar w:fldCharType="begin"/>
            </w:r>
            <w:r>
              <w:rPr>
                <w:noProof/>
                <w:webHidden/>
              </w:rPr>
              <w:instrText xml:space="preserve"> PAGEREF _Toc237596311 \h </w:instrText>
            </w:r>
            <w:r>
              <w:rPr>
                <w:noProof/>
                <w:webHidden/>
              </w:rPr>
            </w:r>
            <w:r>
              <w:rPr>
                <w:noProof/>
                <w:webHidden/>
              </w:rPr>
              <w:fldChar w:fldCharType="separate"/>
            </w:r>
            <w:r>
              <w:rPr>
                <w:noProof/>
                <w:webHidden/>
              </w:rPr>
              <w:t>12</w:t>
            </w:r>
            <w:r>
              <w:rPr>
                <w:noProof/>
                <w:webHidden/>
              </w:rPr>
              <w:fldChar w:fldCharType="end"/>
            </w:r>
          </w:hyperlink>
        </w:p>
        <w:p w14:paraId="7F38C80A" w14:textId="59D96AFE"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12" w:history="1">
            <w:r w:rsidRPr="00B81478">
              <w:rPr>
                <w:rStyle w:val="Hyperlink"/>
                <w:rFonts w:ascii="Times New Roman" w:hAnsi="Times New Roman" w:cs="Times New Roman"/>
                <w:noProof/>
              </w:rPr>
              <w:t>3.5 Academic Partnerships</w:t>
            </w:r>
            <w:r>
              <w:rPr>
                <w:noProof/>
                <w:webHidden/>
              </w:rPr>
              <w:tab/>
            </w:r>
            <w:r>
              <w:rPr>
                <w:noProof/>
                <w:webHidden/>
              </w:rPr>
              <w:fldChar w:fldCharType="begin"/>
            </w:r>
            <w:r>
              <w:rPr>
                <w:noProof/>
                <w:webHidden/>
              </w:rPr>
              <w:instrText xml:space="preserve"> PAGEREF _Toc237596312 \h </w:instrText>
            </w:r>
            <w:r>
              <w:rPr>
                <w:noProof/>
                <w:webHidden/>
              </w:rPr>
            </w:r>
            <w:r>
              <w:rPr>
                <w:noProof/>
                <w:webHidden/>
              </w:rPr>
              <w:fldChar w:fldCharType="separate"/>
            </w:r>
            <w:r>
              <w:rPr>
                <w:noProof/>
                <w:webHidden/>
              </w:rPr>
              <w:t>13</w:t>
            </w:r>
            <w:r>
              <w:rPr>
                <w:noProof/>
                <w:webHidden/>
              </w:rPr>
              <w:fldChar w:fldCharType="end"/>
            </w:r>
          </w:hyperlink>
        </w:p>
        <w:p w14:paraId="405F34B9" w14:textId="3000492F"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13" w:history="1">
            <w:r w:rsidRPr="00B81478">
              <w:rPr>
                <w:rStyle w:val="Hyperlink"/>
                <w:rFonts w:ascii="Times New Roman" w:hAnsi="Times New Roman" w:cs="Times New Roman"/>
                <w:noProof/>
              </w:rPr>
              <w:t>3.5.1 Partner Commitment Register</w:t>
            </w:r>
            <w:r>
              <w:rPr>
                <w:noProof/>
                <w:webHidden/>
              </w:rPr>
              <w:tab/>
            </w:r>
            <w:r>
              <w:rPr>
                <w:noProof/>
                <w:webHidden/>
              </w:rPr>
              <w:fldChar w:fldCharType="begin"/>
            </w:r>
            <w:r>
              <w:rPr>
                <w:noProof/>
                <w:webHidden/>
              </w:rPr>
              <w:instrText xml:space="preserve"> PAGEREF _Toc237596313 \h </w:instrText>
            </w:r>
            <w:r>
              <w:rPr>
                <w:noProof/>
                <w:webHidden/>
              </w:rPr>
            </w:r>
            <w:r>
              <w:rPr>
                <w:noProof/>
                <w:webHidden/>
              </w:rPr>
              <w:fldChar w:fldCharType="separate"/>
            </w:r>
            <w:r>
              <w:rPr>
                <w:noProof/>
                <w:webHidden/>
              </w:rPr>
              <w:t>13</w:t>
            </w:r>
            <w:r>
              <w:rPr>
                <w:noProof/>
                <w:webHidden/>
              </w:rPr>
              <w:fldChar w:fldCharType="end"/>
            </w:r>
          </w:hyperlink>
        </w:p>
        <w:p w14:paraId="1F76783F" w14:textId="3F43CB81"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14" w:history="1">
            <w:r w:rsidRPr="00B81478">
              <w:rPr>
                <w:rStyle w:val="Hyperlink"/>
                <w:rFonts w:ascii="Times New Roman" w:hAnsi="Times New Roman" w:cs="Times New Roman"/>
                <w:noProof/>
              </w:rPr>
              <w:t>3.6 Regional Role and Collaboration</w:t>
            </w:r>
            <w:r>
              <w:rPr>
                <w:noProof/>
                <w:webHidden/>
              </w:rPr>
              <w:tab/>
            </w:r>
            <w:r>
              <w:rPr>
                <w:noProof/>
                <w:webHidden/>
              </w:rPr>
              <w:fldChar w:fldCharType="begin"/>
            </w:r>
            <w:r>
              <w:rPr>
                <w:noProof/>
                <w:webHidden/>
              </w:rPr>
              <w:instrText xml:space="preserve"> PAGEREF _Toc237596314 \h </w:instrText>
            </w:r>
            <w:r>
              <w:rPr>
                <w:noProof/>
                <w:webHidden/>
              </w:rPr>
            </w:r>
            <w:r>
              <w:rPr>
                <w:noProof/>
                <w:webHidden/>
              </w:rPr>
              <w:fldChar w:fldCharType="separate"/>
            </w:r>
            <w:r>
              <w:rPr>
                <w:noProof/>
                <w:webHidden/>
              </w:rPr>
              <w:t>14</w:t>
            </w:r>
            <w:r>
              <w:rPr>
                <w:noProof/>
                <w:webHidden/>
              </w:rPr>
              <w:fldChar w:fldCharType="end"/>
            </w:r>
          </w:hyperlink>
        </w:p>
        <w:p w14:paraId="1EEFD6F7" w14:textId="694D5501"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15" w:history="1">
            <w:r w:rsidRPr="00B81478">
              <w:rPr>
                <w:rStyle w:val="Hyperlink"/>
                <w:rFonts w:ascii="Times New Roman" w:hAnsi="Times New Roman" w:cs="Times New Roman"/>
                <w:noProof/>
              </w:rPr>
              <w:t>3.7 Cross-Cutting Themes: Gender</w:t>
            </w:r>
            <w:r>
              <w:rPr>
                <w:noProof/>
                <w:webHidden/>
              </w:rPr>
              <w:tab/>
            </w:r>
            <w:r>
              <w:rPr>
                <w:noProof/>
                <w:webHidden/>
              </w:rPr>
              <w:fldChar w:fldCharType="begin"/>
            </w:r>
            <w:r>
              <w:rPr>
                <w:noProof/>
                <w:webHidden/>
              </w:rPr>
              <w:instrText xml:space="preserve"> PAGEREF _Toc237596315 \h </w:instrText>
            </w:r>
            <w:r>
              <w:rPr>
                <w:noProof/>
                <w:webHidden/>
              </w:rPr>
            </w:r>
            <w:r>
              <w:rPr>
                <w:noProof/>
                <w:webHidden/>
              </w:rPr>
              <w:fldChar w:fldCharType="separate"/>
            </w:r>
            <w:r>
              <w:rPr>
                <w:noProof/>
                <w:webHidden/>
              </w:rPr>
              <w:t>14</w:t>
            </w:r>
            <w:r>
              <w:rPr>
                <w:noProof/>
                <w:webHidden/>
              </w:rPr>
              <w:fldChar w:fldCharType="end"/>
            </w:r>
          </w:hyperlink>
        </w:p>
        <w:p w14:paraId="72167F8B" w14:textId="0D9F758F"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16" w:history="1">
            <w:r w:rsidRPr="00B81478">
              <w:rPr>
                <w:rStyle w:val="Hyperlink"/>
                <w:rFonts w:ascii="Times New Roman" w:hAnsi="Times New Roman" w:cs="Times New Roman"/>
                <w:noProof/>
              </w:rPr>
              <w:t>3.8 Instructor Quality and Professional Development</w:t>
            </w:r>
            <w:r>
              <w:rPr>
                <w:noProof/>
                <w:webHidden/>
              </w:rPr>
              <w:tab/>
            </w:r>
            <w:r>
              <w:rPr>
                <w:noProof/>
                <w:webHidden/>
              </w:rPr>
              <w:fldChar w:fldCharType="begin"/>
            </w:r>
            <w:r>
              <w:rPr>
                <w:noProof/>
                <w:webHidden/>
              </w:rPr>
              <w:instrText xml:space="preserve"> PAGEREF _Toc237596316 \h </w:instrText>
            </w:r>
            <w:r>
              <w:rPr>
                <w:noProof/>
                <w:webHidden/>
              </w:rPr>
            </w:r>
            <w:r>
              <w:rPr>
                <w:noProof/>
                <w:webHidden/>
              </w:rPr>
              <w:fldChar w:fldCharType="separate"/>
            </w:r>
            <w:r>
              <w:rPr>
                <w:noProof/>
                <w:webHidden/>
              </w:rPr>
              <w:t>15</w:t>
            </w:r>
            <w:r>
              <w:rPr>
                <w:noProof/>
                <w:webHidden/>
              </w:rPr>
              <w:fldChar w:fldCharType="end"/>
            </w:r>
          </w:hyperlink>
        </w:p>
        <w:p w14:paraId="6427F214" w14:textId="3C05F7E7"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17" w:history="1">
            <w:r w:rsidRPr="00B81478">
              <w:rPr>
                <w:rStyle w:val="Hyperlink"/>
                <w:rFonts w:ascii="Times New Roman" w:hAnsi="Times New Roman" w:cs="Times New Roman"/>
                <w:noProof/>
              </w:rPr>
              <w:t>3.8.1 Instructor Development Plan</w:t>
            </w:r>
            <w:r>
              <w:rPr>
                <w:noProof/>
                <w:webHidden/>
              </w:rPr>
              <w:tab/>
            </w:r>
            <w:r>
              <w:rPr>
                <w:noProof/>
                <w:webHidden/>
              </w:rPr>
              <w:fldChar w:fldCharType="begin"/>
            </w:r>
            <w:r>
              <w:rPr>
                <w:noProof/>
                <w:webHidden/>
              </w:rPr>
              <w:instrText xml:space="preserve"> PAGEREF _Toc237596317 \h </w:instrText>
            </w:r>
            <w:r>
              <w:rPr>
                <w:noProof/>
                <w:webHidden/>
              </w:rPr>
            </w:r>
            <w:r>
              <w:rPr>
                <w:noProof/>
                <w:webHidden/>
              </w:rPr>
              <w:fldChar w:fldCharType="separate"/>
            </w:r>
            <w:r>
              <w:rPr>
                <w:noProof/>
                <w:webHidden/>
              </w:rPr>
              <w:t>15</w:t>
            </w:r>
            <w:r>
              <w:rPr>
                <w:noProof/>
                <w:webHidden/>
              </w:rPr>
              <w:fldChar w:fldCharType="end"/>
            </w:r>
          </w:hyperlink>
        </w:p>
        <w:p w14:paraId="6B7EC965" w14:textId="56E2BC3E"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18" w:history="1">
            <w:r w:rsidRPr="00B81478">
              <w:rPr>
                <w:rStyle w:val="Hyperlink"/>
                <w:rFonts w:ascii="Times New Roman" w:hAnsi="Times New Roman" w:cs="Times New Roman"/>
                <w:noProof/>
              </w:rPr>
              <w:t>3.9 Student Recruitment, Retention, Support and Employment</w:t>
            </w:r>
            <w:r>
              <w:rPr>
                <w:noProof/>
                <w:webHidden/>
              </w:rPr>
              <w:tab/>
            </w:r>
            <w:r>
              <w:rPr>
                <w:noProof/>
                <w:webHidden/>
              </w:rPr>
              <w:fldChar w:fldCharType="begin"/>
            </w:r>
            <w:r>
              <w:rPr>
                <w:noProof/>
                <w:webHidden/>
              </w:rPr>
              <w:instrText xml:space="preserve"> PAGEREF _Toc237596318 \h </w:instrText>
            </w:r>
            <w:r>
              <w:rPr>
                <w:noProof/>
                <w:webHidden/>
              </w:rPr>
            </w:r>
            <w:r>
              <w:rPr>
                <w:noProof/>
                <w:webHidden/>
              </w:rPr>
              <w:fldChar w:fldCharType="separate"/>
            </w:r>
            <w:r>
              <w:rPr>
                <w:noProof/>
                <w:webHidden/>
              </w:rPr>
              <w:t>15</w:t>
            </w:r>
            <w:r>
              <w:rPr>
                <w:noProof/>
                <w:webHidden/>
              </w:rPr>
              <w:fldChar w:fldCharType="end"/>
            </w:r>
          </w:hyperlink>
        </w:p>
        <w:p w14:paraId="7A01299D" w14:textId="2051A34A"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19" w:history="1">
            <w:r w:rsidRPr="00B81478">
              <w:rPr>
                <w:rStyle w:val="Hyperlink"/>
                <w:rFonts w:ascii="Times New Roman" w:hAnsi="Times New Roman" w:cs="Times New Roman"/>
                <w:noProof/>
              </w:rPr>
              <w:t>3.10 Innovation</w:t>
            </w:r>
            <w:r>
              <w:rPr>
                <w:noProof/>
                <w:webHidden/>
              </w:rPr>
              <w:tab/>
            </w:r>
            <w:r>
              <w:rPr>
                <w:noProof/>
                <w:webHidden/>
              </w:rPr>
              <w:fldChar w:fldCharType="begin"/>
            </w:r>
            <w:r>
              <w:rPr>
                <w:noProof/>
                <w:webHidden/>
              </w:rPr>
              <w:instrText xml:space="preserve"> PAGEREF _Toc237596319 \h </w:instrText>
            </w:r>
            <w:r>
              <w:rPr>
                <w:noProof/>
                <w:webHidden/>
              </w:rPr>
            </w:r>
            <w:r>
              <w:rPr>
                <w:noProof/>
                <w:webHidden/>
              </w:rPr>
              <w:fldChar w:fldCharType="separate"/>
            </w:r>
            <w:r>
              <w:rPr>
                <w:noProof/>
                <w:webHidden/>
              </w:rPr>
              <w:t>16</w:t>
            </w:r>
            <w:r>
              <w:rPr>
                <w:noProof/>
                <w:webHidden/>
              </w:rPr>
              <w:fldChar w:fldCharType="end"/>
            </w:r>
          </w:hyperlink>
        </w:p>
        <w:p w14:paraId="19A66B0B" w14:textId="40D6EDCE"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20" w:history="1">
            <w:r w:rsidRPr="00B81478">
              <w:rPr>
                <w:rStyle w:val="Hyperlink"/>
                <w:rFonts w:ascii="Times New Roman" w:hAnsi="Times New Roman" w:cs="Times New Roman"/>
                <w:noProof/>
              </w:rPr>
              <w:t>3.11 Artificial Intelligence</w:t>
            </w:r>
            <w:r>
              <w:rPr>
                <w:noProof/>
                <w:webHidden/>
              </w:rPr>
              <w:tab/>
            </w:r>
            <w:r>
              <w:rPr>
                <w:noProof/>
                <w:webHidden/>
              </w:rPr>
              <w:fldChar w:fldCharType="begin"/>
            </w:r>
            <w:r>
              <w:rPr>
                <w:noProof/>
                <w:webHidden/>
              </w:rPr>
              <w:instrText xml:space="preserve"> PAGEREF _Toc237596320 \h </w:instrText>
            </w:r>
            <w:r>
              <w:rPr>
                <w:noProof/>
                <w:webHidden/>
              </w:rPr>
            </w:r>
            <w:r>
              <w:rPr>
                <w:noProof/>
                <w:webHidden/>
              </w:rPr>
              <w:fldChar w:fldCharType="separate"/>
            </w:r>
            <w:r>
              <w:rPr>
                <w:noProof/>
                <w:webHidden/>
              </w:rPr>
              <w:t>16</w:t>
            </w:r>
            <w:r>
              <w:rPr>
                <w:noProof/>
                <w:webHidden/>
              </w:rPr>
              <w:fldChar w:fldCharType="end"/>
            </w:r>
          </w:hyperlink>
        </w:p>
        <w:p w14:paraId="206533FA" w14:textId="5F487492"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21" w:history="1">
            <w:r w:rsidRPr="00B81478">
              <w:rPr>
                <w:rStyle w:val="Hyperlink"/>
                <w:rFonts w:ascii="Times New Roman" w:hAnsi="Times New Roman" w:cs="Times New Roman"/>
                <w:noProof/>
              </w:rPr>
              <w:t>3.12 Management, Governance, Staffing and Operations</w:t>
            </w:r>
            <w:r>
              <w:rPr>
                <w:noProof/>
                <w:webHidden/>
              </w:rPr>
              <w:tab/>
            </w:r>
            <w:r>
              <w:rPr>
                <w:noProof/>
                <w:webHidden/>
              </w:rPr>
              <w:fldChar w:fldCharType="begin"/>
            </w:r>
            <w:r>
              <w:rPr>
                <w:noProof/>
                <w:webHidden/>
              </w:rPr>
              <w:instrText xml:space="preserve"> PAGEREF _Toc237596321 \h </w:instrText>
            </w:r>
            <w:r>
              <w:rPr>
                <w:noProof/>
                <w:webHidden/>
              </w:rPr>
            </w:r>
            <w:r>
              <w:rPr>
                <w:noProof/>
                <w:webHidden/>
              </w:rPr>
              <w:fldChar w:fldCharType="separate"/>
            </w:r>
            <w:r>
              <w:rPr>
                <w:noProof/>
                <w:webHidden/>
              </w:rPr>
              <w:t>18</w:t>
            </w:r>
            <w:r>
              <w:rPr>
                <w:noProof/>
                <w:webHidden/>
              </w:rPr>
              <w:fldChar w:fldCharType="end"/>
            </w:r>
          </w:hyperlink>
        </w:p>
        <w:p w14:paraId="6587D363" w14:textId="7ADA8DC8"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22" w:history="1">
            <w:r w:rsidRPr="00B81478">
              <w:rPr>
                <w:rStyle w:val="Hyperlink"/>
                <w:rFonts w:ascii="Times New Roman" w:hAnsi="Times New Roman" w:cs="Times New Roman"/>
                <w:noProof/>
              </w:rPr>
              <w:t>3.12.1 RFTI Staffing Plan</w:t>
            </w:r>
            <w:r>
              <w:rPr>
                <w:noProof/>
                <w:webHidden/>
              </w:rPr>
              <w:tab/>
            </w:r>
            <w:r>
              <w:rPr>
                <w:noProof/>
                <w:webHidden/>
              </w:rPr>
              <w:fldChar w:fldCharType="begin"/>
            </w:r>
            <w:r>
              <w:rPr>
                <w:noProof/>
                <w:webHidden/>
              </w:rPr>
              <w:instrText xml:space="preserve"> PAGEREF _Toc237596322 \h </w:instrText>
            </w:r>
            <w:r>
              <w:rPr>
                <w:noProof/>
                <w:webHidden/>
              </w:rPr>
            </w:r>
            <w:r>
              <w:rPr>
                <w:noProof/>
                <w:webHidden/>
              </w:rPr>
              <w:fldChar w:fldCharType="separate"/>
            </w:r>
            <w:r>
              <w:rPr>
                <w:noProof/>
                <w:webHidden/>
              </w:rPr>
              <w:t>18</w:t>
            </w:r>
            <w:r>
              <w:rPr>
                <w:noProof/>
                <w:webHidden/>
              </w:rPr>
              <w:fldChar w:fldCharType="end"/>
            </w:r>
          </w:hyperlink>
        </w:p>
        <w:p w14:paraId="26C56771" w14:textId="5DA79287"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23" w:history="1">
            <w:r w:rsidRPr="00B81478">
              <w:rPr>
                <w:rStyle w:val="Hyperlink"/>
                <w:rFonts w:ascii="Times New Roman" w:hAnsi="Times New Roman" w:cs="Times New Roman"/>
                <w:noProof/>
              </w:rPr>
              <w:t>3.13 Institutional Strengthening Investment Plan</w:t>
            </w:r>
            <w:r>
              <w:rPr>
                <w:noProof/>
                <w:webHidden/>
              </w:rPr>
              <w:tab/>
            </w:r>
            <w:r>
              <w:rPr>
                <w:noProof/>
                <w:webHidden/>
              </w:rPr>
              <w:fldChar w:fldCharType="begin"/>
            </w:r>
            <w:r>
              <w:rPr>
                <w:noProof/>
                <w:webHidden/>
              </w:rPr>
              <w:instrText xml:space="preserve"> PAGEREF _Toc237596323 \h </w:instrText>
            </w:r>
            <w:r>
              <w:rPr>
                <w:noProof/>
                <w:webHidden/>
              </w:rPr>
            </w:r>
            <w:r>
              <w:rPr>
                <w:noProof/>
                <w:webHidden/>
              </w:rPr>
              <w:fldChar w:fldCharType="separate"/>
            </w:r>
            <w:r>
              <w:rPr>
                <w:noProof/>
                <w:webHidden/>
              </w:rPr>
              <w:t>19</w:t>
            </w:r>
            <w:r>
              <w:rPr>
                <w:noProof/>
                <w:webHidden/>
              </w:rPr>
              <w:fldChar w:fldCharType="end"/>
            </w:r>
          </w:hyperlink>
        </w:p>
        <w:p w14:paraId="7E1E11CB" w14:textId="10BC8548"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24" w:history="1">
            <w:r w:rsidRPr="00B81478">
              <w:rPr>
                <w:rStyle w:val="Hyperlink"/>
                <w:rFonts w:ascii="Times New Roman" w:hAnsi="Times New Roman" w:cs="Times New Roman"/>
                <w:noProof/>
              </w:rPr>
              <w:t>3.14 Workshops, Laboratories, Equipment and Civil Works</w:t>
            </w:r>
            <w:r>
              <w:rPr>
                <w:noProof/>
                <w:webHidden/>
              </w:rPr>
              <w:tab/>
            </w:r>
            <w:r>
              <w:rPr>
                <w:noProof/>
                <w:webHidden/>
              </w:rPr>
              <w:fldChar w:fldCharType="begin"/>
            </w:r>
            <w:r>
              <w:rPr>
                <w:noProof/>
                <w:webHidden/>
              </w:rPr>
              <w:instrText xml:space="preserve"> PAGEREF _Toc237596324 \h </w:instrText>
            </w:r>
            <w:r>
              <w:rPr>
                <w:noProof/>
                <w:webHidden/>
              </w:rPr>
            </w:r>
            <w:r>
              <w:rPr>
                <w:noProof/>
                <w:webHidden/>
              </w:rPr>
              <w:fldChar w:fldCharType="separate"/>
            </w:r>
            <w:r>
              <w:rPr>
                <w:noProof/>
                <w:webHidden/>
              </w:rPr>
              <w:t>20</w:t>
            </w:r>
            <w:r>
              <w:rPr>
                <w:noProof/>
                <w:webHidden/>
              </w:rPr>
              <w:fldChar w:fldCharType="end"/>
            </w:r>
          </w:hyperlink>
        </w:p>
        <w:p w14:paraId="629D9E57" w14:textId="7ABEED8D"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25" w:history="1">
            <w:r w:rsidRPr="00B81478">
              <w:rPr>
                <w:rStyle w:val="Hyperlink"/>
                <w:rFonts w:ascii="Times New Roman" w:hAnsi="Times New Roman" w:cs="Times New Roman"/>
                <w:noProof/>
              </w:rPr>
              <w:t>3.14.1 Civil Works and Construction Plan</w:t>
            </w:r>
            <w:r>
              <w:rPr>
                <w:noProof/>
                <w:webHidden/>
              </w:rPr>
              <w:tab/>
            </w:r>
            <w:r>
              <w:rPr>
                <w:noProof/>
                <w:webHidden/>
              </w:rPr>
              <w:fldChar w:fldCharType="begin"/>
            </w:r>
            <w:r>
              <w:rPr>
                <w:noProof/>
                <w:webHidden/>
              </w:rPr>
              <w:instrText xml:space="preserve"> PAGEREF _Toc237596325 \h </w:instrText>
            </w:r>
            <w:r>
              <w:rPr>
                <w:noProof/>
                <w:webHidden/>
              </w:rPr>
            </w:r>
            <w:r>
              <w:rPr>
                <w:noProof/>
                <w:webHidden/>
              </w:rPr>
              <w:fldChar w:fldCharType="separate"/>
            </w:r>
            <w:r>
              <w:rPr>
                <w:noProof/>
                <w:webHidden/>
              </w:rPr>
              <w:t>20</w:t>
            </w:r>
            <w:r>
              <w:rPr>
                <w:noProof/>
                <w:webHidden/>
              </w:rPr>
              <w:fldChar w:fldCharType="end"/>
            </w:r>
          </w:hyperlink>
        </w:p>
        <w:p w14:paraId="53D06AB6" w14:textId="2CF00467"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26" w:history="1">
            <w:r w:rsidRPr="00B81478">
              <w:rPr>
                <w:rStyle w:val="Hyperlink"/>
                <w:rFonts w:ascii="Times New Roman" w:hAnsi="Times New Roman" w:cs="Times New Roman"/>
                <w:noProof/>
              </w:rPr>
              <w:t>3.15 Host Institution and Government Support</w:t>
            </w:r>
            <w:r>
              <w:rPr>
                <w:noProof/>
                <w:webHidden/>
              </w:rPr>
              <w:tab/>
            </w:r>
            <w:r>
              <w:rPr>
                <w:noProof/>
                <w:webHidden/>
              </w:rPr>
              <w:fldChar w:fldCharType="begin"/>
            </w:r>
            <w:r>
              <w:rPr>
                <w:noProof/>
                <w:webHidden/>
              </w:rPr>
              <w:instrText xml:space="preserve"> PAGEREF _Toc237596326 \h </w:instrText>
            </w:r>
            <w:r>
              <w:rPr>
                <w:noProof/>
                <w:webHidden/>
              </w:rPr>
            </w:r>
            <w:r>
              <w:rPr>
                <w:noProof/>
                <w:webHidden/>
              </w:rPr>
              <w:fldChar w:fldCharType="separate"/>
            </w:r>
            <w:r>
              <w:rPr>
                <w:noProof/>
                <w:webHidden/>
              </w:rPr>
              <w:t>21</w:t>
            </w:r>
            <w:r>
              <w:rPr>
                <w:noProof/>
                <w:webHidden/>
              </w:rPr>
              <w:fldChar w:fldCharType="end"/>
            </w:r>
          </w:hyperlink>
        </w:p>
        <w:p w14:paraId="7D9AB2A9" w14:textId="1C361A33"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27" w:history="1">
            <w:r w:rsidRPr="00B81478">
              <w:rPr>
                <w:rStyle w:val="Hyperlink"/>
                <w:rFonts w:ascii="Times New Roman" w:hAnsi="Times New Roman" w:cs="Times New Roman"/>
                <w:noProof/>
              </w:rPr>
              <w:t>3.16 Financial Position and Sustainability</w:t>
            </w:r>
            <w:r>
              <w:rPr>
                <w:noProof/>
                <w:webHidden/>
              </w:rPr>
              <w:tab/>
            </w:r>
            <w:r>
              <w:rPr>
                <w:noProof/>
                <w:webHidden/>
              </w:rPr>
              <w:fldChar w:fldCharType="begin"/>
            </w:r>
            <w:r>
              <w:rPr>
                <w:noProof/>
                <w:webHidden/>
              </w:rPr>
              <w:instrText xml:space="preserve"> PAGEREF _Toc237596327 \h </w:instrText>
            </w:r>
            <w:r>
              <w:rPr>
                <w:noProof/>
                <w:webHidden/>
              </w:rPr>
            </w:r>
            <w:r>
              <w:rPr>
                <w:noProof/>
                <w:webHidden/>
              </w:rPr>
              <w:fldChar w:fldCharType="separate"/>
            </w:r>
            <w:r>
              <w:rPr>
                <w:noProof/>
                <w:webHidden/>
              </w:rPr>
              <w:t>21</w:t>
            </w:r>
            <w:r>
              <w:rPr>
                <w:noProof/>
                <w:webHidden/>
              </w:rPr>
              <w:fldChar w:fldCharType="end"/>
            </w:r>
          </w:hyperlink>
        </w:p>
        <w:p w14:paraId="32C508D6" w14:textId="736CC2B2"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28" w:history="1">
            <w:r w:rsidRPr="00B81478">
              <w:rPr>
                <w:rStyle w:val="Hyperlink"/>
                <w:rFonts w:ascii="Times New Roman" w:hAnsi="Times New Roman" w:cs="Times New Roman"/>
                <w:noProof/>
              </w:rPr>
              <w:t>3.16.1 RFTI Revenue and Sustainability Projection</w:t>
            </w:r>
            <w:r>
              <w:rPr>
                <w:noProof/>
                <w:webHidden/>
              </w:rPr>
              <w:tab/>
            </w:r>
            <w:r>
              <w:rPr>
                <w:noProof/>
                <w:webHidden/>
              </w:rPr>
              <w:fldChar w:fldCharType="begin"/>
            </w:r>
            <w:r>
              <w:rPr>
                <w:noProof/>
                <w:webHidden/>
              </w:rPr>
              <w:instrText xml:space="preserve"> PAGEREF _Toc237596328 \h </w:instrText>
            </w:r>
            <w:r>
              <w:rPr>
                <w:noProof/>
                <w:webHidden/>
              </w:rPr>
            </w:r>
            <w:r>
              <w:rPr>
                <w:noProof/>
                <w:webHidden/>
              </w:rPr>
              <w:fldChar w:fldCharType="separate"/>
            </w:r>
            <w:r>
              <w:rPr>
                <w:noProof/>
                <w:webHidden/>
              </w:rPr>
              <w:t>21</w:t>
            </w:r>
            <w:r>
              <w:rPr>
                <w:noProof/>
                <w:webHidden/>
              </w:rPr>
              <w:fldChar w:fldCharType="end"/>
            </w:r>
          </w:hyperlink>
        </w:p>
        <w:p w14:paraId="4BF0D4EE" w14:textId="06CEF830"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29" w:history="1">
            <w:r w:rsidRPr="00B81478">
              <w:rPr>
                <w:rStyle w:val="Hyperlink"/>
                <w:rFonts w:ascii="Times New Roman" w:hAnsi="Times New Roman" w:cs="Times New Roman"/>
                <w:noProof/>
              </w:rPr>
              <w:t>3.17 RFTI-Specific Risks and Mitigation</w:t>
            </w:r>
            <w:r>
              <w:rPr>
                <w:noProof/>
                <w:webHidden/>
              </w:rPr>
              <w:tab/>
            </w:r>
            <w:r>
              <w:rPr>
                <w:noProof/>
                <w:webHidden/>
              </w:rPr>
              <w:fldChar w:fldCharType="begin"/>
            </w:r>
            <w:r>
              <w:rPr>
                <w:noProof/>
                <w:webHidden/>
              </w:rPr>
              <w:instrText xml:space="preserve"> PAGEREF _Toc237596329 \h </w:instrText>
            </w:r>
            <w:r>
              <w:rPr>
                <w:noProof/>
                <w:webHidden/>
              </w:rPr>
            </w:r>
            <w:r>
              <w:rPr>
                <w:noProof/>
                <w:webHidden/>
              </w:rPr>
              <w:fldChar w:fldCharType="separate"/>
            </w:r>
            <w:r>
              <w:rPr>
                <w:noProof/>
                <w:webHidden/>
              </w:rPr>
              <w:t>22</w:t>
            </w:r>
            <w:r>
              <w:rPr>
                <w:noProof/>
                <w:webHidden/>
              </w:rPr>
              <w:fldChar w:fldCharType="end"/>
            </w:r>
          </w:hyperlink>
        </w:p>
        <w:p w14:paraId="71258A78" w14:textId="13B204FC"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30" w:history="1">
            <w:r w:rsidRPr="00B81478">
              <w:rPr>
                <w:rStyle w:val="Hyperlink"/>
                <w:rFonts w:ascii="Times New Roman" w:hAnsi="Times New Roman" w:cs="Times New Roman"/>
                <w:noProof/>
              </w:rPr>
              <w:t>3.18 Critical Readiness Gaps and First-Year Launch Plan</w:t>
            </w:r>
            <w:r>
              <w:rPr>
                <w:noProof/>
                <w:webHidden/>
              </w:rPr>
              <w:tab/>
            </w:r>
            <w:r>
              <w:rPr>
                <w:noProof/>
                <w:webHidden/>
              </w:rPr>
              <w:fldChar w:fldCharType="begin"/>
            </w:r>
            <w:r>
              <w:rPr>
                <w:noProof/>
                <w:webHidden/>
              </w:rPr>
              <w:instrText xml:space="preserve"> PAGEREF _Toc237596330 \h </w:instrText>
            </w:r>
            <w:r>
              <w:rPr>
                <w:noProof/>
                <w:webHidden/>
              </w:rPr>
            </w:r>
            <w:r>
              <w:rPr>
                <w:noProof/>
                <w:webHidden/>
              </w:rPr>
              <w:fldChar w:fldCharType="separate"/>
            </w:r>
            <w:r>
              <w:rPr>
                <w:noProof/>
                <w:webHidden/>
              </w:rPr>
              <w:t>22</w:t>
            </w:r>
            <w:r>
              <w:rPr>
                <w:noProof/>
                <w:webHidden/>
              </w:rPr>
              <w:fldChar w:fldCharType="end"/>
            </w:r>
          </w:hyperlink>
        </w:p>
        <w:p w14:paraId="483E1FE5" w14:textId="59617B60"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31" w:history="1">
            <w:r w:rsidRPr="00B81478">
              <w:rPr>
                <w:rStyle w:val="Hyperlink"/>
                <w:rFonts w:ascii="Times New Roman" w:hAnsi="Times New Roman" w:cs="Times New Roman"/>
                <w:noProof/>
              </w:rPr>
              <w:t>3.18.1 Launch Readiness Actions</w:t>
            </w:r>
            <w:r>
              <w:rPr>
                <w:noProof/>
                <w:webHidden/>
              </w:rPr>
              <w:tab/>
            </w:r>
            <w:r>
              <w:rPr>
                <w:noProof/>
                <w:webHidden/>
              </w:rPr>
              <w:fldChar w:fldCharType="begin"/>
            </w:r>
            <w:r>
              <w:rPr>
                <w:noProof/>
                <w:webHidden/>
              </w:rPr>
              <w:instrText xml:space="preserve"> PAGEREF _Toc237596331 \h </w:instrText>
            </w:r>
            <w:r>
              <w:rPr>
                <w:noProof/>
                <w:webHidden/>
              </w:rPr>
            </w:r>
            <w:r>
              <w:rPr>
                <w:noProof/>
                <w:webHidden/>
              </w:rPr>
              <w:fldChar w:fldCharType="separate"/>
            </w:r>
            <w:r>
              <w:rPr>
                <w:noProof/>
                <w:webHidden/>
              </w:rPr>
              <w:t>23</w:t>
            </w:r>
            <w:r>
              <w:rPr>
                <w:noProof/>
                <w:webHidden/>
              </w:rPr>
              <w:fldChar w:fldCharType="end"/>
            </w:r>
          </w:hyperlink>
        </w:p>
        <w:p w14:paraId="125A693D" w14:textId="6D9A8B9E"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32" w:history="1">
            <w:r w:rsidRPr="00B81478">
              <w:rPr>
                <w:rStyle w:val="Hyperlink"/>
                <w:rFonts w:ascii="Times New Roman" w:hAnsi="Times New Roman" w:cs="Times New Roman"/>
                <w:noProof/>
              </w:rPr>
              <w:t>3.19 IMPLEMENTATION PLAN OUTLINE (2027-2031)</w:t>
            </w:r>
            <w:r>
              <w:rPr>
                <w:noProof/>
                <w:webHidden/>
              </w:rPr>
              <w:tab/>
            </w:r>
            <w:r>
              <w:rPr>
                <w:noProof/>
                <w:webHidden/>
              </w:rPr>
              <w:fldChar w:fldCharType="begin"/>
            </w:r>
            <w:r>
              <w:rPr>
                <w:noProof/>
                <w:webHidden/>
              </w:rPr>
              <w:instrText xml:space="preserve"> PAGEREF _Toc237596332 \h </w:instrText>
            </w:r>
            <w:r>
              <w:rPr>
                <w:noProof/>
                <w:webHidden/>
              </w:rPr>
            </w:r>
            <w:r>
              <w:rPr>
                <w:noProof/>
                <w:webHidden/>
              </w:rPr>
              <w:fldChar w:fldCharType="separate"/>
            </w:r>
            <w:r>
              <w:rPr>
                <w:noProof/>
                <w:webHidden/>
              </w:rPr>
              <w:t>23</w:t>
            </w:r>
            <w:r>
              <w:rPr>
                <w:noProof/>
                <w:webHidden/>
              </w:rPr>
              <w:fldChar w:fldCharType="end"/>
            </w:r>
          </w:hyperlink>
        </w:p>
        <w:p w14:paraId="318402DB" w14:textId="4437CBD5"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33" w:history="1">
            <w:r w:rsidRPr="00B81478">
              <w:rPr>
                <w:rStyle w:val="Hyperlink"/>
                <w:rFonts w:ascii="Times New Roman" w:hAnsi="Times New Roman" w:cs="Times New Roman"/>
                <w:noProof/>
              </w:rPr>
              <w:t>3.20 Results Framework</w:t>
            </w:r>
            <w:r>
              <w:rPr>
                <w:noProof/>
                <w:webHidden/>
              </w:rPr>
              <w:tab/>
            </w:r>
            <w:r>
              <w:rPr>
                <w:noProof/>
                <w:webHidden/>
              </w:rPr>
              <w:fldChar w:fldCharType="begin"/>
            </w:r>
            <w:r>
              <w:rPr>
                <w:noProof/>
                <w:webHidden/>
              </w:rPr>
              <w:instrText xml:space="preserve"> PAGEREF _Toc237596333 \h </w:instrText>
            </w:r>
            <w:r>
              <w:rPr>
                <w:noProof/>
                <w:webHidden/>
              </w:rPr>
            </w:r>
            <w:r>
              <w:rPr>
                <w:noProof/>
                <w:webHidden/>
              </w:rPr>
              <w:fldChar w:fldCharType="separate"/>
            </w:r>
            <w:r>
              <w:rPr>
                <w:noProof/>
                <w:webHidden/>
              </w:rPr>
              <w:t>26</w:t>
            </w:r>
            <w:r>
              <w:rPr>
                <w:noProof/>
                <w:webHidden/>
              </w:rPr>
              <w:fldChar w:fldCharType="end"/>
            </w:r>
          </w:hyperlink>
        </w:p>
        <w:p w14:paraId="306E6027" w14:textId="57FEAA97"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34" w:history="1">
            <w:r w:rsidRPr="00B81478">
              <w:rPr>
                <w:rStyle w:val="Hyperlink"/>
                <w:rFonts w:ascii="Times New Roman" w:hAnsi="Times New Roman" w:cs="Times New Roman"/>
                <w:noProof/>
              </w:rPr>
              <w:t>3.21 First 18-Months Procurement Plan</w:t>
            </w:r>
            <w:r>
              <w:rPr>
                <w:noProof/>
                <w:webHidden/>
              </w:rPr>
              <w:tab/>
            </w:r>
            <w:r>
              <w:rPr>
                <w:noProof/>
                <w:webHidden/>
              </w:rPr>
              <w:fldChar w:fldCharType="begin"/>
            </w:r>
            <w:r>
              <w:rPr>
                <w:noProof/>
                <w:webHidden/>
              </w:rPr>
              <w:instrText xml:space="preserve"> PAGEREF _Toc237596334 \h </w:instrText>
            </w:r>
            <w:r>
              <w:rPr>
                <w:noProof/>
                <w:webHidden/>
              </w:rPr>
            </w:r>
            <w:r>
              <w:rPr>
                <w:noProof/>
                <w:webHidden/>
              </w:rPr>
              <w:fldChar w:fldCharType="separate"/>
            </w:r>
            <w:r>
              <w:rPr>
                <w:noProof/>
                <w:webHidden/>
              </w:rPr>
              <w:t>30</w:t>
            </w:r>
            <w:r>
              <w:rPr>
                <w:noProof/>
                <w:webHidden/>
              </w:rPr>
              <w:fldChar w:fldCharType="end"/>
            </w:r>
          </w:hyperlink>
        </w:p>
        <w:p w14:paraId="156B94C8" w14:textId="2AF2B1F8"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35" w:history="1">
            <w:r w:rsidRPr="00B81478">
              <w:rPr>
                <w:rStyle w:val="Hyperlink"/>
                <w:rFonts w:ascii="Times New Roman" w:hAnsi="Times New Roman" w:cs="Times New Roman"/>
                <w:noProof/>
              </w:rPr>
              <w:t>3.22 Detailed Budget and Financing Plan</w:t>
            </w:r>
            <w:r>
              <w:rPr>
                <w:noProof/>
                <w:webHidden/>
              </w:rPr>
              <w:tab/>
            </w:r>
            <w:r>
              <w:rPr>
                <w:noProof/>
                <w:webHidden/>
              </w:rPr>
              <w:fldChar w:fldCharType="begin"/>
            </w:r>
            <w:r>
              <w:rPr>
                <w:noProof/>
                <w:webHidden/>
              </w:rPr>
              <w:instrText xml:space="preserve"> PAGEREF _Toc237596335 \h </w:instrText>
            </w:r>
            <w:r>
              <w:rPr>
                <w:noProof/>
                <w:webHidden/>
              </w:rPr>
            </w:r>
            <w:r>
              <w:rPr>
                <w:noProof/>
                <w:webHidden/>
              </w:rPr>
              <w:fldChar w:fldCharType="separate"/>
            </w:r>
            <w:r>
              <w:rPr>
                <w:noProof/>
                <w:webHidden/>
              </w:rPr>
              <w:t>31</w:t>
            </w:r>
            <w:r>
              <w:rPr>
                <w:noProof/>
                <w:webHidden/>
              </w:rPr>
              <w:fldChar w:fldCharType="end"/>
            </w:r>
          </w:hyperlink>
        </w:p>
        <w:p w14:paraId="5B37839D" w14:textId="5927FF1D" w:rsidR="00514960" w:rsidRDefault="00514960">
          <w:pPr>
            <w:pStyle w:val="TOC3"/>
            <w:tabs>
              <w:tab w:val="right" w:leader="dot" w:pos="9856"/>
            </w:tabs>
            <w:rPr>
              <w:rFonts w:asciiTheme="minorHAnsi" w:hAnsiTheme="minorHAnsi"/>
              <w:noProof/>
              <w:kern w:val="2"/>
              <w:sz w:val="24"/>
              <w:szCs w:val="24"/>
              <w14:ligatures w14:val="standardContextual"/>
            </w:rPr>
          </w:pPr>
          <w:hyperlink w:anchor="_Toc237596336" w:history="1">
            <w:r w:rsidRPr="00B81478">
              <w:rPr>
                <w:rStyle w:val="Hyperlink"/>
                <w:rFonts w:ascii="Times New Roman" w:hAnsi="Times New Roman" w:cs="Times New Roman"/>
                <w:noProof/>
              </w:rPr>
              <w:t>3.22.1 Institutional Budget Summary</w:t>
            </w:r>
            <w:r>
              <w:rPr>
                <w:noProof/>
                <w:webHidden/>
              </w:rPr>
              <w:tab/>
            </w:r>
            <w:r>
              <w:rPr>
                <w:noProof/>
                <w:webHidden/>
              </w:rPr>
              <w:fldChar w:fldCharType="begin"/>
            </w:r>
            <w:r>
              <w:rPr>
                <w:noProof/>
                <w:webHidden/>
              </w:rPr>
              <w:instrText xml:space="preserve"> PAGEREF _Toc237596336 \h </w:instrText>
            </w:r>
            <w:r>
              <w:rPr>
                <w:noProof/>
                <w:webHidden/>
              </w:rPr>
            </w:r>
            <w:r>
              <w:rPr>
                <w:noProof/>
                <w:webHidden/>
              </w:rPr>
              <w:fldChar w:fldCharType="separate"/>
            </w:r>
            <w:r>
              <w:rPr>
                <w:noProof/>
                <w:webHidden/>
              </w:rPr>
              <w:t>32</w:t>
            </w:r>
            <w:r>
              <w:rPr>
                <w:noProof/>
                <w:webHidden/>
              </w:rPr>
              <w:fldChar w:fldCharType="end"/>
            </w:r>
          </w:hyperlink>
        </w:p>
        <w:p w14:paraId="7BC0F865" w14:textId="46B87250" w:rsidR="00514960" w:rsidRDefault="00514960">
          <w:pPr>
            <w:pStyle w:val="TOC1"/>
            <w:tabs>
              <w:tab w:val="right" w:leader="dot" w:pos="9856"/>
            </w:tabs>
            <w:rPr>
              <w:rFonts w:asciiTheme="minorHAnsi" w:hAnsiTheme="minorHAnsi"/>
              <w:noProof/>
              <w:kern w:val="2"/>
              <w:sz w:val="24"/>
              <w:szCs w:val="24"/>
              <w14:ligatures w14:val="standardContextual"/>
            </w:rPr>
          </w:pPr>
          <w:hyperlink w:anchor="_Toc237596337" w:history="1">
            <w:r w:rsidRPr="00B81478">
              <w:rPr>
                <w:rStyle w:val="Hyperlink"/>
                <w:rFonts w:ascii="Times New Roman" w:hAnsi="Times New Roman" w:cs="Times New Roman"/>
                <w:noProof/>
              </w:rPr>
              <w:t>PART V - ENDORSEMENT AND ANNEXES</w:t>
            </w:r>
            <w:r>
              <w:rPr>
                <w:noProof/>
                <w:webHidden/>
              </w:rPr>
              <w:tab/>
            </w:r>
            <w:r>
              <w:rPr>
                <w:noProof/>
                <w:webHidden/>
              </w:rPr>
              <w:fldChar w:fldCharType="begin"/>
            </w:r>
            <w:r>
              <w:rPr>
                <w:noProof/>
                <w:webHidden/>
              </w:rPr>
              <w:instrText xml:space="preserve"> PAGEREF _Toc237596337 \h </w:instrText>
            </w:r>
            <w:r>
              <w:rPr>
                <w:noProof/>
                <w:webHidden/>
              </w:rPr>
            </w:r>
            <w:r>
              <w:rPr>
                <w:noProof/>
                <w:webHidden/>
              </w:rPr>
              <w:fldChar w:fldCharType="separate"/>
            </w:r>
            <w:r>
              <w:rPr>
                <w:noProof/>
                <w:webHidden/>
              </w:rPr>
              <w:t>33</w:t>
            </w:r>
            <w:r>
              <w:rPr>
                <w:noProof/>
                <w:webHidden/>
              </w:rPr>
              <w:fldChar w:fldCharType="end"/>
            </w:r>
          </w:hyperlink>
        </w:p>
        <w:p w14:paraId="35063D24" w14:textId="65B51B6A"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38" w:history="1">
            <w:r w:rsidRPr="00B81478">
              <w:rPr>
                <w:rStyle w:val="Hyperlink"/>
                <w:rFonts w:ascii="Times New Roman" w:hAnsi="Times New Roman" w:cs="Times New Roman"/>
                <w:noProof/>
              </w:rPr>
              <w:t>4.1 Formal Endorsement and Declaration</w:t>
            </w:r>
            <w:r>
              <w:rPr>
                <w:noProof/>
                <w:webHidden/>
              </w:rPr>
              <w:tab/>
            </w:r>
            <w:r>
              <w:rPr>
                <w:noProof/>
                <w:webHidden/>
              </w:rPr>
              <w:fldChar w:fldCharType="begin"/>
            </w:r>
            <w:r>
              <w:rPr>
                <w:noProof/>
                <w:webHidden/>
              </w:rPr>
              <w:instrText xml:space="preserve"> PAGEREF _Toc237596338 \h </w:instrText>
            </w:r>
            <w:r>
              <w:rPr>
                <w:noProof/>
                <w:webHidden/>
              </w:rPr>
            </w:r>
            <w:r>
              <w:rPr>
                <w:noProof/>
                <w:webHidden/>
              </w:rPr>
              <w:fldChar w:fldCharType="separate"/>
            </w:r>
            <w:r>
              <w:rPr>
                <w:noProof/>
                <w:webHidden/>
              </w:rPr>
              <w:t>33</w:t>
            </w:r>
            <w:r>
              <w:rPr>
                <w:noProof/>
                <w:webHidden/>
              </w:rPr>
              <w:fldChar w:fldCharType="end"/>
            </w:r>
          </w:hyperlink>
        </w:p>
        <w:p w14:paraId="4B64710F" w14:textId="6EE6D7BE"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39" w:history="1">
            <w:r w:rsidRPr="00B81478">
              <w:rPr>
                <w:rStyle w:val="Hyperlink"/>
                <w:rFonts w:ascii="Times New Roman" w:hAnsi="Times New Roman" w:cs="Times New Roman"/>
                <w:noProof/>
              </w:rPr>
              <w:t>4.2 RESPONSE TO EOI EVALUATION</w:t>
            </w:r>
            <w:r>
              <w:rPr>
                <w:noProof/>
                <w:webHidden/>
              </w:rPr>
              <w:tab/>
            </w:r>
            <w:r>
              <w:rPr>
                <w:noProof/>
                <w:webHidden/>
              </w:rPr>
              <w:fldChar w:fldCharType="begin"/>
            </w:r>
            <w:r>
              <w:rPr>
                <w:noProof/>
                <w:webHidden/>
              </w:rPr>
              <w:instrText xml:space="preserve"> PAGEREF _Toc237596339 \h </w:instrText>
            </w:r>
            <w:r>
              <w:rPr>
                <w:noProof/>
                <w:webHidden/>
              </w:rPr>
            </w:r>
            <w:r>
              <w:rPr>
                <w:noProof/>
                <w:webHidden/>
              </w:rPr>
              <w:fldChar w:fldCharType="separate"/>
            </w:r>
            <w:r>
              <w:rPr>
                <w:noProof/>
                <w:webHidden/>
              </w:rPr>
              <w:t>33</w:t>
            </w:r>
            <w:r>
              <w:rPr>
                <w:noProof/>
                <w:webHidden/>
              </w:rPr>
              <w:fldChar w:fldCharType="end"/>
            </w:r>
          </w:hyperlink>
        </w:p>
        <w:p w14:paraId="67522443" w14:textId="06227458" w:rsidR="00514960" w:rsidRDefault="00514960">
          <w:pPr>
            <w:pStyle w:val="TOC2"/>
            <w:tabs>
              <w:tab w:val="right" w:leader="dot" w:pos="9856"/>
            </w:tabs>
            <w:rPr>
              <w:rFonts w:asciiTheme="minorHAnsi" w:hAnsiTheme="minorHAnsi"/>
              <w:noProof/>
              <w:kern w:val="2"/>
              <w:sz w:val="24"/>
              <w:szCs w:val="24"/>
              <w14:ligatures w14:val="standardContextual"/>
            </w:rPr>
          </w:pPr>
          <w:hyperlink w:anchor="_Toc237596340" w:history="1">
            <w:r w:rsidRPr="00B81478">
              <w:rPr>
                <w:rStyle w:val="Hyperlink"/>
                <w:rFonts w:ascii="Times New Roman" w:hAnsi="Times New Roman" w:cs="Times New Roman"/>
                <w:noProof/>
              </w:rPr>
              <w:t>Response to Stage 1 EoI Evaluation Feedback</w:t>
            </w:r>
            <w:r>
              <w:rPr>
                <w:noProof/>
                <w:webHidden/>
              </w:rPr>
              <w:tab/>
            </w:r>
            <w:r>
              <w:rPr>
                <w:noProof/>
                <w:webHidden/>
              </w:rPr>
              <w:fldChar w:fldCharType="begin"/>
            </w:r>
            <w:r>
              <w:rPr>
                <w:noProof/>
                <w:webHidden/>
              </w:rPr>
              <w:instrText xml:space="preserve"> PAGEREF _Toc237596340 \h </w:instrText>
            </w:r>
            <w:r>
              <w:rPr>
                <w:noProof/>
                <w:webHidden/>
              </w:rPr>
            </w:r>
            <w:r>
              <w:rPr>
                <w:noProof/>
                <w:webHidden/>
              </w:rPr>
              <w:fldChar w:fldCharType="separate"/>
            </w:r>
            <w:r>
              <w:rPr>
                <w:noProof/>
                <w:webHidden/>
              </w:rPr>
              <w:t>33</w:t>
            </w:r>
            <w:r>
              <w:rPr>
                <w:noProof/>
                <w:webHidden/>
              </w:rPr>
              <w:fldChar w:fldCharType="end"/>
            </w:r>
          </w:hyperlink>
        </w:p>
        <w:p w14:paraId="3D42752E" w14:textId="55461A0C" w:rsidR="009F625C" w:rsidRPr="000A2615" w:rsidRDefault="009F625C">
          <w:pPr>
            <w:rPr>
              <w:rFonts w:ascii="Times New Roman" w:hAnsi="Times New Roman" w:cs="Times New Roman"/>
              <w:sz w:val="22"/>
            </w:rPr>
          </w:pPr>
          <w:r w:rsidRPr="000A2615">
            <w:rPr>
              <w:rFonts w:ascii="Times New Roman" w:hAnsi="Times New Roman" w:cs="Times New Roman"/>
              <w:b/>
              <w:bCs/>
              <w:noProof/>
              <w:sz w:val="22"/>
            </w:rPr>
            <w:fldChar w:fldCharType="end"/>
          </w:r>
        </w:p>
      </w:sdtContent>
    </w:sdt>
    <w:p w14:paraId="270375D4" w14:textId="24AB0AD2" w:rsidR="00336039" w:rsidRPr="000A2615" w:rsidRDefault="00336039" w:rsidP="008E147A">
      <w:pPr>
        <w:pStyle w:val="ListNumber"/>
        <w:numPr>
          <w:ilvl w:val="0"/>
          <w:numId w:val="0"/>
        </w:numPr>
        <w:ind w:left="360" w:hanging="360"/>
        <w:rPr>
          <w:rFonts w:ascii="Times New Roman" w:hAnsi="Times New Roman" w:cs="Times New Roman"/>
          <w:sz w:val="22"/>
        </w:rPr>
      </w:pPr>
    </w:p>
    <w:tbl>
      <w:tblPr>
        <w:tblStyle w:val="TableGrid"/>
        <w:tblW w:w="9000" w:type="dxa"/>
        <w:jc w:val="center"/>
        <w:tblLook w:val="04A0" w:firstRow="1" w:lastRow="0" w:firstColumn="1" w:lastColumn="0" w:noHBand="0" w:noVBand="1"/>
      </w:tblPr>
      <w:tblGrid>
        <w:gridCol w:w="9000"/>
      </w:tblGrid>
      <w:tr w:rsidR="00336039" w:rsidRPr="000A2615" w14:paraId="64E7F461" w14:textId="77777777" w:rsidTr="006B2D6B">
        <w:trPr>
          <w:jc w:val="center"/>
        </w:trPr>
        <w:tc>
          <w:tcPr>
            <w:tcW w:w="9866" w:type="dxa"/>
            <w:tcMar>
              <w:top w:w="100" w:type="dxa"/>
              <w:left w:w="140" w:type="dxa"/>
              <w:bottom w:w="100" w:type="dxa"/>
              <w:right w:w="140" w:type="dxa"/>
            </w:tcMar>
          </w:tcPr>
          <w:p w14:paraId="4ACC1690"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How to use the form</w:t>
            </w:r>
          </w:p>
          <w:p w14:paraId="128A7645"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Replace all bracketed placeholders and response prompts. Add rows where needed. Do not delete prescribed tables or headings. Cross-reference annexes clearly and ensure all figures in the narrative, results framework, work plan, procurement plan and budget are internally consistent.</w:t>
            </w:r>
          </w:p>
        </w:tc>
      </w:tr>
    </w:tbl>
    <w:p w14:paraId="319719BC" w14:textId="77777777" w:rsidR="00336039" w:rsidRPr="000A2615" w:rsidRDefault="00336039">
      <w:pPr>
        <w:spacing w:after="0"/>
        <w:rPr>
          <w:rFonts w:ascii="Times New Roman" w:hAnsi="Times New Roman" w:cs="Times New Roman"/>
          <w:sz w:val="22"/>
        </w:rPr>
      </w:pPr>
    </w:p>
    <w:p w14:paraId="0CC31BBD"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br w:type="page"/>
      </w:r>
    </w:p>
    <w:p w14:paraId="340BDE5A" w14:textId="7D1FB8C6" w:rsidR="00336039" w:rsidRPr="000A2615" w:rsidRDefault="00497E92">
      <w:pPr>
        <w:pStyle w:val="Heading1"/>
        <w:rPr>
          <w:rFonts w:ascii="Times New Roman" w:hAnsi="Times New Roman" w:cs="Times New Roman"/>
          <w:color w:val="auto"/>
          <w:sz w:val="22"/>
          <w:szCs w:val="22"/>
        </w:rPr>
      </w:pPr>
      <w:bookmarkStart w:id="5" w:name="_Toc237596293"/>
      <w:r w:rsidRPr="000A2615">
        <w:rPr>
          <w:rFonts w:ascii="Times New Roman" w:hAnsi="Times New Roman" w:cs="Times New Roman"/>
          <w:color w:val="auto"/>
          <w:sz w:val="22"/>
          <w:szCs w:val="22"/>
        </w:rPr>
        <w:lastRenderedPageBreak/>
        <w:t>PART I - EXECUTIVE SUMMARY</w:t>
      </w:r>
      <w:bookmarkEnd w:id="5"/>
      <w:r w:rsidRPr="000A2615">
        <w:rPr>
          <w:rFonts w:ascii="Times New Roman" w:hAnsi="Times New Roman" w:cs="Times New Roman"/>
          <w:color w:val="auto"/>
          <w:sz w:val="22"/>
          <w:szCs w:val="22"/>
        </w:rPr>
        <w:t xml:space="preserve"> </w:t>
      </w:r>
    </w:p>
    <w:p w14:paraId="67771A50" w14:textId="30A1F25C" w:rsidR="00336039" w:rsidRPr="000A2615" w:rsidRDefault="00497E92">
      <w:pPr>
        <w:pStyle w:val="Heading2"/>
        <w:rPr>
          <w:rFonts w:ascii="Times New Roman" w:hAnsi="Times New Roman" w:cs="Times New Roman"/>
          <w:color w:val="auto"/>
          <w:sz w:val="22"/>
          <w:szCs w:val="22"/>
        </w:rPr>
      </w:pPr>
      <w:bookmarkStart w:id="6" w:name="_Toc237596294"/>
      <w:r w:rsidRPr="000A2615">
        <w:rPr>
          <w:rFonts w:ascii="Times New Roman" w:hAnsi="Times New Roman" w:cs="Times New Roman"/>
          <w:color w:val="auto"/>
          <w:sz w:val="22"/>
          <w:szCs w:val="22"/>
        </w:rPr>
        <w:t>1.</w:t>
      </w:r>
      <w:r w:rsidR="00154FAC" w:rsidRPr="000A2615">
        <w:rPr>
          <w:rFonts w:ascii="Times New Roman" w:hAnsi="Times New Roman" w:cs="Times New Roman"/>
          <w:color w:val="auto"/>
          <w:sz w:val="22"/>
          <w:szCs w:val="22"/>
        </w:rPr>
        <w:t>1</w:t>
      </w:r>
      <w:r w:rsidRPr="000A2615">
        <w:rPr>
          <w:rFonts w:ascii="Times New Roman" w:hAnsi="Times New Roman" w:cs="Times New Roman"/>
          <w:color w:val="auto"/>
          <w:sz w:val="22"/>
          <w:szCs w:val="22"/>
        </w:rPr>
        <w:t xml:space="preserve"> Executive Summary</w:t>
      </w:r>
      <w:bookmarkEnd w:id="6"/>
    </w:p>
    <w:p w14:paraId="5F396A9E" w14:textId="69EF767C" w:rsidR="00336039" w:rsidRPr="000A2615" w:rsidRDefault="001E3CA8">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Provide a self-contained summary of the full proposal. Explain the development and labor-market challenge identified in the selected sector and value chain, proposed five-year response, institutional strengths, expected results and jobs outcomes, regional value, financing requested, implementation readiness and sustainability.</w:t>
      </w:r>
    </w:p>
    <w:tbl>
      <w:tblPr>
        <w:tblStyle w:val="TableGrid"/>
        <w:tblW w:w="9000" w:type="dxa"/>
        <w:jc w:val="center"/>
        <w:tblLook w:val="04A0" w:firstRow="1" w:lastRow="0" w:firstColumn="1" w:lastColumn="0" w:noHBand="0" w:noVBand="1"/>
      </w:tblPr>
      <w:tblGrid>
        <w:gridCol w:w="9000"/>
      </w:tblGrid>
      <w:tr w:rsidR="00336039" w:rsidRPr="000A2615" w14:paraId="76EA8367" w14:textId="77777777">
        <w:trPr>
          <w:jc w:val="center"/>
        </w:trPr>
        <w:tc>
          <w:tcPr>
            <w:tcW w:w="9866" w:type="dxa"/>
            <w:shd w:val="clear" w:color="auto" w:fill="FAFAFA"/>
            <w:tcMar>
              <w:top w:w="110" w:type="dxa"/>
              <w:left w:w="120" w:type="dxa"/>
              <w:bottom w:w="110" w:type="dxa"/>
              <w:right w:w="120" w:type="dxa"/>
            </w:tcMar>
          </w:tcPr>
          <w:p w14:paraId="23C0780C" w14:textId="1A9436FE" w:rsidR="00336039" w:rsidRPr="000A2615" w:rsidRDefault="001B7350">
            <w:pPr>
              <w:rPr>
                <w:rFonts w:ascii="Times New Roman" w:hAnsi="Times New Roman" w:cs="Times New Roman"/>
                <w:sz w:val="22"/>
              </w:rPr>
            </w:pPr>
            <w:r w:rsidRPr="001B7350">
              <w:rPr>
                <w:rFonts w:ascii="Times New Roman" w:hAnsi="Times New Roman" w:cs="Times New Roman"/>
                <w:i/>
                <w:sz w:val="22"/>
              </w:rPr>
              <w:t>[Applicant response must not exceed 800 words]</w:t>
            </w:r>
          </w:p>
          <w:p w14:paraId="29CA1B5C" w14:textId="77777777" w:rsidR="00336039" w:rsidRPr="000A2615" w:rsidRDefault="00336039">
            <w:pPr>
              <w:rPr>
                <w:rFonts w:ascii="Times New Roman" w:hAnsi="Times New Roman" w:cs="Times New Roman"/>
                <w:sz w:val="22"/>
              </w:rPr>
            </w:pPr>
          </w:p>
          <w:p w14:paraId="49885856" w14:textId="77777777" w:rsidR="00336039" w:rsidRPr="000A2615" w:rsidRDefault="00336039">
            <w:pPr>
              <w:rPr>
                <w:rFonts w:ascii="Times New Roman" w:hAnsi="Times New Roman" w:cs="Times New Roman"/>
                <w:sz w:val="22"/>
              </w:rPr>
            </w:pPr>
          </w:p>
          <w:p w14:paraId="0EB1B2C3" w14:textId="77777777" w:rsidR="00336039" w:rsidRPr="000A2615" w:rsidRDefault="00336039">
            <w:pPr>
              <w:rPr>
                <w:rFonts w:ascii="Times New Roman" w:hAnsi="Times New Roman" w:cs="Times New Roman"/>
                <w:sz w:val="22"/>
              </w:rPr>
            </w:pPr>
          </w:p>
          <w:p w14:paraId="52239C4F" w14:textId="77777777" w:rsidR="00336039" w:rsidRPr="000A2615" w:rsidRDefault="00336039">
            <w:pPr>
              <w:rPr>
                <w:rFonts w:ascii="Times New Roman" w:hAnsi="Times New Roman" w:cs="Times New Roman"/>
                <w:sz w:val="22"/>
              </w:rPr>
            </w:pPr>
          </w:p>
          <w:p w14:paraId="3B3068C1" w14:textId="77777777" w:rsidR="00336039" w:rsidRPr="000A2615" w:rsidRDefault="00336039">
            <w:pPr>
              <w:rPr>
                <w:rFonts w:ascii="Times New Roman" w:hAnsi="Times New Roman" w:cs="Times New Roman"/>
                <w:sz w:val="22"/>
              </w:rPr>
            </w:pPr>
          </w:p>
          <w:p w14:paraId="4B2F76B9" w14:textId="77777777" w:rsidR="00336039" w:rsidRPr="000A2615" w:rsidRDefault="00336039">
            <w:pPr>
              <w:rPr>
                <w:rFonts w:ascii="Times New Roman" w:hAnsi="Times New Roman" w:cs="Times New Roman"/>
                <w:sz w:val="22"/>
              </w:rPr>
            </w:pPr>
          </w:p>
        </w:tc>
      </w:tr>
    </w:tbl>
    <w:p w14:paraId="1DBFEB59" w14:textId="77777777" w:rsidR="00336039" w:rsidRPr="000A2615" w:rsidRDefault="00336039">
      <w:pPr>
        <w:spacing w:after="0"/>
        <w:rPr>
          <w:rFonts w:ascii="Times New Roman" w:hAnsi="Times New Roman" w:cs="Times New Roman"/>
          <w:sz w:val="22"/>
        </w:rPr>
      </w:pPr>
    </w:p>
    <w:p w14:paraId="66B48295"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br w:type="page"/>
      </w:r>
    </w:p>
    <w:p w14:paraId="36027262" w14:textId="77777777" w:rsidR="00336039" w:rsidRPr="000A2615" w:rsidRDefault="00497E92">
      <w:pPr>
        <w:pStyle w:val="Heading1"/>
        <w:rPr>
          <w:rFonts w:ascii="Times New Roman" w:hAnsi="Times New Roman" w:cs="Times New Roman"/>
          <w:color w:val="auto"/>
          <w:sz w:val="22"/>
          <w:szCs w:val="22"/>
        </w:rPr>
      </w:pPr>
      <w:bookmarkStart w:id="7" w:name="_Toc237596295"/>
      <w:r w:rsidRPr="000A2615">
        <w:rPr>
          <w:rFonts w:ascii="Times New Roman" w:hAnsi="Times New Roman" w:cs="Times New Roman"/>
          <w:color w:val="auto"/>
          <w:sz w:val="22"/>
          <w:szCs w:val="22"/>
        </w:rPr>
        <w:lastRenderedPageBreak/>
        <w:t>PART II - SECTOR, VALUE CHAIN AND STRATEGIC FRAMEWORK</w:t>
      </w:r>
      <w:bookmarkEnd w:id="7"/>
    </w:p>
    <w:tbl>
      <w:tblPr>
        <w:tblStyle w:val="TableGrid"/>
        <w:tblW w:w="9000" w:type="dxa"/>
        <w:jc w:val="center"/>
        <w:tblLook w:val="04A0" w:firstRow="1" w:lastRow="0" w:firstColumn="1" w:lastColumn="0" w:noHBand="0" w:noVBand="1"/>
      </w:tblPr>
      <w:tblGrid>
        <w:gridCol w:w="9000"/>
      </w:tblGrid>
      <w:tr w:rsidR="00336039" w:rsidRPr="000A2615" w14:paraId="614A8FA0" w14:textId="77777777" w:rsidTr="006B2D6B">
        <w:trPr>
          <w:jc w:val="center"/>
        </w:trPr>
        <w:tc>
          <w:tcPr>
            <w:tcW w:w="9866" w:type="dxa"/>
            <w:tcMar>
              <w:top w:w="100" w:type="dxa"/>
              <w:left w:w="140" w:type="dxa"/>
              <w:bottom w:w="100" w:type="dxa"/>
              <w:right w:w="140" w:type="dxa"/>
            </w:tcMar>
          </w:tcPr>
          <w:p w14:paraId="16EAF4CB"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Purpose of this Part</w:t>
            </w:r>
          </w:p>
          <w:p w14:paraId="4EBDC565"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Establish the demand-side and policy foundation for the standalone RFTI.</w:t>
            </w:r>
          </w:p>
        </w:tc>
      </w:tr>
    </w:tbl>
    <w:p w14:paraId="0474E876" w14:textId="77777777" w:rsidR="00336039" w:rsidRPr="000A2615" w:rsidRDefault="00336039">
      <w:pPr>
        <w:spacing w:after="0"/>
        <w:rPr>
          <w:rFonts w:ascii="Times New Roman" w:hAnsi="Times New Roman" w:cs="Times New Roman"/>
          <w:sz w:val="22"/>
        </w:rPr>
      </w:pPr>
    </w:p>
    <w:p w14:paraId="1406A999" w14:textId="7BD77C2F" w:rsidR="00336039" w:rsidRPr="000A2615" w:rsidRDefault="00497E92">
      <w:pPr>
        <w:pStyle w:val="Heading2"/>
        <w:rPr>
          <w:rFonts w:ascii="Times New Roman" w:hAnsi="Times New Roman" w:cs="Times New Roman"/>
          <w:color w:val="auto"/>
          <w:sz w:val="22"/>
          <w:szCs w:val="22"/>
        </w:rPr>
      </w:pPr>
      <w:bookmarkStart w:id="8" w:name="_Toc237596296"/>
      <w:r w:rsidRPr="000A2615">
        <w:rPr>
          <w:rFonts w:ascii="Times New Roman" w:hAnsi="Times New Roman" w:cs="Times New Roman"/>
          <w:color w:val="auto"/>
          <w:sz w:val="22"/>
          <w:szCs w:val="22"/>
        </w:rPr>
        <w:t>2.1 Priority Sector</w:t>
      </w:r>
      <w:r w:rsidR="00506AE0" w:rsidRPr="000A2615">
        <w:rPr>
          <w:rFonts w:ascii="Times New Roman" w:hAnsi="Times New Roman" w:cs="Times New Roman"/>
          <w:color w:val="auto"/>
          <w:sz w:val="22"/>
          <w:szCs w:val="22"/>
        </w:rPr>
        <w:t xml:space="preserve"> and </w:t>
      </w:r>
      <w:r w:rsidRPr="000A2615">
        <w:rPr>
          <w:rFonts w:ascii="Times New Roman" w:hAnsi="Times New Roman" w:cs="Times New Roman"/>
          <w:color w:val="auto"/>
          <w:sz w:val="22"/>
          <w:szCs w:val="22"/>
        </w:rPr>
        <w:t>Value Chain</w:t>
      </w:r>
      <w:bookmarkEnd w:id="8"/>
    </w:p>
    <w:p w14:paraId="5EA504EF" w14:textId="77777777"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Define the priority sector, relevant value-chain segments and selected Solution Platform(s). Explain the boundaries of the proposal and why these areas offer the strongest route to skills development, productivity, innovation and job creation.</w:t>
      </w:r>
    </w:p>
    <w:tbl>
      <w:tblPr>
        <w:tblStyle w:val="TableGrid"/>
        <w:tblW w:w="9000" w:type="dxa"/>
        <w:jc w:val="center"/>
        <w:tblLook w:val="04A0" w:firstRow="1" w:lastRow="0" w:firstColumn="1" w:lastColumn="0" w:noHBand="0" w:noVBand="1"/>
      </w:tblPr>
      <w:tblGrid>
        <w:gridCol w:w="9000"/>
      </w:tblGrid>
      <w:tr w:rsidR="00336039" w:rsidRPr="000A2615" w14:paraId="38567D14" w14:textId="77777777">
        <w:trPr>
          <w:jc w:val="center"/>
        </w:trPr>
        <w:tc>
          <w:tcPr>
            <w:tcW w:w="9866" w:type="dxa"/>
            <w:shd w:val="clear" w:color="auto" w:fill="FAFAFA"/>
            <w:tcMar>
              <w:top w:w="110" w:type="dxa"/>
              <w:left w:w="120" w:type="dxa"/>
              <w:bottom w:w="110" w:type="dxa"/>
              <w:right w:w="120" w:type="dxa"/>
            </w:tcMar>
          </w:tcPr>
          <w:p w14:paraId="54F02D4A" w14:textId="387A1514" w:rsidR="00336039" w:rsidRPr="000A2615" w:rsidRDefault="00B3363D">
            <w:pPr>
              <w:rPr>
                <w:rFonts w:ascii="Times New Roman" w:hAnsi="Times New Roman" w:cs="Times New Roman"/>
                <w:sz w:val="22"/>
              </w:rPr>
            </w:pPr>
            <w:r w:rsidRPr="00B3363D">
              <w:rPr>
                <w:rFonts w:ascii="Times New Roman" w:hAnsi="Times New Roman" w:cs="Times New Roman"/>
                <w:i/>
                <w:sz w:val="22"/>
              </w:rPr>
              <w:t>[Applicant response must not exceed 600 words]</w:t>
            </w:r>
          </w:p>
          <w:p w14:paraId="1D065F01" w14:textId="77777777" w:rsidR="00336039" w:rsidRPr="000A2615" w:rsidRDefault="00336039">
            <w:pPr>
              <w:rPr>
                <w:rFonts w:ascii="Times New Roman" w:hAnsi="Times New Roman" w:cs="Times New Roman"/>
                <w:sz w:val="22"/>
              </w:rPr>
            </w:pPr>
          </w:p>
          <w:p w14:paraId="18776B27" w14:textId="77777777" w:rsidR="00336039" w:rsidRPr="000A2615" w:rsidRDefault="00336039">
            <w:pPr>
              <w:rPr>
                <w:rFonts w:ascii="Times New Roman" w:hAnsi="Times New Roman" w:cs="Times New Roman"/>
                <w:sz w:val="22"/>
              </w:rPr>
            </w:pPr>
          </w:p>
        </w:tc>
      </w:tr>
    </w:tbl>
    <w:p w14:paraId="69092DCC" w14:textId="77777777" w:rsidR="00336039" w:rsidRPr="000A2615" w:rsidRDefault="00336039">
      <w:pPr>
        <w:spacing w:after="0"/>
        <w:rPr>
          <w:rFonts w:ascii="Times New Roman" w:hAnsi="Times New Roman" w:cs="Times New Roman"/>
          <w:sz w:val="22"/>
        </w:rPr>
      </w:pPr>
    </w:p>
    <w:p w14:paraId="202EDA88" w14:textId="77777777" w:rsidR="00336039" w:rsidRPr="000A2615" w:rsidRDefault="00497E92">
      <w:pPr>
        <w:pStyle w:val="Heading2"/>
        <w:rPr>
          <w:rFonts w:ascii="Times New Roman" w:hAnsi="Times New Roman" w:cs="Times New Roman"/>
          <w:color w:val="auto"/>
          <w:sz w:val="22"/>
          <w:szCs w:val="22"/>
        </w:rPr>
      </w:pPr>
      <w:bookmarkStart w:id="9" w:name="_Toc237596297"/>
      <w:r w:rsidRPr="000A2615">
        <w:rPr>
          <w:rFonts w:ascii="Times New Roman" w:hAnsi="Times New Roman" w:cs="Times New Roman"/>
          <w:color w:val="auto"/>
          <w:sz w:val="22"/>
          <w:szCs w:val="22"/>
        </w:rPr>
        <w:t>2.2 Development Challenge and Demand-Side Evidence</w:t>
      </w:r>
      <w:bookmarkEnd w:id="9"/>
    </w:p>
    <w:p w14:paraId="40824AB4" w14:textId="0D775791"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Present a rigorous diagnosis of the binding skills, technology, research, productivity and workforce constraints. Use labor-market information, employer evidence, sector studies and Sector Engagement Panel findings. Distinguish symptoms from underlying causes and quantify the scale of the gap where possible.</w:t>
      </w:r>
      <w:r w:rsidR="003019F4" w:rsidRPr="000A2615">
        <w:rPr>
          <w:rFonts w:ascii="Times New Roman" w:hAnsi="Times New Roman" w:cs="Times New Roman"/>
          <w:color w:val="auto"/>
          <w:sz w:val="22"/>
        </w:rPr>
        <w:t xml:space="preserve"> The available data may be dated, unpublished or anecdotal (ie. Based on employer perpectives).</w:t>
      </w:r>
    </w:p>
    <w:tbl>
      <w:tblPr>
        <w:tblStyle w:val="TableGrid"/>
        <w:tblW w:w="9000" w:type="dxa"/>
        <w:jc w:val="center"/>
        <w:tblLook w:val="04A0" w:firstRow="1" w:lastRow="0" w:firstColumn="1" w:lastColumn="0" w:noHBand="0" w:noVBand="1"/>
      </w:tblPr>
      <w:tblGrid>
        <w:gridCol w:w="9000"/>
      </w:tblGrid>
      <w:tr w:rsidR="00336039" w:rsidRPr="000A2615" w14:paraId="72EB7F39" w14:textId="77777777">
        <w:trPr>
          <w:jc w:val="center"/>
        </w:trPr>
        <w:tc>
          <w:tcPr>
            <w:tcW w:w="9866" w:type="dxa"/>
            <w:shd w:val="clear" w:color="auto" w:fill="FAFAFA"/>
            <w:tcMar>
              <w:top w:w="110" w:type="dxa"/>
              <w:left w:w="120" w:type="dxa"/>
              <w:bottom w:w="110" w:type="dxa"/>
              <w:right w:w="120" w:type="dxa"/>
            </w:tcMar>
          </w:tcPr>
          <w:p w14:paraId="6F1826BE" w14:textId="4917E2AB" w:rsidR="00336039" w:rsidRPr="000A2615" w:rsidRDefault="00B3363D">
            <w:pPr>
              <w:rPr>
                <w:rFonts w:ascii="Times New Roman" w:hAnsi="Times New Roman" w:cs="Times New Roman"/>
                <w:sz w:val="22"/>
              </w:rPr>
            </w:pPr>
            <w:r w:rsidRPr="00B3363D">
              <w:rPr>
                <w:rFonts w:ascii="Times New Roman" w:hAnsi="Times New Roman" w:cs="Times New Roman"/>
                <w:i/>
                <w:sz w:val="22"/>
              </w:rPr>
              <w:t>[Applicant response must not exceed 800 words]</w:t>
            </w:r>
          </w:p>
          <w:p w14:paraId="0C93285C" w14:textId="77777777" w:rsidR="00336039" w:rsidRPr="000A2615" w:rsidRDefault="00336039">
            <w:pPr>
              <w:rPr>
                <w:rFonts w:ascii="Times New Roman" w:hAnsi="Times New Roman" w:cs="Times New Roman"/>
                <w:sz w:val="22"/>
              </w:rPr>
            </w:pPr>
          </w:p>
          <w:p w14:paraId="0480031A" w14:textId="77777777" w:rsidR="00336039" w:rsidRPr="000A2615" w:rsidRDefault="00336039">
            <w:pPr>
              <w:rPr>
                <w:rFonts w:ascii="Times New Roman" w:hAnsi="Times New Roman" w:cs="Times New Roman"/>
                <w:sz w:val="22"/>
              </w:rPr>
            </w:pPr>
          </w:p>
          <w:p w14:paraId="3E03C055" w14:textId="77777777" w:rsidR="00336039" w:rsidRPr="000A2615" w:rsidRDefault="00336039">
            <w:pPr>
              <w:rPr>
                <w:rFonts w:ascii="Times New Roman" w:hAnsi="Times New Roman" w:cs="Times New Roman"/>
                <w:sz w:val="22"/>
              </w:rPr>
            </w:pPr>
          </w:p>
          <w:p w14:paraId="30F64616" w14:textId="77777777" w:rsidR="00336039" w:rsidRPr="000A2615" w:rsidRDefault="00336039">
            <w:pPr>
              <w:rPr>
                <w:rFonts w:ascii="Times New Roman" w:hAnsi="Times New Roman" w:cs="Times New Roman"/>
                <w:sz w:val="22"/>
              </w:rPr>
            </w:pPr>
          </w:p>
        </w:tc>
      </w:tr>
    </w:tbl>
    <w:p w14:paraId="4F7CA79D" w14:textId="77777777" w:rsidR="00336039" w:rsidRPr="000A2615" w:rsidRDefault="00336039">
      <w:pPr>
        <w:spacing w:after="0"/>
        <w:rPr>
          <w:rFonts w:ascii="Times New Roman" w:hAnsi="Times New Roman" w:cs="Times New Roman"/>
          <w:sz w:val="22"/>
        </w:rPr>
      </w:pPr>
    </w:p>
    <w:p w14:paraId="7C372040" w14:textId="7E31A217" w:rsidR="00336039" w:rsidRPr="000A2615" w:rsidRDefault="00A3129D">
      <w:pPr>
        <w:pStyle w:val="Heading3"/>
        <w:rPr>
          <w:rFonts w:ascii="Times New Roman" w:hAnsi="Times New Roman" w:cs="Times New Roman"/>
          <w:color w:val="auto"/>
          <w:sz w:val="22"/>
        </w:rPr>
      </w:pPr>
      <w:bookmarkStart w:id="10" w:name="_Toc237596298"/>
      <w:r w:rsidRPr="000A2615">
        <w:rPr>
          <w:rFonts w:ascii="Times New Roman" w:hAnsi="Times New Roman" w:cs="Times New Roman"/>
          <w:color w:val="auto"/>
          <w:sz w:val="22"/>
        </w:rPr>
        <w:t xml:space="preserve">2.2.1 </w:t>
      </w:r>
      <w:r w:rsidR="00497E92" w:rsidRPr="000A2615">
        <w:rPr>
          <w:rFonts w:ascii="Times New Roman" w:hAnsi="Times New Roman" w:cs="Times New Roman"/>
          <w:color w:val="auto"/>
          <w:sz w:val="22"/>
        </w:rPr>
        <w:t>Demand Evidence Summary</w:t>
      </w:r>
      <w:bookmarkEnd w:id="10"/>
    </w:p>
    <w:tbl>
      <w:tblPr>
        <w:tblStyle w:val="TableGrid"/>
        <w:tblW w:w="9000" w:type="dxa"/>
        <w:jc w:val="center"/>
        <w:tblLook w:val="04A0" w:firstRow="1" w:lastRow="0" w:firstColumn="1" w:lastColumn="0" w:noHBand="0" w:noVBand="1"/>
      </w:tblPr>
      <w:tblGrid>
        <w:gridCol w:w="2018"/>
        <w:gridCol w:w="2443"/>
        <w:gridCol w:w="2739"/>
        <w:gridCol w:w="1800"/>
      </w:tblGrid>
      <w:tr w:rsidR="00336039" w:rsidRPr="000A2615" w14:paraId="2E8A2A57" w14:textId="77777777" w:rsidTr="006B2D6B">
        <w:trPr>
          <w:tblHeader/>
          <w:jc w:val="center"/>
        </w:trPr>
        <w:tc>
          <w:tcPr>
            <w:tcW w:w="2018" w:type="dxa"/>
            <w:tcMar>
              <w:top w:w="70" w:type="dxa"/>
              <w:left w:w="70" w:type="dxa"/>
              <w:bottom w:w="70" w:type="dxa"/>
              <w:right w:w="70" w:type="dxa"/>
            </w:tcMar>
          </w:tcPr>
          <w:p w14:paraId="69DD3EDE"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Evidence source / year</w:t>
            </w:r>
          </w:p>
        </w:tc>
        <w:tc>
          <w:tcPr>
            <w:tcW w:w="2443" w:type="dxa"/>
            <w:tcMar>
              <w:top w:w="70" w:type="dxa"/>
              <w:left w:w="70" w:type="dxa"/>
              <w:bottom w:w="70" w:type="dxa"/>
              <w:right w:w="70" w:type="dxa"/>
            </w:tcMar>
          </w:tcPr>
          <w:p w14:paraId="67C1C228"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Key finding</w:t>
            </w:r>
          </w:p>
        </w:tc>
        <w:tc>
          <w:tcPr>
            <w:tcW w:w="2739" w:type="dxa"/>
            <w:tcMar>
              <w:top w:w="70" w:type="dxa"/>
              <w:left w:w="70" w:type="dxa"/>
              <w:bottom w:w="70" w:type="dxa"/>
              <w:right w:w="70" w:type="dxa"/>
            </w:tcMar>
          </w:tcPr>
          <w:p w14:paraId="0F426DDF"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Implication for program design</w:t>
            </w:r>
          </w:p>
        </w:tc>
        <w:tc>
          <w:tcPr>
            <w:tcW w:w="1800" w:type="dxa"/>
            <w:tcMar>
              <w:top w:w="70" w:type="dxa"/>
              <w:left w:w="70" w:type="dxa"/>
              <w:bottom w:w="70" w:type="dxa"/>
              <w:right w:w="70" w:type="dxa"/>
            </w:tcMar>
          </w:tcPr>
          <w:p w14:paraId="027DC8BA"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Limitation / additional evidence needed</w:t>
            </w:r>
          </w:p>
        </w:tc>
      </w:tr>
      <w:tr w:rsidR="00336039" w:rsidRPr="000A2615" w14:paraId="0849553B" w14:textId="77777777" w:rsidTr="00D754C8">
        <w:trPr>
          <w:cantSplit/>
          <w:jc w:val="center"/>
        </w:trPr>
        <w:tc>
          <w:tcPr>
            <w:tcW w:w="2018" w:type="dxa"/>
            <w:tcMar>
              <w:top w:w="70" w:type="dxa"/>
              <w:left w:w="70" w:type="dxa"/>
              <w:bottom w:w="70" w:type="dxa"/>
              <w:right w:w="70" w:type="dxa"/>
            </w:tcMar>
          </w:tcPr>
          <w:p w14:paraId="058709E1" w14:textId="73E46B31" w:rsidR="00336039" w:rsidRPr="000A2615" w:rsidRDefault="00336039">
            <w:pPr>
              <w:pStyle w:val="ResponsePlaceholder"/>
              <w:rPr>
                <w:rFonts w:ascii="Times New Roman" w:hAnsi="Times New Roman" w:cs="Times New Roman"/>
                <w:color w:val="auto"/>
                <w:sz w:val="22"/>
              </w:rPr>
            </w:pPr>
          </w:p>
        </w:tc>
        <w:tc>
          <w:tcPr>
            <w:tcW w:w="2443" w:type="dxa"/>
            <w:tcMar>
              <w:top w:w="70" w:type="dxa"/>
              <w:left w:w="70" w:type="dxa"/>
              <w:bottom w:w="70" w:type="dxa"/>
              <w:right w:w="70" w:type="dxa"/>
            </w:tcMar>
          </w:tcPr>
          <w:p w14:paraId="28929EAF" w14:textId="231B25D6" w:rsidR="00336039" w:rsidRPr="000A2615" w:rsidRDefault="00336039">
            <w:pPr>
              <w:pStyle w:val="ResponsePlaceholder"/>
              <w:rPr>
                <w:rFonts w:ascii="Times New Roman" w:hAnsi="Times New Roman" w:cs="Times New Roman"/>
                <w:color w:val="auto"/>
                <w:sz w:val="22"/>
              </w:rPr>
            </w:pPr>
          </w:p>
        </w:tc>
        <w:tc>
          <w:tcPr>
            <w:tcW w:w="2739" w:type="dxa"/>
            <w:tcMar>
              <w:top w:w="70" w:type="dxa"/>
              <w:left w:w="70" w:type="dxa"/>
              <w:bottom w:w="70" w:type="dxa"/>
              <w:right w:w="70" w:type="dxa"/>
            </w:tcMar>
          </w:tcPr>
          <w:p w14:paraId="1BDE5DEB" w14:textId="5FDEC470" w:rsidR="00336039" w:rsidRPr="000A2615" w:rsidRDefault="00336039">
            <w:pPr>
              <w:pStyle w:val="ResponsePlaceholder"/>
              <w:rPr>
                <w:rFonts w:ascii="Times New Roman" w:hAnsi="Times New Roman" w:cs="Times New Roman"/>
                <w:color w:val="auto"/>
                <w:sz w:val="22"/>
              </w:rPr>
            </w:pPr>
          </w:p>
        </w:tc>
        <w:tc>
          <w:tcPr>
            <w:tcW w:w="1800" w:type="dxa"/>
            <w:tcMar>
              <w:top w:w="70" w:type="dxa"/>
              <w:left w:w="70" w:type="dxa"/>
              <w:bottom w:w="70" w:type="dxa"/>
              <w:right w:w="70" w:type="dxa"/>
            </w:tcMar>
          </w:tcPr>
          <w:p w14:paraId="3CC5B8A5" w14:textId="316662FE" w:rsidR="00336039" w:rsidRPr="000A2615" w:rsidRDefault="00336039">
            <w:pPr>
              <w:pStyle w:val="ResponsePlaceholder"/>
              <w:rPr>
                <w:rFonts w:ascii="Times New Roman" w:hAnsi="Times New Roman" w:cs="Times New Roman"/>
                <w:color w:val="auto"/>
                <w:sz w:val="22"/>
              </w:rPr>
            </w:pPr>
          </w:p>
        </w:tc>
      </w:tr>
      <w:tr w:rsidR="00336039" w:rsidRPr="000A2615" w14:paraId="6056D97D" w14:textId="77777777" w:rsidTr="00D754C8">
        <w:trPr>
          <w:cantSplit/>
          <w:jc w:val="center"/>
        </w:trPr>
        <w:tc>
          <w:tcPr>
            <w:tcW w:w="2018" w:type="dxa"/>
            <w:tcMar>
              <w:top w:w="70" w:type="dxa"/>
              <w:left w:w="70" w:type="dxa"/>
              <w:bottom w:w="70" w:type="dxa"/>
              <w:right w:w="70" w:type="dxa"/>
            </w:tcMar>
          </w:tcPr>
          <w:p w14:paraId="00577042" w14:textId="01562D23" w:rsidR="00336039" w:rsidRPr="000A2615" w:rsidRDefault="00336039">
            <w:pPr>
              <w:pStyle w:val="ResponsePlaceholder"/>
              <w:rPr>
                <w:rFonts w:ascii="Times New Roman" w:hAnsi="Times New Roman" w:cs="Times New Roman"/>
                <w:color w:val="auto"/>
                <w:sz w:val="22"/>
              </w:rPr>
            </w:pPr>
          </w:p>
        </w:tc>
        <w:tc>
          <w:tcPr>
            <w:tcW w:w="2443" w:type="dxa"/>
            <w:tcMar>
              <w:top w:w="70" w:type="dxa"/>
              <w:left w:w="70" w:type="dxa"/>
              <w:bottom w:w="70" w:type="dxa"/>
              <w:right w:w="70" w:type="dxa"/>
            </w:tcMar>
          </w:tcPr>
          <w:p w14:paraId="357A53D1" w14:textId="7F85B32C" w:rsidR="00336039" w:rsidRPr="000A2615" w:rsidRDefault="00336039">
            <w:pPr>
              <w:pStyle w:val="ResponsePlaceholder"/>
              <w:rPr>
                <w:rFonts w:ascii="Times New Roman" w:hAnsi="Times New Roman" w:cs="Times New Roman"/>
                <w:color w:val="auto"/>
                <w:sz w:val="22"/>
              </w:rPr>
            </w:pPr>
          </w:p>
        </w:tc>
        <w:tc>
          <w:tcPr>
            <w:tcW w:w="2739" w:type="dxa"/>
            <w:tcMar>
              <w:top w:w="70" w:type="dxa"/>
              <w:left w:w="70" w:type="dxa"/>
              <w:bottom w:w="70" w:type="dxa"/>
              <w:right w:w="70" w:type="dxa"/>
            </w:tcMar>
          </w:tcPr>
          <w:p w14:paraId="30EE497A" w14:textId="2BBA3A79" w:rsidR="00336039" w:rsidRPr="000A2615" w:rsidRDefault="00336039">
            <w:pPr>
              <w:pStyle w:val="ResponsePlaceholder"/>
              <w:rPr>
                <w:rFonts w:ascii="Times New Roman" w:hAnsi="Times New Roman" w:cs="Times New Roman"/>
                <w:color w:val="auto"/>
                <w:sz w:val="22"/>
              </w:rPr>
            </w:pPr>
          </w:p>
        </w:tc>
        <w:tc>
          <w:tcPr>
            <w:tcW w:w="1800" w:type="dxa"/>
            <w:tcMar>
              <w:top w:w="70" w:type="dxa"/>
              <w:left w:w="70" w:type="dxa"/>
              <w:bottom w:w="70" w:type="dxa"/>
              <w:right w:w="70" w:type="dxa"/>
            </w:tcMar>
          </w:tcPr>
          <w:p w14:paraId="4085994C" w14:textId="3BE99D16" w:rsidR="00336039" w:rsidRPr="000A2615" w:rsidRDefault="00336039">
            <w:pPr>
              <w:pStyle w:val="ResponsePlaceholder"/>
              <w:rPr>
                <w:rFonts w:ascii="Times New Roman" w:hAnsi="Times New Roman" w:cs="Times New Roman"/>
                <w:color w:val="auto"/>
                <w:sz w:val="22"/>
              </w:rPr>
            </w:pPr>
          </w:p>
        </w:tc>
      </w:tr>
    </w:tbl>
    <w:p w14:paraId="10931B81" w14:textId="77777777" w:rsidR="00336039" w:rsidRPr="000A2615" w:rsidRDefault="00336039">
      <w:pPr>
        <w:spacing w:after="0"/>
        <w:rPr>
          <w:rFonts w:ascii="Times New Roman" w:hAnsi="Times New Roman" w:cs="Times New Roman"/>
          <w:sz w:val="22"/>
        </w:rPr>
      </w:pPr>
    </w:p>
    <w:p w14:paraId="7692D025" w14:textId="77777777" w:rsidR="00336039" w:rsidRPr="000A2615" w:rsidRDefault="00497E92">
      <w:pPr>
        <w:pStyle w:val="Heading2"/>
        <w:rPr>
          <w:rFonts w:ascii="Times New Roman" w:hAnsi="Times New Roman" w:cs="Times New Roman"/>
          <w:color w:val="auto"/>
          <w:sz w:val="22"/>
          <w:szCs w:val="22"/>
        </w:rPr>
      </w:pPr>
      <w:bookmarkStart w:id="11" w:name="_Toc237596299"/>
      <w:r w:rsidRPr="000A2615">
        <w:rPr>
          <w:rFonts w:ascii="Times New Roman" w:hAnsi="Times New Roman" w:cs="Times New Roman"/>
          <w:color w:val="auto"/>
          <w:sz w:val="22"/>
          <w:szCs w:val="22"/>
        </w:rPr>
        <w:t>2.3 Strategic Alignment and Additionality</w:t>
      </w:r>
      <w:bookmarkEnd w:id="11"/>
    </w:p>
    <w:p w14:paraId="794802B0" w14:textId="6F81A6E1" w:rsidR="00336039" w:rsidRPr="000A2615" w:rsidRDefault="00B3363D">
      <w:pPr>
        <w:pStyle w:val="GuidanceText"/>
        <w:keepNext/>
        <w:rPr>
          <w:rFonts w:ascii="Times New Roman" w:hAnsi="Times New Roman" w:cs="Times New Roman"/>
          <w:color w:val="auto"/>
          <w:sz w:val="22"/>
        </w:rPr>
      </w:pPr>
      <w:r w:rsidRPr="00B3363D">
        <w:rPr>
          <w:rFonts w:ascii="Times New Roman" w:hAnsi="Times New Roman" w:cs="Times New Roman"/>
          <w:color w:val="auto"/>
          <w:sz w:val="22"/>
        </w:rPr>
        <w:t>Explain alignment with national development priorities, sector strategies, government investment plans, World Bank-financed or AFD-financed or pipeline operations, and regional priorities. State precisely what ACE Innovate will add that existing investments do not already provide</w:t>
      </w:r>
      <w:r w:rsidR="00497E92" w:rsidRPr="000A2615">
        <w:rPr>
          <w:rFonts w:ascii="Times New Roman" w:hAnsi="Times New Roman" w:cs="Times New Roman"/>
          <w:color w:val="auto"/>
          <w:sz w:val="22"/>
        </w:rPr>
        <w:t>.</w:t>
      </w:r>
    </w:p>
    <w:tbl>
      <w:tblPr>
        <w:tblStyle w:val="TableGrid"/>
        <w:tblW w:w="9000" w:type="dxa"/>
        <w:jc w:val="center"/>
        <w:tblLook w:val="04A0" w:firstRow="1" w:lastRow="0" w:firstColumn="1" w:lastColumn="0" w:noHBand="0" w:noVBand="1"/>
      </w:tblPr>
      <w:tblGrid>
        <w:gridCol w:w="9000"/>
      </w:tblGrid>
      <w:tr w:rsidR="00336039" w:rsidRPr="000A2615" w14:paraId="707C351B" w14:textId="77777777">
        <w:trPr>
          <w:jc w:val="center"/>
        </w:trPr>
        <w:tc>
          <w:tcPr>
            <w:tcW w:w="9866" w:type="dxa"/>
            <w:shd w:val="clear" w:color="auto" w:fill="FAFAFA"/>
            <w:tcMar>
              <w:top w:w="110" w:type="dxa"/>
              <w:left w:w="120" w:type="dxa"/>
              <w:bottom w:w="110" w:type="dxa"/>
              <w:right w:w="120" w:type="dxa"/>
            </w:tcMar>
          </w:tcPr>
          <w:p w14:paraId="336414A7" w14:textId="1D9858AE" w:rsidR="00336039" w:rsidRPr="000A2615" w:rsidRDefault="00B3363D">
            <w:pPr>
              <w:rPr>
                <w:rFonts w:ascii="Times New Roman" w:hAnsi="Times New Roman" w:cs="Times New Roman"/>
                <w:sz w:val="22"/>
              </w:rPr>
            </w:pPr>
            <w:r w:rsidRPr="00B3363D">
              <w:rPr>
                <w:rFonts w:ascii="Times New Roman" w:hAnsi="Times New Roman" w:cs="Times New Roman"/>
                <w:i/>
                <w:sz w:val="22"/>
              </w:rPr>
              <w:t>[Applicant responsemust not exceed 500 words]</w:t>
            </w:r>
          </w:p>
          <w:p w14:paraId="21790DF5" w14:textId="77777777" w:rsidR="00336039" w:rsidRPr="000A2615" w:rsidRDefault="00336039">
            <w:pPr>
              <w:rPr>
                <w:rFonts w:ascii="Times New Roman" w:hAnsi="Times New Roman" w:cs="Times New Roman"/>
                <w:sz w:val="22"/>
              </w:rPr>
            </w:pPr>
          </w:p>
          <w:p w14:paraId="3C1927D3" w14:textId="77777777" w:rsidR="00336039" w:rsidRPr="000A2615" w:rsidRDefault="00336039">
            <w:pPr>
              <w:rPr>
                <w:rFonts w:ascii="Times New Roman" w:hAnsi="Times New Roman" w:cs="Times New Roman"/>
                <w:sz w:val="22"/>
              </w:rPr>
            </w:pPr>
          </w:p>
          <w:p w14:paraId="2C19AFDB" w14:textId="77777777" w:rsidR="00336039" w:rsidRPr="000A2615" w:rsidRDefault="00336039">
            <w:pPr>
              <w:rPr>
                <w:rFonts w:ascii="Times New Roman" w:hAnsi="Times New Roman" w:cs="Times New Roman"/>
                <w:sz w:val="22"/>
              </w:rPr>
            </w:pPr>
          </w:p>
        </w:tc>
      </w:tr>
    </w:tbl>
    <w:p w14:paraId="680E30C3" w14:textId="77777777" w:rsidR="00336039" w:rsidRPr="000A2615" w:rsidRDefault="00336039">
      <w:pPr>
        <w:spacing w:after="0"/>
        <w:rPr>
          <w:rFonts w:ascii="Times New Roman" w:hAnsi="Times New Roman" w:cs="Times New Roman"/>
          <w:sz w:val="22"/>
        </w:rPr>
      </w:pPr>
    </w:p>
    <w:p w14:paraId="03718EAC" w14:textId="77777777" w:rsidR="00336039" w:rsidRPr="000A2615" w:rsidRDefault="00497E92">
      <w:pPr>
        <w:pStyle w:val="Heading2"/>
        <w:rPr>
          <w:rFonts w:ascii="Times New Roman" w:hAnsi="Times New Roman" w:cs="Times New Roman"/>
          <w:color w:val="auto"/>
          <w:sz w:val="22"/>
          <w:szCs w:val="22"/>
        </w:rPr>
      </w:pPr>
      <w:bookmarkStart w:id="12" w:name="_Toc237596300"/>
      <w:r w:rsidRPr="000A2615">
        <w:rPr>
          <w:rFonts w:ascii="Times New Roman" w:hAnsi="Times New Roman" w:cs="Times New Roman"/>
          <w:color w:val="auto"/>
          <w:sz w:val="22"/>
          <w:szCs w:val="22"/>
        </w:rPr>
        <w:lastRenderedPageBreak/>
        <w:t>2.4 Target Beneficiaries, Inclusion and Regional Reach</w:t>
      </w:r>
      <w:bookmarkEnd w:id="12"/>
    </w:p>
    <w:p w14:paraId="367B0A31" w14:textId="07794788"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Define primary and secondary beneficiaries</w:t>
      </w:r>
      <w:r w:rsidR="00894664" w:rsidRPr="000A2615">
        <w:rPr>
          <w:rFonts w:ascii="Times New Roman" w:hAnsi="Times New Roman" w:cs="Times New Roman"/>
          <w:color w:val="auto"/>
          <w:sz w:val="22"/>
        </w:rPr>
        <w:t xml:space="preserve"> (this may primarily include students enrolled into the project, participants of short trainings organized by the center, faculty that are directly involved in the project. You may also include students and faculty who are not directly working on the project but benefit from the interventions and activities of the project).</w:t>
      </w:r>
      <w:r w:rsidRPr="000A2615">
        <w:rPr>
          <w:rFonts w:ascii="Times New Roman" w:hAnsi="Times New Roman" w:cs="Times New Roman"/>
          <w:color w:val="auto"/>
          <w:sz w:val="22"/>
        </w:rPr>
        <w:t xml:space="preserve"> Provide the intended geographic reach, regional/non-national participation, gender targets, disability inclusion and measures to reach underserved groups. Explain how the design responds to barriers affecting participation and completion.</w:t>
      </w:r>
    </w:p>
    <w:tbl>
      <w:tblPr>
        <w:tblStyle w:val="TableGrid"/>
        <w:tblW w:w="9000" w:type="dxa"/>
        <w:jc w:val="center"/>
        <w:tblLook w:val="04A0" w:firstRow="1" w:lastRow="0" w:firstColumn="1" w:lastColumn="0" w:noHBand="0" w:noVBand="1"/>
      </w:tblPr>
      <w:tblGrid>
        <w:gridCol w:w="9000"/>
      </w:tblGrid>
      <w:tr w:rsidR="00336039" w:rsidRPr="000A2615" w14:paraId="35745AF4" w14:textId="77777777">
        <w:trPr>
          <w:jc w:val="center"/>
        </w:trPr>
        <w:tc>
          <w:tcPr>
            <w:tcW w:w="9866" w:type="dxa"/>
            <w:shd w:val="clear" w:color="auto" w:fill="FAFAFA"/>
            <w:tcMar>
              <w:top w:w="110" w:type="dxa"/>
              <w:left w:w="120" w:type="dxa"/>
              <w:bottom w:w="110" w:type="dxa"/>
              <w:right w:w="120" w:type="dxa"/>
            </w:tcMar>
          </w:tcPr>
          <w:p w14:paraId="2942CC00" w14:textId="0FA4AE53" w:rsidR="00336039" w:rsidRPr="000A2615" w:rsidRDefault="00B3363D">
            <w:pPr>
              <w:pStyle w:val="ResponsePlaceholder"/>
              <w:rPr>
                <w:rFonts w:ascii="Times New Roman" w:hAnsi="Times New Roman" w:cs="Times New Roman"/>
                <w:color w:val="auto"/>
                <w:sz w:val="22"/>
              </w:rPr>
            </w:pPr>
            <w:r w:rsidRPr="00B3363D">
              <w:rPr>
                <w:rFonts w:ascii="Times New Roman" w:hAnsi="Times New Roman" w:cs="Times New Roman"/>
                <w:color w:val="auto"/>
                <w:sz w:val="22"/>
              </w:rPr>
              <w:t>[Applicant response must not exceed 500 words]</w:t>
            </w:r>
          </w:p>
          <w:p w14:paraId="0298D972" w14:textId="77777777" w:rsidR="00336039" w:rsidRPr="000A2615" w:rsidRDefault="00336039">
            <w:pPr>
              <w:rPr>
                <w:rFonts w:ascii="Times New Roman" w:hAnsi="Times New Roman" w:cs="Times New Roman"/>
                <w:sz w:val="22"/>
              </w:rPr>
            </w:pPr>
          </w:p>
          <w:p w14:paraId="3CDA9BCB" w14:textId="77777777" w:rsidR="00336039" w:rsidRPr="000A2615" w:rsidRDefault="00336039">
            <w:pPr>
              <w:rPr>
                <w:rFonts w:ascii="Times New Roman" w:hAnsi="Times New Roman" w:cs="Times New Roman"/>
                <w:sz w:val="22"/>
              </w:rPr>
            </w:pPr>
          </w:p>
          <w:p w14:paraId="29978920" w14:textId="77777777" w:rsidR="00336039" w:rsidRPr="000A2615" w:rsidRDefault="00336039">
            <w:pPr>
              <w:rPr>
                <w:rFonts w:ascii="Times New Roman" w:hAnsi="Times New Roman" w:cs="Times New Roman"/>
                <w:sz w:val="22"/>
              </w:rPr>
            </w:pPr>
          </w:p>
        </w:tc>
      </w:tr>
    </w:tbl>
    <w:p w14:paraId="4BD223AC" w14:textId="77777777" w:rsidR="00336039" w:rsidRPr="000A2615" w:rsidRDefault="00336039">
      <w:pPr>
        <w:spacing w:after="0"/>
        <w:rPr>
          <w:rFonts w:ascii="Times New Roman" w:hAnsi="Times New Roman" w:cs="Times New Roman"/>
          <w:sz w:val="22"/>
        </w:rPr>
      </w:pPr>
    </w:p>
    <w:p w14:paraId="57AF5FF0" w14:textId="77777777" w:rsidR="00336039" w:rsidRPr="000A2615" w:rsidRDefault="00497E92">
      <w:pPr>
        <w:pStyle w:val="Heading2"/>
        <w:rPr>
          <w:rFonts w:ascii="Times New Roman" w:hAnsi="Times New Roman" w:cs="Times New Roman"/>
          <w:color w:val="auto"/>
          <w:sz w:val="22"/>
          <w:szCs w:val="22"/>
        </w:rPr>
      </w:pPr>
      <w:bookmarkStart w:id="13" w:name="_Toc237596301"/>
      <w:r w:rsidRPr="000A2615">
        <w:rPr>
          <w:rFonts w:ascii="Times New Roman" w:hAnsi="Times New Roman" w:cs="Times New Roman"/>
          <w:color w:val="auto"/>
          <w:sz w:val="22"/>
          <w:szCs w:val="22"/>
        </w:rPr>
        <w:t>2.5 Sector Engagement Panel Input</w:t>
      </w:r>
      <w:bookmarkEnd w:id="13"/>
    </w:p>
    <w:p w14:paraId="6C85B27D" w14:textId="77777777" w:rsidR="00334B3D" w:rsidRPr="00334B3D" w:rsidRDefault="00334B3D" w:rsidP="00334B3D">
      <w:pPr>
        <w:pStyle w:val="GuidanceText"/>
        <w:keepNext/>
        <w:rPr>
          <w:rFonts w:ascii="Times New Roman" w:hAnsi="Times New Roman" w:cs="Times New Roman"/>
          <w:color w:val="auto"/>
          <w:sz w:val="22"/>
        </w:rPr>
      </w:pPr>
      <w:r w:rsidRPr="00334B3D">
        <w:rPr>
          <w:rFonts w:ascii="Times New Roman" w:hAnsi="Times New Roman" w:cs="Times New Roman"/>
          <w:color w:val="auto"/>
          <w:sz w:val="22"/>
        </w:rPr>
        <w:t xml:space="preserve">In the space below, briefly describe the overall thrust of feedback received from the Sector Engagement Panel (SEP) following the EoI stage, and explain how it has shaped the full proposal. Where the proposal has not incorporated a recommendation, provide a clear rationale. </w:t>
      </w:r>
    </w:p>
    <w:p w14:paraId="601D5008" w14:textId="77777777" w:rsidR="00334B3D" w:rsidRPr="00334B3D" w:rsidRDefault="00334B3D" w:rsidP="00334B3D">
      <w:pPr>
        <w:pStyle w:val="GuidanceText"/>
        <w:keepNext/>
        <w:rPr>
          <w:rFonts w:ascii="Times New Roman" w:hAnsi="Times New Roman" w:cs="Times New Roman"/>
          <w:color w:val="auto"/>
          <w:sz w:val="22"/>
        </w:rPr>
      </w:pPr>
      <w:r w:rsidRPr="00334B3D">
        <w:rPr>
          <w:rFonts w:ascii="Times New Roman" w:hAnsi="Times New Roman" w:cs="Times New Roman"/>
          <w:color w:val="auto"/>
          <w:sz w:val="22"/>
        </w:rPr>
        <w:t xml:space="preserve">Please include SEP composition, affiliations, and dates of consultations in the Annex. </w:t>
      </w:r>
    </w:p>
    <w:p w14:paraId="7E006DF3" w14:textId="5F942F07" w:rsidR="00336039" w:rsidRPr="000A2615" w:rsidRDefault="00334B3D" w:rsidP="00334B3D">
      <w:pPr>
        <w:pStyle w:val="GuidanceText"/>
        <w:keepNext/>
        <w:rPr>
          <w:rFonts w:ascii="Times New Roman" w:hAnsi="Times New Roman" w:cs="Times New Roman"/>
          <w:color w:val="auto"/>
          <w:sz w:val="22"/>
        </w:rPr>
      </w:pPr>
      <w:r w:rsidRPr="00334B3D">
        <w:rPr>
          <w:rFonts w:ascii="Times New Roman" w:hAnsi="Times New Roman" w:cs="Times New Roman"/>
          <w:color w:val="auto"/>
          <w:sz w:val="22"/>
        </w:rPr>
        <w:t>Please use the table below to summarize SEP recommendations and responses. Please do not repeat these in the narrative.</w:t>
      </w:r>
    </w:p>
    <w:tbl>
      <w:tblPr>
        <w:tblStyle w:val="TableGrid"/>
        <w:tblW w:w="9000" w:type="dxa"/>
        <w:jc w:val="center"/>
        <w:tblLook w:val="04A0" w:firstRow="1" w:lastRow="0" w:firstColumn="1" w:lastColumn="0" w:noHBand="0" w:noVBand="1"/>
      </w:tblPr>
      <w:tblGrid>
        <w:gridCol w:w="9000"/>
      </w:tblGrid>
      <w:tr w:rsidR="00336039" w:rsidRPr="000A2615" w14:paraId="6D9DBB00" w14:textId="77777777">
        <w:trPr>
          <w:jc w:val="center"/>
        </w:trPr>
        <w:tc>
          <w:tcPr>
            <w:tcW w:w="9866" w:type="dxa"/>
            <w:shd w:val="clear" w:color="auto" w:fill="FAFAFA"/>
            <w:tcMar>
              <w:top w:w="110" w:type="dxa"/>
              <w:left w:w="120" w:type="dxa"/>
              <w:bottom w:w="110" w:type="dxa"/>
              <w:right w:w="120" w:type="dxa"/>
            </w:tcMar>
          </w:tcPr>
          <w:p w14:paraId="6183CF8A" w14:textId="6F6FB633" w:rsidR="00336039" w:rsidRPr="000A2615" w:rsidRDefault="00334B3D">
            <w:pPr>
              <w:rPr>
                <w:rFonts w:ascii="Times New Roman" w:hAnsi="Times New Roman" w:cs="Times New Roman"/>
                <w:sz w:val="22"/>
              </w:rPr>
            </w:pPr>
            <w:r w:rsidRPr="00334B3D">
              <w:rPr>
                <w:rFonts w:ascii="Times New Roman" w:hAnsi="Times New Roman" w:cs="Times New Roman"/>
                <w:i/>
                <w:sz w:val="22"/>
              </w:rPr>
              <w:t>[Applicant response must not exceed 400 words]</w:t>
            </w:r>
          </w:p>
          <w:p w14:paraId="18BDBDF9" w14:textId="77777777" w:rsidR="00336039" w:rsidRPr="000A2615" w:rsidRDefault="00336039">
            <w:pPr>
              <w:rPr>
                <w:rFonts w:ascii="Times New Roman" w:hAnsi="Times New Roman" w:cs="Times New Roman"/>
                <w:sz w:val="22"/>
              </w:rPr>
            </w:pPr>
          </w:p>
          <w:p w14:paraId="422DAEF5" w14:textId="77777777" w:rsidR="00336039" w:rsidRPr="000A2615" w:rsidRDefault="00336039">
            <w:pPr>
              <w:rPr>
                <w:rFonts w:ascii="Times New Roman" w:hAnsi="Times New Roman" w:cs="Times New Roman"/>
                <w:sz w:val="22"/>
              </w:rPr>
            </w:pPr>
          </w:p>
        </w:tc>
      </w:tr>
    </w:tbl>
    <w:p w14:paraId="571BF293" w14:textId="77777777" w:rsidR="00336039" w:rsidRPr="000A2615" w:rsidRDefault="00336039">
      <w:pPr>
        <w:spacing w:after="0"/>
        <w:rPr>
          <w:rFonts w:ascii="Times New Roman" w:hAnsi="Times New Roman" w:cs="Times New Roman"/>
          <w:sz w:val="22"/>
        </w:rPr>
      </w:pPr>
    </w:p>
    <w:p w14:paraId="6635C9BE" w14:textId="1FC756EF" w:rsidR="00336039" w:rsidRPr="000A2615" w:rsidRDefault="00A3129D">
      <w:pPr>
        <w:pStyle w:val="Heading3"/>
        <w:rPr>
          <w:rFonts w:ascii="Times New Roman" w:hAnsi="Times New Roman" w:cs="Times New Roman"/>
          <w:color w:val="auto"/>
          <w:sz w:val="22"/>
        </w:rPr>
      </w:pPr>
      <w:bookmarkStart w:id="14" w:name="_Toc237596302"/>
      <w:r w:rsidRPr="000A2615">
        <w:rPr>
          <w:rFonts w:ascii="Times New Roman" w:hAnsi="Times New Roman" w:cs="Times New Roman"/>
          <w:color w:val="auto"/>
          <w:sz w:val="22"/>
        </w:rPr>
        <w:t xml:space="preserve">2.5.1 </w:t>
      </w:r>
      <w:r w:rsidR="00497E92" w:rsidRPr="000A2615">
        <w:rPr>
          <w:rFonts w:ascii="Times New Roman" w:hAnsi="Times New Roman" w:cs="Times New Roman"/>
          <w:color w:val="auto"/>
          <w:sz w:val="22"/>
        </w:rPr>
        <w:t>SEP Recommendation Tracking</w:t>
      </w:r>
      <w:bookmarkEnd w:id="14"/>
    </w:p>
    <w:tbl>
      <w:tblPr>
        <w:tblStyle w:val="TableGrid"/>
        <w:tblW w:w="9000" w:type="dxa"/>
        <w:jc w:val="center"/>
        <w:tblLook w:val="04A0" w:firstRow="1" w:lastRow="0" w:firstColumn="1" w:lastColumn="0" w:noHBand="0" w:noVBand="1"/>
      </w:tblPr>
      <w:tblGrid>
        <w:gridCol w:w="2540"/>
        <w:gridCol w:w="2005"/>
        <w:gridCol w:w="2889"/>
        <w:gridCol w:w="1566"/>
      </w:tblGrid>
      <w:tr w:rsidR="00336039" w:rsidRPr="000A2615" w14:paraId="38916B46" w14:textId="77777777" w:rsidTr="006B2D6B">
        <w:trPr>
          <w:tblHeader/>
          <w:jc w:val="center"/>
        </w:trPr>
        <w:tc>
          <w:tcPr>
            <w:tcW w:w="2540" w:type="dxa"/>
            <w:tcMar>
              <w:top w:w="70" w:type="dxa"/>
              <w:left w:w="70" w:type="dxa"/>
              <w:bottom w:w="70" w:type="dxa"/>
              <w:right w:w="70" w:type="dxa"/>
            </w:tcMar>
          </w:tcPr>
          <w:p w14:paraId="38895DC8"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SEP recommendation</w:t>
            </w:r>
          </w:p>
        </w:tc>
        <w:tc>
          <w:tcPr>
            <w:tcW w:w="2005" w:type="dxa"/>
            <w:tcMar>
              <w:top w:w="70" w:type="dxa"/>
              <w:left w:w="70" w:type="dxa"/>
              <w:bottom w:w="70" w:type="dxa"/>
              <w:right w:w="70" w:type="dxa"/>
            </w:tcMar>
          </w:tcPr>
          <w:p w14:paraId="08DFA0BE"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Institutional response</w:t>
            </w:r>
          </w:p>
        </w:tc>
        <w:tc>
          <w:tcPr>
            <w:tcW w:w="2889" w:type="dxa"/>
            <w:tcMar>
              <w:top w:w="70" w:type="dxa"/>
              <w:left w:w="70" w:type="dxa"/>
              <w:bottom w:w="70" w:type="dxa"/>
              <w:right w:w="70" w:type="dxa"/>
            </w:tcMar>
          </w:tcPr>
          <w:p w14:paraId="06265FC2"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Change incorporated in Full Proposal</w:t>
            </w:r>
          </w:p>
        </w:tc>
        <w:tc>
          <w:tcPr>
            <w:tcW w:w="1566" w:type="dxa"/>
            <w:tcMar>
              <w:top w:w="70" w:type="dxa"/>
              <w:left w:w="70" w:type="dxa"/>
              <w:bottom w:w="70" w:type="dxa"/>
              <w:right w:w="70" w:type="dxa"/>
            </w:tcMar>
          </w:tcPr>
          <w:p w14:paraId="09345AF0"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Follow-up mechanism</w:t>
            </w:r>
          </w:p>
        </w:tc>
      </w:tr>
      <w:tr w:rsidR="00336039" w:rsidRPr="000A2615" w14:paraId="476C8D25" w14:textId="77777777" w:rsidTr="00D754C8">
        <w:trPr>
          <w:cantSplit/>
          <w:jc w:val="center"/>
        </w:trPr>
        <w:tc>
          <w:tcPr>
            <w:tcW w:w="2540" w:type="dxa"/>
            <w:tcMar>
              <w:top w:w="70" w:type="dxa"/>
              <w:left w:w="70" w:type="dxa"/>
              <w:bottom w:w="70" w:type="dxa"/>
              <w:right w:w="70" w:type="dxa"/>
            </w:tcMar>
          </w:tcPr>
          <w:p w14:paraId="3DCD3E36" w14:textId="5C03A027" w:rsidR="00336039" w:rsidRPr="000A2615" w:rsidRDefault="00336039">
            <w:pPr>
              <w:pStyle w:val="ResponsePlaceholder"/>
              <w:rPr>
                <w:rFonts w:ascii="Times New Roman" w:hAnsi="Times New Roman" w:cs="Times New Roman"/>
                <w:color w:val="auto"/>
                <w:sz w:val="22"/>
              </w:rPr>
            </w:pPr>
          </w:p>
        </w:tc>
        <w:tc>
          <w:tcPr>
            <w:tcW w:w="2005" w:type="dxa"/>
            <w:tcMar>
              <w:top w:w="70" w:type="dxa"/>
              <w:left w:w="70" w:type="dxa"/>
              <w:bottom w:w="70" w:type="dxa"/>
              <w:right w:w="70" w:type="dxa"/>
            </w:tcMar>
          </w:tcPr>
          <w:p w14:paraId="05D87909" w14:textId="485518D3" w:rsidR="00336039" w:rsidRPr="000A2615" w:rsidRDefault="00336039">
            <w:pPr>
              <w:pStyle w:val="ResponsePlaceholder"/>
              <w:rPr>
                <w:rFonts w:ascii="Times New Roman" w:hAnsi="Times New Roman" w:cs="Times New Roman"/>
                <w:color w:val="auto"/>
                <w:sz w:val="22"/>
              </w:rPr>
            </w:pPr>
          </w:p>
        </w:tc>
        <w:tc>
          <w:tcPr>
            <w:tcW w:w="2889" w:type="dxa"/>
            <w:tcMar>
              <w:top w:w="70" w:type="dxa"/>
              <w:left w:w="70" w:type="dxa"/>
              <w:bottom w:w="70" w:type="dxa"/>
              <w:right w:w="70" w:type="dxa"/>
            </w:tcMar>
          </w:tcPr>
          <w:p w14:paraId="5CA7F275" w14:textId="5098567B" w:rsidR="00336039" w:rsidRPr="000A2615" w:rsidRDefault="00336039">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320D6871" w14:textId="0E529C87" w:rsidR="00336039" w:rsidRPr="000A2615" w:rsidRDefault="00336039">
            <w:pPr>
              <w:pStyle w:val="ResponsePlaceholder"/>
              <w:rPr>
                <w:rFonts w:ascii="Times New Roman" w:hAnsi="Times New Roman" w:cs="Times New Roman"/>
                <w:color w:val="auto"/>
                <w:sz w:val="22"/>
              </w:rPr>
            </w:pPr>
          </w:p>
        </w:tc>
      </w:tr>
      <w:tr w:rsidR="00336039" w:rsidRPr="000A2615" w14:paraId="724476C2" w14:textId="77777777" w:rsidTr="00D754C8">
        <w:trPr>
          <w:cantSplit/>
          <w:jc w:val="center"/>
        </w:trPr>
        <w:tc>
          <w:tcPr>
            <w:tcW w:w="2540" w:type="dxa"/>
            <w:tcMar>
              <w:top w:w="70" w:type="dxa"/>
              <w:left w:w="70" w:type="dxa"/>
              <w:bottom w:w="70" w:type="dxa"/>
              <w:right w:w="70" w:type="dxa"/>
            </w:tcMar>
          </w:tcPr>
          <w:p w14:paraId="2A6F92F8" w14:textId="08F30F1C" w:rsidR="00336039" w:rsidRPr="000A2615" w:rsidRDefault="00336039">
            <w:pPr>
              <w:pStyle w:val="ResponsePlaceholder"/>
              <w:rPr>
                <w:rFonts w:ascii="Times New Roman" w:hAnsi="Times New Roman" w:cs="Times New Roman"/>
                <w:color w:val="auto"/>
                <w:sz w:val="22"/>
              </w:rPr>
            </w:pPr>
          </w:p>
        </w:tc>
        <w:tc>
          <w:tcPr>
            <w:tcW w:w="2005" w:type="dxa"/>
            <w:tcMar>
              <w:top w:w="70" w:type="dxa"/>
              <w:left w:w="70" w:type="dxa"/>
              <w:bottom w:w="70" w:type="dxa"/>
              <w:right w:w="70" w:type="dxa"/>
            </w:tcMar>
          </w:tcPr>
          <w:p w14:paraId="1565F55C" w14:textId="77C508C5" w:rsidR="00336039" w:rsidRPr="000A2615" w:rsidRDefault="00336039">
            <w:pPr>
              <w:pStyle w:val="ResponsePlaceholder"/>
              <w:rPr>
                <w:rFonts w:ascii="Times New Roman" w:hAnsi="Times New Roman" w:cs="Times New Roman"/>
                <w:color w:val="auto"/>
                <w:sz w:val="22"/>
              </w:rPr>
            </w:pPr>
          </w:p>
        </w:tc>
        <w:tc>
          <w:tcPr>
            <w:tcW w:w="2889" w:type="dxa"/>
            <w:tcMar>
              <w:top w:w="70" w:type="dxa"/>
              <w:left w:w="70" w:type="dxa"/>
              <w:bottom w:w="70" w:type="dxa"/>
              <w:right w:w="70" w:type="dxa"/>
            </w:tcMar>
          </w:tcPr>
          <w:p w14:paraId="038285EB" w14:textId="51E07AF7" w:rsidR="00336039" w:rsidRPr="000A2615" w:rsidRDefault="00336039">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41584464" w14:textId="1246EE3A" w:rsidR="00336039" w:rsidRPr="000A2615" w:rsidRDefault="00336039">
            <w:pPr>
              <w:pStyle w:val="ResponsePlaceholder"/>
              <w:rPr>
                <w:rFonts w:ascii="Times New Roman" w:hAnsi="Times New Roman" w:cs="Times New Roman"/>
                <w:color w:val="auto"/>
                <w:sz w:val="22"/>
              </w:rPr>
            </w:pPr>
          </w:p>
        </w:tc>
      </w:tr>
    </w:tbl>
    <w:p w14:paraId="349913DF" w14:textId="77777777" w:rsidR="00336039" w:rsidRPr="000A2615" w:rsidRDefault="00336039">
      <w:pPr>
        <w:spacing w:after="0"/>
        <w:rPr>
          <w:rFonts w:ascii="Times New Roman" w:hAnsi="Times New Roman" w:cs="Times New Roman"/>
          <w:sz w:val="22"/>
        </w:rPr>
      </w:pPr>
    </w:p>
    <w:p w14:paraId="6F9C11C6"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br w:type="page"/>
      </w:r>
    </w:p>
    <w:p w14:paraId="5162C8DF" w14:textId="77777777" w:rsidR="00336039" w:rsidRPr="000A2615" w:rsidRDefault="00497E92">
      <w:pPr>
        <w:pStyle w:val="Heading1"/>
        <w:rPr>
          <w:rFonts w:ascii="Times New Roman" w:hAnsi="Times New Roman" w:cs="Times New Roman"/>
          <w:color w:val="auto"/>
          <w:sz w:val="22"/>
          <w:szCs w:val="22"/>
        </w:rPr>
      </w:pPr>
      <w:bookmarkStart w:id="15" w:name="_Toc237596303"/>
      <w:r w:rsidRPr="000A2615">
        <w:rPr>
          <w:rFonts w:ascii="Times New Roman" w:hAnsi="Times New Roman" w:cs="Times New Roman"/>
          <w:color w:val="auto"/>
          <w:sz w:val="22"/>
          <w:szCs w:val="22"/>
        </w:rPr>
        <w:lastRenderedPageBreak/>
        <w:t>PART III - RFTI DETAILED FULL PROPOSAL</w:t>
      </w:r>
      <w:bookmarkEnd w:id="15"/>
    </w:p>
    <w:tbl>
      <w:tblPr>
        <w:tblStyle w:val="TableGrid"/>
        <w:tblW w:w="9000" w:type="dxa"/>
        <w:jc w:val="center"/>
        <w:tblLook w:val="04A0" w:firstRow="1" w:lastRow="0" w:firstColumn="1" w:lastColumn="0" w:noHBand="0" w:noVBand="1"/>
      </w:tblPr>
      <w:tblGrid>
        <w:gridCol w:w="9000"/>
      </w:tblGrid>
      <w:tr w:rsidR="00336039" w:rsidRPr="000A2615" w14:paraId="46A0E10C" w14:textId="77777777" w:rsidTr="006B2D6B">
        <w:trPr>
          <w:jc w:val="center"/>
        </w:trPr>
        <w:tc>
          <w:tcPr>
            <w:tcW w:w="9866" w:type="dxa"/>
            <w:tcMar>
              <w:top w:w="100" w:type="dxa"/>
              <w:left w:w="140" w:type="dxa"/>
              <w:bottom w:w="100" w:type="dxa"/>
              <w:right w:w="140" w:type="dxa"/>
            </w:tcMar>
          </w:tcPr>
          <w:p w14:paraId="55C0FB3C"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Purpose of this Part</w:t>
            </w:r>
          </w:p>
          <w:p w14:paraId="67732009"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This Part provides the detailed training, work-based learning, employer engagement, institutional readiness and delivery arrangements for the Regional Flagship Training Institute.</w:t>
            </w:r>
          </w:p>
        </w:tc>
      </w:tr>
    </w:tbl>
    <w:p w14:paraId="24E652CB" w14:textId="77777777" w:rsidR="00336039" w:rsidRPr="000A2615" w:rsidRDefault="00336039">
      <w:pPr>
        <w:spacing w:after="0"/>
        <w:rPr>
          <w:rFonts w:ascii="Times New Roman" w:hAnsi="Times New Roman" w:cs="Times New Roman"/>
          <w:sz w:val="22"/>
        </w:rPr>
      </w:pPr>
    </w:p>
    <w:p w14:paraId="3302E986" w14:textId="176CAE4D" w:rsidR="00336039" w:rsidRPr="000A2615" w:rsidRDefault="00A3129D">
      <w:pPr>
        <w:pStyle w:val="Heading2"/>
        <w:rPr>
          <w:rFonts w:ascii="Times New Roman" w:hAnsi="Times New Roman" w:cs="Times New Roman"/>
          <w:color w:val="auto"/>
          <w:sz w:val="22"/>
          <w:szCs w:val="22"/>
        </w:rPr>
      </w:pPr>
      <w:bookmarkStart w:id="16" w:name="_Toc237596304"/>
      <w:r w:rsidRPr="000A2615">
        <w:rPr>
          <w:rFonts w:ascii="Times New Roman" w:hAnsi="Times New Roman" w:cs="Times New Roman"/>
          <w:color w:val="auto"/>
          <w:sz w:val="22"/>
          <w:szCs w:val="22"/>
        </w:rPr>
        <w:t>3</w:t>
      </w:r>
      <w:r w:rsidR="00497E92" w:rsidRPr="000A2615">
        <w:rPr>
          <w:rFonts w:ascii="Times New Roman" w:hAnsi="Times New Roman" w:cs="Times New Roman"/>
          <w:color w:val="auto"/>
          <w:sz w:val="22"/>
          <w:szCs w:val="22"/>
        </w:rPr>
        <w:t>.</w:t>
      </w:r>
      <w:r w:rsidRPr="000A2615">
        <w:rPr>
          <w:rFonts w:ascii="Times New Roman" w:hAnsi="Times New Roman" w:cs="Times New Roman"/>
          <w:color w:val="auto"/>
          <w:sz w:val="22"/>
          <w:szCs w:val="22"/>
        </w:rPr>
        <w:t>1</w:t>
      </w:r>
      <w:r w:rsidR="00497E92" w:rsidRPr="000A2615">
        <w:rPr>
          <w:rFonts w:ascii="Times New Roman" w:hAnsi="Times New Roman" w:cs="Times New Roman"/>
          <w:color w:val="auto"/>
          <w:sz w:val="22"/>
          <w:szCs w:val="22"/>
        </w:rPr>
        <w:t xml:space="preserve"> Institutional Profile, Sector-Aligned Scope and Readiness</w:t>
      </w:r>
      <w:bookmarkEnd w:id="16"/>
    </w:p>
    <w:p w14:paraId="11C580DD" w14:textId="77777777"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Define the specific departments and programs that constitute the proposed RFTI. Provide institutional accreditation, governance location, current enrollment, instructors, employer links, graduate outcomes, regional reach and evidence of excellence within the sector-aligned scope.</w:t>
      </w:r>
    </w:p>
    <w:tbl>
      <w:tblPr>
        <w:tblStyle w:val="TableGrid"/>
        <w:tblW w:w="9000" w:type="dxa"/>
        <w:jc w:val="center"/>
        <w:tblLook w:val="04A0" w:firstRow="1" w:lastRow="0" w:firstColumn="1" w:lastColumn="0" w:noHBand="0" w:noVBand="1"/>
      </w:tblPr>
      <w:tblGrid>
        <w:gridCol w:w="9000"/>
      </w:tblGrid>
      <w:tr w:rsidR="00336039" w:rsidRPr="000A2615" w14:paraId="54EC2076" w14:textId="77777777">
        <w:trPr>
          <w:jc w:val="center"/>
        </w:trPr>
        <w:tc>
          <w:tcPr>
            <w:tcW w:w="9866" w:type="dxa"/>
            <w:shd w:val="clear" w:color="auto" w:fill="FAFAFA"/>
            <w:tcMar>
              <w:top w:w="110" w:type="dxa"/>
              <w:left w:w="120" w:type="dxa"/>
              <w:bottom w:w="110" w:type="dxa"/>
              <w:right w:w="120" w:type="dxa"/>
            </w:tcMar>
          </w:tcPr>
          <w:p w14:paraId="0E9C9287" w14:textId="3DCBFA81" w:rsidR="00336039" w:rsidRPr="000A2615" w:rsidRDefault="00CE19C5">
            <w:pPr>
              <w:rPr>
                <w:rFonts w:ascii="Times New Roman" w:hAnsi="Times New Roman" w:cs="Times New Roman"/>
                <w:sz w:val="22"/>
              </w:rPr>
            </w:pPr>
            <w:r w:rsidRPr="00CE19C5">
              <w:rPr>
                <w:rFonts w:ascii="Times New Roman" w:hAnsi="Times New Roman" w:cs="Times New Roman"/>
                <w:i/>
                <w:sz w:val="22"/>
              </w:rPr>
              <w:t>[Applicant response must not exceed 700 words]</w:t>
            </w:r>
          </w:p>
          <w:p w14:paraId="27AE02B6" w14:textId="77777777" w:rsidR="00336039" w:rsidRPr="000A2615" w:rsidRDefault="00336039">
            <w:pPr>
              <w:rPr>
                <w:rFonts w:ascii="Times New Roman" w:hAnsi="Times New Roman" w:cs="Times New Roman"/>
                <w:sz w:val="22"/>
              </w:rPr>
            </w:pPr>
          </w:p>
          <w:p w14:paraId="59AAC666" w14:textId="77777777" w:rsidR="00336039" w:rsidRPr="000A2615" w:rsidRDefault="00336039">
            <w:pPr>
              <w:rPr>
                <w:rFonts w:ascii="Times New Roman" w:hAnsi="Times New Roman" w:cs="Times New Roman"/>
                <w:sz w:val="22"/>
              </w:rPr>
            </w:pPr>
          </w:p>
          <w:p w14:paraId="078A1F6F" w14:textId="77777777" w:rsidR="00336039" w:rsidRPr="000A2615" w:rsidRDefault="00336039">
            <w:pPr>
              <w:rPr>
                <w:rFonts w:ascii="Times New Roman" w:hAnsi="Times New Roman" w:cs="Times New Roman"/>
                <w:sz w:val="22"/>
              </w:rPr>
            </w:pPr>
          </w:p>
          <w:p w14:paraId="58E499C6" w14:textId="77777777" w:rsidR="00336039" w:rsidRPr="000A2615" w:rsidRDefault="00336039">
            <w:pPr>
              <w:rPr>
                <w:rFonts w:ascii="Times New Roman" w:hAnsi="Times New Roman" w:cs="Times New Roman"/>
                <w:sz w:val="22"/>
              </w:rPr>
            </w:pPr>
          </w:p>
        </w:tc>
      </w:tr>
    </w:tbl>
    <w:p w14:paraId="01A63F6A" w14:textId="77777777" w:rsidR="00336039" w:rsidRPr="000A2615" w:rsidRDefault="00336039">
      <w:pPr>
        <w:spacing w:after="0"/>
        <w:rPr>
          <w:rFonts w:ascii="Times New Roman" w:hAnsi="Times New Roman" w:cs="Times New Roman"/>
          <w:sz w:val="22"/>
        </w:rPr>
      </w:pPr>
    </w:p>
    <w:p w14:paraId="61DB723D" w14:textId="554FF4B3" w:rsidR="00336039" w:rsidRPr="000A2615" w:rsidRDefault="001B0C20">
      <w:pPr>
        <w:pStyle w:val="Heading3"/>
        <w:rPr>
          <w:rFonts w:ascii="Times New Roman" w:hAnsi="Times New Roman" w:cs="Times New Roman"/>
          <w:color w:val="auto"/>
          <w:sz w:val="22"/>
        </w:rPr>
      </w:pPr>
      <w:bookmarkStart w:id="17" w:name="_Toc237596305"/>
      <w:r w:rsidRPr="000A2615">
        <w:rPr>
          <w:rFonts w:ascii="Times New Roman" w:hAnsi="Times New Roman" w:cs="Times New Roman"/>
          <w:color w:val="auto"/>
          <w:sz w:val="22"/>
        </w:rPr>
        <w:t xml:space="preserve">3.1.1 </w:t>
      </w:r>
      <w:r w:rsidR="00497E92" w:rsidRPr="000A2615">
        <w:rPr>
          <w:rFonts w:ascii="Times New Roman" w:hAnsi="Times New Roman" w:cs="Times New Roman"/>
          <w:color w:val="auto"/>
          <w:sz w:val="22"/>
        </w:rPr>
        <w:t>RFTI Baseline Data</w:t>
      </w:r>
      <w:bookmarkEnd w:id="17"/>
    </w:p>
    <w:tbl>
      <w:tblPr>
        <w:tblW w:w="9806" w:type="dxa"/>
        <w:jc w:val="center"/>
        <w:tblLayout w:type="fixed"/>
        <w:tblLook w:val="04A0" w:firstRow="1" w:lastRow="0" w:firstColumn="1" w:lastColumn="0" w:noHBand="0" w:noVBand="1"/>
      </w:tblPr>
      <w:tblGrid>
        <w:gridCol w:w="605"/>
        <w:gridCol w:w="6265"/>
        <w:gridCol w:w="1468"/>
        <w:gridCol w:w="1468"/>
      </w:tblGrid>
      <w:tr w:rsidR="006717A7" w:rsidRPr="000A2615" w14:paraId="272D786F" w14:textId="77777777" w:rsidTr="00265335">
        <w:trPr>
          <w:cantSplit/>
          <w:trHeight w:val="461"/>
          <w:tblHeader/>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9633E7"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No.</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1FFE2"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Indicators (Most recent years)</w:t>
            </w: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D24835"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2024</w:t>
            </w: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29018F"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2025</w:t>
            </w:r>
          </w:p>
        </w:tc>
      </w:tr>
      <w:tr w:rsidR="006717A7" w:rsidRPr="000A2615" w14:paraId="2D353234" w14:textId="77777777" w:rsidTr="00265335">
        <w:trPr>
          <w:cantSplit/>
          <w:trHeight w:val="403"/>
          <w:jc w:val="center"/>
        </w:trPr>
        <w:tc>
          <w:tcPr>
            <w:tcW w:w="9806" w:type="dxa"/>
            <w:gridSpan w:val="4"/>
            <w:tcBorders>
              <w:top w:val="single" w:sz="4" w:space="0" w:color="7F7F7F"/>
              <w:left w:val="single" w:sz="4" w:space="0" w:color="7F7F7F"/>
              <w:bottom w:val="single" w:sz="4" w:space="0" w:color="7F7F7F"/>
              <w:right w:val="single" w:sz="4" w:space="0" w:color="7F7F7F"/>
            </w:tcBorders>
            <w:shd w:val="clear" w:color="auto" w:fill="D9EAF7"/>
            <w:tcMar>
              <w:top w:w="45" w:type="dxa"/>
              <w:left w:w="55" w:type="dxa"/>
              <w:bottom w:w="45" w:type="dxa"/>
              <w:right w:w="55" w:type="dxa"/>
            </w:tcMar>
            <w:vAlign w:val="center"/>
          </w:tcPr>
          <w:p w14:paraId="1671F79E"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Institution-Level Data (RFTI/TVET Host Institution)</w:t>
            </w:r>
          </w:p>
        </w:tc>
      </w:tr>
      <w:tr w:rsidR="006717A7" w:rsidRPr="000A2615" w14:paraId="017CBF5B"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D3CB81"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1</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33132B"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student enrollment (all programs)</w:t>
            </w: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73237A"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Total (%Female)</w:t>
            </w: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24C468"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Total</w:t>
            </w:r>
          </w:p>
          <w:p w14:paraId="3F8F8F64"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(%Female)</w:t>
            </w:r>
          </w:p>
        </w:tc>
      </w:tr>
      <w:tr w:rsidR="006717A7" w:rsidRPr="000A2615" w14:paraId="1ABC0754"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C5B93C"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600EF6"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D2AC260"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C6FDE9C"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7C13B56"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71D059"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52ADF7"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DE8A914"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1AB67FE"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9C3852F"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0E37B2"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7B7F67"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BD38728"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CF4E360"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3CD56C86"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D93577"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E4E475"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F1D2842"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C9E37F4"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F97CD15"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B12532"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ECEB2C"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C06C210"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A4FB9CE"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4EED2DA5"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A36FC6"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2</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03F445"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graduates per year</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CBEBFED"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CD5BE2B"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4A6C83DC"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FCEB5A"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DDE8C9"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C38420F"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54B0787"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518C3239"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0B6324"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E73C37"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4FDBF2E"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59C2035"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36233C1B"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6F8B8D"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4967B4"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F1C492B"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B2FDC4D"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1AB2A864"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C5B240"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53FDF1" w14:textId="6240FD6A"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Certificate</w:t>
            </w:r>
            <w:r w:rsidR="001F6101">
              <w:rPr>
                <w:rStyle w:val="FootnoteReference"/>
                <w:rFonts w:ascii="Times New Roman" w:hAnsi="Times New Roman" w:cs="Times New Roman"/>
                <w:sz w:val="22"/>
              </w:rPr>
              <w:footnoteReference w:id="1"/>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041E557"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B07F0EE"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307DE2A"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F2B435"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F831B7"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39818DE"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CFEB8E5"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3780ADD9"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E2DB36"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3</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00541A"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Completion/graduation rate (all levels)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0A726BC"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785EA78"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0497DDB2"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9A36C5"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4</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3414B5"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Staff</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20B483C"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5DEEF86"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3A33C545"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20AC70"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84160F"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Total academic staff (full-time equivalent)</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4F2153"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9BE724D"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E92DD20"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23C4FA"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488DA7"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Total administrative staff</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C6F099F"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AD0FD51"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E59159A" w14:textId="77777777" w:rsidTr="00265335">
        <w:trPr>
          <w:cantSplit/>
          <w:trHeight w:val="403"/>
          <w:jc w:val="center"/>
        </w:trPr>
        <w:tc>
          <w:tcPr>
            <w:tcW w:w="9806" w:type="dxa"/>
            <w:gridSpan w:val="4"/>
            <w:tcBorders>
              <w:top w:val="single" w:sz="4" w:space="0" w:color="7F7F7F"/>
              <w:left w:val="single" w:sz="4" w:space="0" w:color="7F7F7F"/>
              <w:bottom w:val="single" w:sz="4" w:space="0" w:color="7F7F7F"/>
              <w:right w:val="single" w:sz="4" w:space="0" w:color="7F7F7F"/>
            </w:tcBorders>
            <w:shd w:val="clear" w:color="auto" w:fill="D9EAF7"/>
            <w:tcMar>
              <w:top w:w="45" w:type="dxa"/>
              <w:left w:w="55" w:type="dxa"/>
              <w:bottom w:w="45" w:type="dxa"/>
              <w:right w:w="55" w:type="dxa"/>
            </w:tcMar>
            <w:vAlign w:val="center"/>
          </w:tcPr>
          <w:p w14:paraId="5339E027"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lastRenderedPageBreak/>
              <w:t>RFTI-Level Data</w:t>
            </w:r>
          </w:p>
        </w:tc>
      </w:tr>
      <w:tr w:rsidR="006717A7" w:rsidRPr="000A2615" w14:paraId="482C44C5"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9EA230"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1</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C10558"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student enrollment (all programs)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1F6EF1E"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94005D4"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54CE0F8C"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572097"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8A37B1"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3875E4A"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B390051"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1885E0AC"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374BE6"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676874"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E1F294B"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C8013D7"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944775B"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08D77C"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3FA84E"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628A6A1"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08D56B6"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582B34C9"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A3C5FC"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EF2BFC"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57761C6"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FEED342"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A923F77"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94EA80"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F4DE0E"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7F7A9B6"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33670CE"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52A82A9F"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998DA6"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2</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DBF5D7"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student enrollment (in center-affiliated programs ONLY)</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9731F75"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08AA9FD"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573376A"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77FC31"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12A2E4"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BFFDC6B"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1B7DBAC"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84DF2BE"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21C6DC"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D6A83B"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800D61F"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323324F"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5400B848"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66282E"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205FA6"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0025593"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4999BF4"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073D172"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AA776D"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B45F33"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AB4EFC1"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A5EC337"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AD0727F"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36F2A9"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07F4C5"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D45E5F6"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D93D147"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1FF7665D"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C56CF1"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3</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F14EAB"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Regional/international students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563A5EE"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AE14A98"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8800882"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1EB9A6"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C51A87"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E978563"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5E4E05C"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4C4797B"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D329F5"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FD87D4"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E50921A"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401D13A"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090F90C0"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755499"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3B6786"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1FF2F69"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5CA9DAB"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798F19C"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30D13E"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D819E8"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9669FB6"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109FF6D"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54E9723"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79AEA3"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2D6933"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D299607"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F6D75D7"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03DE59CF"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091859"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4</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F7C0C2"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Students on scholarship or financial support</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1AAB5AE"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D08C0EE"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5D866D2D"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280AAF"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5</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2E7CB2"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Students who completed internship/industry placement</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5727715"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34F1FDF"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40A2C722"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1735E9"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7BE7F6"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Internships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E7EAAAC"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C666E50"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7D00AEF"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BE358C"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191FA9"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Apprenticeship/work-based learning</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1E09481"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FADC0F4"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5595DB8B"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406FCE"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6</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0E0AC7"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graduates per year</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7C03F13"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5407A05"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15112296"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145981"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BAAD4A"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896BA6F"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97B2A43"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045D8A16"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688A97"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99A23D"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6F1E0C5"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8489A8B"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B98ED8E"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871B54"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3014DF"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C9D810E"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16CF250"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53731AAB"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DE6296"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78F406"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5367ABA"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60EDE4E"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3AC410D0"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D30524"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78E297"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3996A4A"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8F6289"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7E819AF"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C5DCE6"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7</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B81528"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Completion/graduation rate (all levels)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C1082D0"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07732E4"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04F58F84"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2E4C01"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8</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269EC0"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Staff</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1A5042B"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29DA5FC"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1896667"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8F5BB2"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BDA3F7"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Total academic staff (full-time equivalent)</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7480E92"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264010F"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EB207C1"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2A61F9"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FD5E4E"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International / visiting faculty</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E17AFCD"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DC020AA"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2200D723"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E04376"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890996"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Staff (Faculty/Instructors/Trainers) who have completed outreach/industry attachment (≥1 month)</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041CC49"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746CBAF"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31DB103F"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4A1609"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3C1336"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Technical/lab staff and instructors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9B9E472"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B7DBD7C"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1471DC6"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0AFE54"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CBB443"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Academic staff (full-time equivalent) directly assigned to the center</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DCF1659"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C995463"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4E55C38"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4E1D87"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CFB3C2"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Total administrative staff</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E301303"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5562564"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85BDC85"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0FC9F4"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9</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C367E9"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Externally generated revenue (Briefly indicate sources i.e. grants, consultancy, industry contracts)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976406B"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8921C7F"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671FFF32"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27D6D9"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10</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6A1853"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Research publications in indexed journals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7340BA9"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2B00E42"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0AF98B10"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8E1FDE"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11</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696768"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Accredited programs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AB0DFDD"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E890E62"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AB27610"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58A6E7"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07A756"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National</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6AB69A8"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9011C96"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1E33B1B8"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684045"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7665AA"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Regional</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E27195A"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D046F6F"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3304E0A8"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35A2C1"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B1A7D1"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International</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E7FF7BD"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E4FB5F8"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46A47DA6"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2B66A5"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12</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0DAB12"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Existing/Active industry partnerships / MoUs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868B74A"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44C8559"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3FA59223" w14:textId="77777777" w:rsidTr="00265335">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752CBC" w14:textId="77777777" w:rsidR="006717A7" w:rsidRPr="000A2615" w:rsidRDefault="006717A7"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13</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42038F" w14:textId="77777777" w:rsidR="006717A7" w:rsidRPr="000A2615" w:rsidRDefault="006717A7" w:rsidP="00265335">
            <w:pPr>
              <w:spacing w:after="0" w:line="240" w:lineRule="auto"/>
              <w:rPr>
                <w:rFonts w:ascii="Times New Roman" w:hAnsi="Times New Roman" w:cs="Times New Roman"/>
                <w:sz w:val="22"/>
              </w:rPr>
            </w:pPr>
            <w:r w:rsidRPr="000A2615">
              <w:rPr>
                <w:rFonts w:ascii="Times New Roman" w:hAnsi="Times New Roman" w:cs="Times New Roman"/>
                <w:b/>
                <w:sz w:val="22"/>
              </w:rPr>
              <w:t>Innovations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88F67EE"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092ED47" w14:textId="77777777" w:rsidR="006717A7" w:rsidRPr="000A2615" w:rsidRDefault="006717A7" w:rsidP="00265335">
            <w:pPr>
              <w:spacing w:after="0" w:line="240" w:lineRule="auto"/>
              <w:jc w:val="center"/>
              <w:rPr>
                <w:rFonts w:ascii="Times New Roman" w:hAnsi="Times New Roman" w:cs="Times New Roman"/>
                <w:sz w:val="22"/>
              </w:rPr>
            </w:pPr>
          </w:p>
        </w:tc>
      </w:tr>
      <w:tr w:rsidR="006717A7" w:rsidRPr="000A2615" w14:paraId="706BB2AB" w14:textId="77777777" w:rsidTr="00265335">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E41E48" w14:textId="77777777" w:rsidR="006717A7" w:rsidRPr="000A2615" w:rsidRDefault="006717A7" w:rsidP="00265335">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6A9AA1" w14:textId="77777777" w:rsidR="006717A7" w:rsidRPr="000A2615" w:rsidRDefault="006717A7" w:rsidP="00265335">
            <w:pPr>
              <w:spacing w:after="0" w:line="240" w:lineRule="auto"/>
              <w:ind w:left="144"/>
              <w:rPr>
                <w:rFonts w:ascii="Times New Roman" w:hAnsi="Times New Roman" w:cs="Times New Roman"/>
                <w:sz w:val="22"/>
              </w:rPr>
            </w:pPr>
            <w:r w:rsidRPr="000A2615">
              <w:rPr>
                <w:rFonts w:ascii="Times New Roman" w:hAnsi="Times New Roman" w:cs="Times New Roman"/>
                <w:sz w:val="22"/>
              </w:rPr>
              <w:t>Technologies commercialized</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BBAF099" w14:textId="77777777" w:rsidR="006717A7" w:rsidRPr="000A2615" w:rsidRDefault="006717A7"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DACFCD0" w14:textId="77777777" w:rsidR="006717A7" w:rsidRPr="000A2615" w:rsidRDefault="006717A7" w:rsidP="00265335">
            <w:pPr>
              <w:spacing w:after="0" w:line="240" w:lineRule="auto"/>
              <w:jc w:val="center"/>
              <w:rPr>
                <w:rFonts w:ascii="Times New Roman" w:hAnsi="Times New Roman" w:cs="Times New Roman"/>
                <w:sz w:val="22"/>
              </w:rPr>
            </w:pPr>
          </w:p>
        </w:tc>
      </w:tr>
    </w:tbl>
    <w:p w14:paraId="26EE91C9" w14:textId="77777777" w:rsidR="00336039" w:rsidRPr="000A2615" w:rsidRDefault="00336039">
      <w:pPr>
        <w:spacing w:after="0"/>
        <w:rPr>
          <w:rFonts w:ascii="Times New Roman" w:hAnsi="Times New Roman" w:cs="Times New Roman"/>
          <w:sz w:val="22"/>
        </w:rPr>
      </w:pPr>
    </w:p>
    <w:p w14:paraId="6EB07032" w14:textId="4CF1CD7B" w:rsidR="00336039" w:rsidRPr="000A2615" w:rsidRDefault="005329AF">
      <w:pPr>
        <w:pStyle w:val="Heading2"/>
        <w:rPr>
          <w:rFonts w:ascii="Times New Roman" w:hAnsi="Times New Roman" w:cs="Times New Roman"/>
          <w:color w:val="auto"/>
          <w:sz w:val="22"/>
          <w:szCs w:val="22"/>
        </w:rPr>
      </w:pPr>
      <w:bookmarkStart w:id="18" w:name="_Toc237596306"/>
      <w:r w:rsidRPr="000A2615">
        <w:rPr>
          <w:rFonts w:ascii="Times New Roman" w:hAnsi="Times New Roman" w:cs="Times New Roman"/>
          <w:color w:val="auto"/>
          <w:sz w:val="22"/>
          <w:szCs w:val="22"/>
        </w:rPr>
        <w:t>3</w:t>
      </w:r>
      <w:r w:rsidR="00497E92" w:rsidRPr="000A2615">
        <w:rPr>
          <w:rFonts w:ascii="Times New Roman" w:hAnsi="Times New Roman" w:cs="Times New Roman"/>
          <w:color w:val="auto"/>
          <w:sz w:val="22"/>
          <w:szCs w:val="22"/>
        </w:rPr>
        <w:t>.</w:t>
      </w:r>
      <w:r w:rsidR="005A2766" w:rsidRPr="000A2615">
        <w:rPr>
          <w:rFonts w:ascii="Times New Roman" w:hAnsi="Times New Roman" w:cs="Times New Roman"/>
          <w:color w:val="auto"/>
          <w:sz w:val="22"/>
          <w:szCs w:val="22"/>
        </w:rPr>
        <w:t>2</w:t>
      </w:r>
      <w:r w:rsidR="00497E92" w:rsidRPr="000A2615">
        <w:rPr>
          <w:rFonts w:ascii="Times New Roman" w:hAnsi="Times New Roman" w:cs="Times New Roman"/>
          <w:color w:val="auto"/>
          <w:sz w:val="22"/>
          <w:szCs w:val="22"/>
        </w:rPr>
        <w:t xml:space="preserve"> Training Programs, Qualifications and Curriculum Design</w:t>
      </w:r>
      <w:bookmarkEnd w:id="18"/>
    </w:p>
    <w:p w14:paraId="01CD1891" w14:textId="531AE958"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Describe diplomas</w:t>
      </w:r>
      <w:r w:rsidR="003557FE" w:rsidRPr="000A2615">
        <w:rPr>
          <w:rFonts w:ascii="Times New Roman" w:hAnsi="Times New Roman" w:cs="Times New Roman"/>
          <w:color w:val="auto"/>
          <w:sz w:val="22"/>
        </w:rPr>
        <w:t xml:space="preserve"> (post secondary/tertiary level credentials)</w:t>
      </w:r>
      <w:r w:rsidRPr="000A2615">
        <w:rPr>
          <w:rFonts w:ascii="Times New Roman" w:hAnsi="Times New Roman" w:cs="Times New Roman"/>
          <w:color w:val="auto"/>
          <w:sz w:val="22"/>
        </w:rPr>
        <w:t>, advanced technician programs, short courses, apprenticeships and reskilling/upskilling offers. For each, show target learners, competencies, practical content, qualification framework alignment, accreditation, annual scale, regional reach and employer co-design</w:t>
      </w:r>
      <w:r w:rsidR="00CC710F" w:rsidRPr="000A2615">
        <w:rPr>
          <w:rFonts w:ascii="Times New Roman" w:hAnsi="Times New Roman" w:cs="Times New Roman"/>
          <w:color w:val="auto"/>
          <w:sz w:val="22"/>
        </w:rPr>
        <w:t>, co-delivery and/or co-financing.</w:t>
      </w:r>
    </w:p>
    <w:tbl>
      <w:tblPr>
        <w:tblStyle w:val="TableGrid"/>
        <w:tblW w:w="9000" w:type="dxa"/>
        <w:jc w:val="center"/>
        <w:tblLook w:val="04A0" w:firstRow="1" w:lastRow="0" w:firstColumn="1" w:lastColumn="0" w:noHBand="0" w:noVBand="1"/>
      </w:tblPr>
      <w:tblGrid>
        <w:gridCol w:w="9000"/>
      </w:tblGrid>
      <w:tr w:rsidR="00336039" w:rsidRPr="000A2615" w14:paraId="194CB0E1" w14:textId="77777777">
        <w:trPr>
          <w:jc w:val="center"/>
        </w:trPr>
        <w:tc>
          <w:tcPr>
            <w:tcW w:w="9866" w:type="dxa"/>
            <w:shd w:val="clear" w:color="auto" w:fill="FAFAFA"/>
            <w:tcMar>
              <w:top w:w="110" w:type="dxa"/>
              <w:left w:w="120" w:type="dxa"/>
              <w:bottom w:w="110" w:type="dxa"/>
              <w:right w:w="120" w:type="dxa"/>
            </w:tcMar>
          </w:tcPr>
          <w:p w14:paraId="4F40FC7F" w14:textId="2A9C6D7E" w:rsidR="00336039" w:rsidRPr="000A2615" w:rsidRDefault="00CE19C5">
            <w:pPr>
              <w:rPr>
                <w:rFonts w:ascii="Times New Roman" w:hAnsi="Times New Roman" w:cs="Times New Roman"/>
                <w:sz w:val="22"/>
              </w:rPr>
            </w:pPr>
            <w:r w:rsidRPr="00CE19C5">
              <w:rPr>
                <w:rFonts w:ascii="Times New Roman" w:hAnsi="Times New Roman" w:cs="Times New Roman"/>
                <w:i/>
                <w:sz w:val="22"/>
              </w:rPr>
              <w:t>[Applicant response must not exceed 1500 words]</w:t>
            </w:r>
          </w:p>
          <w:p w14:paraId="0B237F70" w14:textId="77777777" w:rsidR="00336039" w:rsidRPr="000A2615" w:rsidRDefault="00336039">
            <w:pPr>
              <w:rPr>
                <w:rFonts w:ascii="Times New Roman" w:hAnsi="Times New Roman" w:cs="Times New Roman"/>
                <w:sz w:val="22"/>
              </w:rPr>
            </w:pPr>
          </w:p>
          <w:p w14:paraId="6BDCA35B" w14:textId="77777777" w:rsidR="00336039" w:rsidRPr="000A2615" w:rsidRDefault="00336039">
            <w:pPr>
              <w:rPr>
                <w:rFonts w:ascii="Times New Roman" w:hAnsi="Times New Roman" w:cs="Times New Roman"/>
                <w:sz w:val="22"/>
              </w:rPr>
            </w:pPr>
          </w:p>
          <w:p w14:paraId="0A73D8B1" w14:textId="77777777" w:rsidR="00336039" w:rsidRPr="000A2615" w:rsidRDefault="00336039">
            <w:pPr>
              <w:rPr>
                <w:rFonts w:ascii="Times New Roman" w:hAnsi="Times New Roman" w:cs="Times New Roman"/>
                <w:sz w:val="22"/>
              </w:rPr>
            </w:pPr>
          </w:p>
        </w:tc>
      </w:tr>
    </w:tbl>
    <w:p w14:paraId="2E2A7285" w14:textId="77777777" w:rsidR="00336039" w:rsidRPr="000A2615" w:rsidRDefault="00336039">
      <w:pPr>
        <w:spacing w:after="0"/>
        <w:rPr>
          <w:rFonts w:ascii="Times New Roman" w:hAnsi="Times New Roman" w:cs="Times New Roman"/>
          <w:sz w:val="22"/>
        </w:rPr>
      </w:pPr>
    </w:p>
    <w:p w14:paraId="2D78166F" w14:textId="7B97A0E4" w:rsidR="00336039" w:rsidRPr="000A2615" w:rsidRDefault="005329AF">
      <w:pPr>
        <w:pStyle w:val="Heading3"/>
        <w:rPr>
          <w:rFonts w:ascii="Times New Roman" w:hAnsi="Times New Roman" w:cs="Times New Roman"/>
          <w:color w:val="auto"/>
          <w:sz w:val="22"/>
        </w:rPr>
      </w:pPr>
      <w:bookmarkStart w:id="19" w:name="_Toc237596307"/>
      <w:r w:rsidRPr="000A2615">
        <w:rPr>
          <w:rFonts w:ascii="Times New Roman" w:hAnsi="Times New Roman" w:cs="Times New Roman"/>
          <w:color w:val="auto"/>
          <w:sz w:val="22"/>
        </w:rPr>
        <w:t>3.</w:t>
      </w:r>
      <w:r w:rsidR="005A2766" w:rsidRPr="000A2615">
        <w:rPr>
          <w:rFonts w:ascii="Times New Roman" w:hAnsi="Times New Roman" w:cs="Times New Roman"/>
          <w:color w:val="auto"/>
          <w:sz w:val="22"/>
        </w:rPr>
        <w:t>2</w:t>
      </w:r>
      <w:r w:rsidRPr="000A2615">
        <w:rPr>
          <w:rFonts w:ascii="Times New Roman" w:hAnsi="Times New Roman" w:cs="Times New Roman"/>
          <w:color w:val="auto"/>
          <w:sz w:val="22"/>
        </w:rPr>
        <w:t xml:space="preserve">.1 </w:t>
      </w:r>
      <w:r w:rsidR="00497E92" w:rsidRPr="000A2615">
        <w:rPr>
          <w:rFonts w:ascii="Times New Roman" w:hAnsi="Times New Roman" w:cs="Times New Roman"/>
          <w:color w:val="auto"/>
          <w:sz w:val="22"/>
        </w:rPr>
        <w:t>RFTI Program Design and Recognition</w:t>
      </w:r>
      <w:bookmarkEnd w:id="19"/>
    </w:p>
    <w:tbl>
      <w:tblPr>
        <w:tblW w:w="5000" w:type="pct"/>
        <w:jc w:val="center"/>
        <w:tblLook w:val="04A0" w:firstRow="1" w:lastRow="0" w:firstColumn="1" w:lastColumn="0" w:noHBand="0" w:noVBand="1"/>
      </w:tblPr>
      <w:tblGrid>
        <w:gridCol w:w="774"/>
        <w:gridCol w:w="835"/>
        <w:gridCol w:w="835"/>
        <w:gridCol w:w="919"/>
        <w:gridCol w:w="1036"/>
        <w:gridCol w:w="699"/>
        <w:gridCol w:w="1036"/>
        <w:gridCol w:w="699"/>
        <w:gridCol w:w="698"/>
        <w:gridCol w:w="826"/>
        <w:gridCol w:w="699"/>
        <w:gridCol w:w="920"/>
      </w:tblGrid>
      <w:tr w:rsidR="004F1D2E" w:rsidRPr="000A2615" w14:paraId="4509EE10" w14:textId="77777777" w:rsidTr="00265335">
        <w:trPr>
          <w:cantSplit/>
          <w:trHeight w:val="677"/>
          <w:tblHeader/>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A953BE"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FE9763"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Program Name</w:t>
            </w: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027213"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Status</w:t>
            </w: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DF3D2F"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Program Level</w:t>
            </w: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3B1EB3"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Baseline/ Current Enrollment</w:t>
            </w: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157EB7"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of which Female</w:t>
            </w: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AAE31D"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Annual Enrollment target</w:t>
            </w: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D77E97"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of which Female</w:t>
            </w: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205A65"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End of Project Total (Yr 1–5)</w:t>
            </w: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38B221"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Regional target %</w:t>
            </w: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1662DE"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Female target %</w:t>
            </w: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DBD869"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Sector alignment and Industry Role</w:t>
            </w:r>
          </w:p>
        </w:tc>
      </w:tr>
      <w:tr w:rsidR="004F1D2E" w:rsidRPr="000A2615" w14:paraId="3790A3DF" w14:textId="77777777" w:rsidTr="00265335">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FEC550"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lastRenderedPageBreak/>
              <w:t>1</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E45E4F"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shd w:val="clear" w:color="auto" w:fill="FFF2CC"/>
            <w:tcMar>
              <w:top w:w="45" w:type="dxa"/>
              <w:left w:w="55" w:type="dxa"/>
              <w:bottom w:w="45" w:type="dxa"/>
              <w:right w:w="55" w:type="dxa"/>
            </w:tcMar>
            <w:vAlign w:val="center"/>
          </w:tcPr>
          <w:p w14:paraId="6402EB24" w14:textId="77777777" w:rsidR="004F1D2E" w:rsidRPr="000A2615" w:rsidRDefault="004F1D2E" w:rsidP="00265335">
            <w:pPr>
              <w:spacing w:after="0" w:line="240" w:lineRule="auto"/>
              <w:rPr>
                <w:rFonts w:ascii="Times New Roman" w:hAnsi="Times New Roman" w:cs="Times New Roman"/>
                <w:sz w:val="22"/>
              </w:rPr>
            </w:pPr>
            <w:r w:rsidRPr="000A2615">
              <w:rPr>
                <w:rFonts w:ascii="Times New Roman" w:hAnsi="Times New Roman" w:cs="Times New Roman"/>
                <w:i/>
                <w:sz w:val="22"/>
              </w:rPr>
              <w:t>Existing – to be expanded / New</w:t>
            </w:r>
          </w:p>
        </w:tc>
        <w:tc>
          <w:tcPr>
            <w:tcW w:w="525" w:type="pct"/>
            <w:tcBorders>
              <w:top w:val="single" w:sz="4" w:space="0" w:color="7F7F7F"/>
              <w:left w:val="single" w:sz="4" w:space="0" w:color="7F7F7F"/>
              <w:bottom w:val="single" w:sz="4" w:space="0" w:color="7F7F7F"/>
              <w:right w:val="single" w:sz="4" w:space="0" w:color="7F7F7F"/>
            </w:tcBorders>
            <w:shd w:val="clear" w:color="auto" w:fill="FFF2CC"/>
            <w:tcMar>
              <w:top w:w="45" w:type="dxa"/>
              <w:left w:w="55" w:type="dxa"/>
              <w:bottom w:w="45" w:type="dxa"/>
              <w:right w:w="55" w:type="dxa"/>
            </w:tcMar>
            <w:vAlign w:val="center"/>
          </w:tcPr>
          <w:p w14:paraId="5F03BA3D" w14:textId="77777777" w:rsidR="004F1D2E" w:rsidRPr="000A2615" w:rsidRDefault="004F1D2E" w:rsidP="00265335">
            <w:pPr>
              <w:spacing w:after="0" w:line="240" w:lineRule="auto"/>
              <w:rPr>
                <w:rFonts w:ascii="Times New Roman" w:hAnsi="Times New Roman" w:cs="Times New Roman"/>
                <w:sz w:val="22"/>
              </w:rPr>
            </w:pPr>
            <w:r w:rsidRPr="000A2615">
              <w:rPr>
                <w:rFonts w:ascii="Times New Roman" w:hAnsi="Times New Roman" w:cs="Times New Roman"/>
                <w:i/>
                <w:sz w:val="22"/>
              </w:rPr>
              <w:t>PhD / Master's / Bachelor's / Diploma / Certificate / Short Course</w:t>
            </w: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0CA129"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8F640E"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FE55D7"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2FCA09" w14:textId="77777777" w:rsidR="004F1D2E" w:rsidRPr="000A2615" w:rsidRDefault="004F1D2E" w:rsidP="00265335">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668632"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371E94"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9CFB9E" w14:textId="77777777" w:rsidR="004F1D2E" w:rsidRPr="000A2615" w:rsidRDefault="004F1D2E" w:rsidP="00265335">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6DACF3" w14:textId="77777777" w:rsidR="004F1D2E" w:rsidRPr="000A2615" w:rsidRDefault="004F1D2E" w:rsidP="00265335">
            <w:pPr>
              <w:spacing w:after="0" w:line="240" w:lineRule="auto"/>
              <w:jc w:val="center"/>
              <w:rPr>
                <w:rFonts w:ascii="Times New Roman" w:hAnsi="Times New Roman" w:cs="Times New Roman"/>
                <w:sz w:val="22"/>
              </w:rPr>
            </w:pPr>
          </w:p>
        </w:tc>
      </w:tr>
      <w:tr w:rsidR="004F1D2E" w:rsidRPr="000A2615" w14:paraId="0F66A811" w14:textId="77777777" w:rsidTr="00265335">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EB6154"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2</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0199A6"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704FBE"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B00F14"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3F510D"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1530F2"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0389DB"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CC7D83" w14:textId="77777777" w:rsidR="004F1D2E" w:rsidRPr="000A2615" w:rsidRDefault="004F1D2E" w:rsidP="00265335">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F7D417"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907DD3"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37F115" w14:textId="77777777" w:rsidR="004F1D2E" w:rsidRPr="000A2615" w:rsidRDefault="004F1D2E" w:rsidP="00265335">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28558B" w14:textId="77777777" w:rsidR="004F1D2E" w:rsidRPr="000A2615" w:rsidRDefault="004F1D2E" w:rsidP="00265335">
            <w:pPr>
              <w:spacing w:after="0" w:line="240" w:lineRule="auto"/>
              <w:jc w:val="center"/>
              <w:rPr>
                <w:rFonts w:ascii="Times New Roman" w:hAnsi="Times New Roman" w:cs="Times New Roman"/>
                <w:sz w:val="22"/>
              </w:rPr>
            </w:pPr>
          </w:p>
        </w:tc>
      </w:tr>
      <w:tr w:rsidR="004F1D2E" w:rsidRPr="000A2615" w14:paraId="208DD03D" w14:textId="77777777" w:rsidTr="00265335">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4A4BB2"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3</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46DC5B"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807017"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5904E3"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1D4CD7"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197573"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BB9019"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93E852" w14:textId="77777777" w:rsidR="004F1D2E" w:rsidRPr="000A2615" w:rsidRDefault="004F1D2E" w:rsidP="00265335">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447871"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CD5B0C"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2AA696" w14:textId="77777777" w:rsidR="004F1D2E" w:rsidRPr="000A2615" w:rsidRDefault="004F1D2E" w:rsidP="00265335">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45B06B" w14:textId="77777777" w:rsidR="004F1D2E" w:rsidRPr="000A2615" w:rsidRDefault="004F1D2E" w:rsidP="00265335">
            <w:pPr>
              <w:spacing w:after="0" w:line="240" w:lineRule="auto"/>
              <w:jc w:val="center"/>
              <w:rPr>
                <w:rFonts w:ascii="Times New Roman" w:hAnsi="Times New Roman" w:cs="Times New Roman"/>
                <w:sz w:val="22"/>
              </w:rPr>
            </w:pPr>
          </w:p>
        </w:tc>
      </w:tr>
      <w:tr w:rsidR="004F1D2E" w:rsidRPr="000A2615" w14:paraId="4A72B42A" w14:textId="77777777" w:rsidTr="00265335">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7A860E"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4</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75B562"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BC3278"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E8CC1C"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EB0F96"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C1B6EC"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9355E0"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52398F" w14:textId="77777777" w:rsidR="004F1D2E" w:rsidRPr="000A2615" w:rsidRDefault="004F1D2E" w:rsidP="00265335">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76EBDB"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430047"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6EAE2F" w14:textId="77777777" w:rsidR="004F1D2E" w:rsidRPr="000A2615" w:rsidRDefault="004F1D2E" w:rsidP="00265335">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1D2DCC" w14:textId="77777777" w:rsidR="004F1D2E" w:rsidRPr="000A2615" w:rsidRDefault="004F1D2E" w:rsidP="00265335">
            <w:pPr>
              <w:spacing w:after="0" w:line="240" w:lineRule="auto"/>
              <w:jc w:val="center"/>
              <w:rPr>
                <w:rFonts w:ascii="Times New Roman" w:hAnsi="Times New Roman" w:cs="Times New Roman"/>
                <w:sz w:val="22"/>
              </w:rPr>
            </w:pPr>
          </w:p>
        </w:tc>
      </w:tr>
      <w:tr w:rsidR="004F1D2E" w:rsidRPr="000A2615" w14:paraId="15998068" w14:textId="77777777" w:rsidTr="00265335">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768CEB"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5</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08EF29"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CBBEED"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686B6E"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EE32ED"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249160"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EA0391"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979689" w14:textId="77777777" w:rsidR="004F1D2E" w:rsidRPr="000A2615" w:rsidRDefault="004F1D2E" w:rsidP="00265335">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76DCD7"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02DA21"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76FC68" w14:textId="77777777" w:rsidR="004F1D2E" w:rsidRPr="000A2615" w:rsidRDefault="004F1D2E" w:rsidP="00265335">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BDE225" w14:textId="77777777" w:rsidR="004F1D2E" w:rsidRPr="000A2615" w:rsidRDefault="004F1D2E" w:rsidP="00265335">
            <w:pPr>
              <w:spacing w:after="0" w:line="240" w:lineRule="auto"/>
              <w:jc w:val="center"/>
              <w:rPr>
                <w:rFonts w:ascii="Times New Roman" w:hAnsi="Times New Roman" w:cs="Times New Roman"/>
                <w:sz w:val="22"/>
              </w:rPr>
            </w:pPr>
          </w:p>
        </w:tc>
      </w:tr>
      <w:tr w:rsidR="004F1D2E" w:rsidRPr="000A2615" w14:paraId="0D9EF5BE" w14:textId="77777777" w:rsidTr="00265335">
        <w:trPr>
          <w:cantSplit/>
          <w:trHeight w:val="432"/>
          <w:jc w:val="center"/>
        </w:trPr>
        <w:tc>
          <w:tcPr>
            <w:tcW w:w="18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CDFDCE4" w14:textId="77777777" w:rsidR="004F1D2E" w:rsidRPr="000A2615" w:rsidRDefault="004F1D2E"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TOTAL</w:t>
            </w:r>
          </w:p>
        </w:tc>
        <w:tc>
          <w:tcPr>
            <w:tcW w:w="55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329D8C3"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76DAB0D" w14:textId="77777777" w:rsidR="004F1D2E" w:rsidRPr="000A2615" w:rsidRDefault="004F1D2E" w:rsidP="00265335">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547CF17"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EE07621"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420A27D" w14:textId="77777777" w:rsidR="004F1D2E" w:rsidRPr="000A2615" w:rsidRDefault="004F1D2E" w:rsidP="00265335">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306485D" w14:textId="77777777" w:rsidR="004F1D2E" w:rsidRPr="000A2615" w:rsidRDefault="004F1D2E" w:rsidP="00265335">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312DF0A" w14:textId="77777777" w:rsidR="004F1D2E" w:rsidRPr="000A2615" w:rsidRDefault="004F1D2E" w:rsidP="00265335">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60378DF"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E40CEC4" w14:textId="77777777" w:rsidR="004F1D2E" w:rsidRPr="000A2615" w:rsidRDefault="004F1D2E" w:rsidP="00265335">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749012E" w14:textId="77777777" w:rsidR="004F1D2E" w:rsidRPr="000A2615" w:rsidRDefault="004F1D2E" w:rsidP="00265335">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6BF2298" w14:textId="77777777" w:rsidR="004F1D2E" w:rsidRPr="000A2615" w:rsidRDefault="004F1D2E" w:rsidP="00265335">
            <w:pPr>
              <w:spacing w:after="0" w:line="240" w:lineRule="auto"/>
              <w:jc w:val="center"/>
              <w:rPr>
                <w:rFonts w:ascii="Times New Roman" w:hAnsi="Times New Roman" w:cs="Times New Roman"/>
                <w:sz w:val="22"/>
              </w:rPr>
            </w:pPr>
          </w:p>
        </w:tc>
      </w:tr>
    </w:tbl>
    <w:p w14:paraId="0C4D52BF" w14:textId="77777777" w:rsidR="00336039" w:rsidRPr="000A2615" w:rsidRDefault="00336039">
      <w:pPr>
        <w:spacing w:after="0"/>
        <w:rPr>
          <w:rFonts w:ascii="Times New Roman" w:hAnsi="Times New Roman" w:cs="Times New Roman"/>
          <w:sz w:val="22"/>
        </w:rPr>
      </w:pPr>
    </w:p>
    <w:p w14:paraId="1EA90B74" w14:textId="56748704" w:rsidR="00336039" w:rsidRPr="000A2615" w:rsidRDefault="005329AF">
      <w:pPr>
        <w:pStyle w:val="Heading2"/>
        <w:rPr>
          <w:rFonts w:ascii="Times New Roman" w:hAnsi="Times New Roman" w:cs="Times New Roman"/>
          <w:color w:val="auto"/>
          <w:sz w:val="22"/>
          <w:szCs w:val="22"/>
        </w:rPr>
      </w:pPr>
      <w:bookmarkStart w:id="20" w:name="_Toc237596308"/>
      <w:r w:rsidRPr="000A2615">
        <w:rPr>
          <w:rFonts w:ascii="Times New Roman" w:hAnsi="Times New Roman" w:cs="Times New Roman"/>
          <w:color w:val="auto"/>
          <w:sz w:val="22"/>
          <w:szCs w:val="22"/>
        </w:rPr>
        <w:t>3</w:t>
      </w:r>
      <w:r w:rsidR="00497E92" w:rsidRPr="000A2615">
        <w:rPr>
          <w:rFonts w:ascii="Times New Roman" w:hAnsi="Times New Roman" w:cs="Times New Roman"/>
          <w:color w:val="auto"/>
          <w:sz w:val="22"/>
          <w:szCs w:val="22"/>
        </w:rPr>
        <w:t>.</w:t>
      </w:r>
      <w:r w:rsidR="005A2766" w:rsidRPr="000A2615">
        <w:rPr>
          <w:rFonts w:ascii="Times New Roman" w:hAnsi="Times New Roman" w:cs="Times New Roman"/>
          <w:color w:val="auto"/>
          <w:sz w:val="22"/>
          <w:szCs w:val="22"/>
        </w:rPr>
        <w:t>3</w:t>
      </w:r>
      <w:r w:rsidR="00497E92" w:rsidRPr="000A2615">
        <w:rPr>
          <w:rFonts w:ascii="Times New Roman" w:hAnsi="Times New Roman" w:cs="Times New Roman"/>
          <w:color w:val="auto"/>
          <w:sz w:val="22"/>
          <w:szCs w:val="22"/>
        </w:rPr>
        <w:t xml:space="preserve"> Work-Based Learning, Apprenticeships and Industry Placements</w:t>
      </w:r>
      <w:bookmarkEnd w:id="20"/>
    </w:p>
    <w:p w14:paraId="56292E77" w14:textId="77777777"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Explain the operating model for apprenticeships, internships, industry placements, firm-based training, recognition of prior learning and workplace assessment. Address employer agreements, supervision, health and safety, insurance, placement capacity, quality control and learner feedback.</w:t>
      </w:r>
    </w:p>
    <w:tbl>
      <w:tblPr>
        <w:tblStyle w:val="TableGrid"/>
        <w:tblW w:w="9000" w:type="dxa"/>
        <w:jc w:val="center"/>
        <w:tblLook w:val="04A0" w:firstRow="1" w:lastRow="0" w:firstColumn="1" w:lastColumn="0" w:noHBand="0" w:noVBand="1"/>
      </w:tblPr>
      <w:tblGrid>
        <w:gridCol w:w="9000"/>
      </w:tblGrid>
      <w:tr w:rsidR="00336039" w:rsidRPr="000A2615" w14:paraId="5DCBAAFC" w14:textId="77777777">
        <w:trPr>
          <w:jc w:val="center"/>
        </w:trPr>
        <w:tc>
          <w:tcPr>
            <w:tcW w:w="9866" w:type="dxa"/>
            <w:shd w:val="clear" w:color="auto" w:fill="FAFAFA"/>
            <w:tcMar>
              <w:top w:w="110" w:type="dxa"/>
              <w:left w:w="120" w:type="dxa"/>
              <w:bottom w:w="110" w:type="dxa"/>
              <w:right w:w="120" w:type="dxa"/>
            </w:tcMar>
          </w:tcPr>
          <w:p w14:paraId="65151735" w14:textId="0803BC00" w:rsidR="00336039" w:rsidRPr="000A2615" w:rsidRDefault="00821364">
            <w:pPr>
              <w:rPr>
                <w:rFonts w:ascii="Times New Roman" w:hAnsi="Times New Roman" w:cs="Times New Roman"/>
                <w:sz w:val="22"/>
              </w:rPr>
            </w:pPr>
            <w:r w:rsidRPr="00821364">
              <w:rPr>
                <w:rFonts w:ascii="Times New Roman" w:hAnsi="Times New Roman" w:cs="Times New Roman"/>
                <w:i/>
                <w:sz w:val="22"/>
              </w:rPr>
              <w:t>[Applicant response must not exceed 700 words]</w:t>
            </w:r>
          </w:p>
          <w:p w14:paraId="752828A3" w14:textId="77777777" w:rsidR="00336039" w:rsidRPr="000A2615" w:rsidRDefault="00336039">
            <w:pPr>
              <w:rPr>
                <w:rFonts w:ascii="Times New Roman" w:hAnsi="Times New Roman" w:cs="Times New Roman"/>
                <w:sz w:val="22"/>
              </w:rPr>
            </w:pPr>
          </w:p>
          <w:p w14:paraId="20ABF3FF" w14:textId="77777777" w:rsidR="00336039" w:rsidRPr="000A2615" w:rsidRDefault="00336039">
            <w:pPr>
              <w:rPr>
                <w:rFonts w:ascii="Times New Roman" w:hAnsi="Times New Roman" w:cs="Times New Roman"/>
                <w:sz w:val="22"/>
              </w:rPr>
            </w:pPr>
          </w:p>
          <w:p w14:paraId="7FBC3DFF" w14:textId="77777777" w:rsidR="00336039" w:rsidRPr="000A2615" w:rsidRDefault="00336039">
            <w:pPr>
              <w:rPr>
                <w:rFonts w:ascii="Times New Roman" w:hAnsi="Times New Roman" w:cs="Times New Roman"/>
                <w:sz w:val="22"/>
              </w:rPr>
            </w:pPr>
          </w:p>
          <w:p w14:paraId="73A360F6" w14:textId="77777777" w:rsidR="00336039" w:rsidRPr="000A2615" w:rsidRDefault="00336039">
            <w:pPr>
              <w:rPr>
                <w:rFonts w:ascii="Times New Roman" w:hAnsi="Times New Roman" w:cs="Times New Roman"/>
                <w:sz w:val="22"/>
              </w:rPr>
            </w:pPr>
          </w:p>
        </w:tc>
      </w:tr>
    </w:tbl>
    <w:p w14:paraId="696B7BDB" w14:textId="77777777" w:rsidR="00336039" w:rsidRPr="000A2615" w:rsidRDefault="00336039">
      <w:pPr>
        <w:spacing w:after="0"/>
        <w:rPr>
          <w:rFonts w:ascii="Times New Roman" w:hAnsi="Times New Roman" w:cs="Times New Roman"/>
          <w:sz w:val="22"/>
        </w:rPr>
      </w:pPr>
    </w:p>
    <w:p w14:paraId="5B7B797E" w14:textId="0FFF4E62" w:rsidR="00336039" w:rsidRPr="000A2615" w:rsidRDefault="005329AF">
      <w:pPr>
        <w:pStyle w:val="Heading3"/>
        <w:rPr>
          <w:rFonts w:ascii="Times New Roman" w:hAnsi="Times New Roman" w:cs="Times New Roman"/>
          <w:color w:val="auto"/>
          <w:sz w:val="22"/>
        </w:rPr>
      </w:pPr>
      <w:bookmarkStart w:id="21" w:name="_Toc237596309"/>
      <w:r w:rsidRPr="000A2615">
        <w:rPr>
          <w:rFonts w:ascii="Times New Roman" w:hAnsi="Times New Roman" w:cs="Times New Roman"/>
          <w:color w:val="auto"/>
          <w:sz w:val="22"/>
        </w:rPr>
        <w:t>3.</w:t>
      </w:r>
      <w:r w:rsidR="005A2766" w:rsidRPr="000A2615">
        <w:rPr>
          <w:rFonts w:ascii="Times New Roman" w:hAnsi="Times New Roman" w:cs="Times New Roman"/>
          <w:color w:val="auto"/>
          <w:sz w:val="22"/>
        </w:rPr>
        <w:t>3</w:t>
      </w:r>
      <w:r w:rsidRPr="000A2615">
        <w:rPr>
          <w:rFonts w:ascii="Times New Roman" w:hAnsi="Times New Roman" w:cs="Times New Roman"/>
          <w:color w:val="auto"/>
          <w:sz w:val="22"/>
        </w:rPr>
        <w:t xml:space="preserve">.1 </w:t>
      </w:r>
      <w:r w:rsidR="00C057CB" w:rsidRPr="000A2615">
        <w:rPr>
          <w:rFonts w:ascii="Times New Roman" w:hAnsi="Times New Roman" w:cs="Times New Roman"/>
          <w:color w:val="auto"/>
          <w:sz w:val="22"/>
        </w:rPr>
        <w:t>Industry Placement</w:t>
      </w:r>
      <w:bookmarkEnd w:id="21"/>
    </w:p>
    <w:tbl>
      <w:tblPr>
        <w:tblW w:w="5000" w:type="pct"/>
        <w:jc w:val="center"/>
        <w:tblLook w:val="04A0" w:firstRow="1" w:lastRow="0" w:firstColumn="1" w:lastColumn="0" w:noHBand="0" w:noVBand="1"/>
      </w:tblPr>
      <w:tblGrid>
        <w:gridCol w:w="846"/>
        <w:gridCol w:w="1592"/>
        <w:gridCol w:w="1545"/>
        <w:gridCol w:w="1918"/>
        <w:gridCol w:w="927"/>
        <w:gridCol w:w="717"/>
        <w:gridCol w:w="764"/>
        <w:gridCol w:w="763"/>
        <w:gridCol w:w="904"/>
      </w:tblGrid>
      <w:tr w:rsidR="00C057CB" w:rsidRPr="000A2615" w14:paraId="4B2F78E4" w14:textId="77777777" w:rsidTr="00265335">
        <w:trPr>
          <w:cantSplit/>
          <w:trHeight w:val="677"/>
          <w:tblHeader/>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E74F17"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D1FE71"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Target group/Programs</w:t>
            </w: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1B3421"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Type (Internships, Apprenticeship/ WBL/ Faculty industry attachment)</w:t>
            </w: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ABB23B"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Industry Partners/Employers</w:t>
            </w: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E1258C"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Duration / timing</w:t>
            </w: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6A5AD4"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Yearly target</w:t>
            </w: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2B513A"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of which Female</w:t>
            </w: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D81296"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End of Project Total (Yr 1–5)</w:t>
            </w: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4DC947"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Regional target %</w:t>
            </w:r>
          </w:p>
        </w:tc>
      </w:tr>
      <w:tr w:rsidR="00C057CB" w:rsidRPr="000A2615" w14:paraId="037AB5F8"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3DA355"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lastRenderedPageBreak/>
              <w:t>1</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AFF249" w14:textId="77777777" w:rsidR="00C057CB" w:rsidRPr="000A2615" w:rsidRDefault="00C057C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EE9E7C" w14:textId="77777777" w:rsidR="00C057CB" w:rsidRPr="000A2615" w:rsidRDefault="00C057C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42A4DC" w14:textId="77777777" w:rsidR="00C057CB" w:rsidRPr="000A2615" w:rsidRDefault="00C057C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BB4D09" w14:textId="77777777" w:rsidR="00C057CB" w:rsidRPr="000A2615" w:rsidRDefault="00C057C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873D32" w14:textId="77777777" w:rsidR="00C057CB" w:rsidRPr="000A2615" w:rsidRDefault="00C057C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43626E" w14:textId="77777777" w:rsidR="00C057CB" w:rsidRPr="000A2615" w:rsidRDefault="00C057C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2409CC" w14:textId="77777777" w:rsidR="00C057CB" w:rsidRPr="000A2615" w:rsidRDefault="00C057C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98D044" w14:textId="77777777" w:rsidR="00C057CB" w:rsidRPr="000A2615" w:rsidRDefault="00C057CB" w:rsidP="00265335">
            <w:pPr>
              <w:spacing w:after="0" w:line="240" w:lineRule="auto"/>
              <w:jc w:val="center"/>
              <w:rPr>
                <w:rFonts w:ascii="Times New Roman" w:hAnsi="Times New Roman" w:cs="Times New Roman"/>
                <w:sz w:val="22"/>
              </w:rPr>
            </w:pPr>
          </w:p>
        </w:tc>
      </w:tr>
      <w:tr w:rsidR="00C057CB" w:rsidRPr="000A2615" w14:paraId="58DC2F5F"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A3A8D6"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2</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90E6FE" w14:textId="77777777" w:rsidR="00C057CB" w:rsidRPr="000A2615" w:rsidRDefault="00C057C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FA8287" w14:textId="77777777" w:rsidR="00C057CB" w:rsidRPr="000A2615" w:rsidRDefault="00C057C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6E503B" w14:textId="77777777" w:rsidR="00C057CB" w:rsidRPr="000A2615" w:rsidRDefault="00C057C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08C371" w14:textId="77777777" w:rsidR="00C057CB" w:rsidRPr="000A2615" w:rsidRDefault="00C057C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3EC85A" w14:textId="77777777" w:rsidR="00C057CB" w:rsidRPr="000A2615" w:rsidRDefault="00C057C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98F9BD" w14:textId="77777777" w:rsidR="00C057CB" w:rsidRPr="000A2615" w:rsidRDefault="00C057C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B1A7B7" w14:textId="77777777" w:rsidR="00C057CB" w:rsidRPr="000A2615" w:rsidRDefault="00C057C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7C1270" w14:textId="77777777" w:rsidR="00C057CB" w:rsidRPr="000A2615" w:rsidRDefault="00C057CB" w:rsidP="00265335">
            <w:pPr>
              <w:spacing w:after="0" w:line="240" w:lineRule="auto"/>
              <w:jc w:val="center"/>
              <w:rPr>
                <w:rFonts w:ascii="Times New Roman" w:hAnsi="Times New Roman" w:cs="Times New Roman"/>
                <w:sz w:val="22"/>
              </w:rPr>
            </w:pPr>
          </w:p>
        </w:tc>
      </w:tr>
      <w:tr w:rsidR="00C057CB" w:rsidRPr="000A2615" w14:paraId="0FFCE972"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1243CE"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3</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BFE5B7" w14:textId="77777777" w:rsidR="00C057CB" w:rsidRPr="000A2615" w:rsidRDefault="00C057C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DC79F2" w14:textId="77777777" w:rsidR="00C057CB" w:rsidRPr="000A2615" w:rsidRDefault="00C057C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3EF1EF" w14:textId="77777777" w:rsidR="00C057CB" w:rsidRPr="000A2615" w:rsidRDefault="00C057C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D4406F" w14:textId="77777777" w:rsidR="00C057CB" w:rsidRPr="000A2615" w:rsidRDefault="00C057C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B8974D" w14:textId="77777777" w:rsidR="00C057CB" w:rsidRPr="000A2615" w:rsidRDefault="00C057C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91288F" w14:textId="77777777" w:rsidR="00C057CB" w:rsidRPr="000A2615" w:rsidRDefault="00C057C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CDC9A6" w14:textId="77777777" w:rsidR="00C057CB" w:rsidRPr="000A2615" w:rsidRDefault="00C057C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BD94A8" w14:textId="77777777" w:rsidR="00C057CB" w:rsidRPr="000A2615" w:rsidRDefault="00C057CB" w:rsidP="00265335">
            <w:pPr>
              <w:spacing w:after="0" w:line="240" w:lineRule="auto"/>
              <w:jc w:val="center"/>
              <w:rPr>
                <w:rFonts w:ascii="Times New Roman" w:hAnsi="Times New Roman" w:cs="Times New Roman"/>
                <w:sz w:val="22"/>
              </w:rPr>
            </w:pPr>
          </w:p>
        </w:tc>
      </w:tr>
      <w:tr w:rsidR="00C057CB" w:rsidRPr="000A2615" w14:paraId="34983131"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9469FE"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4</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B31C39" w14:textId="77777777" w:rsidR="00C057CB" w:rsidRPr="000A2615" w:rsidRDefault="00C057C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4EA6B9" w14:textId="77777777" w:rsidR="00C057CB" w:rsidRPr="000A2615" w:rsidRDefault="00C057C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5EF654" w14:textId="77777777" w:rsidR="00C057CB" w:rsidRPr="000A2615" w:rsidRDefault="00C057C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1CB661" w14:textId="77777777" w:rsidR="00C057CB" w:rsidRPr="000A2615" w:rsidRDefault="00C057C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8D741E" w14:textId="77777777" w:rsidR="00C057CB" w:rsidRPr="000A2615" w:rsidRDefault="00C057C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AC644F" w14:textId="77777777" w:rsidR="00C057CB" w:rsidRPr="000A2615" w:rsidRDefault="00C057C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911A7F" w14:textId="77777777" w:rsidR="00C057CB" w:rsidRPr="000A2615" w:rsidRDefault="00C057C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B22DEA" w14:textId="77777777" w:rsidR="00C057CB" w:rsidRPr="000A2615" w:rsidRDefault="00C057CB" w:rsidP="00265335">
            <w:pPr>
              <w:spacing w:after="0" w:line="240" w:lineRule="auto"/>
              <w:jc w:val="center"/>
              <w:rPr>
                <w:rFonts w:ascii="Times New Roman" w:hAnsi="Times New Roman" w:cs="Times New Roman"/>
                <w:sz w:val="22"/>
              </w:rPr>
            </w:pPr>
          </w:p>
        </w:tc>
      </w:tr>
      <w:tr w:rsidR="00C057CB" w:rsidRPr="000A2615" w14:paraId="2CAAF134" w14:textId="77777777" w:rsidTr="00265335">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A3EDB5"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5</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E3087B" w14:textId="77777777" w:rsidR="00C057CB" w:rsidRPr="000A2615" w:rsidRDefault="00C057C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C9145A" w14:textId="77777777" w:rsidR="00C057CB" w:rsidRPr="000A2615" w:rsidRDefault="00C057C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1E86FB" w14:textId="77777777" w:rsidR="00C057CB" w:rsidRPr="000A2615" w:rsidRDefault="00C057C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2D0D32" w14:textId="77777777" w:rsidR="00C057CB" w:rsidRPr="000A2615" w:rsidRDefault="00C057C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6011F9" w14:textId="77777777" w:rsidR="00C057CB" w:rsidRPr="000A2615" w:rsidRDefault="00C057C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9E835A" w14:textId="77777777" w:rsidR="00C057CB" w:rsidRPr="000A2615" w:rsidRDefault="00C057C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220450" w14:textId="77777777" w:rsidR="00C057CB" w:rsidRPr="000A2615" w:rsidRDefault="00C057C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0C4B21" w14:textId="77777777" w:rsidR="00C057CB" w:rsidRPr="000A2615" w:rsidRDefault="00C057CB" w:rsidP="00265335">
            <w:pPr>
              <w:spacing w:after="0" w:line="240" w:lineRule="auto"/>
              <w:jc w:val="center"/>
              <w:rPr>
                <w:rFonts w:ascii="Times New Roman" w:hAnsi="Times New Roman" w:cs="Times New Roman"/>
                <w:sz w:val="22"/>
              </w:rPr>
            </w:pPr>
          </w:p>
        </w:tc>
      </w:tr>
      <w:tr w:rsidR="00C057CB" w:rsidRPr="000A2615" w14:paraId="63617AFD" w14:textId="77777777" w:rsidTr="00265335">
        <w:trPr>
          <w:cantSplit/>
          <w:trHeight w:val="432"/>
          <w:jc w:val="center"/>
        </w:trPr>
        <w:tc>
          <w:tcPr>
            <w:tcW w:w="19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4F424EC" w14:textId="77777777" w:rsidR="00C057CB" w:rsidRPr="000A2615" w:rsidRDefault="00C057CB"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TOTAL</w:t>
            </w:r>
          </w:p>
        </w:tc>
        <w:tc>
          <w:tcPr>
            <w:tcW w:w="69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53931BA" w14:textId="77777777" w:rsidR="00C057CB" w:rsidRPr="000A2615" w:rsidRDefault="00C057CB" w:rsidP="00265335">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E3564B1" w14:textId="77777777" w:rsidR="00C057CB" w:rsidRPr="000A2615" w:rsidRDefault="00C057CB" w:rsidP="00265335">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164B603" w14:textId="77777777" w:rsidR="00C057CB" w:rsidRPr="000A2615" w:rsidRDefault="00C057CB" w:rsidP="00265335">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FA77784" w14:textId="77777777" w:rsidR="00C057CB" w:rsidRPr="000A2615" w:rsidRDefault="00C057CB" w:rsidP="00265335">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6A0E87C" w14:textId="77777777" w:rsidR="00C057CB" w:rsidRPr="000A2615" w:rsidRDefault="00C057CB" w:rsidP="00265335">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603953E" w14:textId="77777777" w:rsidR="00C057CB" w:rsidRPr="000A2615" w:rsidRDefault="00C057CB" w:rsidP="00265335">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2814E34" w14:textId="77777777" w:rsidR="00C057CB" w:rsidRPr="000A2615" w:rsidRDefault="00C057CB" w:rsidP="00265335">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5A20332" w14:textId="77777777" w:rsidR="00C057CB" w:rsidRPr="000A2615" w:rsidRDefault="00C057CB" w:rsidP="00265335">
            <w:pPr>
              <w:spacing w:after="0" w:line="240" w:lineRule="auto"/>
              <w:jc w:val="center"/>
              <w:rPr>
                <w:rFonts w:ascii="Times New Roman" w:hAnsi="Times New Roman" w:cs="Times New Roman"/>
                <w:sz w:val="22"/>
              </w:rPr>
            </w:pPr>
          </w:p>
        </w:tc>
      </w:tr>
    </w:tbl>
    <w:p w14:paraId="102F7288" w14:textId="77777777" w:rsidR="00336039" w:rsidRPr="000A2615" w:rsidRDefault="00336039">
      <w:pPr>
        <w:spacing w:after="0"/>
        <w:rPr>
          <w:rFonts w:ascii="Times New Roman" w:hAnsi="Times New Roman" w:cs="Times New Roman"/>
          <w:sz w:val="22"/>
        </w:rPr>
      </w:pPr>
    </w:p>
    <w:p w14:paraId="07497B4A" w14:textId="418E53A5" w:rsidR="00336039" w:rsidRPr="000A2615" w:rsidRDefault="005329AF">
      <w:pPr>
        <w:pStyle w:val="Heading2"/>
        <w:rPr>
          <w:rFonts w:ascii="Times New Roman" w:hAnsi="Times New Roman" w:cs="Times New Roman"/>
          <w:color w:val="auto"/>
          <w:sz w:val="22"/>
          <w:szCs w:val="22"/>
        </w:rPr>
      </w:pPr>
      <w:bookmarkStart w:id="22" w:name="_Toc237596310"/>
      <w:r w:rsidRPr="000A2615">
        <w:rPr>
          <w:rFonts w:ascii="Times New Roman" w:hAnsi="Times New Roman" w:cs="Times New Roman"/>
          <w:color w:val="auto"/>
          <w:sz w:val="22"/>
          <w:szCs w:val="22"/>
        </w:rPr>
        <w:t>3</w:t>
      </w:r>
      <w:r w:rsidR="00497E92" w:rsidRPr="000A2615">
        <w:rPr>
          <w:rFonts w:ascii="Times New Roman" w:hAnsi="Times New Roman" w:cs="Times New Roman"/>
          <w:color w:val="auto"/>
          <w:sz w:val="22"/>
          <w:szCs w:val="22"/>
        </w:rPr>
        <w:t>.</w:t>
      </w:r>
      <w:r w:rsidR="005A2766" w:rsidRPr="000A2615">
        <w:rPr>
          <w:rFonts w:ascii="Times New Roman" w:hAnsi="Times New Roman" w:cs="Times New Roman"/>
          <w:color w:val="auto"/>
          <w:sz w:val="22"/>
          <w:szCs w:val="22"/>
        </w:rPr>
        <w:t>4</w:t>
      </w:r>
      <w:r w:rsidR="00497E92" w:rsidRPr="000A2615">
        <w:rPr>
          <w:rFonts w:ascii="Times New Roman" w:hAnsi="Times New Roman" w:cs="Times New Roman"/>
          <w:color w:val="auto"/>
          <w:sz w:val="22"/>
          <w:szCs w:val="22"/>
        </w:rPr>
        <w:t xml:space="preserve"> Employer Engagement and Industry Services</w:t>
      </w:r>
      <w:bookmarkEnd w:id="22"/>
    </w:p>
    <w:p w14:paraId="28C87D50" w14:textId="1034CFAE" w:rsidR="009458FD" w:rsidRPr="000A2615" w:rsidRDefault="009458FD" w:rsidP="009458FD">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Beyond the Sector Engagement Panel, Centers/ RFTIs are expected to engage a broader set of industry, private sector, and sectoral partners. Building on the partnerships identified in the EoI, describe the model for engaging both existing and new partners, and explain how these relationships will inform and shape the Center's/RFTI's applied research agenda, innovation priorities, skills programs, and curricula. Partners should reflect a diversity of scale and geography, spanning local, national, regional, and international stakeholders.</w:t>
      </w:r>
    </w:p>
    <w:p w14:paraId="290B7BFC" w14:textId="2E7C2321" w:rsidR="00336039" w:rsidRPr="000A2615" w:rsidRDefault="009458FD" w:rsidP="009458FD">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In the table below, list partners that have made confirmed commitments prior to submission, specifying their concrete contributions — financial and/or in-kind. Contributions may include, but are not limited to, curriculum co-design, guest teaching, internships, faculty and trainer development, contract research, equipment access, co-supervision, student mobility, joint grants, technology validation, and regional networks. Entries should reflect actual commitments, not aspirational intentions.</w:t>
      </w:r>
    </w:p>
    <w:tbl>
      <w:tblPr>
        <w:tblStyle w:val="TableGrid"/>
        <w:tblW w:w="9000" w:type="dxa"/>
        <w:jc w:val="center"/>
        <w:tblLook w:val="04A0" w:firstRow="1" w:lastRow="0" w:firstColumn="1" w:lastColumn="0" w:noHBand="0" w:noVBand="1"/>
      </w:tblPr>
      <w:tblGrid>
        <w:gridCol w:w="9000"/>
      </w:tblGrid>
      <w:tr w:rsidR="00336039" w:rsidRPr="000A2615" w14:paraId="1F755187" w14:textId="77777777">
        <w:trPr>
          <w:jc w:val="center"/>
        </w:trPr>
        <w:tc>
          <w:tcPr>
            <w:tcW w:w="9866" w:type="dxa"/>
            <w:shd w:val="clear" w:color="auto" w:fill="FAFAFA"/>
            <w:tcMar>
              <w:top w:w="110" w:type="dxa"/>
              <w:left w:w="120" w:type="dxa"/>
              <w:bottom w:w="110" w:type="dxa"/>
              <w:right w:w="120" w:type="dxa"/>
            </w:tcMar>
          </w:tcPr>
          <w:p w14:paraId="73B43C47" w14:textId="1BCD2250" w:rsidR="00336039" w:rsidRPr="000A2615" w:rsidRDefault="00821364">
            <w:pPr>
              <w:rPr>
                <w:rFonts w:ascii="Times New Roman" w:hAnsi="Times New Roman" w:cs="Times New Roman"/>
                <w:sz w:val="22"/>
              </w:rPr>
            </w:pPr>
            <w:r w:rsidRPr="00821364">
              <w:rPr>
                <w:rFonts w:ascii="Times New Roman" w:hAnsi="Times New Roman" w:cs="Times New Roman"/>
                <w:i/>
                <w:sz w:val="22"/>
              </w:rPr>
              <w:t>[Applicant response must not exceed 700 words]</w:t>
            </w:r>
          </w:p>
          <w:p w14:paraId="6479717E" w14:textId="77777777" w:rsidR="00336039" w:rsidRPr="000A2615" w:rsidRDefault="00336039">
            <w:pPr>
              <w:rPr>
                <w:rFonts w:ascii="Times New Roman" w:hAnsi="Times New Roman" w:cs="Times New Roman"/>
                <w:sz w:val="22"/>
              </w:rPr>
            </w:pPr>
          </w:p>
          <w:p w14:paraId="2203D8CD" w14:textId="77777777" w:rsidR="00336039" w:rsidRPr="000A2615" w:rsidRDefault="00336039">
            <w:pPr>
              <w:rPr>
                <w:rFonts w:ascii="Times New Roman" w:hAnsi="Times New Roman" w:cs="Times New Roman"/>
                <w:sz w:val="22"/>
              </w:rPr>
            </w:pPr>
          </w:p>
          <w:p w14:paraId="08A0E4C7" w14:textId="77777777" w:rsidR="00336039" w:rsidRPr="000A2615" w:rsidRDefault="00336039">
            <w:pPr>
              <w:rPr>
                <w:rFonts w:ascii="Times New Roman" w:hAnsi="Times New Roman" w:cs="Times New Roman"/>
                <w:sz w:val="22"/>
              </w:rPr>
            </w:pPr>
          </w:p>
        </w:tc>
      </w:tr>
    </w:tbl>
    <w:p w14:paraId="72C57A76" w14:textId="77777777" w:rsidR="00336039" w:rsidRPr="000A2615" w:rsidRDefault="00336039">
      <w:pPr>
        <w:spacing w:after="0"/>
        <w:rPr>
          <w:rFonts w:ascii="Times New Roman" w:hAnsi="Times New Roman" w:cs="Times New Roman"/>
          <w:sz w:val="22"/>
        </w:rPr>
      </w:pPr>
    </w:p>
    <w:p w14:paraId="1CF7F994" w14:textId="06D14380" w:rsidR="00336039" w:rsidRPr="000A2615" w:rsidRDefault="005329AF">
      <w:pPr>
        <w:pStyle w:val="Heading3"/>
        <w:rPr>
          <w:rFonts w:ascii="Times New Roman" w:hAnsi="Times New Roman" w:cs="Times New Roman"/>
          <w:color w:val="auto"/>
          <w:sz w:val="22"/>
        </w:rPr>
      </w:pPr>
      <w:bookmarkStart w:id="23" w:name="_Toc237596311"/>
      <w:r w:rsidRPr="000A2615">
        <w:rPr>
          <w:rFonts w:ascii="Times New Roman" w:hAnsi="Times New Roman" w:cs="Times New Roman"/>
          <w:color w:val="auto"/>
          <w:sz w:val="22"/>
        </w:rPr>
        <w:t>3.</w:t>
      </w:r>
      <w:r w:rsidR="005A2766" w:rsidRPr="000A2615">
        <w:rPr>
          <w:rFonts w:ascii="Times New Roman" w:hAnsi="Times New Roman" w:cs="Times New Roman"/>
          <w:color w:val="auto"/>
          <w:sz w:val="22"/>
        </w:rPr>
        <w:t>4</w:t>
      </w:r>
      <w:r w:rsidRPr="000A2615">
        <w:rPr>
          <w:rFonts w:ascii="Times New Roman" w:hAnsi="Times New Roman" w:cs="Times New Roman"/>
          <w:color w:val="auto"/>
          <w:sz w:val="22"/>
        </w:rPr>
        <w:t xml:space="preserve">.1 </w:t>
      </w:r>
      <w:r w:rsidR="00497E92" w:rsidRPr="000A2615">
        <w:rPr>
          <w:rFonts w:ascii="Times New Roman" w:hAnsi="Times New Roman" w:cs="Times New Roman"/>
          <w:color w:val="auto"/>
          <w:sz w:val="22"/>
        </w:rPr>
        <w:t>Employer Commitment Register</w:t>
      </w:r>
      <w:bookmarkEnd w:id="23"/>
    </w:p>
    <w:tbl>
      <w:tblPr>
        <w:tblW w:w="5000" w:type="pct"/>
        <w:jc w:val="center"/>
        <w:tblLook w:val="04A0" w:firstRow="1" w:lastRow="0" w:firstColumn="1" w:lastColumn="0" w:noHBand="0" w:noVBand="1"/>
      </w:tblPr>
      <w:tblGrid>
        <w:gridCol w:w="881"/>
        <w:gridCol w:w="1699"/>
        <w:gridCol w:w="1203"/>
        <w:gridCol w:w="746"/>
        <w:gridCol w:w="1332"/>
        <w:gridCol w:w="1811"/>
        <w:gridCol w:w="1153"/>
        <w:gridCol w:w="1151"/>
      </w:tblGrid>
      <w:tr w:rsidR="00E25CF0" w:rsidRPr="000A2615" w14:paraId="2259B749" w14:textId="77777777" w:rsidTr="00265335">
        <w:trPr>
          <w:cantSplit/>
          <w:trHeight w:val="677"/>
          <w:tblHeader/>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86ECEA"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3BA8B9"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Partner/Country</w:t>
            </w: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C48145"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Focus (Academic/ research or Industry)</w:t>
            </w: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A01985"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Type</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FFDAE7"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Status (Active/New)</w:t>
            </w: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7DDD15"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Specific collaboration/ contributions</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975090"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Expected output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FA674C"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Financial / in-kind value</w:t>
            </w:r>
          </w:p>
        </w:tc>
      </w:tr>
      <w:tr w:rsidR="00E25CF0" w:rsidRPr="000A2615" w14:paraId="35C44475"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D93BEA"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1</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DC7C64"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9CCFE2"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DFFCD9"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F3F251"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A3CD0B"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FDDAA5"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B98F89"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02C4EF6F"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83143F"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lastRenderedPageBreak/>
              <w:t>2</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AC8343"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347B08"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60A5A4"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BF6636"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C0F319"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3AB284"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DF40C8"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0919659E"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222055"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3</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3F40C3"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A44831"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7240FE"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3404CC"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A8EC9C"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8A0918"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8BB131"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6A09C3F7"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5C1672"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4</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D5E829"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383115"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BFB158"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035815"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56F2AD"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A8908B"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BDF917"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4304C78D"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AFC80E"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5</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9A7516"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8AA915"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85472D"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0833D5"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B94BD7"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9F72AB"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FEAB78"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52C0D944" w14:textId="77777777" w:rsidTr="00265335">
        <w:trPr>
          <w:cantSplit/>
          <w:trHeight w:val="432"/>
          <w:jc w:val="center"/>
        </w:trPr>
        <w:tc>
          <w:tcPr>
            <w:tcW w:w="19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9684577"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TOTAL</w:t>
            </w: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03DA685"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82A104F"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0C0984B"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79F36CE"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2067A91"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D98EA1D"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E5A216B" w14:textId="77777777" w:rsidR="00E25CF0" w:rsidRPr="000A2615" w:rsidRDefault="00E25CF0" w:rsidP="00265335">
            <w:pPr>
              <w:spacing w:after="0" w:line="240" w:lineRule="auto"/>
              <w:jc w:val="center"/>
              <w:rPr>
                <w:rFonts w:ascii="Times New Roman" w:hAnsi="Times New Roman" w:cs="Times New Roman"/>
                <w:sz w:val="22"/>
              </w:rPr>
            </w:pPr>
          </w:p>
        </w:tc>
      </w:tr>
    </w:tbl>
    <w:p w14:paraId="6FB8B44E" w14:textId="77777777" w:rsidR="009B5539" w:rsidRPr="000A2615" w:rsidRDefault="009B5539" w:rsidP="009E03DB">
      <w:pPr>
        <w:spacing w:after="0"/>
        <w:rPr>
          <w:rFonts w:ascii="Times New Roman" w:hAnsi="Times New Roman" w:cs="Times New Roman"/>
          <w:sz w:val="22"/>
        </w:rPr>
      </w:pPr>
    </w:p>
    <w:p w14:paraId="01C4A171" w14:textId="09084871" w:rsidR="009E03DB" w:rsidRPr="000A2615" w:rsidRDefault="002047BD" w:rsidP="002047BD">
      <w:pPr>
        <w:pStyle w:val="Heading2"/>
        <w:rPr>
          <w:rFonts w:ascii="Times New Roman" w:hAnsi="Times New Roman" w:cs="Times New Roman"/>
          <w:color w:val="auto"/>
          <w:sz w:val="22"/>
          <w:szCs w:val="22"/>
        </w:rPr>
      </w:pPr>
      <w:bookmarkStart w:id="24" w:name="_Toc237596312"/>
      <w:r w:rsidRPr="000A2615">
        <w:rPr>
          <w:rFonts w:ascii="Times New Roman" w:hAnsi="Times New Roman" w:cs="Times New Roman"/>
          <w:color w:val="auto"/>
          <w:sz w:val="22"/>
          <w:szCs w:val="22"/>
        </w:rPr>
        <w:t>3.</w:t>
      </w:r>
      <w:r w:rsidR="005A2766" w:rsidRPr="000A2615">
        <w:rPr>
          <w:rFonts w:ascii="Times New Roman" w:hAnsi="Times New Roman" w:cs="Times New Roman"/>
          <w:color w:val="auto"/>
          <w:sz w:val="22"/>
          <w:szCs w:val="22"/>
        </w:rPr>
        <w:t>5</w:t>
      </w:r>
      <w:r w:rsidRPr="000A2615">
        <w:rPr>
          <w:rFonts w:ascii="Times New Roman" w:hAnsi="Times New Roman" w:cs="Times New Roman"/>
          <w:color w:val="auto"/>
          <w:sz w:val="22"/>
          <w:szCs w:val="22"/>
        </w:rPr>
        <w:t xml:space="preserve"> </w:t>
      </w:r>
      <w:r w:rsidR="009E03DB" w:rsidRPr="000A2615">
        <w:rPr>
          <w:rFonts w:ascii="Times New Roman" w:hAnsi="Times New Roman" w:cs="Times New Roman"/>
          <w:color w:val="auto"/>
          <w:sz w:val="22"/>
          <w:szCs w:val="22"/>
        </w:rPr>
        <w:t>Academic Partnerships</w:t>
      </w:r>
      <w:bookmarkEnd w:id="24"/>
      <w:r w:rsidR="009E03DB" w:rsidRPr="000A2615">
        <w:rPr>
          <w:rFonts w:ascii="Times New Roman" w:hAnsi="Times New Roman" w:cs="Times New Roman"/>
          <w:color w:val="auto"/>
          <w:sz w:val="22"/>
          <w:szCs w:val="22"/>
        </w:rPr>
        <w:t xml:space="preserve"> </w:t>
      </w:r>
    </w:p>
    <w:p w14:paraId="6F721E7A" w14:textId="77777777" w:rsidR="009E03DB" w:rsidRPr="000A2615" w:rsidRDefault="009E03DB" w:rsidP="009E03DB">
      <w:pPr>
        <w:spacing w:after="0"/>
        <w:rPr>
          <w:rFonts w:ascii="Times New Roman" w:hAnsi="Times New Roman" w:cs="Times New Roman"/>
          <w:i/>
          <w:iCs/>
          <w:sz w:val="22"/>
        </w:rPr>
      </w:pPr>
      <w:r w:rsidRPr="000A2615">
        <w:rPr>
          <w:rFonts w:ascii="Times New Roman" w:hAnsi="Times New Roman" w:cs="Times New Roman"/>
          <w:i/>
          <w:iCs/>
          <w:sz w:val="22"/>
        </w:rPr>
        <w:t xml:space="preserve">Centers and RFTIs are expected to develop and maintain academic partnerships that strengthen their research capacity, program quality, and regional reach. These partnerships can be at the department/center/institutional level or with specific researchers/academics and can reflect a diversity of geography, spanning national, regional, and international institutions. Describe the model for engaging academic partners and explain how these relationships contribute to the Center's/RFTI's core activities. </w:t>
      </w:r>
    </w:p>
    <w:p w14:paraId="08081188" w14:textId="77777777" w:rsidR="009E03DB" w:rsidRPr="000A2615" w:rsidRDefault="009E03DB" w:rsidP="009E03DB">
      <w:pPr>
        <w:spacing w:after="0"/>
        <w:rPr>
          <w:rFonts w:ascii="Times New Roman" w:hAnsi="Times New Roman" w:cs="Times New Roman"/>
          <w:i/>
          <w:iCs/>
          <w:sz w:val="22"/>
        </w:rPr>
      </w:pPr>
      <w:r w:rsidRPr="000A2615">
        <w:rPr>
          <w:rFonts w:ascii="Times New Roman" w:hAnsi="Times New Roman" w:cs="Times New Roman"/>
          <w:i/>
          <w:iCs/>
          <w:sz w:val="22"/>
        </w:rPr>
        <w:t>In the table below, list active academic partners that have made confirmed commitments prior to submission, specifying their concrete contributions. Contributions may include, but are not limited to, joint research and publications, faculty and student exchanges, co-supervision of postgraduate students, shared curriculum development, access to specialized facilities, and participation in regional knowledge networks. Entries should reflect actual commitments, not aspirational intentions.</w:t>
      </w:r>
    </w:p>
    <w:p w14:paraId="3895457B" w14:textId="77777777" w:rsidR="009E03DB" w:rsidRPr="000A2615" w:rsidRDefault="009E03DB" w:rsidP="009E03DB">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9E03DB" w:rsidRPr="000A2615" w14:paraId="5E3C1EE1" w14:textId="77777777" w:rsidTr="00574222">
        <w:trPr>
          <w:jc w:val="center"/>
        </w:trPr>
        <w:tc>
          <w:tcPr>
            <w:tcW w:w="9866" w:type="dxa"/>
            <w:shd w:val="clear" w:color="auto" w:fill="FAFAFA"/>
            <w:tcMar>
              <w:top w:w="110" w:type="dxa"/>
              <w:left w:w="120" w:type="dxa"/>
              <w:bottom w:w="110" w:type="dxa"/>
              <w:right w:w="120" w:type="dxa"/>
            </w:tcMar>
          </w:tcPr>
          <w:p w14:paraId="337AFC12" w14:textId="490E1B6B" w:rsidR="009E03DB" w:rsidRPr="000A2615" w:rsidRDefault="00E274D7" w:rsidP="009E03DB">
            <w:pPr>
              <w:rPr>
                <w:rFonts w:ascii="Times New Roman" w:hAnsi="Times New Roman" w:cs="Times New Roman"/>
                <w:sz w:val="22"/>
              </w:rPr>
            </w:pPr>
            <w:r w:rsidRPr="00E274D7">
              <w:rPr>
                <w:rFonts w:ascii="Times New Roman" w:hAnsi="Times New Roman" w:cs="Times New Roman"/>
                <w:i/>
                <w:sz w:val="22"/>
              </w:rPr>
              <w:t>[Applicant response must not exceed 700 words]</w:t>
            </w:r>
          </w:p>
          <w:p w14:paraId="10251EC0" w14:textId="77777777" w:rsidR="009E03DB" w:rsidRPr="000A2615" w:rsidRDefault="009E03DB" w:rsidP="009E03DB">
            <w:pPr>
              <w:rPr>
                <w:rFonts w:ascii="Times New Roman" w:hAnsi="Times New Roman" w:cs="Times New Roman"/>
                <w:sz w:val="22"/>
              </w:rPr>
            </w:pPr>
          </w:p>
          <w:p w14:paraId="7B1967EA" w14:textId="77777777" w:rsidR="009E03DB" w:rsidRPr="000A2615" w:rsidRDefault="009E03DB" w:rsidP="009E03DB">
            <w:pPr>
              <w:rPr>
                <w:rFonts w:ascii="Times New Roman" w:hAnsi="Times New Roman" w:cs="Times New Roman"/>
                <w:sz w:val="22"/>
              </w:rPr>
            </w:pPr>
          </w:p>
          <w:p w14:paraId="18B476BE" w14:textId="77777777" w:rsidR="009E03DB" w:rsidRPr="000A2615" w:rsidRDefault="009E03DB" w:rsidP="009E03DB">
            <w:pPr>
              <w:rPr>
                <w:rFonts w:ascii="Times New Roman" w:hAnsi="Times New Roman" w:cs="Times New Roman"/>
                <w:sz w:val="22"/>
              </w:rPr>
            </w:pPr>
          </w:p>
        </w:tc>
      </w:tr>
    </w:tbl>
    <w:p w14:paraId="43797EFF" w14:textId="77777777" w:rsidR="009E03DB" w:rsidRPr="000A2615" w:rsidRDefault="009E03DB" w:rsidP="009E03DB">
      <w:pPr>
        <w:spacing w:after="0"/>
        <w:rPr>
          <w:rFonts w:ascii="Times New Roman" w:hAnsi="Times New Roman" w:cs="Times New Roman"/>
          <w:sz w:val="22"/>
        </w:rPr>
      </w:pPr>
    </w:p>
    <w:p w14:paraId="2709CDA3" w14:textId="47A4EE33" w:rsidR="009E03DB" w:rsidRPr="000A2615" w:rsidRDefault="002047BD" w:rsidP="002047BD">
      <w:pPr>
        <w:pStyle w:val="Heading3"/>
        <w:rPr>
          <w:rFonts w:ascii="Times New Roman" w:hAnsi="Times New Roman" w:cs="Times New Roman"/>
          <w:color w:val="auto"/>
          <w:sz w:val="22"/>
        </w:rPr>
      </w:pPr>
      <w:bookmarkStart w:id="25" w:name="_Toc237596313"/>
      <w:r w:rsidRPr="000A2615">
        <w:rPr>
          <w:rFonts w:ascii="Times New Roman" w:hAnsi="Times New Roman" w:cs="Times New Roman"/>
          <w:color w:val="auto"/>
          <w:sz w:val="22"/>
        </w:rPr>
        <w:t>3.</w:t>
      </w:r>
      <w:r w:rsidR="005A2766" w:rsidRPr="000A2615">
        <w:rPr>
          <w:rFonts w:ascii="Times New Roman" w:hAnsi="Times New Roman" w:cs="Times New Roman"/>
          <w:color w:val="auto"/>
          <w:sz w:val="22"/>
        </w:rPr>
        <w:t>5</w:t>
      </w:r>
      <w:r w:rsidRPr="000A2615">
        <w:rPr>
          <w:rFonts w:ascii="Times New Roman" w:hAnsi="Times New Roman" w:cs="Times New Roman"/>
          <w:color w:val="auto"/>
          <w:sz w:val="22"/>
        </w:rPr>
        <w:t xml:space="preserve">.1 </w:t>
      </w:r>
      <w:r w:rsidR="009E03DB" w:rsidRPr="000A2615">
        <w:rPr>
          <w:rFonts w:ascii="Times New Roman" w:hAnsi="Times New Roman" w:cs="Times New Roman"/>
          <w:color w:val="auto"/>
          <w:sz w:val="22"/>
        </w:rPr>
        <w:t>Partner Commitment Register</w:t>
      </w:r>
      <w:bookmarkEnd w:id="25"/>
    </w:p>
    <w:tbl>
      <w:tblPr>
        <w:tblW w:w="5000" w:type="pct"/>
        <w:jc w:val="center"/>
        <w:tblLook w:val="04A0" w:firstRow="1" w:lastRow="0" w:firstColumn="1" w:lastColumn="0" w:noHBand="0" w:noVBand="1"/>
      </w:tblPr>
      <w:tblGrid>
        <w:gridCol w:w="881"/>
        <w:gridCol w:w="1699"/>
        <w:gridCol w:w="1203"/>
        <w:gridCol w:w="746"/>
        <w:gridCol w:w="1332"/>
        <w:gridCol w:w="1811"/>
        <w:gridCol w:w="1153"/>
        <w:gridCol w:w="1151"/>
      </w:tblGrid>
      <w:tr w:rsidR="00E25CF0" w:rsidRPr="000A2615" w14:paraId="4D696A0B" w14:textId="77777777" w:rsidTr="00265335">
        <w:trPr>
          <w:cantSplit/>
          <w:trHeight w:val="677"/>
          <w:tblHeader/>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21F7B5"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287BF3"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Partner/Country</w:t>
            </w: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27DEA9"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Focus (Academic/ research or Industry)</w:t>
            </w: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95E943"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Type</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229072"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Status (Active/New)</w:t>
            </w: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0C4ED7"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Specific collaboration/ contributions</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395763"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Expected output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DA3D2B"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Financial / in-kind value</w:t>
            </w:r>
          </w:p>
        </w:tc>
      </w:tr>
      <w:tr w:rsidR="00E25CF0" w:rsidRPr="000A2615" w14:paraId="7D6D38A4"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161684"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1</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6A9CB8"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0B25B8"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B2ECBF"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311A40"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C8F24E"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0457C8"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A84509"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67CFAE88"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22EBA1"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2</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B669A9"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0060FF"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95DFFE"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BEE671"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9B6EB7"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F35160"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85A31E"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62CDFD33"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678255"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3</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FFB213"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5F496A"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901810"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F7EC43"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2FBE00"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98E2EA"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45E77A"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7F2CF86E"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776B1E"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lastRenderedPageBreak/>
              <w:t>4</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550C5A"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C7CA36"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A55A93"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9094E4"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ACC059"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5C0826"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B17046"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6683C397" w14:textId="77777777" w:rsidTr="00265335">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438D57"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5</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924CB2"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953FE0"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C04DD6"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77064D"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397FAE"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E40988"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4E7FA6" w14:textId="77777777" w:rsidR="00E25CF0" w:rsidRPr="000A2615" w:rsidRDefault="00E25CF0" w:rsidP="00265335">
            <w:pPr>
              <w:spacing w:after="0" w:line="240" w:lineRule="auto"/>
              <w:jc w:val="center"/>
              <w:rPr>
                <w:rFonts w:ascii="Times New Roman" w:hAnsi="Times New Roman" w:cs="Times New Roman"/>
                <w:sz w:val="22"/>
              </w:rPr>
            </w:pPr>
          </w:p>
        </w:tc>
      </w:tr>
      <w:tr w:rsidR="00E25CF0" w:rsidRPr="000A2615" w14:paraId="5A207874" w14:textId="77777777" w:rsidTr="00265335">
        <w:trPr>
          <w:cantSplit/>
          <w:trHeight w:val="432"/>
          <w:jc w:val="center"/>
        </w:trPr>
        <w:tc>
          <w:tcPr>
            <w:tcW w:w="19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7F37236" w14:textId="77777777" w:rsidR="00E25CF0" w:rsidRPr="000A2615" w:rsidRDefault="00E25CF0"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TOTAL</w:t>
            </w: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1717336" w14:textId="77777777" w:rsidR="00E25CF0" w:rsidRPr="000A2615" w:rsidRDefault="00E25CF0" w:rsidP="00265335">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85DA02D" w14:textId="77777777" w:rsidR="00E25CF0" w:rsidRPr="000A2615" w:rsidRDefault="00E25CF0" w:rsidP="00265335">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AD6DC14" w14:textId="77777777" w:rsidR="00E25CF0" w:rsidRPr="000A2615" w:rsidRDefault="00E25CF0"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FC5C8B3" w14:textId="77777777" w:rsidR="00E25CF0" w:rsidRPr="000A2615" w:rsidRDefault="00E25CF0" w:rsidP="00265335">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1B16846"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DFA18D3" w14:textId="77777777" w:rsidR="00E25CF0" w:rsidRPr="000A2615" w:rsidRDefault="00E25CF0" w:rsidP="00265335">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E9736DD" w14:textId="77777777" w:rsidR="00E25CF0" w:rsidRPr="000A2615" w:rsidRDefault="00E25CF0" w:rsidP="00265335">
            <w:pPr>
              <w:spacing w:after="0" w:line="240" w:lineRule="auto"/>
              <w:jc w:val="center"/>
              <w:rPr>
                <w:rFonts w:ascii="Times New Roman" w:hAnsi="Times New Roman" w:cs="Times New Roman"/>
                <w:sz w:val="22"/>
              </w:rPr>
            </w:pPr>
          </w:p>
        </w:tc>
      </w:tr>
    </w:tbl>
    <w:p w14:paraId="39E32A6D" w14:textId="77777777" w:rsidR="009E03DB" w:rsidRPr="000A2615" w:rsidRDefault="009E03DB" w:rsidP="009E03DB">
      <w:pPr>
        <w:spacing w:after="0"/>
        <w:rPr>
          <w:rFonts w:ascii="Times New Roman" w:hAnsi="Times New Roman" w:cs="Times New Roman"/>
          <w:sz w:val="22"/>
        </w:rPr>
      </w:pPr>
    </w:p>
    <w:p w14:paraId="5ADF5869" w14:textId="0FEBE90D" w:rsidR="009E03DB" w:rsidRPr="000A2615" w:rsidRDefault="002047BD" w:rsidP="002047BD">
      <w:pPr>
        <w:pStyle w:val="Heading2"/>
        <w:rPr>
          <w:rFonts w:ascii="Times New Roman" w:hAnsi="Times New Roman" w:cs="Times New Roman"/>
          <w:color w:val="auto"/>
          <w:sz w:val="22"/>
          <w:szCs w:val="22"/>
        </w:rPr>
      </w:pPr>
      <w:bookmarkStart w:id="26" w:name="_Toc237596314"/>
      <w:r w:rsidRPr="000A2615">
        <w:rPr>
          <w:rFonts w:ascii="Times New Roman" w:hAnsi="Times New Roman" w:cs="Times New Roman"/>
          <w:color w:val="auto"/>
          <w:sz w:val="22"/>
          <w:szCs w:val="22"/>
        </w:rPr>
        <w:t>3.</w:t>
      </w:r>
      <w:r w:rsidR="005A2766" w:rsidRPr="000A2615">
        <w:rPr>
          <w:rFonts w:ascii="Times New Roman" w:hAnsi="Times New Roman" w:cs="Times New Roman"/>
          <w:color w:val="auto"/>
          <w:sz w:val="22"/>
          <w:szCs w:val="22"/>
        </w:rPr>
        <w:t>6</w:t>
      </w:r>
      <w:r w:rsidRPr="000A2615">
        <w:rPr>
          <w:rFonts w:ascii="Times New Roman" w:hAnsi="Times New Roman" w:cs="Times New Roman"/>
          <w:color w:val="auto"/>
          <w:sz w:val="22"/>
          <w:szCs w:val="22"/>
        </w:rPr>
        <w:t xml:space="preserve"> </w:t>
      </w:r>
      <w:r w:rsidR="009E03DB" w:rsidRPr="000A2615">
        <w:rPr>
          <w:rFonts w:ascii="Times New Roman" w:hAnsi="Times New Roman" w:cs="Times New Roman"/>
          <w:color w:val="auto"/>
          <w:sz w:val="22"/>
          <w:szCs w:val="22"/>
        </w:rPr>
        <w:t>Regional Role and Collaboration</w:t>
      </w:r>
      <w:bookmarkEnd w:id="26"/>
    </w:p>
    <w:p w14:paraId="454F928E" w14:textId="77777777" w:rsidR="009E03DB" w:rsidRPr="000A2615" w:rsidRDefault="009E03DB" w:rsidP="009E03DB">
      <w:pPr>
        <w:spacing w:after="0"/>
        <w:rPr>
          <w:rFonts w:ascii="Times New Roman" w:hAnsi="Times New Roman" w:cs="Times New Roman"/>
          <w:i/>
          <w:iCs/>
          <w:sz w:val="22"/>
        </w:rPr>
      </w:pPr>
      <w:r w:rsidRPr="000A2615">
        <w:rPr>
          <w:rFonts w:ascii="Times New Roman" w:hAnsi="Times New Roman" w:cs="Times New Roman"/>
          <w:i/>
          <w:iCs/>
          <w:sz w:val="22"/>
        </w:rPr>
        <w:t>Centers/RFTIs are expected to function as regional hubs within their priority sector and value chain. Elaborate on the regional role and collaboration described in the EoI providing details on how the proposed Center will develop and grow its regional impact across education, research and innovation activities. Where the host institution has a formal international or regional strategy, explain how it will be leveraged to amplify the Center’s regional role. Outline existing and proposed regional partnerships, participation in regional networks, the center’s contributions to these networks, strategies for postgraduate student and faculty mobility and expected outputs and outcomes. Include areas for technical assistance from regional anchor institutions (like the Institute of Tropical Agriculture and Africa CDC) and how this will be used to support the center’s regional role and collaboration.</w:t>
      </w:r>
    </w:p>
    <w:p w14:paraId="18B62655" w14:textId="77777777" w:rsidR="009E03DB" w:rsidRPr="000A2615" w:rsidRDefault="009E03DB" w:rsidP="009E03DB">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9E03DB" w:rsidRPr="000A2615" w14:paraId="5303CB63" w14:textId="77777777" w:rsidTr="00574222">
        <w:trPr>
          <w:jc w:val="center"/>
        </w:trPr>
        <w:tc>
          <w:tcPr>
            <w:tcW w:w="9866" w:type="dxa"/>
            <w:shd w:val="clear" w:color="auto" w:fill="FAFAFA"/>
            <w:tcMar>
              <w:top w:w="110" w:type="dxa"/>
              <w:left w:w="120" w:type="dxa"/>
              <w:bottom w:w="110" w:type="dxa"/>
              <w:right w:w="120" w:type="dxa"/>
            </w:tcMar>
          </w:tcPr>
          <w:p w14:paraId="778AFDE3" w14:textId="50056421" w:rsidR="009E03DB" w:rsidRPr="000A2615" w:rsidRDefault="00E274D7" w:rsidP="009E03DB">
            <w:pPr>
              <w:rPr>
                <w:rFonts w:ascii="Times New Roman" w:hAnsi="Times New Roman" w:cs="Times New Roman"/>
                <w:sz w:val="22"/>
              </w:rPr>
            </w:pPr>
            <w:r w:rsidRPr="00E274D7">
              <w:rPr>
                <w:rFonts w:ascii="Times New Roman" w:hAnsi="Times New Roman" w:cs="Times New Roman"/>
                <w:i/>
                <w:sz w:val="22"/>
              </w:rPr>
              <w:t>[Applicant response must not exceed 700 words]</w:t>
            </w:r>
          </w:p>
          <w:p w14:paraId="2A3AEEF1" w14:textId="77777777" w:rsidR="009E03DB" w:rsidRPr="000A2615" w:rsidRDefault="009E03DB" w:rsidP="009E03DB">
            <w:pPr>
              <w:rPr>
                <w:rFonts w:ascii="Times New Roman" w:hAnsi="Times New Roman" w:cs="Times New Roman"/>
                <w:sz w:val="22"/>
              </w:rPr>
            </w:pPr>
          </w:p>
          <w:p w14:paraId="31ED6898" w14:textId="77777777" w:rsidR="009E03DB" w:rsidRPr="000A2615" w:rsidRDefault="009E03DB" w:rsidP="009E03DB">
            <w:pPr>
              <w:rPr>
                <w:rFonts w:ascii="Times New Roman" w:hAnsi="Times New Roman" w:cs="Times New Roman"/>
                <w:sz w:val="22"/>
              </w:rPr>
            </w:pPr>
          </w:p>
          <w:p w14:paraId="7BD26F46" w14:textId="77777777" w:rsidR="009E03DB" w:rsidRPr="000A2615" w:rsidRDefault="009E03DB" w:rsidP="009E03DB">
            <w:pPr>
              <w:rPr>
                <w:rFonts w:ascii="Times New Roman" w:hAnsi="Times New Roman" w:cs="Times New Roman"/>
                <w:sz w:val="22"/>
              </w:rPr>
            </w:pPr>
          </w:p>
        </w:tc>
      </w:tr>
    </w:tbl>
    <w:p w14:paraId="539E71A6" w14:textId="77777777" w:rsidR="009E03DB" w:rsidRPr="000A2615" w:rsidRDefault="009E03DB" w:rsidP="009E03DB">
      <w:pPr>
        <w:spacing w:after="0"/>
        <w:rPr>
          <w:rFonts w:ascii="Times New Roman" w:hAnsi="Times New Roman" w:cs="Times New Roman"/>
          <w:sz w:val="22"/>
        </w:rPr>
      </w:pPr>
    </w:p>
    <w:p w14:paraId="007AE199" w14:textId="1FD0A39D" w:rsidR="009E03DB" w:rsidRPr="000A2615" w:rsidRDefault="002047BD" w:rsidP="002047BD">
      <w:pPr>
        <w:pStyle w:val="Heading2"/>
        <w:rPr>
          <w:rFonts w:ascii="Times New Roman" w:hAnsi="Times New Roman" w:cs="Times New Roman"/>
          <w:color w:val="auto"/>
          <w:sz w:val="22"/>
          <w:szCs w:val="22"/>
        </w:rPr>
      </w:pPr>
      <w:bookmarkStart w:id="27" w:name="_Toc237596315"/>
      <w:r w:rsidRPr="000A2615">
        <w:rPr>
          <w:rFonts w:ascii="Times New Roman" w:hAnsi="Times New Roman" w:cs="Times New Roman"/>
          <w:color w:val="auto"/>
          <w:sz w:val="22"/>
          <w:szCs w:val="22"/>
        </w:rPr>
        <w:t>3.</w:t>
      </w:r>
      <w:r w:rsidR="005A2766" w:rsidRPr="000A2615">
        <w:rPr>
          <w:rFonts w:ascii="Times New Roman" w:hAnsi="Times New Roman" w:cs="Times New Roman"/>
          <w:color w:val="auto"/>
          <w:sz w:val="22"/>
          <w:szCs w:val="22"/>
        </w:rPr>
        <w:t>7</w:t>
      </w:r>
      <w:r w:rsidRPr="000A2615">
        <w:rPr>
          <w:rFonts w:ascii="Times New Roman" w:hAnsi="Times New Roman" w:cs="Times New Roman"/>
          <w:color w:val="auto"/>
          <w:sz w:val="22"/>
          <w:szCs w:val="22"/>
        </w:rPr>
        <w:t xml:space="preserve"> </w:t>
      </w:r>
      <w:r w:rsidR="009E03DB" w:rsidRPr="000A2615">
        <w:rPr>
          <w:rFonts w:ascii="Times New Roman" w:hAnsi="Times New Roman" w:cs="Times New Roman"/>
          <w:color w:val="auto"/>
          <w:sz w:val="22"/>
          <w:szCs w:val="22"/>
        </w:rPr>
        <w:t>Cross-Cutting Themes: Gender</w:t>
      </w:r>
      <w:bookmarkEnd w:id="27"/>
    </w:p>
    <w:p w14:paraId="052D5A77" w14:textId="77777777" w:rsidR="009E03DB" w:rsidRPr="000A2615" w:rsidRDefault="009E03DB" w:rsidP="009E03DB">
      <w:pPr>
        <w:spacing w:after="0"/>
        <w:rPr>
          <w:rFonts w:ascii="Times New Roman" w:hAnsi="Times New Roman" w:cs="Times New Roman"/>
          <w:i/>
          <w:iCs/>
          <w:sz w:val="22"/>
        </w:rPr>
      </w:pPr>
      <w:r w:rsidRPr="000A2615">
        <w:rPr>
          <w:rFonts w:ascii="Times New Roman" w:hAnsi="Times New Roman" w:cs="Times New Roman"/>
          <w:i/>
          <w:iCs/>
          <w:sz w:val="22"/>
        </w:rPr>
        <w:t>Describe the strategies, interventions, and policies — at both the Center and host institution level — that will be implemented to increase the participation and advancement of women across education and skilling, research and innovation, faculty development, and leadership. Where strategies or policies are already in place, describe them and provide evidence of their impact to date.</w:t>
      </w:r>
    </w:p>
    <w:p w14:paraId="37F43D55" w14:textId="77777777" w:rsidR="009E03DB" w:rsidRPr="000A2615" w:rsidRDefault="009E03DB" w:rsidP="009E03DB">
      <w:pPr>
        <w:spacing w:after="0"/>
        <w:rPr>
          <w:rFonts w:ascii="Times New Roman" w:hAnsi="Times New Roman" w:cs="Times New Roman"/>
          <w:i/>
          <w:iCs/>
          <w:sz w:val="22"/>
        </w:rPr>
      </w:pPr>
      <w:r w:rsidRPr="000A2615">
        <w:rPr>
          <w:rFonts w:ascii="Times New Roman" w:hAnsi="Times New Roman" w:cs="Times New Roman"/>
          <w:i/>
          <w:iCs/>
          <w:sz w:val="22"/>
        </w:rPr>
        <w:t>Responses should address how planned and ongoing activities will improve gender-related outcomes across the full pipeline: enrollment, retention, completion, employment, career progression, and participation in research and innovation. Relevant activities may include, but are not limited to, targeted outreach and recruitment programs, scholarships and financial support, mentoring and academic support services for students and faculty, anti-discrimination and harassment policies, gender-sensitive hiring and promotion practices, and structured leadership development opportunities for women.</w:t>
      </w:r>
    </w:p>
    <w:p w14:paraId="2FE1AA66" w14:textId="77777777" w:rsidR="009E03DB" w:rsidRPr="000A2615" w:rsidRDefault="009E03DB" w:rsidP="009E03DB">
      <w:pPr>
        <w:spacing w:after="0"/>
        <w:rPr>
          <w:rFonts w:ascii="Times New Roman" w:hAnsi="Times New Roman" w:cs="Times New Roman"/>
          <w:i/>
          <w:iCs/>
          <w:sz w:val="22"/>
        </w:rPr>
      </w:pPr>
      <w:r w:rsidRPr="000A2615">
        <w:rPr>
          <w:rFonts w:ascii="Times New Roman" w:hAnsi="Times New Roman" w:cs="Times New Roman"/>
          <w:i/>
          <w:iCs/>
          <w:sz w:val="22"/>
        </w:rPr>
        <w:t>Entries should be specific and results-oriented. Avoid listing activities without linking them to intended outcomes or, where activities are ongoing, to evidence of impact.</w:t>
      </w:r>
    </w:p>
    <w:p w14:paraId="7F52CE56" w14:textId="77777777" w:rsidR="009E03DB" w:rsidRPr="000A2615" w:rsidRDefault="009E03DB" w:rsidP="009E03DB">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9E03DB" w:rsidRPr="000A2615" w14:paraId="2B195B7D" w14:textId="77777777" w:rsidTr="00574222">
        <w:trPr>
          <w:jc w:val="center"/>
        </w:trPr>
        <w:tc>
          <w:tcPr>
            <w:tcW w:w="9866" w:type="dxa"/>
            <w:shd w:val="clear" w:color="auto" w:fill="FAFAFA"/>
            <w:tcMar>
              <w:top w:w="110" w:type="dxa"/>
              <w:left w:w="120" w:type="dxa"/>
              <w:bottom w:w="110" w:type="dxa"/>
              <w:right w:w="120" w:type="dxa"/>
            </w:tcMar>
          </w:tcPr>
          <w:p w14:paraId="17F7D4AA" w14:textId="32075BF5" w:rsidR="009E03DB" w:rsidRPr="000A2615" w:rsidRDefault="00EE07AE" w:rsidP="009E03DB">
            <w:pPr>
              <w:rPr>
                <w:rFonts w:ascii="Times New Roman" w:hAnsi="Times New Roman" w:cs="Times New Roman"/>
                <w:sz w:val="22"/>
              </w:rPr>
            </w:pPr>
            <w:r w:rsidRPr="00EE07AE">
              <w:rPr>
                <w:rFonts w:ascii="Times New Roman" w:hAnsi="Times New Roman" w:cs="Times New Roman"/>
                <w:i/>
                <w:sz w:val="22"/>
              </w:rPr>
              <w:t>[Applicant response must not exceed 500 words]</w:t>
            </w:r>
          </w:p>
          <w:p w14:paraId="19A62EEA" w14:textId="77777777" w:rsidR="009E03DB" w:rsidRPr="000A2615" w:rsidRDefault="009E03DB" w:rsidP="009E03DB">
            <w:pPr>
              <w:rPr>
                <w:rFonts w:ascii="Times New Roman" w:hAnsi="Times New Roman" w:cs="Times New Roman"/>
                <w:sz w:val="22"/>
              </w:rPr>
            </w:pPr>
          </w:p>
          <w:p w14:paraId="1762807B" w14:textId="77777777" w:rsidR="009E03DB" w:rsidRPr="000A2615" w:rsidRDefault="009E03DB" w:rsidP="009E03DB">
            <w:pPr>
              <w:rPr>
                <w:rFonts w:ascii="Times New Roman" w:hAnsi="Times New Roman" w:cs="Times New Roman"/>
                <w:sz w:val="22"/>
              </w:rPr>
            </w:pPr>
          </w:p>
          <w:p w14:paraId="38E7AE60" w14:textId="77777777" w:rsidR="009E03DB" w:rsidRPr="000A2615" w:rsidRDefault="009E03DB" w:rsidP="009E03DB">
            <w:pPr>
              <w:rPr>
                <w:rFonts w:ascii="Times New Roman" w:hAnsi="Times New Roman" w:cs="Times New Roman"/>
                <w:sz w:val="22"/>
              </w:rPr>
            </w:pPr>
          </w:p>
        </w:tc>
      </w:tr>
    </w:tbl>
    <w:p w14:paraId="06D7903F" w14:textId="77777777" w:rsidR="009E03DB" w:rsidRPr="000A2615" w:rsidRDefault="009E03DB" w:rsidP="009E03DB">
      <w:pPr>
        <w:spacing w:after="0"/>
        <w:rPr>
          <w:rFonts w:ascii="Times New Roman" w:hAnsi="Times New Roman" w:cs="Times New Roman"/>
          <w:sz w:val="22"/>
        </w:rPr>
      </w:pPr>
    </w:p>
    <w:p w14:paraId="04081CDE" w14:textId="77777777" w:rsidR="00336039" w:rsidRPr="000A2615" w:rsidRDefault="00336039">
      <w:pPr>
        <w:spacing w:after="0"/>
        <w:rPr>
          <w:rFonts w:ascii="Times New Roman" w:hAnsi="Times New Roman" w:cs="Times New Roman"/>
          <w:sz w:val="22"/>
        </w:rPr>
      </w:pPr>
    </w:p>
    <w:p w14:paraId="46481FA1" w14:textId="7A3A272B" w:rsidR="00336039" w:rsidRPr="000A2615" w:rsidRDefault="001F1A1E">
      <w:pPr>
        <w:pStyle w:val="Heading2"/>
        <w:rPr>
          <w:rFonts w:ascii="Times New Roman" w:hAnsi="Times New Roman" w:cs="Times New Roman"/>
          <w:color w:val="auto"/>
          <w:sz w:val="22"/>
          <w:szCs w:val="22"/>
        </w:rPr>
      </w:pPr>
      <w:bookmarkStart w:id="28" w:name="_Toc237596316"/>
      <w:r w:rsidRPr="000A2615">
        <w:rPr>
          <w:rFonts w:ascii="Times New Roman" w:hAnsi="Times New Roman" w:cs="Times New Roman"/>
          <w:color w:val="auto"/>
          <w:sz w:val="22"/>
          <w:szCs w:val="22"/>
        </w:rPr>
        <w:t>3</w:t>
      </w:r>
      <w:r w:rsidR="00497E92" w:rsidRPr="000A2615">
        <w:rPr>
          <w:rFonts w:ascii="Times New Roman" w:hAnsi="Times New Roman" w:cs="Times New Roman"/>
          <w:color w:val="auto"/>
          <w:sz w:val="22"/>
          <w:szCs w:val="22"/>
        </w:rPr>
        <w:t>.</w:t>
      </w:r>
      <w:r w:rsidR="005A2766" w:rsidRPr="000A2615">
        <w:rPr>
          <w:rFonts w:ascii="Times New Roman" w:hAnsi="Times New Roman" w:cs="Times New Roman"/>
          <w:color w:val="auto"/>
          <w:sz w:val="22"/>
          <w:szCs w:val="22"/>
        </w:rPr>
        <w:t>8</w:t>
      </w:r>
      <w:r w:rsidR="00497E92" w:rsidRPr="000A2615">
        <w:rPr>
          <w:rFonts w:ascii="Times New Roman" w:hAnsi="Times New Roman" w:cs="Times New Roman"/>
          <w:color w:val="auto"/>
          <w:sz w:val="22"/>
          <w:szCs w:val="22"/>
        </w:rPr>
        <w:t xml:space="preserve"> Instructor Quality</w:t>
      </w:r>
      <w:r w:rsidR="00F4609D" w:rsidRPr="000A2615">
        <w:rPr>
          <w:rFonts w:ascii="Times New Roman" w:hAnsi="Times New Roman" w:cs="Times New Roman"/>
          <w:color w:val="auto"/>
          <w:sz w:val="22"/>
          <w:szCs w:val="22"/>
        </w:rPr>
        <w:t xml:space="preserve"> </w:t>
      </w:r>
      <w:r w:rsidR="00497E92" w:rsidRPr="000A2615">
        <w:rPr>
          <w:rFonts w:ascii="Times New Roman" w:hAnsi="Times New Roman" w:cs="Times New Roman"/>
          <w:color w:val="auto"/>
          <w:sz w:val="22"/>
          <w:szCs w:val="22"/>
        </w:rPr>
        <w:t>and Professional Development</w:t>
      </w:r>
      <w:bookmarkEnd w:id="28"/>
    </w:p>
    <w:p w14:paraId="17E6FD6B" w14:textId="77777777" w:rsidR="00AA1D26" w:rsidRPr="00AA1D26" w:rsidRDefault="00497E92" w:rsidP="00AA1D26">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 xml:space="preserve">Describe instructor qualifications, industry experience, certification, teaching loads and gaps. </w:t>
      </w:r>
      <w:r w:rsidR="00AA1D26" w:rsidRPr="00AA1D26">
        <w:rPr>
          <w:rFonts w:ascii="Times New Roman" w:hAnsi="Times New Roman" w:cs="Times New Roman"/>
          <w:color w:val="auto"/>
          <w:sz w:val="22"/>
        </w:rPr>
        <w:t xml:space="preserve">Describe how the proposed center will support ongoing training, career development and mentoring for staff and faculty. Faculty and staff development can include pedagogical development, digital skills development, industry exposure, research methods, grant management, technology transfer, quality assurance, leadership, technical certification, succession planning, etc. In the narrative, please describe the approach to faculty and professional staff development and in the table please highlight a proposed plan with no more than 5 activities that summarizes areas to be targeted and proposed development activities . </w:t>
      </w:r>
    </w:p>
    <w:p w14:paraId="57F2390E" w14:textId="1394B53C" w:rsidR="00336039" w:rsidRPr="000A2615" w:rsidRDefault="00AA1D26" w:rsidP="00AA1D26">
      <w:pPr>
        <w:pStyle w:val="GuidanceText"/>
        <w:keepNext/>
        <w:rPr>
          <w:rFonts w:ascii="Times New Roman" w:hAnsi="Times New Roman" w:cs="Times New Roman"/>
          <w:color w:val="auto"/>
          <w:sz w:val="22"/>
        </w:rPr>
      </w:pPr>
      <w:r w:rsidRPr="00AA1D26">
        <w:rPr>
          <w:rFonts w:ascii="Times New Roman" w:hAnsi="Times New Roman" w:cs="Times New Roman"/>
          <w:color w:val="auto"/>
          <w:sz w:val="22"/>
        </w:rPr>
        <w:t>Please ensure that the information in the table below is not repeated in the narrative section</w:t>
      </w:r>
    </w:p>
    <w:tbl>
      <w:tblPr>
        <w:tblStyle w:val="TableGrid"/>
        <w:tblW w:w="9000" w:type="dxa"/>
        <w:jc w:val="center"/>
        <w:tblLook w:val="04A0" w:firstRow="1" w:lastRow="0" w:firstColumn="1" w:lastColumn="0" w:noHBand="0" w:noVBand="1"/>
      </w:tblPr>
      <w:tblGrid>
        <w:gridCol w:w="9000"/>
      </w:tblGrid>
      <w:tr w:rsidR="00336039" w:rsidRPr="000A2615" w14:paraId="37C57914" w14:textId="77777777">
        <w:trPr>
          <w:jc w:val="center"/>
        </w:trPr>
        <w:tc>
          <w:tcPr>
            <w:tcW w:w="9866" w:type="dxa"/>
            <w:shd w:val="clear" w:color="auto" w:fill="FAFAFA"/>
            <w:tcMar>
              <w:top w:w="110" w:type="dxa"/>
              <w:left w:w="120" w:type="dxa"/>
              <w:bottom w:w="110" w:type="dxa"/>
              <w:right w:w="120" w:type="dxa"/>
            </w:tcMar>
          </w:tcPr>
          <w:p w14:paraId="124C2410" w14:textId="1B89920D" w:rsidR="00336039" w:rsidRPr="000A2615" w:rsidRDefault="00AA1D26">
            <w:pPr>
              <w:rPr>
                <w:rFonts w:ascii="Times New Roman" w:hAnsi="Times New Roman" w:cs="Times New Roman"/>
                <w:sz w:val="22"/>
              </w:rPr>
            </w:pPr>
            <w:r w:rsidRPr="00AA1D26">
              <w:rPr>
                <w:rFonts w:ascii="Times New Roman" w:hAnsi="Times New Roman" w:cs="Times New Roman"/>
                <w:i/>
                <w:sz w:val="22"/>
              </w:rPr>
              <w:t>[Applicant response must not exceed 500 words]</w:t>
            </w:r>
          </w:p>
          <w:p w14:paraId="0E1032B0" w14:textId="77777777" w:rsidR="00336039" w:rsidRPr="000A2615" w:rsidRDefault="00336039">
            <w:pPr>
              <w:rPr>
                <w:rFonts w:ascii="Times New Roman" w:hAnsi="Times New Roman" w:cs="Times New Roman"/>
                <w:sz w:val="22"/>
              </w:rPr>
            </w:pPr>
          </w:p>
          <w:p w14:paraId="1E754F40" w14:textId="77777777" w:rsidR="00336039" w:rsidRPr="000A2615" w:rsidRDefault="00336039">
            <w:pPr>
              <w:rPr>
                <w:rFonts w:ascii="Times New Roman" w:hAnsi="Times New Roman" w:cs="Times New Roman"/>
                <w:sz w:val="22"/>
              </w:rPr>
            </w:pPr>
          </w:p>
          <w:p w14:paraId="156DFE67" w14:textId="77777777" w:rsidR="00336039" w:rsidRPr="000A2615" w:rsidRDefault="00336039">
            <w:pPr>
              <w:rPr>
                <w:rFonts w:ascii="Times New Roman" w:hAnsi="Times New Roman" w:cs="Times New Roman"/>
                <w:sz w:val="22"/>
              </w:rPr>
            </w:pPr>
          </w:p>
        </w:tc>
      </w:tr>
    </w:tbl>
    <w:p w14:paraId="2DC2CEEE" w14:textId="77777777" w:rsidR="00336039" w:rsidRPr="000A2615" w:rsidRDefault="00336039">
      <w:pPr>
        <w:spacing w:after="0"/>
        <w:rPr>
          <w:rFonts w:ascii="Times New Roman" w:hAnsi="Times New Roman" w:cs="Times New Roman"/>
          <w:sz w:val="22"/>
        </w:rPr>
      </w:pPr>
    </w:p>
    <w:p w14:paraId="2589520F" w14:textId="54509292" w:rsidR="00336039" w:rsidRPr="000A2615" w:rsidRDefault="001F1A1E">
      <w:pPr>
        <w:pStyle w:val="Heading3"/>
        <w:rPr>
          <w:rFonts w:ascii="Times New Roman" w:hAnsi="Times New Roman" w:cs="Times New Roman"/>
          <w:color w:val="auto"/>
          <w:sz w:val="22"/>
        </w:rPr>
      </w:pPr>
      <w:bookmarkStart w:id="29" w:name="_Toc237596317"/>
      <w:r w:rsidRPr="000A2615">
        <w:rPr>
          <w:rFonts w:ascii="Times New Roman" w:hAnsi="Times New Roman" w:cs="Times New Roman"/>
          <w:color w:val="auto"/>
          <w:sz w:val="22"/>
        </w:rPr>
        <w:t>3.</w:t>
      </w:r>
      <w:r w:rsidR="005A2766" w:rsidRPr="000A2615">
        <w:rPr>
          <w:rFonts w:ascii="Times New Roman" w:hAnsi="Times New Roman" w:cs="Times New Roman"/>
          <w:color w:val="auto"/>
          <w:sz w:val="22"/>
        </w:rPr>
        <w:t>8</w:t>
      </w:r>
      <w:r w:rsidRPr="000A2615">
        <w:rPr>
          <w:rFonts w:ascii="Times New Roman" w:hAnsi="Times New Roman" w:cs="Times New Roman"/>
          <w:color w:val="auto"/>
          <w:sz w:val="22"/>
        </w:rPr>
        <w:t xml:space="preserve">.1 </w:t>
      </w:r>
      <w:r w:rsidR="00497E92" w:rsidRPr="000A2615">
        <w:rPr>
          <w:rFonts w:ascii="Times New Roman" w:hAnsi="Times New Roman" w:cs="Times New Roman"/>
          <w:color w:val="auto"/>
          <w:sz w:val="22"/>
        </w:rPr>
        <w:t>Instructor Development Plan</w:t>
      </w:r>
      <w:bookmarkEnd w:id="29"/>
    </w:p>
    <w:tbl>
      <w:tblPr>
        <w:tblW w:w="5000" w:type="pct"/>
        <w:jc w:val="center"/>
        <w:tblLook w:val="04A0" w:firstRow="1" w:lastRow="0" w:firstColumn="1" w:lastColumn="0" w:noHBand="0" w:noVBand="1"/>
      </w:tblPr>
      <w:tblGrid>
        <w:gridCol w:w="881"/>
        <w:gridCol w:w="1231"/>
        <w:gridCol w:w="1231"/>
        <w:gridCol w:w="1345"/>
        <w:gridCol w:w="1117"/>
        <w:gridCol w:w="1712"/>
        <w:gridCol w:w="1335"/>
        <w:gridCol w:w="1124"/>
      </w:tblGrid>
      <w:tr w:rsidR="008D5863" w:rsidRPr="000A2615" w14:paraId="48425E18" w14:textId="77777777" w:rsidTr="00265335">
        <w:trPr>
          <w:cantSplit/>
          <w:trHeight w:val="677"/>
          <w:tblHeader/>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A53A6A"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BEDDA3"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Target group</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49639F"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Capability gap</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7FA773"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Development activity</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47B4B4"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Provider / partner</w:t>
            </w: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EC33A3"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Duration/Timing</w:t>
            </w: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85AA4F"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Expected result/skills</w:t>
            </w: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E39E72"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End of Project Total (Yr 1–5)</w:t>
            </w:r>
          </w:p>
        </w:tc>
      </w:tr>
      <w:tr w:rsidR="008D5863" w:rsidRPr="000A2615" w14:paraId="74018D40"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20A107"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1</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CE4902"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D3A5CB"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8C554E" w14:textId="77777777" w:rsidR="008D5863" w:rsidRPr="000A2615" w:rsidRDefault="008D5863"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B17524" w14:textId="77777777" w:rsidR="008D5863" w:rsidRPr="000A2615" w:rsidRDefault="008D5863"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E7BDD1" w14:textId="77777777" w:rsidR="008D5863" w:rsidRPr="000A2615" w:rsidRDefault="008D5863"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69EFAA" w14:textId="77777777" w:rsidR="008D5863" w:rsidRPr="000A2615" w:rsidRDefault="008D5863"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1C269A" w14:textId="77777777" w:rsidR="008D5863" w:rsidRPr="000A2615" w:rsidRDefault="008D5863" w:rsidP="00265335">
            <w:pPr>
              <w:spacing w:after="0" w:line="240" w:lineRule="auto"/>
              <w:jc w:val="center"/>
              <w:rPr>
                <w:rFonts w:ascii="Times New Roman" w:hAnsi="Times New Roman" w:cs="Times New Roman"/>
                <w:sz w:val="22"/>
              </w:rPr>
            </w:pPr>
          </w:p>
        </w:tc>
      </w:tr>
      <w:tr w:rsidR="008D5863" w:rsidRPr="000A2615" w14:paraId="4DCEC7AB"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94D000"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2</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FC84AA"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7A408E"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0B566A" w14:textId="77777777" w:rsidR="008D5863" w:rsidRPr="000A2615" w:rsidRDefault="008D5863"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FED749" w14:textId="77777777" w:rsidR="008D5863" w:rsidRPr="000A2615" w:rsidRDefault="008D5863"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95B688" w14:textId="77777777" w:rsidR="008D5863" w:rsidRPr="000A2615" w:rsidRDefault="008D5863"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883CEC" w14:textId="77777777" w:rsidR="008D5863" w:rsidRPr="000A2615" w:rsidRDefault="008D5863"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960872" w14:textId="77777777" w:rsidR="008D5863" w:rsidRPr="000A2615" w:rsidRDefault="008D5863" w:rsidP="00265335">
            <w:pPr>
              <w:spacing w:after="0" w:line="240" w:lineRule="auto"/>
              <w:jc w:val="center"/>
              <w:rPr>
                <w:rFonts w:ascii="Times New Roman" w:hAnsi="Times New Roman" w:cs="Times New Roman"/>
                <w:sz w:val="22"/>
              </w:rPr>
            </w:pPr>
          </w:p>
        </w:tc>
      </w:tr>
      <w:tr w:rsidR="008D5863" w:rsidRPr="000A2615" w14:paraId="02E0E488"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CEC530"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3</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6F82A6"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F40DB2"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BE3504" w14:textId="77777777" w:rsidR="008D5863" w:rsidRPr="000A2615" w:rsidRDefault="008D5863"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049BA4" w14:textId="77777777" w:rsidR="008D5863" w:rsidRPr="000A2615" w:rsidRDefault="008D5863"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D3BD77" w14:textId="77777777" w:rsidR="008D5863" w:rsidRPr="000A2615" w:rsidRDefault="008D5863"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1864BC" w14:textId="77777777" w:rsidR="008D5863" w:rsidRPr="000A2615" w:rsidRDefault="008D5863"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DD465B" w14:textId="77777777" w:rsidR="008D5863" w:rsidRPr="000A2615" w:rsidRDefault="008D5863" w:rsidP="00265335">
            <w:pPr>
              <w:spacing w:after="0" w:line="240" w:lineRule="auto"/>
              <w:jc w:val="center"/>
              <w:rPr>
                <w:rFonts w:ascii="Times New Roman" w:hAnsi="Times New Roman" w:cs="Times New Roman"/>
                <w:sz w:val="22"/>
              </w:rPr>
            </w:pPr>
          </w:p>
        </w:tc>
      </w:tr>
      <w:tr w:rsidR="008D5863" w:rsidRPr="000A2615" w14:paraId="032A30F5"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ABF639"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4</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11A0C1"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50F7D9"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413865" w14:textId="77777777" w:rsidR="008D5863" w:rsidRPr="000A2615" w:rsidRDefault="008D5863"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1D3821" w14:textId="77777777" w:rsidR="008D5863" w:rsidRPr="000A2615" w:rsidRDefault="008D5863"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FF4818" w14:textId="77777777" w:rsidR="008D5863" w:rsidRPr="000A2615" w:rsidRDefault="008D5863"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7D8F17" w14:textId="77777777" w:rsidR="008D5863" w:rsidRPr="000A2615" w:rsidRDefault="008D5863"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E76568" w14:textId="77777777" w:rsidR="008D5863" w:rsidRPr="000A2615" w:rsidRDefault="008D5863" w:rsidP="00265335">
            <w:pPr>
              <w:spacing w:after="0" w:line="240" w:lineRule="auto"/>
              <w:jc w:val="center"/>
              <w:rPr>
                <w:rFonts w:ascii="Times New Roman" w:hAnsi="Times New Roman" w:cs="Times New Roman"/>
                <w:sz w:val="22"/>
              </w:rPr>
            </w:pPr>
          </w:p>
        </w:tc>
      </w:tr>
      <w:tr w:rsidR="008D5863" w:rsidRPr="000A2615" w14:paraId="730BEDCC" w14:textId="77777777" w:rsidTr="00265335">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A4E952"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5</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9798C0"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CBE3CB"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EEBC70" w14:textId="77777777" w:rsidR="008D5863" w:rsidRPr="000A2615" w:rsidRDefault="008D5863"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BFD86D" w14:textId="77777777" w:rsidR="008D5863" w:rsidRPr="000A2615" w:rsidRDefault="008D5863"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DE88DD" w14:textId="77777777" w:rsidR="008D5863" w:rsidRPr="000A2615" w:rsidRDefault="008D5863"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357A1F" w14:textId="77777777" w:rsidR="008D5863" w:rsidRPr="000A2615" w:rsidRDefault="008D5863"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9AF093" w14:textId="77777777" w:rsidR="008D5863" w:rsidRPr="000A2615" w:rsidRDefault="008D5863" w:rsidP="00265335">
            <w:pPr>
              <w:spacing w:after="0" w:line="240" w:lineRule="auto"/>
              <w:jc w:val="center"/>
              <w:rPr>
                <w:rFonts w:ascii="Times New Roman" w:hAnsi="Times New Roman" w:cs="Times New Roman"/>
                <w:sz w:val="22"/>
              </w:rPr>
            </w:pPr>
          </w:p>
        </w:tc>
      </w:tr>
      <w:tr w:rsidR="008D5863" w:rsidRPr="000A2615" w14:paraId="77A2D9E4" w14:textId="77777777" w:rsidTr="00265335">
        <w:trPr>
          <w:cantSplit/>
          <w:trHeight w:val="432"/>
          <w:jc w:val="center"/>
        </w:trPr>
        <w:tc>
          <w:tcPr>
            <w:tcW w:w="19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BAEA65E" w14:textId="77777777" w:rsidR="008D5863" w:rsidRPr="000A2615" w:rsidRDefault="008D5863"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TOTAL</w:t>
            </w: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6313658"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8FEB1C7" w14:textId="77777777" w:rsidR="008D5863" w:rsidRPr="000A2615" w:rsidRDefault="008D5863" w:rsidP="00265335">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DF6D0AC" w14:textId="77777777" w:rsidR="008D5863" w:rsidRPr="000A2615" w:rsidRDefault="008D5863" w:rsidP="00265335">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0B024DB" w14:textId="77777777" w:rsidR="008D5863" w:rsidRPr="000A2615" w:rsidRDefault="008D5863" w:rsidP="00265335">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082E59D" w14:textId="77777777" w:rsidR="008D5863" w:rsidRPr="000A2615" w:rsidRDefault="008D5863" w:rsidP="00265335">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8AF7BD9" w14:textId="77777777" w:rsidR="008D5863" w:rsidRPr="000A2615" w:rsidRDefault="008D5863" w:rsidP="00265335">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F2EF611" w14:textId="77777777" w:rsidR="008D5863" w:rsidRPr="000A2615" w:rsidRDefault="008D5863" w:rsidP="00265335">
            <w:pPr>
              <w:spacing w:after="0" w:line="240" w:lineRule="auto"/>
              <w:jc w:val="center"/>
              <w:rPr>
                <w:rFonts w:ascii="Times New Roman" w:hAnsi="Times New Roman" w:cs="Times New Roman"/>
                <w:sz w:val="22"/>
              </w:rPr>
            </w:pPr>
          </w:p>
        </w:tc>
      </w:tr>
    </w:tbl>
    <w:p w14:paraId="1E8087EA" w14:textId="77777777" w:rsidR="00336039" w:rsidRPr="000A2615" w:rsidRDefault="00336039">
      <w:pPr>
        <w:spacing w:after="0"/>
        <w:rPr>
          <w:rFonts w:ascii="Times New Roman" w:hAnsi="Times New Roman" w:cs="Times New Roman"/>
          <w:sz w:val="22"/>
        </w:rPr>
      </w:pPr>
    </w:p>
    <w:p w14:paraId="43EADC12" w14:textId="53667C35" w:rsidR="00336039" w:rsidRPr="000A2615" w:rsidRDefault="001F1A1E">
      <w:pPr>
        <w:pStyle w:val="Heading2"/>
        <w:rPr>
          <w:rFonts w:ascii="Times New Roman" w:hAnsi="Times New Roman" w:cs="Times New Roman"/>
          <w:color w:val="auto"/>
          <w:sz w:val="22"/>
          <w:szCs w:val="22"/>
        </w:rPr>
      </w:pPr>
      <w:bookmarkStart w:id="30" w:name="_Toc237596318"/>
      <w:r w:rsidRPr="000A2615">
        <w:rPr>
          <w:rFonts w:ascii="Times New Roman" w:hAnsi="Times New Roman" w:cs="Times New Roman"/>
          <w:color w:val="auto"/>
          <w:sz w:val="22"/>
          <w:szCs w:val="22"/>
        </w:rPr>
        <w:t>3.</w:t>
      </w:r>
      <w:r w:rsidR="005A2766" w:rsidRPr="000A2615">
        <w:rPr>
          <w:rFonts w:ascii="Times New Roman" w:hAnsi="Times New Roman" w:cs="Times New Roman"/>
          <w:color w:val="auto"/>
          <w:sz w:val="22"/>
          <w:szCs w:val="22"/>
        </w:rPr>
        <w:t>9</w:t>
      </w:r>
      <w:r w:rsidR="00497E92" w:rsidRPr="000A2615">
        <w:rPr>
          <w:rFonts w:ascii="Times New Roman" w:hAnsi="Times New Roman" w:cs="Times New Roman"/>
          <w:color w:val="auto"/>
          <w:sz w:val="22"/>
          <w:szCs w:val="22"/>
        </w:rPr>
        <w:t xml:space="preserve"> Student Recruitment, Retention, Support and Employment</w:t>
      </w:r>
      <w:bookmarkEnd w:id="30"/>
    </w:p>
    <w:p w14:paraId="240983FE" w14:textId="77777777"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Describe recruitment pathways, affordability and scholarships, regional and female participation, learner support, career guidance, completion, placement, tracer studies, graduate employment and earnings tracking. Explain how employers will participate in selection, mentoring and recruitment.</w:t>
      </w:r>
    </w:p>
    <w:tbl>
      <w:tblPr>
        <w:tblStyle w:val="TableGrid"/>
        <w:tblW w:w="9000" w:type="dxa"/>
        <w:jc w:val="center"/>
        <w:tblLook w:val="04A0" w:firstRow="1" w:lastRow="0" w:firstColumn="1" w:lastColumn="0" w:noHBand="0" w:noVBand="1"/>
      </w:tblPr>
      <w:tblGrid>
        <w:gridCol w:w="9000"/>
      </w:tblGrid>
      <w:tr w:rsidR="00336039" w:rsidRPr="000A2615" w14:paraId="3E83F1A9" w14:textId="77777777">
        <w:trPr>
          <w:jc w:val="center"/>
        </w:trPr>
        <w:tc>
          <w:tcPr>
            <w:tcW w:w="9866" w:type="dxa"/>
            <w:shd w:val="clear" w:color="auto" w:fill="FAFAFA"/>
            <w:tcMar>
              <w:top w:w="110" w:type="dxa"/>
              <w:left w:w="120" w:type="dxa"/>
              <w:bottom w:w="110" w:type="dxa"/>
              <w:right w:w="120" w:type="dxa"/>
            </w:tcMar>
          </w:tcPr>
          <w:p w14:paraId="1924CB17" w14:textId="3C9D5838" w:rsidR="00336039" w:rsidRPr="000A2615" w:rsidRDefault="00AA1D26">
            <w:pPr>
              <w:rPr>
                <w:rFonts w:ascii="Times New Roman" w:hAnsi="Times New Roman" w:cs="Times New Roman"/>
                <w:sz w:val="22"/>
              </w:rPr>
            </w:pPr>
            <w:r w:rsidRPr="00AA1D26">
              <w:rPr>
                <w:rFonts w:ascii="Times New Roman" w:hAnsi="Times New Roman" w:cs="Times New Roman"/>
                <w:i/>
                <w:sz w:val="22"/>
              </w:rPr>
              <w:t>[Applicant response must not exceed 700 words]</w:t>
            </w:r>
          </w:p>
          <w:p w14:paraId="338FECED" w14:textId="77777777" w:rsidR="00336039" w:rsidRPr="000A2615" w:rsidRDefault="00336039">
            <w:pPr>
              <w:rPr>
                <w:rFonts w:ascii="Times New Roman" w:hAnsi="Times New Roman" w:cs="Times New Roman"/>
                <w:sz w:val="22"/>
              </w:rPr>
            </w:pPr>
          </w:p>
          <w:p w14:paraId="33810316" w14:textId="77777777" w:rsidR="00336039" w:rsidRPr="000A2615" w:rsidRDefault="00336039">
            <w:pPr>
              <w:rPr>
                <w:rFonts w:ascii="Times New Roman" w:hAnsi="Times New Roman" w:cs="Times New Roman"/>
                <w:sz w:val="22"/>
              </w:rPr>
            </w:pPr>
          </w:p>
          <w:p w14:paraId="7760254D" w14:textId="77777777" w:rsidR="00336039" w:rsidRPr="000A2615" w:rsidRDefault="00336039">
            <w:pPr>
              <w:rPr>
                <w:rFonts w:ascii="Times New Roman" w:hAnsi="Times New Roman" w:cs="Times New Roman"/>
                <w:sz w:val="22"/>
              </w:rPr>
            </w:pPr>
          </w:p>
        </w:tc>
      </w:tr>
    </w:tbl>
    <w:p w14:paraId="66DAAF71" w14:textId="77777777" w:rsidR="00336039" w:rsidRPr="000A2615" w:rsidRDefault="00336039">
      <w:pPr>
        <w:spacing w:after="0"/>
        <w:rPr>
          <w:rFonts w:ascii="Times New Roman" w:hAnsi="Times New Roman" w:cs="Times New Roman"/>
          <w:sz w:val="22"/>
        </w:rPr>
      </w:pPr>
    </w:p>
    <w:p w14:paraId="6E897417" w14:textId="0EFBD2FF" w:rsidR="00336039" w:rsidRPr="000A2615" w:rsidRDefault="001F1A1E">
      <w:pPr>
        <w:pStyle w:val="Heading2"/>
        <w:rPr>
          <w:rFonts w:ascii="Times New Roman" w:hAnsi="Times New Roman" w:cs="Times New Roman"/>
          <w:color w:val="auto"/>
          <w:sz w:val="22"/>
          <w:szCs w:val="22"/>
        </w:rPr>
      </w:pPr>
      <w:bookmarkStart w:id="31" w:name="_Toc237596319"/>
      <w:r w:rsidRPr="000A2615">
        <w:rPr>
          <w:rFonts w:ascii="Times New Roman" w:hAnsi="Times New Roman" w:cs="Times New Roman"/>
          <w:color w:val="auto"/>
          <w:sz w:val="22"/>
          <w:szCs w:val="22"/>
        </w:rPr>
        <w:lastRenderedPageBreak/>
        <w:t>3.1</w:t>
      </w:r>
      <w:r w:rsidR="005A2766" w:rsidRPr="000A2615">
        <w:rPr>
          <w:rFonts w:ascii="Times New Roman" w:hAnsi="Times New Roman" w:cs="Times New Roman"/>
          <w:color w:val="auto"/>
          <w:sz w:val="22"/>
          <w:szCs w:val="22"/>
        </w:rPr>
        <w:t>0</w:t>
      </w:r>
      <w:r w:rsidR="00497E92" w:rsidRPr="000A2615">
        <w:rPr>
          <w:rFonts w:ascii="Times New Roman" w:hAnsi="Times New Roman" w:cs="Times New Roman"/>
          <w:color w:val="auto"/>
          <w:sz w:val="22"/>
          <w:szCs w:val="22"/>
        </w:rPr>
        <w:t xml:space="preserve"> Innovation</w:t>
      </w:r>
      <w:r w:rsidR="00AA1D26">
        <w:rPr>
          <w:rStyle w:val="FootnoteReference"/>
          <w:rFonts w:ascii="Times New Roman" w:hAnsi="Times New Roman" w:cs="Times New Roman"/>
          <w:color w:val="auto"/>
          <w:sz w:val="22"/>
          <w:szCs w:val="22"/>
        </w:rPr>
        <w:footnoteReference w:id="2"/>
      </w:r>
      <w:bookmarkEnd w:id="31"/>
    </w:p>
    <w:p w14:paraId="2A3781BB" w14:textId="3DD9C0BE" w:rsidR="00336039" w:rsidRPr="000A2615" w:rsidRDefault="009B5539">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Describe Innovation activities and the expected results and impact of these activities. Innovation can apply to RFTI curricula and program development, practical training, instructor development, prototype development, field pilots and validation, process improvements, services to firms etc.</w:t>
      </w:r>
    </w:p>
    <w:tbl>
      <w:tblPr>
        <w:tblStyle w:val="TableGrid"/>
        <w:tblW w:w="9000" w:type="dxa"/>
        <w:jc w:val="center"/>
        <w:tblLook w:val="04A0" w:firstRow="1" w:lastRow="0" w:firstColumn="1" w:lastColumn="0" w:noHBand="0" w:noVBand="1"/>
      </w:tblPr>
      <w:tblGrid>
        <w:gridCol w:w="9000"/>
      </w:tblGrid>
      <w:tr w:rsidR="00336039" w:rsidRPr="000A2615" w14:paraId="1E849FAC" w14:textId="77777777">
        <w:trPr>
          <w:jc w:val="center"/>
        </w:trPr>
        <w:tc>
          <w:tcPr>
            <w:tcW w:w="9866" w:type="dxa"/>
            <w:shd w:val="clear" w:color="auto" w:fill="FAFAFA"/>
            <w:tcMar>
              <w:top w:w="110" w:type="dxa"/>
              <w:left w:w="120" w:type="dxa"/>
              <w:bottom w:w="110" w:type="dxa"/>
              <w:right w:w="120" w:type="dxa"/>
            </w:tcMar>
          </w:tcPr>
          <w:p w14:paraId="64DE386A" w14:textId="056DD84B" w:rsidR="00336039" w:rsidRPr="000A2615" w:rsidRDefault="00D671D9">
            <w:pPr>
              <w:rPr>
                <w:rFonts w:ascii="Times New Roman" w:hAnsi="Times New Roman" w:cs="Times New Roman"/>
                <w:sz w:val="22"/>
              </w:rPr>
            </w:pPr>
            <w:r w:rsidRPr="00D671D9">
              <w:rPr>
                <w:rFonts w:ascii="Times New Roman" w:hAnsi="Times New Roman" w:cs="Times New Roman"/>
                <w:i/>
                <w:sz w:val="22"/>
              </w:rPr>
              <w:t>[Applicant response must not exceed 1000 words.]</w:t>
            </w:r>
          </w:p>
          <w:p w14:paraId="3C2735EA" w14:textId="77777777" w:rsidR="00336039" w:rsidRPr="000A2615" w:rsidRDefault="00336039">
            <w:pPr>
              <w:rPr>
                <w:rFonts w:ascii="Times New Roman" w:hAnsi="Times New Roman" w:cs="Times New Roman"/>
                <w:sz w:val="22"/>
              </w:rPr>
            </w:pPr>
          </w:p>
          <w:p w14:paraId="474C3211" w14:textId="77777777" w:rsidR="00336039" w:rsidRPr="000A2615" w:rsidRDefault="00336039">
            <w:pPr>
              <w:rPr>
                <w:rFonts w:ascii="Times New Roman" w:hAnsi="Times New Roman" w:cs="Times New Roman"/>
                <w:sz w:val="22"/>
              </w:rPr>
            </w:pPr>
          </w:p>
          <w:p w14:paraId="51298AC5" w14:textId="77777777" w:rsidR="00336039" w:rsidRPr="000A2615" w:rsidRDefault="00336039">
            <w:pPr>
              <w:rPr>
                <w:rFonts w:ascii="Times New Roman" w:hAnsi="Times New Roman" w:cs="Times New Roman"/>
                <w:sz w:val="22"/>
              </w:rPr>
            </w:pPr>
          </w:p>
          <w:p w14:paraId="41BD842E" w14:textId="77777777" w:rsidR="00336039" w:rsidRPr="000A2615" w:rsidRDefault="00336039">
            <w:pPr>
              <w:rPr>
                <w:rFonts w:ascii="Times New Roman" w:hAnsi="Times New Roman" w:cs="Times New Roman"/>
                <w:sz w:val="22"/>
              </w:rPr>
            </w:pPr>
          </w:p>
        </w:tc>
      </w:tr>
    </w:tbl>
    <w:p w14:paraId="60EE3D7C" w14:textId="77777777" w:rsidR="00336039" w:rsidRPr="000A2615" w:rsidRDefault="00336039">
      <w:pPr>
        <w:spacing w:after="0"/>
        <w:rPr>
          <w:rFonts w:ascii="Times New Roman" w:hAnsi="Times New Roman" w:cs="Times New Roman"/>
          <w:sz w:val="22"/>
        </w:rPr>
      </w:pPr>
    </w:p>
    <w:p w14:paraId="0A6F08DD" w14:textId="77777777" w:rsidR="00336039" w:rsidRPr="000A2615" w:rsidRDefault="00497E92">
      <w:pPr>
        <w:spacing w:after="0" w:line="20" w:lineRule="exact"/>
        <w:rPr>
          <w:rFonts w:ascii="Times New Roman" w:hAnsi="Times New Roman" w:cs="Times New Roman"/>
          <w:sz w:val="22"/>
        </w:rPr>
      </w:pPr>
      <w:r w:rsidRPr="000A2615">
        <w:rPr>
          <w:rFonts w:ascii="Times New Roman" w:hAnsi="Times New Roman" w:cs="Times New Roman"/>
          <w:vanish/>
          <w:sz w:val="22"/>
        </w:rPr>
        <w:t xml:space="preserve"> </w:t>
      </w:r>
    </w:p>
    <w:tbl>
      <w:tblPr>
        <w:tblStyle w:val="TableGrid"/>
        <w:tblW w:w="5000" w:type="pct"/>
        <w:jc w:val="center"/>
        <w:tblLook w:val="04A0" w:firstRow="1" w:lastRow="0" w:firstColumn="1" w:lastColumn="0" w:noHBand="0" w:noVBand="1"/>
      </w:tblPr>
      <w:tblGrid>
        <w:gridCol w:w="1292"/>
        <w:gridCol w:w="1316"/>
        <w:gridCol w:w="1300"/>
        <w:gridCol w:w="1300"/>
        <w:gridCol w:w="2184"/>
        <w:gridCol w:w="1330"/>
        <w:gridCol w:w="1284"/>
      </w:tblGrid>
      <w:tr w:rsidR="0066261F" w:rsidRPr="000A2615" w14:paraId="4D4E7525" w14:textId="77777777" w:rsidTr="0066261F">
        <w:trPr>
          <w:tblHeader/>
          <w:jc w:val="center"/>
        </w:trPr>
        <w:tc>
          <w:tcPr>
            <w:tcW w:w="709" w:type="pct"/>
            <w:tcMar>
              <w:top w:w="70" w:type="dxa"/>
              <w:left w:w="70" w:type="dxa"/>
              <w:bottom w:w="70" w:type="dxa"/>
              <w:right w:w="70" w:type="dxa"/>
            </w:tcMar>
          </w:tcPr>
          <w:p w14:paraId="788A9A5C" w14:textId="77777777" w:rsidR="0066261F" w:rsidRPr="000A2615" w:rsidRDefault="0066261F" w:rsidP="00265335">
            <w:pPr>
              <w:rPr>
                <w:rFonts w:ascii="Times New Roman" w:hAnsi="Times New Roman" w:cs="Times New Roman"/>
                <w:sz w:val="22"/>
              </w:rPr>
            </w:pPr>
            <w:r w:rsidRPr="000A2615">
              <w:rPr>
                <w:rFonts w:ascii="Times New Roman" w:hAnsi="Times New Roman" w:cs="Times New Roman"/>
                <w:b/>
                <w:sz w:val="22"/>
              </w:rPr>
              <w:t>ACE research / technical output</w:t>
            </w:r>
          </w:p>
        </w:tc>
        <w:tc>
          <w:tcPr>
            <w:tcW w:w="721" w:type="pct"/>
            <w:tcMar>
              <w:top w:w="70" w:type="dxa"/>
              <w:left w:w="70" w:type="dxa"/>
              <w:bottom w:w="70" w:type="dxa"/>
              <w:right w:w="70" w:type="dxa"/>
            </w:tcMar>
          </w:tcPr>
          <w:p w14:paraId="7850BB9F" w14:textId="77777777" w:rsidR="0066261F" w:rsidRPr="000A2615" w:rsidRDefault="0066261F" w:rsidP="00265335">
            <w:pPr>
              <w:rPr>
                <w:rFonts w:ascii="Times New Roman" w:hAnsi="Times New Roman" w:cs="Times New Roman"/>
                <w:sz w:val="22"/>
              </w:rPr>
            </w:pPr>
            <w:r w:rsidRPr="000A2615">
              <w:rPr>
                <w:rFonts w:ascii="Times New Roman" w:hAnsi="Times New Roman" w:cs="Times New Roman"/>
                <w:b/>
                <w:sz w:val="22"/>
              </w:rPr>
              <w:t>RFTI program or workshop application</w:t>
            </w:r>
          </w:p>
        </w:tc>
        <w:tc>
          <w:tcPr>
            <w:tcW w:w="713" w:type="pct"/>
            <w:tcMar>
              <w:top w:w="70" w:type="dxa"/>
              <w:left w:w="70" w:type="dxa"/>
              <w:bottom w:w="70" w:type="dxa"/>
              <w:right w:w="70" w:type="dxa"/>
            </w:tcMar>
          </w:tcPr>
          <w:p w14:paraId="4C3ABADF" w14:textId="77777777" w:rsidR="0066261F" w:rsidRPr="000A2615" w:rsidRDefault="0066261F" w:rsidP="00265335">
            <w:pPr>
              <w:rPr>
                <w:rFonts w:ascii="Times New Roman" w:hAnsi="Times New Roman" w:cs="Times New Roman"/>
                <w:sz w:val="22"/>
              </w:rPr>
            </w:pPr>
            <w:r w:rsidRPr="000A2615">
              <w:rPr>
                <w:rFonts w:ascii="Times New Roman" w:hAnsi="Times New Roman" w:cs="Times New Roman"/>
                <w:b/>
                <w:sz w:val="22"/>
              </w:rPr>
              <w:t>Instructor / student role</w:t>
            </w:r>
          </w:p>
        </w:tc>
        <w:tc>
          <w:tcPr>
            <w:tcW w:w="713" w:type="pct"/>
            <w:tcMar>
              <w:top w:w="70" w:type="dxa"/>
              <w:left w:w="70" w:type="dxa"/>
              <w:bottom w:w="70" w:type="dxa"/>
              <w:right w:w="70" w:type="dxa"/>
            </w:tcMar>
          </w:tcPr>
          <w:p w14:paraId="041FDD73" w14:textId="77777777" w:rsidR="0066261F" w:rsidRPr="000A2615" w:rsidRDefault="0066261F" w:rsidP="00265335">
            <w:pPr>
              <w:rPr>
                <w:rFonts w:ascii="Times New Roman" w:hAnsi="Times New Roman" w:cs="Times New Roman"/>
                <w:sz w:val="22"/>
              </w:rPr>
            </w:pPr>
            <w:r w:rsidRPr="000A2615">
              <w:rPr>
                <w:rFonts w:ascii="Times New Roman" w:hAnsi="Times New Roman" w:cs="Times New Roman"/>
                <w:b/>
                <w:sz w:val="22"/>
              </w:rPr>
              <w:t>Firm / field validation</w:t>
            </w:r>
          </w:p>
        </w:tc>
        <w:tc>
          <w:tcPr>
            <w:tcW w:w="711" w:type="pct"/>
          </w:tcPr>
          <w:p w14:paraId="557F2F7C" w14:textId="77777777" w:rsidR="0066261F" w:rsidRPr="000A2615" w:rsidRDefault="0066261F" w:rsidP="00265335">
            <w:pPr>
              <w:rPr>
                <w:rFonts w:ascii="Times New Roman" w:hAnsi="Times New Roman" w:cs="Times New Roman"/>
                <w:b/>
                <w:sz w:val="22"/>
              </w:rPr>
            </w:pPr>
            <w:r w:rsidRPr="000A2615">
              <w:rPr>
                <w:rFonts w:ascii="Times New Roman" w:hAnsi="Times New Roman" w:cs="Times New Roman"/>
                <w:b/>
                <w:sz w:val="22"/>
              </w:rPr>
              <w:t>Employer/Industry’s role</w:t>
            </w:r>
          </w:p>
        </w:tc>
        <w:tc>
          <w:tcPr>
            <w:tcW w:w="728" w:type="pct"/>
            <w:tcMar>
              <w:top w:w="70" w:type="dxa"/>
              <w:left w:w="70" w:type="dxa"/>
              <w:bottom w:w="70" w:type="dxa"/>
              <w:right w:w="70" w:type="dxa"/>
            </w:tcMar>
          </w:tcPr>
          <w:p w14:paraId="0B4D966B" w14:textId="77777777" w:rsidR="0066261F" w:rsidRPr="000A2615" w:rsidRDefault="0066261F" w:rsidP="00265335">
            <w:pPr>
              <w:rPr>
                <w:rFonts w:ascii="Times New Roman" w:hAnsi="Times New Roman" w:cs="Times New Roman"/>
                <w:sz w:val="22"/>
              </w:rPr>
            </w:pPr>
            <w:r w:rsidRPr="000A2615">
              <w:rPr>
                <w:rFonts w:ascii="Times New Roman" w:hAnsi="Times New Roman" w:cs="Times New Roman"/>
                <w:b/>
                <w:sz w:val="22"/>
              </w:rPr>
              <w:t>Expected workforce or productivity result</w:t>
            </w:r>
          </w:p>
        </w:tc>
        <w:tc>
          <w:tcPr>
            <w:tcW w:w="705" w:type="pct"/>
            <w:tcMar>
              <w:top w:w="70" w:type="dxa"/>
              <w:left w:w="70" w:type="dxa"/>
              <w:bottom w:w="70" w:type="dxa"/>
              <w:right w:w="70" w:type="dxa"/>
            </w:tcMar>
          </w:tcPr>
          <w:p w14:paraId="3A904FB4" w14:textId="77777777" w:rsidR="0066261F" w:rsidRPr="000A2615" w:rsidRDefault="0066261F" w:rsidP="00265335">
            <w:pPr>
              <w:rPr>
                <w:rFonts w:ascii="Times New Roman" w:hAnsi="Times New Roman" w:cs="Times New Roman"/>
                <w:sz w:val="22"/>
              </w:rPr>
            </w:pPr>
            <w:r w:rsidRPr="000A2615">
              <w:rPr>
                <w:rFonts w:ascii="Times New Roman" w:hAnsi="Times New Roman" w:cs="Times New Roman"/>
                <w:b/>
                <w:sz w:val="22"/>
              </w:rPr>
              <w:t>Timeline</w:t>
            </w:r>
          </w:p>
        </w:tc>
      </w:tr>
      <w:tr w:rsidR="0066261F" w:rsidRPr="000A2615" w14:paraId="6A754D9F" w14:textId="77777777" w:rsidTr="0066261F">
        <w:trPr>
          <w:cantSplit/>
          <w:jc w:val="center"/>
        </w:trPr>
        <w:tc>
          <w:tcPr>
            <w:tcW w:w="709" w:type="pct"/>
            <w:tcMar>
              <w:top w:w="70" w:type="dxa"/>
              <w:left w:w="70" w:type="dxa"/>
              <w:bottom w:w="70" w:type="dxa"/>
              <w:right w:w="70" w:type="dxa"/>
            </w:tcMar>
          </w:tcPr>
          <w:p w14:paraId="55F0F497" w14:textId="77777777" w:rsidR="0066261F" w:rsidRPr="000A2615" w:rsidRDefault="0066261F" w:rsidP="00265335">
            <w:pPr>
              <w:pStyle w:val="ResponsePlaceholder"/>
              <w:rPr>
                <w:rFonts w:ascii="Times New Roman" w:hAnsi="Times New Roman" w:cs="Times New Roman"/>
                <w:color w:val="auto"/>
                <w:sz w:val="22"/>
              </w:rPr>
            </w:pPr>
          </w:p>
        </w:tc>
        <w:tc>
          <w:tcPr>
            <w:tcW w:w="721" w:type="pct"/>
            <w:tcMar>
              <w:top w:w="70" w:type="dxa"/>
              <w:left w:w="70" w:type="dxa"/>
              <w:bottom w:w="70" w:type="dxa"/>
              <w:right w:w="70" w:type="dxa"/>
            </w:tcMar>
          </w:tcPr>
          <w:p w14:paraId="17E43121" w14:textId="77777777" w:rsidR="0066261F" w:rsidRPr="000A2615" w:rsidRDefault="0066261F" w:rsidP="00265335">
            <w:pPr>
              <w:pStyle w:val="ResponsePlaceholder"/>
              <w:rPr>
                <w:rFonts w:ascii="Times New Roman" w:hAnsi="Times New Roman" w:cs="Times New Roman"/>
                <w:color w:val="auto"/>
                <w:sz w:val="22"/>
              </w:rPr>
            </w:pPr>
          </w:p>
        </w:tc>
        <w:tc>
          <w:tcPr>
            <w:tcW w:w="713" w:type="pct"/>
            <w:tcMar>
              <w:top w:w="70" w:type="dxa"/>
              <w:left w:w="70" w:type="dxa"/>
              <w:bottom w:w="70" w:type="dxa"/>
              <w:right w:w="70" w:type="dxa"/>
            </w:tcMar>
          </w:tcPr>
          <w:p w14:paraId="283D8486" w14:textId="77777777" w:rsidR="0066261F" w:rsidRPr="000A2615" w:rsidRDefault="0066261F" w:rsidP="00265335">
            <w:pPr>
              <w:pStyle w:val="ResponsePlaceholder"/>
              <w:rPr>
                <w:rFonts w:ascii="Times New Roman" w:hAnsi="Times New Roman" w:cs="Times New Roman"/>
                <w:color w:val="auto"/>
                <w:sz w:val="22"/>
              </w:rPr>
            </w:pPr>
          </w:p>
        </w:tc>
        <w:tc>
          <w:tcPr>
            <w:tcW w:w="713" w:type="pct"/>
            <w:tcMar>
              <w:top w:w="70" w:type="dxa"/>
              <w:left w:w="70" w:type="dxa"/>
              <w:bottom w:w="70" w:type="dxa"/>
              <w:right w:w="70" w:type="dxa"/>
            </w:tcMar>
          </w:tcPr>
          <w:p w14:paraId="5B11D1BC" w14:textId="77777777" w:rsidR="0066261F" w:rsidRPr="000A2615" w:rsidRDefault="0066261F" w:rsidP="00265335">
            <w:pPr>
              <w:pStyle w:val="ResponsePlaceholder"/>
              <w:rPr>
                <w:rFonts w:ascii="Times New Roman" w:hAnsi="Times New Roman" w:cs="Times New Roman"/>
                <w:color w:val="auto"/>
                <w:sz w:val="22"/>
              </w:rPr>
            </w:pPr>
          </w:p>
        </w:tc>
        <w:tc>
          <w:tcPr>
            <w:tcW w:w="711" w:type="pct"/>
          </w:tcPr>
          <w:p w14:paraId="55A7F6F5" w14:textId="77777777" w:rsidR="0066261F" w:rsidRPr="000A2615" w:rsidRDefault="0066261F" w:rsidP="00265335">
            <w:pPr>
              <w:pStyle w:val="ResponsePlaceholder"/>
              <w:rPr>
                <w:rFonts w:ascii="Times New Roman" w:hAnsi="Times New Roman" w:cs="Times New Roman"/>
                <w:color w:val="auto"/>
                <w:sz w:val="22"/>
              </w:rPr>
            </w:pPr>
          </w:p>
        </w:tc>
        <w:tc>
          <w:tcPr>
            <w:tcW w:w="728" w:type="pct"/>
            <w:tcMar>
              <w:top w:w="70" w:type="dxa"/>
              <w:left w:w="70" w:type="dxa"/>
              <w:bottom w:w="70" w:type="dxa"/>
              <w:right w:w="70" w:type="dxa"/>
            </w:tcMar>
          </w:tcPr>
          <w:p w14:paraId="27B9F0CB" w14:textId="77777777" w:rsidR="0066261F" w:rsidRPr="000A2615" w:rsidRDefault="0066261F" w:rsidP="00265335">
            <w:pPr>
              <w:pStyle w:val="ResponsePlaceholder"/>
              <w:rPr>
                <w:rFonts w:ascii="Times New Roman" w:hAnsi="Times New Roman" w:cs="Times New Roman"/>
                <w:color w:val="auto"/>
                <w:sz w:val="22"/>
              </w:rPr>
            </w:pPr>
          </w:p>
        </w:tc>
        <w:tc>
          <w:tcPr>
            <w:tcW w:w="705" w:type="pct"/>
            <w:tcMar>
              <w:top w:w="70" w:type="dxa"/>
              <w:left w:w="70" w:type="dxa"/>
              <w:bottom w:w="70" w:type="dxa"/>
              <w:right w:w="70" w:type="dxa"/>
            </w:tcMar>
          </w:tcPr>
          <w:p w14:paraId="235762C8" w14:textId="77777777" w:rsidR="0066261F" w:rsidRPr="000A2615" w:rsidRDefault="0066261F" w:rsidP="00265335">
            <w:pPr>
              <w:pStyle w:val="ResponsePlaceholder"/>
              <w:rPr>
                <w:rFonts w:ascii="Times New Roman" w:hAnsi="Times New Roman" w:cs="Times New Roman"/>
                <w:color w:val="auto"/>
                <w:sz w:val="22"/>
              </w:rPr>
            </w:pPr>
          </w:p>
        </w:tc>
      </w:tr>
      <w:tr w:rsidR="0066261F" w:rsidRPr="000A2615" w14:paraId="59145397" w14:textId="77777777" w:rsidTr="0066261F">
        <w:trPr>
          <w:cantSplit/>
          <w:jc w:val="center"/>
        </w:trPr>
        <w:tc>
          <w:tcPr>
            <w:tcW w:w="709" w:type="pct"/>
            <w:tcMar>
              <w:top w:w="70" w:type="dxa"/>
              <w:left w:w="70" w:type="dxa"/>
              <w:bottom w:w="70" w:type="dxa"/>
              <w:right w:w="70" w:type="dxa"/>
            </w:tcMar>
          </w:tcPr>
          <w:p w14:paraId="312FCB18" w14:textId="77777777" w:rsidR="0066261F" w:rsidRPr="000A2615" w:rsidRDefault="0066261F" w:rsidP="00265335">
            <w:pPr>
              <w:pStyle w:val="ResponsePlaceholder"/>
              <w:rPr>
                <w:rFonts w:ascii="Times New Roman" w:hAnsi="Times New Roman" w:cs="Times New Roman"/>
                <w:color w:val="auto"/>
                <w:sz w:val="22"/>
              </w:rPr>
            </w:pPr>
          </w:p>
        </w:tc>
        <w:tc>
          <w:tcPr>
            <w:tcW w:w="721" w:type="pct"/>
            <w:tcMar>
              <w:top w:w="70" w:type="dxa"/>
              <w:left w:w="70" w:type="dxa"/>
              <w:bottom w:w="70" w:type="dxa"/>
              <w:right w:w="70" w:type="dxa"/>
            </w:tcMar>
          </w:tcPr>
          <w:p w14:paraId="118F14A3" w14:textId="77777777" w:rsidR="0066261F" w:rsidRPr="000A2615" w:rsidRDefault="0066261F" w:rsidP="00265335">
            <w:pPr>
              <w:pStyle w:val="ResponsePlaceholder"/>
              <w:rPr>
                <w:rFonts w:ascii="Times New Roman" w:hAnsi="Times New Roman" w:cs="Times New Roman"/>
                <w:color w:val="auto"/>
                <w:sz w:val="22"/>
              </w:rPr>
            </w:pPr>
          </w:p>
        </w:tc>
        <w:tc>
          <w:tcPr>
            <w:tcW w:w="713" w:type="pct"/>
            <w:tcMar>
              <w:top w:w="70" w:type="dxa"/>
              <w:left w:w="70" w:type="dxa"/>
              <w:bottom w:w="70" w:type="dxa"/>
              <w:right w:w="70" w:type="dxa"/>
            </w:tcMar>
          </w:tcPr>
          <w:p w14:paraId="39177E8B" w14:textId="77777777" w:rsidR="0066261F" w:rsidRPr="000A2615" w:rsidRDefault="0066261F" w:rsidP="00265335">
            <w:pPr>
              <w:pStyle w:val="ResponsePlaceholder"/>
              <w:rPr>
                <w:rFonts w:ascii="Times New Roman" w:hAnsi="Times New Roman" w:cs="Times New Roman"/>
                <w:color w:val="auto"/>
                <w:sz w:val="22"/>
              </w:rPr>
            </w:pPr>
          </w:p>
        </w:tc>
        <w:tc>
          <w:tcPr>
            <w:tcW w:w="713" w:type="pct"/>
            <w:tcMar>
              <w:top w:w="70" w:type="dxa"/>
              <w:left w:w="70" w:type="dxa"/>
              <w:bottom w:w="70" w:type="dxa"/>
              <w:right w:w="70" w:type="dxa"/>
            </w:tcMar>
          </w:tcPr>
          <w:p w14:paraId="555E5F5B" w14:textId="77777777" w:rsidR="0066261F" w:rsidRPr="000A2615" w:rsidRDefault="0066261F" w:rsidP="00265335">
            <w:pPr>
              <w:pStyle w:val="ResponsePlaceholder"/>
              <w:rPr>
                <w:rFonts w:ascii="Times New Roman" w:hAnsi="Times New Roman" w:cs="Times New Roman"/>
                <w:color w:val="auto"/>
                <w:sz w:val="22"/>
              </w:rPr>
            </w:pPr>
          </w:p>
        </w:tc>
        <w:tc>
          <w:tcPr>
            <w:tcW w:w="711" w:type="pct"/>
          </w:tcPr>
          <w:p w14:paraId="207CFD21" w14:textId="77777777" w:rsidR="0066261F" w:rsidRPr="000A2615" w:rsidRDefault="0066261F" w:rsidP="00265335">
            <w:pPr>
              <w:pStyle w:val="ResponsePlaceholder"/>
              <w:rPr>
                <w:rFonts w:ascii="Times New Roman" w:hAnsi="Times New Roman" w:cs="Times New Roman"/>
                <w:color w:val="auto"/>
                <w:sz w:val="22"/>
              </w:rPr>
            </w:pPr>
          </w:p>
        </w:tc>
        <w:tc>
          <w:tcPr>
            <w:tcW w:w="728" w:type="pct"/>
            <w:tcMar>
              <w:top w:w="70" w:type="dxa"/>
              <w:left w:w="70" w:type="dxa"/>
              <w:bottom w:w="70" w:type="dxa"/>
              <w:right w:w="70" w:type="dxa"/>
            </w:tcMar>
          </w:tcPr>
          <w:p w14:paraId="76079102" w14:textId="77777777" w:rsidR="0066261F" w:rsidRPr="000A2615" w:rsidRDefault="0066261F" w:rsidP="00265335">
            <w:pPr>
              <w:pStyle w:val="ResponsePlaceholder"/>
              <w:rPr>
                <w:rFonts w:ascii="Times New Roman" w:hAnsi="Times New Roman" w:cs="Times New Roman"/>
                <w:color w:val="auto"/>
                <w:sz w:val="22"/>
              </w:rPr>
            </w:pPr>
          </w:p>
        </w:tc>
        <w:tc>
          <w:tcPr>
            <w:tcW w:w="705" w:type="pct"/>
            <w:tcMar>
              <w:top w:w="70" w:type="dxa"/>
              <w:left w:w="70" w:type="dxa"/>
              <w:bottom w:w="70" w:type="dxa"/>
              <w:right w:w="70" w:type="dxa"/>
            </w:tcMar>
          </w:tcPr>
          <w:p w14:paraId="1B52F882" w14:textId="77777777" w:rsidR="0066261F" w:rsidRPr="000A2615" w:rsidRDefault="0066261F" w:rsidP="00265335">
            <w:pPr>
              <w:pStyle w:val="ResponsePlaceholder"/>
              <w:rPr>
                <w:rFonts w:ascii="Times New Roman" w:hAnsi="Times New Roman" w:cs="Times New Roman"/>
                <w:color w:val="auto"/>
                <w:sz w:val="22"/>
              </w:rPr>
            </w:pPr>
          </w:p>
        </w:tc>
      </w:tr>
      <w:tr w:rsidR="0066261F" w:rsidRPr="000A2615" w14:paraId="16D7C3C3" w14:textId="77777777" w:rsidTr="0066261F">
        <w:trPr>
          <w:cantSplit/>
          <w:jc w:val="center"/>
        </w:trPr>
        <w:tc>
          <w:tcPr>
            <w:tcW w:w="709" w:type="pct"/>
            <w:tcMar>
              <w:top w:w="70" w:type="dxa"/>
              <w:left w:w="70" w:type="dxa"/>
              <w:bottom w:w="70" w:type="dxa"/>
              <w:right w:w="70" w:type="dxa"/>
            </w:tcMar>
          </w:tcPr>
          <w:p w14:paraId="7BD7A2D1" w14:textId="77777777" w:rsidR="0066261F" w:rsidRPr="000A2615" w:rsidRDefault="0066261F" w:rsidP="00265335">
            <w:pPr>
              <w:pStyle w:val="ResponsePlaceholder"/>
              <w:rPr>
                <w:rFonts w:ascii="Times New Roman" w:hAnsi="Times New Roman" w:cs="Times New Roman"/>
                <w:color w:val="auto"/>
                <w:sz w:val="22"/>
              </w:rPr>
            </w:pPr>
          </w:p>
        </w:tc>
        <w:tc>
          <w:tcPr>
            <w:tcW w:w="721" w:type="pct"/>
            <w:tcMar>
              <w:top w:w="70" w:type="dxa"/>
              <w:left w:w="70" w:type="dxa"/>
              <w:bottom w:w="70" w:type="dxa"/>
              <w:right w:w="70" w:type="dxa"/>
            </w:tcMar>
          </w:tcPr>
          <w:p w14:paraId="1A8E1966" w14:textId="77777777" w:rsidR="0066261F" w:rsidRPr="000A2615" w:rsidRDefault="0066261F" w:rsidP="00265335">
            <w:pPr>
              <w:pStyle w:val="ResponsePlaceholder"/>
              <w:rPr>
                <w:rFonts w:ascii="Times New Roman" w:hAnsi="Times New Roman" w:cs="Times New Roman"/>
                <w:color w:val="auto"/>
                <w:sz w:val="22"/>
              </w:rPr>
            </w:pPr>
          </w:p>
        </w:tc>
        <w:tc>
          <w:tcPr>
            <w:tcW w:w="713" w:type="pct"/>
            <w:tcMar>
              <w:top w:w="70" w:type="dxa"/>
              <w:left w:w="70" w:type="dxa"/>
              <w:bottom w:w="70" w:type="dxa"/>
              <w:right w:w="70" w:type="dxa"/>
            </w:tcMar>
          </w:tcPr>
          <w:p w14:paraId="58712011" w14:textId="77777777" w:rsidR="0066261F" w:rsidRPr="000A2615" w:rsidRDefault="0066261F" w:rsidP="00265335">
            <w:pPr>
              <w:pStyle w:val="ResponsePlaceholder"/>
              <w:rPr>
                <w:rFonts w:ascii="Times New Roman" w:hAnsi="Times New Roman" w:cs="Times New Roman"/>
                <w:color w:val="auto"/>
                <w:sz w:val="22"/>
              </w:rPr>
            </w:pPr>
          </w:p>
        </w:tc>
        <w:tc>
          <w:tcPr>
            <w:tcW w:w="713" w:type="pct"/>
            <w:tcMar>
              <w:top w:w="70" w:type="dxa"/>
              <w:left w:w="70" w:type="dxa"/>
              <w:bottom w:w="70" w:type="dxa"/>
              <w:right w:w="70" w:type="dxa"/>
            </w:tcMar>
          </w:tcPr>
          <w:p w14:paraId="06E806FE" w14:textId="77777777" w:rsidR="0066261F" w:rsidRPr="000A2615" w:rsidRDefault="0066261F" w:rsidP="00265335">
            <w:pPr>
              <w:pStyle w:val="ResponsePlaceholder"/>
              <w:rPr>
                <w:rFonts w:ascii="Times New Roman" w:hAnsi="Times New Roman" w:cs="Times New Roman"/>
                <w:color w:val="auto"/>
                <w:sz w:val="22"/>
              </w:rPr>
            </w:pPr>
          </w:p>
        </w:tc>
        <w:tc>
          <w:tcPr>
            <w:tcW w:w="711" w:type="pct"/>
          </w:tcPr>
          <w:p w14:paraId="0E60F772" w14:textId="77777777" w:rsidR="0066261F" w:rsidRPr="000A2615" w:rsidRDefault="0066261F" w:rsidP="00265335">
            <w:pPr>
              <w:pStyle w:val="ResponsePlaceholder"/>
              <w:rPr>
                <w:rFonts w:ascii="Times New Roman" w:hAnsi="Times New Roman" w:cs="Times New Roman"/>
                <w:color w:val="auto"/>
                <w:sz w:val="22"/>
              </w:rPr>
            </w:pPr>
          </w:p>
        </w:tc>
        <w:tc>
          <w:tcPr>
            <w:tcW w:w="728" w:type="pct"/>
            <w:tcMar>
              <w:top w:w="70" w:type="dxa"/>
              <w:left w:w="70" w:type="dxa"/>
              <w:bottom w:w="70" w:type="dxa"/>
              <w:right w:w="70" w:type="dxa"/>
            </w:tcMar>
          </w:tcPr>
          <w:p w14:paraId="39019A98" w14:textId="77777777" w:rsidR="0066261F" w:rsidRPr="000A2615" w:rsidRDefault="0066261F" w:rsidP="00265335">
            <w:pPr>
              <w:pStyle w:val="ResponsePlaceholder"/>
              <w:rPr>
                <w:rFonts w:ascii="Times New Roman" w:hAnsi="Times New Roman" w:cs="Times New Roman"/>
                <w:color w:val="auto"/>
                <w:sz w:val="22"/>
              </w:rPr>
            </w:pPr>
          </w:p>
        </w:tc>
        <w:tc>
          <w:tcPr>
            <w:tcW w:w="705" w:type="pct"/>
            <w:tcMar>
              <w:top w:w="70" w:type="dxa"/>
              <w:left w:w="70" w:type="dxa"/>
              <w:bottom w:w="70" w:type="dxa"/>
              <w:right w:w="70" w:type="dxa"/>
            </w:tcMar>
          </w:tcPr>
          <w:p w14:paraId="0D948C51" w14:textId="77777777" w:rsidR="0066261F" w:rsidRPr="000A2615" w:rsidRDefault="0066261F" w:rsidP="00265335">
            <w:pPr>
              <w:pStyle w:val="ResponsePlaceholder"/>
              <w:rPr>
                <w:rFonts w:ascii="Times New Roman" w:hAnsi="Times New Roman" w:cs="Times New Roman"/>
                <w:color w:val="auto"/>
                <w:sz w:val="22"/>
              </w:rPr>
            </w:pPr>
          </w:p>
        </w:tc>
      </w:tr>
    </w:tbl>
    <w:p w14:paraId="679CFA05" w14:textId="77777777" w:rsidR="00805A89" w:rsidRPr="000A2615" w:rsidRDefault="00805A89" w:rsidP="00805A89">
      <w:pPr>
        <w:rPr>
          <w:rFonts w:ascii="Times New Roman" w:hAnsi="Times New Roman" w:cs="Times New Roman"/>
          <w:sz w:val="22"/>
        </w:rPr>
      </w:pPr>
    </w:p>
    <w:p w14:paraId="57E3B989" w14:textId="06361B91" w:rsidR="00805A89" w:rsidRPr="000A2615" w:rsidRDefault="00BB27F8" w:rsidP="00AE5E63">
      <w:pPr>
        <w:pStyle w:val="Heading2"/>
        <w:rPr>
          <w:rFonts w:ascii="Times New Roman" w:hAnsi="Times New Roman" w:cs="Times New Roman"/>
          <w:color w:val="auto"/>
          <w:sz w:val="22"/>
          <w:szCs w:val="22"/>
        </w:rPr>
      </w:pPr>
      <w:bookmarkStart w:id="32" w:name="_Toc237596320"/>
      <w:r w:rsidRPr="000A2615">
        <w:rPr>
          <w:rFonts w:ascii="Times New Roman" w:hAnsi="Times New Roman" w:cs="Times New Roman"/>
          <w:color w:val="auto"/>
          <w:sz w:val="22"/>
          <w:szCs w:val="22"/>
        </w:rPr>
        <w:t>3.1</w:t>
      </w:r>
      <w:r w:rsidR="00177DEA" w:rsidRPr="000A2615">
        <w:rPr>
          <w:rFonts w:ascii="Times New Roman" w:hAnsi="Times New Roman" w:cs="Times New Roman"/>
          <w:color w:val="auto"/>
          <w:sz w:val="22"/>
          <w:szCs w:val="22"/>
        </w:rPr>
        <w:t>1</w:t>
      </w:r>
      <w:r w:rsidRPr="000A2615">
        <w:rPr>
          <w:rFonts w:ascii="Times New Roman" w:hAnsi="Times New Roman" w:cs="Times New Roman"/>
          <w:color w:val="auto"/>
          <w:sz w:val="22"/>
          <w:szCs w:val="22"/>
        </w:rPr>
        <w:t xml:space="preserve"> </w:t>
      </w:r>
      <w:r w:rsidR="00805A89" w:rsidRPr="000A2615">
        <w:rPr>
          <w:rFonts w:ascii="Times New Roman" w:hAnsi="Times New Roman" w:cs="Times New Roman"/>
          <w:color w:val="auto"/>
          <w:sz w:val="22"/>
          <w:szCs w:val="22"/>
        </w:rPr>
        <w:t>Artificial Intelligence</w:t>
      </w:r>
      <w:bookmarkEnd w:id="32"/>
    </w:p>
    <w:p w14:paraId="56519E40" w14:textId="77777777" w:rsidR="00805A89" w:rsidRPr="000A2615" w:rsidRDefault="00805A89" w:rsidP="00805A89">
      <w:pPr>
        <w:rPr>
          <w:rFonts w:ascii="Times New Roman" w:hAnsi="Times New Roman" w:cs="Times New Roman"/>
          <w:sz w:val="22"/>
        </w:rPr>
      </w:pPr>
      <w:r w:rsidRPr="000A2615">
        <w:rPr>
          <w:rFonts w:ascii="Times New Roman" w:hAnsi="Times New Roman" w:cs="Times New Roman"/>
          <w:i/>
          <w:iCs/>
          <w:sz w:val="22"/>
        </w:rPr>
        <w:t>Describe the strategies, interventions, and policies — at both the Center and host institution level — that will be implemented to introduce or strengthen the integration of AI across education and skilling, research and innovation, faculty and trainer development, and institutional operations. Where AI integration is already underway, describe existing initiatives that will be continued, including evidence of their impact to date. Efforts to introduce and build AI literacy and capabilities can consider working with an experienced AI professional/academic as visiting professor or collaborator to help develop and implement identified strategies and interventions. Relevant activities may include, but are not limited to: structured AI upskilling programs; embedding AI tools and methods into existing disciplinary programs (e.g., AI for agri-food systems, AI-assisted diagnostics, AI for environmental monitoring); Applying AI tools to data collection, analysis, and modeling in applied research; developing clear policies on the ethical and responsible use of AI by students and staff; etc.</w:t>
      </w:r>
    </w:p>
    <w:p w14:paraId="1430E328" w14:textId="77777777" w:rsidR="00805A89" w:rsidRPr="000A2615" w:rsidRDefault="00805A89" w:rsidP="00805A89">
      <w:pPr>
        <w:rPr>
          <w:rFonts w:ascii="Times New Roman" w:hAnsi="Times New Roman" w:cs="Times New Roman"/>
          <w:sz w:val="22"/>
        </w:rPr>
      </w:pPr>
    </w:p>
    <w:p w14:paraId="32872A35" w14:textId="77777777" w:rsidR="00805A89" w:rsidRPr="000A2615" w:rsidRDefault="00805A89" w:rsidP="00805A89">
      <w:pPr>
        <w:pStyle w:val="GuidanceText"/>
        <w:keepNext/>
        <w:rPr>
          <w:rFonts w:ascii="Times New Roman" w:hAnsi="Times New Roman" w:cs="Times New Roman"/>
          <w:color w:val="auto"/>
          <w:sz w:val="22"/>
        </w:rPr>
      </w:pPr>
    </w:p>
    <w:tbl>
      <w:tblPr>
        <w:tblStyle w:val="TableGrid"/>
        <w:tblW w:w="9000" w:type="dxa"/>
        <w:jc w:val="center"/>
        <w:tblLook w:val="04A0" w:firstRow="1" w:lastRow="0" w:firstColumn="1" w:lastColumn="0" w:noHBand="0" w:noVBand="1"/>
      </w:tblPr>
      <w:tblGrid>
        <w:gridCol w:w="9000"/>
      </w:tblGrid>
      <w:tr w:rsidR="00805A89" w:rsidRPr="000A2615" w14:paraId="38AEB715" w14:textId="77777777" w:rsidTr="00574222">
        <w:trPr>
          <w:jc w:val="center"/>
        </w:trPr>
        <w:tc>
          <w:tcPr>
            <w:tcW w:w="9866" w:type="dxa"/>
            <w:shd w:val="clear" w:color="auto" w:fill="FAFAFA"/>
            <w:tcMar>
              <w:top w:w="110" w:type="dxa"/>
              <w:left w:w="120" w:type="dxa"/>
              <w:bottom w:w="110" w:type="dxa"/>
              <w:right w:w="120" w:type="dxa"/>
            </w:tcMar>
          </w:tcPr>
          <w:p w14:paraId="521ED7B2" w14:textId="1A83FD9F" w:rsidR="00805A89" w:rsidRPr="000A2615" w:rsidRDefault="00D671D9" w:rsidP="00574222">
            <w:pPr>
              <w:rPr>
                <w:rFonts w:ascii="Times New Roman" w:hAnsi="Times New Roman" w:cs="Times New Roman"/>
                <w:sz w:val="22"/>
              </w:rPr>
            </w:pPr>
            <w:r w:rsidRPr="00D671D9">
              <w:rPr>
                <w:rFonts w:ascii="Times New Roman" w:hAnsi="Times New Roman" w:cs="Times New Roman"/>
                <w:i/>
                <w:sz w:val="22"/>
              </w:rPr>
              <w:t>[Applicant response must not exceed 600 words.]</w:t>
            </w:r>
          </w:p>
          <w:p w14:paraId="04459BE3" w14:textId="77777777" w:rsidR="00805A89" w:rsidRPr="000A2615" w:rsidRDefault="00805A89" w:rsidP="00574222">
            <w:pPr>
              <w:rPr>
                <w:rFonts w:ascii="Times New Roman" w:hAnsi="Times New Roman" w:cs="Times New Roman"/>
                <w:sz w:val="22"/>
              </w:rPr>
            </w:pPr>
          </w:p>
          <w:p w14:paraId="7D7A0D3B" w14:textId="77777777" w:rsidR="00805A89" w:rsidRPr="000A2615" w:rsidRDefault="00805A89" w:rsidP="00574222">
            <w:pPr>
              <w:rPr>
                <w:rFonts w:ascii="Times New Roman" w:hAnsi="Times New Roman" w:cs="Times New Roman"/>
                <w:sz w:val="22"/>
              </w:rPr>
            </w:pPr>
          </w:p>
          <w:p w14:paraId="4E5A925C" w14:textId="77777777" w:rsidR="00805A89" w:rsidRPr="000A2615" w:rsidRDefault="00805A89" w:rsidP="00574222">
            <w:pPr>
              <w:rPr>
                <w:rFonts w:ascii="Times New Roman" w:hAnsi="Times New Roman" w:cs="Times New Roman"/>
                <w:sz w:val="22"/>
              </w:rPr>
            </w:pPr>
          </w:p>
          <w:p w14:paraId="03ADAC11" w14:textId="77777777" w:rsidR="00805A89" w:rsidRPr="000A2615" w:rsidRDefault="00805A89" w:rsidP="00574222">
            <w:pPr>
              <w:rPr>
                <w:rFonts w:ascii="Times New Roman" w:hAnsi="Times New Roman" w:cs="Times New Roman"/>
                <w:sz w:val="22"/>
              </w:rPr>
            </w:pPr>
          </w:p>
        </w:tc>
      </w:tr>
    </w:tbl>
    <w:p w14:paraId="21B26F3B" w14:textId="77777777" w:rsidR="00805A89" w:rsidRPr="000A2615" w:rsidRDefault="00805A89" w:rsidP="00805A89">
      <w:pPr>
        <w:spacing w:after="0"/>
        <w:rPr>
          <w:rFonts w:ascii="Times New Roman" w:hAnsi="Times New Roman" w:cs="Times New Roman"/>
          <w:sz w:val="22"/>
        </w:rPr>
      </w:pPr>
    </w:p>
    <w:p w14:paraId="3DAD9313" w14:textId="77777777" w:rsidR="00805A89" w:rsidRPr="000A2615" w:rsidRDefault="00805A89" w:rsidP="00805A89">
      <w:pPr>
        <w:rPr>
          <w:rFonts w:ascii="Times New Roman" w:hAnsi="Times New Roman" w:cs="Times New Roman"/>
          <w:sz w:val="22"/>
        </w:rPr>
      </w:pPr>
    </w:p>
    <w:p w14:paraId="0593CEA1" w14:textId="77777777" w:rsidR="00805A89" w:rsidRPr="000A2615" w:rsidRDefault="00805A89" w:rsidP="00805A89">
      <w:pPr>
        <w:rPr>
          <w:rFonts w:ascii="Times New Roman" w:hAnsi="Times New Roman" w:cs="Times New Roman"/>
          <w:sz w:val="22"/>
        </w:rPr>
      </w:pPr>
    </w:p>
    <w:p w14:paraId="1FED8714" w14:textId="77777777" w:rsidR="00805A89" w:rsidRPr="000A2615" w:rsidRDefault="00805A89" w:rsidP="00805A89">
      <w:pPr>
        <w:rPr>
          <w:rFonts w:ascii="Times New Roman" w:hAnsi="Times New Roman" w:cs="Times New Roman"/>
          <w:sz w:val="22"/>
        </w:rPr>
      </w:pPr>
    </w:p>
    <w:p w14:paraId="43E01136" w14:textId="77777777" w:rsidR="00805A89" w:rsidRPr="000A2615" w:rsidRDefault="00805A89" w:rsidP="00805A89">
      <w:pPr>
        <w:rPr>
          <w:rFonts w:ascii="Times New Roman" w:hAnsi="Times New Roman" w:cs="Times New Roman"/>
          <w:sz w:val="22"/>
        </w:rPr>
        <w:sectPr w:rsidR="00805A89" w:rsidRPr="000A2615">
          <w:headerReference w:type="default" r:id="rId8"/>
          <w:footerReference w:type="default" r:id="rId9"/>
          <w:pgSz w:w="11906" w:h="16838"/>
          <w:pgMar w:top="964" w:right="1020" w:bottom="907" w:left="1020" w:header="454" w:footer="454" w:gutter="0"/>
          <w:cols w:space="720"/>
          <w:docGrid w:linePitch="360"/>
        </w:sectPr>
      </w:pPr>
    </w:p>
    <w:p w14:paraId="1C706AB6" w14:textId="07D1CFAF" w:rsidR="00336039" w:rsidRPr="000A2615" w:rsidRDefault="00AE5E63">
      <w:pPr>
        <w:pStyle w:val="Heading2"/>
        <w:rPr>
          <w:rFonts w:ascii="Times New Roman" w:hAnsi="Times New Roman" w:cs="Times New Roman"/>
          <w:color w:val="auto"/>
          <w:sz w:val="22"/>
          <w:szCs w:val="22"/>
        </w:rPr>
      </w:pPr>
      <w:bookmarkStart w:id="33" w:name="_Toc237596321"/>
      <w:r w:rsidRPr="000A2615">
        <w:rPr>
          <w:rFonts w:ascii="Times New Roman" w:hAnsi="Times New Roman" w:cs="Times New Roman"/>
          <w:color w:val="auto"/>
          <w:sz w:val="22"/>
          <w:szCs w:val="22"/>
        </w:rPr>
        <w:lastRenderedPageBreak/>
        <w:t>3.1</w:t>
      </w:r>
      <w:r w:rsidR="00177DEA" w:rsidRPr="000A2615">
        <w:rPr>
          <w:rFonts w:ascii="Times New Roman" w:hAnsi="Times New Roman" w:cs="Times New Roman"/>
          <w:color w:val="auto"/>
          <w:sz w:val="22"/>
          <w:szCs w:val="22"/>
        </w:rPr>
        <w:t>2</w:t>
      </w:r>
      <w:r w:rsidR="00497E92" w:rsidRPr="000A2615">
        <w:rPr>
          <w:rFonts w:ascii="Times New Roman" w:hAnsi="Times New Roman" w:cs="Times New Roman"/>
          <w:color w:val="auto"/>
          <w:sz w:val="22"/>
          <w:szCs w:val="22"/>
        </w:rPr>
        <w:t xml:space="preserve"> Management, Governance, Staffing and Operations</w:t>
      </w:r>
      <w:bookmarkEnd w:id="33"/>
    </w:p>
    <w:p w14:paraId="0DE5C845" w14:textId="77777777" w:rsidR="00D671D9" w:rsidRPr="00D671D9" w:rsidRDefault="00D671D9" w:rsidP="00D671D9">
      <w:pPr>
        <w:pStyle w:val="GuidanceText"/>
        <w:keepNext/>
        <w:rPr>
          <w:rFonts w:ascii="Times New Roman" w:hAnsi="Times New Roman" w:cs="Times New Roman"/>
          <w:color w:val="auto"/>
          <w:sz w:val="22"/>
        </w:rPr>
      </w:pPr>
      <w:r w:rsidRPr="00D671D9">
        <w:rPr>
          <w:rFonts w:ascii="Times New Roman" w:hAnsi="Times New Roman" w:cs="Times New Roman"/>
          <w:color w:val="auto"/>
          <w:sz w:val="22"/>
        </w:rPr>
        <w:t>Describe the center’s legal/organizational status (Department/Semi-Autonomous/Autonomous center/unit), leadership structure, academic management, research and innovation management,. Please include names and role of faculty attached to the center along with their departmental affiliation. This section must also describe the role of the institutional leadership (Vice Chancellor, Rector, Director) in the proposed center/RFTI.</w:t>
      </w:r>
    </w:p>
    <w:p w14:paraId="1FBA8ABB" w14:textId="4340A967" w:rsidR="00336039" w:rsidRPr="000A2615" w:rsidRDefault="00D671D9" w:rsidP="00D671D9">
      <w:pPr>
        <w:pStyle w:val="GuidanceText"/>
        <w:keepNext/>
        <w:rPr>
          <w:rFonts w:ascii="Times New Roman" w:hAnsi="Times New Roman" w:cs="Times New Roman"/>
          <w:color w:val="auto"/>
          <w:sz w:val="22"/>
        </w:rPr>
      </w:pPr>
      <w:r w:rsidRPr="00D671D9">
        <w:rPr>
          <w:rFonts w:ascii="Times New Roman" w:hAnsi="Times New Roman" w:cs="Times New Roman"/>
          <w:color w:val="auto"/>
          <w:sz w:val="22"/>
        </w:rPr>
        <w:t>Please do not repeat information in the narrative that is provided in the table.</w:t>
      </w:r>
    </w:p>
    <w:tbl>
      <w:tblPr>
        <w:tblStyle w:val="TableGrid"/>
        <w:tblW w:w="9000" w:type="dxa"/>
        <w:tblLook w:val="04A0" w:firstRow="1" w:lastRow="0" w:firstColumn="1" w:lastColumn="0" w:noHBand="0" w:noVBand="1"/>
      </w:tblPr>
      <w:tblGrid>
        <w:gridCol w:w="9000"/>
      </w:tblGrid>
      <w:tr w:rsidR="00336039" w:rsidRPr="000A2615" w14:paraId="5EBEAB57" w14:textId="77777777" w:rsidTr="00EC25E8">
        <w:tc>
          <w:tcPr>
            <w:tcW w:w="9866" w:type="dxa"/>
            <w:shd w:val="clear" w:color="auto" w:fill="FAFAFA"/>
            <w:tcMar>
              <w:top w:w="110" w:type="dxa"/>
              <w:left w:w="120" w:type="dxa"/>
              <w:bottom w:w="110" w:type="dxa"/>
              <w:right w:w="120" w:type="dxa"/>
            </w:tcMar>
          </w:tcPr>
          <w:p w14:paraId="1E765D22" w14:textId="377A37AF" w:rsidR="00336039" w:rsidRPr="000A2615" w:rsidRDefault="00D671D9">
            <w:pPr>
              <w:rPr>
                <w:rFonts w:ascii="Times New Roman" w:hAnsi="Times New Roman" w:cs="Times New Roman"/>
                <w:sz w:val="22"/>
              </w:rPr>
            </w:pPr>
            <w:r w:rsidRPr="00D671D9">
              <w:rPr>
                <w:rFonts w:ascii="Times New Roman" w:hAnsi="Times New Roman" w:cs="Times New Roman"/>
                <w:i/>
                <w:sz w:val="22"/>
              </w:rPr>
              <w:t>[Applicant response must not exceed 500 words]</w:t>
            </w:r>
          </w:p>
          <w:p w14:paraId="3DDFAE87" w14:textId="77777777" w:rsidR="00336039" w:rsidRPr="000A2615" w:rsidRDefault="00336039">
            <w:pPr>
              <w:rPr>
                <w:rFonts w:ascii="Times New Roman" w:hAnsi="Times New Roman" w:cs="Times New Roman"/>
                <w:sz w:val="22"/>
              </w:rPr>
            </w:pPr>
          </w:p>
          <w:p w14:paraId="49374E54" w14:textId="77777777" w:rsidR="00336039" w:rsidRPr="000A2615" w:rsidRDefault="00336039">
            <w:pPr>
              <w:rPr>
                <w:rFonts w:ascii="Times New Roman" w:hAnsi="Times New Roman" w:cs="Times New Roman"/>
                <w:sz w:val="22"/>
              </w:rPr>
            </w:pPr>
          </w:p>
          <w:p w14:paraId="69C4CBD2" w14:textId="77777777" w:rsidR="00336039" w:rsidRPr="000A2615" w:rsidRDefault="00336039">
            <w:pPr>
              <w:rPr>
                <w:rFonts w:ascii="Times New Roman" w:hAnsi="Times New Roman" w:cs="Times New Roman"/>
                <w:sz w:val="22"/>
              </w:rPr>
            </w:pPr>
          </w:p>
          <w:p w14:paraId="3DCC394A" w14:textId="77777777" w:rsidR="00336039" w:rsidRPr="000A2615" w:rsidRDefault="00336039">
            <w:pPr>
              <w:rPr>
                <w:rFonts w:ascii="Times New Roman" w:hAnsi="Times New Roman" w:cs="Times New Roman"/>
                <w:sz w:val="22"/>
              </w:rPr>
            </w:pPr>
          </w:p>
        </w:tc>
      </w:tr>
    </w:tbl>
    <w:p w14:paraId="53C0122E" w14:textId="77777777" w:rsidR="00336039" w:rsidRPr="000A2615" w:rsidRDefault="00336039">
      <w:pPr>
        <w:spacing w:after="0"/>
        <w:rPr>
          <w:rFonts w:ascii="Times New Roman" w:hAnsi="Times New Roman" w:cs="Times New Roman"/>
          <w:sz w:val="22"/>
        </w:rPr>
      </w:pPr>
    </w:p>
    <w:p w14:paraId="51440A32" w14:textId="399C0825" w:rsidR="00EC25E8" w:rsidRPr="000A2615" w:rsidRDefault="00AE5E63" w:rsidP="00EC25E8">
      <w:pPr>
        <w:pStyle w:val="Heading3"/>
        <w:rPr>
          <w:rFonts w:ascii="Times New Roman" w:hAnsi="Times New Roman" w:cs="Times New Roman"/>
          <w:color w:val="auto"/>
          <w:sz w:val="22"/>
        </w:rPr>
      </w:pPr>
      <w:bookmarkStart w:id="34" w:name="_Toc237264904"/>
      <w:bookmarkStart w:id="35" w:name="_Toc237596322"/>
      <w:r w:rsidRPr="000A2615">
        <w:rPr>
          <w:rFonts w:ascii="Times New Roman" w:hAnsi="Times New Roman" w:cs="Times New Roman"/>
          <w:color w:val="auto"/>
          <w:sz w:val="22"/>
        </w:rPr>
        <w:t>3</w:t>
      </w:r>
      <w:r w:rsidR="00EC25E8" w:rsidRPr="000A2615">
        <w:rPr>
          <w:rFonts w:ascii="Times New Roman" w:hAnsi="Times New Roman" w:cs="Times New Roman"/>
          <w:color w:val="auto"/>
          <w:sz w:val="22"/>
        </w:rPr>
        <w:t>.1</w:t>
      </w:r>
      <w:r w:rsidR="00177DEA" w:rsidRPr="000A2615">
        <w:rPr>
          <w:rFonts w:ascii="Times New Roman" w:hAnsi="Times New Roman" w:cs="Times New Roman"/>
          <w:color w:val="auto"/>
          <w:sz w:val="22"/>
        </w:rPr>
        <w:t>2</w:t>
      </w:r>
      <w:r w:rsidR="00EC25E8" w:rsidRPr="000A2615">
        <w:rPr>
          <w:rFonts w:ascii="Times New Roman" w:hAnsi="Times New Roman" w:cs="Times New Roman"/>
          <w:color w:val="auto"/>
          <w:sz w:val="22"/>
        </w:rPr>
        <w:t>.1 RFTI Staffing Plan</w:t>
      </w:r>
      <w:bookmarkEnd w:id="34"/>
      <w:bookmarkEnd w:id="35"/>
    </w:p>
    <w:p w14:paraId="3A480372" w14:textId="77777777" w:rsidR="00EC25E8" w:rsidRPr="000A2615" w:rsidRDefault="00EC25E8" w:rsidP="00EC25E8">
      <w:pPr>
        <w:keepNext/>
        <w:spacing w:after="80" w:line="240" w:lineRule="auto"/>
        <w:rPr>
          <w:rFonts w:ascii="Times New Roman" w:hAnsi="Times New Roman" w:cs="Times New Roman"/>
          <w:sz w:val="22"/>
        </w:rPr>
      </w:pPr>
      <w:r w:rsidRPr="000A2615">
        <w:rPr>
          <w:rFonts w:ascii="Times New Roman" w:hAnsi="Times New Roman" w:cs="Times New Roman"/>
          <w:sz w:val="22"/>
        </w:rPr>
        <w:t>List the ten (10) primary faculty at the host institution who will participate in the proposed Center activities. Briefly describe their expected contributions.</w:t>
      </w:r>
    </w:p>
    <w:tbl>
      <w:tblPr>
        <w:tblW w:w="5000" w:type="pct"/>
        <w:jc w:val="center"/>
        <w:tblLook w:val="04A0" w:firstRow="1" w:lastRow="0" w:firstColumn="1" w:lastColumn="0" w:noHBand="0" w:noVBand="1"/>
      </w:tblPr>
      <w:tblGrid>
        <w:gridCol w:w="881"/>
        <w:gridCol w:w="1509"/>
        <w:gridCol w:w="1369"/>
        <w:gridCol w:w="1332"/>
        <w:gridCol w:w="1037"/>
        <w:gridCol w:w="1738"/>
        <w:gridCol w:w="1862"/>
        <w:gridCol w:w="1509"/>
        <w:gridCol w:w="1247"/>
        <w:gridCol w:w="1174"/>
        <w:gridCol w:w="1419"/>
      </w:tblGrid>
      <w:tr w:rsidR="00EC25E8" w:rsidRPr="000A2615" w14:paraId="6DBB5DF8" w14:textId="77777777" w:rsidTr="00265335">
        <w:trPr>
          <w:cantSplit/>
          <w:trHeight w:val="677"/>
          <w:tblHeader/>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B8F9BD"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51B2E3"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Name</w:t>
            </w: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485F3E"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Position/Title</w:t>
            </w: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7AB0E1"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Male/Female</w:t>
            </w: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E07C2E"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Tel. #</w:t>
            </w: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08E5C0"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Disciplinary expertise</w:t>
            </w: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62C619"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Anticipated Contribution</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5694A3"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Highest Degree Obtained</w:t>
            </w: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90E5BD"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Department</w:t>
            </w: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CA6A29"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Citizenship</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579351"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Email</w:t>
            </w:r>
          </w:p>
        </w:tc>
      </w:tr>
      <w:tr w:rsidR="00EC25E8" w:rsidRPr="000A2615" w14:paraId="7173A5C1"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10E13D"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1</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9DBB99"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32BFA4"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EEAF00"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BC6439"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5DB4A7"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E82B42"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D04C7C"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12EBCA"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EC8DCF"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09078E"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76AE9AC4"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AACEC7"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2</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CB9743"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76BFA2"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A2589B"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2E1955"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8ED42D"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6EBDC1"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72753F"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08CD72"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BE8D45"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3E5779"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5A1BF436"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743AEE"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3</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057B54"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590834"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9C7FB1"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DB8A1C"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4E21BA"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708FF8"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500E2A"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3C1869"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811BA1"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0DE521"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680E9A4B"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74918E"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4</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0101E6"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B2C492"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2C0428"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A85AAE"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ABB17C"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C4A795"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5DC82E"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D590BD"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1E583D"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2BCAC4"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7E6D900F"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421EF8"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5</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AABCE6"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1DB539"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BE143E"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1B3B68"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C2D70E"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C0F87F"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09F3C1"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D9283A"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E90F50"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FD4C86"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174BF59C"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3C986B"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6</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B01C35"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370734"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1C2995"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743536"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2A2AAB"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B391A0"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E6871C"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DA0ACC"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DD14D7"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75690D"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369F4135"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1A2C00"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7</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16DD07"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2A5E5D"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72E357"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883402"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3FFB6E"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9D8878"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8957CF"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FA6F79"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93558B"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456E24"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3C2AF8F9"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9557D6"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lastRenderedPageBreak/>
              <w:t>8</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576E73"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353D73"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830812"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D96338"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C03C86"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DED113"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078B10"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6EB164"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98153A"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735259"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477A1330"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9E3DB9"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9</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B2D72B"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F57B38"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84CAB8"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61B13C"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D93412"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AF783E"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A4DD55"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CBD4A2"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A8FAA7"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A4D487"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4C2507F4" w14:textId="77777777" w:rsidTr="00265335">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3EF19A"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10</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C780A1"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9E789B"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859D29"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EB1959"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380A93"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FA9FCA"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D0ED63"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2FC31B"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5CE257"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63DD14" w14:textId="77777777" w:rsidR="00EC25E8" w:rsidRPr="000A2615" w:rsidRDefault="00EC25E8" w:rsidP="00265335">
            <w:pPr>
              <w:spacing w:after="0" w:line="240" w:lineRule="auto"/>
              <w:jc w:val="center"/>
              <w:rPr>
                <w:rFonts w:ascii="Times New Roman" w:hAnsi="Times New Roman" w:cs="Times New Roman"/>
                <w:sz w:val="22"/>
              </w:rPr>
            </w:pPr>
          </w:p>
        </w:tc>
      </w:tr>
      <w:tr w:rsidR="00EC25E8" w:rsidRPr="000A2615" w14:paraId="1E92096B" w14:textId="77777777" w:rsidTr="00265335">
        <w:trPr>
          <w:cantSplit/>
          <w:trHeight w:val="432"/>
          <w:jc w:val="center"/>
        </w:trPr>
        <w:tc>
          <w:tcPr>
            <w:tcW w:w="17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3AF049E" w14:textId="77777777" w:rsidR="00EC25E8" w:rsidRPr="000A2615" w:rsidRDefault="00EC25E8"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TOTAL</w:t>
            </w: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C50FE3C" w14:textId="77777777" w:rsidR="00EC25E8" w:rsidRPr="000A2615" w:rsidRDefault="00EC25E8" w:rsidP="00265335">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A361FA9" w14:textId="77777777" w:rsidR="00EC25E8" w:rsidRPr="000A2615" w:rsidRDefault="00EC25E8" w:rsidP="00265335">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9696465" w14:textId="77777777" w:rsidR="00EC25E8" w:rsidRPr="000A2615" w:rsidRDefault="00EC25E8" w:rsidP="00265335">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B3D53E6" w14:textId="77777777" w:rsidR="00EC25E8" w:rsidRPr="000A2615" w:rsidRDefault="00EC25E8" w:rsidP="00265335">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AC89D43" w14:textId="77777777" w:rsidR="00EC25E8" w:rsidRPr="000A2615" w:rsidRDefault="00EC25E8" w:rsidP="00265335">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D45CCCF"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9CF0741" w14:textId="77777777" w:rsidR="00EC25E8" w:rsidRPr="000A2615" w:rsidRDefault="00EC25E8" w:rsidP="00265335">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6560B61" w14:textId="77777777" w:rsidR="00EC25E8" w:rsidRPr="000A2615" w:rsidRDefault="00EC25E8" w:rsidP="00265335">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DFF35A5" w14:textId="77777777" w:rsidR="00EC25E8" w:rsidRPr="000A2615" w:rsidRDefault="00EC25E8" w:rsidP="00265335">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2B9D7A1" w14:textId="77777777" w:rsidR="00EC25E8" w:rsidRPr="000A2615" w:rsidRDefault="00EC25E8" w:rsidP="00265335">
            <w:pPr>
              <w:spacing w:after="0" w:line="240" w:lineRule="auto"/>
              <w:jc w:val="center"/>
              <w:rPr>
                <w:rFonts w:ascii="Times New Roman" w:hAnsi="Times New Roman" w:cs="Times New Roman"/>
                <w:sz w:val="22"/>
              </w:rPr>
            </w:pPr>
          </w:p>
        </w:tc>
      </w:tr>
    </w:tbl>
    <w:p w14:paraId="637FFDC0" w14:textId="77777777" w:rsidR="00EC25E8" w:rsidRPr="000A2615" w:rsidRDefault="00EC25E8" w:rsidP="00EC25E8">
      <w:pPr>
        <w:spacing w:after="0"/>
        <w:rPr>
          <w:rFonts w:ascii="Times New Roman" w:hAnsi="Times New Roman" w:cs="Times New Roman"/>
          <w:sz w:val="22"/>
        </w:rPr>
      </w:pPr>
    </w:p>
    <w:p w14:paraId="1349F272" w14:textId="77777777" w:rsidR="00336039" w:rsidRPr="000A2615" w:rsidRDefault="00336039">
      <w:pPr>
        <w:spacing w:after="0"/>
        <w:rPr>
          <w:rFonts w:ascii="Times New Roman" w:hAnsi="Times New Roman" w:cs="Times New Roman"/>
          <w:sz w:val="22"/>
        </w:rPr>
      </w:pPr>
    </w:p>
    <w:p w14:paraId="16E6A8B4" w14:textId="11C6EDFA" w:rsidR="00336039" w:rsidRPr="000A2615" w:rsidRDefault="00AE5E63">
      <w:pPr>
        <w:pStyle w:val="Heading2"/>
        <w:rPr>
          <w:rFonts w:ascii="Times New Roman" w:hAnsi="Times New Roman" w:cs="Times New Roman"/>
          <w:color w:val="auto"/>
          <w:sz w:val="22"/>
          <w:szCs w:val="22"/>
        </w:rPr>
      </w:pPr>
      <w:bookmarkStart w:id="36" w:name="_Toc237596323"/>
      <w:r w:rsidRPr="000A2615">
        <w:rPr>
          <w:rFonts w:ascii="Times New Roman" w:hAnsi="Times New Roman" w:cs="Times New Roman"/>
          <w:color w:val="auto"/>
          <w:sz w:val="22"/>
          <w:szCs w:val="22"/>
        </w:rPr>
        <w:t>3.1</w:t>
      </w:r>
      <w:r w:rsidR="00177DEA" w:rsidRPr="000A2615">
        <w:rPr>
          <w:rFonts w:ascii="Times New Roman" w:hAnsi="Times New Roman" w:cs="Times New Roman"/>
          <w:color w:val="auto"/>
          <w:sz w:val="22"/>
          <w:szCs w:val="22"/>
        </w:rPr>
        <w:t>3</w:t>
      </w:r>
      <w:r w:rsidR="00497E92" w:rsidRPr="000A2615">
        <w:rPr>
          <w:rFonts w:ascii="Times New Roman" w:hAnsi="Times New Roman" w:cs="Times New Roman"/>
          <w:color w:val="auto"/>
          <w:sz w:val="22"/>
          <w:szCs w:val="22"/>
        </w:rPr>
        <w:t xml:space="preserve"> Institutional Strengthening Investment Plan</w:t>
      </w:r>
      <w:bookmarkEnd w:id="36"/>
    </w:p>
    <w:p w14:paraId="29E2B817" w14:textId="77D2BF78" w:rsidR="00336039" w:rsidRPr="000A2615" w:rsidRDefault="008C4CD3">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Up to 15% of the institutional allocation can be committed to institutions that host centers/RFTIs. Describe the activities and innovations in institutional policies and practices that will be prioritized over the project period from among the following options: student career services, student tracer studies, data and analysis for measuring institutional performance, digital learning, research management, innovation and technology transfer, quality assurance and education management systems, leadership and faculty development, institutional accreditation. Prioritize investments required for achieving and sustaining project objectives. For topics outside of the suggested options, provide a rationale justifying the need for investments in the proposed area, how it enables achieving and sustaining project objectives and expected outputs and outcomes</w:t>
      </w:r>
      <w:r w:rsidR="00497E92" w:rsidRPr="000A2615">
        <w:rPr>
          <w:rFonts w:ascii="Times New Roman" w:hAnsi="Times New Roman" w:cs="Times New Roman"/>
          <w:color w:val="auto"/>
          <w:sz w:val="22"/>
        </w:rPr>
        <w:t>.</w:t>
      </w:r>
    </w:p>
    <w:tbl>
      <w:tblPr>
        <w:tblStyle w:val="TableGrid"/>
        <w:tblW w:w="9000" w:type="dxa"/>
        <w:jc w:val="center"/>
        <w:tblLook w:val="04A0" w:firstRow="1" w:lastRow="0" w:firstColumn="1" w:lastColumn="0" w:noHBand="0" w:noVBand="1"/>
      </w:tblPr>
      <w:tblGrid>
        <w:gridCol w:w="1717"/>
        <w:gridCol w:w="1007"/>
        <w:gridCol w:w="1246"/>
        <w:gridCol w:w="1565"/>
        <w:gridCol w:w="1899"/>
        <w:gridCol w:w="1566"/>
      </w:tblGrid>
      <w:tr w:rsidR="00EC25E8" w:rsidRPr="000A2615" w14:paraId="1912DABB" w14:textId="77777777" w:rsidTr="00265335">
        <w:trPr>
          <w:tblHeader/>
          <w:jc w:val="center"/>
        </w:trPr>
        <w:tc>
          <w:tcPr>
            <w:tcW w:w="1717" w:type="dxa"/>
            <w:tcMar>
              <w:top w:w="70" w:type="dxa"/>
              <w:left w:w="70" w:type="dxa"/>
              <w:bottom w:w="70" w:type="dxa"/>
              <w:right w:w="70" w:type="dxa"/>
            </w:tcMar>
          </w:tcPr>
          <w:p w14:paraId="3B2347EE" w14:textId="77777777" w:rsidR="00EC25E8" w:rsidRPr="000A2615" w:rsidRDefault="00EC25E8" w:rsidP="00265335">
            <w:pPr>
              <w:rPr>
                <w:rFonts w:ascii="Times New Roman" w:hAnsi="Times New Roman" w:cs="Times New Roman"/>
                <w:sz w:val="22"/>
              </w:rPr>
            </w:pPr>
            <w:r w:rsidRPr="000A2615">
              <w:rPr>
                <w:rFonts w:ascii="Times New Roman" w:hAnsi="Times New Roman" w:cs="Times New Roman"/>
                <w:b/>
                <w:sz w:val="22"/>
              </w:rPr>
              <w:t>Investment area</w:t>
            </w:r>
          </w:p>
        </w:tc>
        <w:tc>
          <w:tcPr>
            <w:tcW w:w="1007" w:type="dxa"/>
            <w:tcMar>
              <w:top w:w="70" w:type="dxa"/>
              <w:left w:w="70" w:type="dxa"/>
              <w:bottom w:w="70" w:type="dxa"/>
              <w:right w:w="70" w:type="dxa"/>
            </w:tcMar>
          </w:tcPr>
          <w:p w14:paraId="538B432A" w14:textId="77777777" w:rsidR="00EC25E8" w:rsidRPr="000A2615" w:rsidRDefault="00EC25E8" w:rsidP="00265335">
            <w:pPr>
              <w:rPr>
                <w:rFonts w:ascii="Times New Roman" w:hAnsi="Times New Roman" w:cs="Times New Roman"/>
                <w:sz w:val="22"/>
              </w:rPr>
            </w:pPr>
            <w:r w:rsidRPr="000A2615">
              <w:rPr>
                <w:rFonts w:ascii="Times New Roman" w:hAnsi="Times New Roman" w:cs="Times New Roman"/>
                <w:b/>
                <w:sz w:val="22"/>
              </w:rPr>
              <w:t>Priority rank</w:t>
            </w:r>
          </w:p>
        </w:tc>
        <w:tc>
          <w:tcPr>
            <w:tcW w:w="1246" w:type="dxa"/>
            <w:tcMar>
              <w:top w:w="70" w:type="dxa"/>
              <w:left w:w="70" w:type="dxa"/>
              <w:bottom w:w="70" w:type="dxa"/>
              <w:right w:w="70" w:type="dxa"/>
            </w:tcMar>
          </w:tcPr>
          <w:p w14:paraId="209C7A9A" w14:textId="77777777" w:rsidR="00EC25E8" w:rsidRPr="000A2615" w:rsidRDefault="00EC25E8" w:rsidP="00265335">
            <w:pPr>
              <w:rPr>
                <w:rFonts w:ascii="Times New Roman" w:hAnsi="Times New Roman" w:cs="Times New Roman"/>
                <w:sz w:val="22"/>
              </w:rPr>
            </w:pPr>
            <w:r w:rsidRPr="000A2615">
              <w:rPr>
                <w:rFonts w:ascii="Times New Roman" w:hAnsi="Times New Roman" w:cs="Times New Roman"/>
                <w:b/>
                <w:sz w:val="22"/>
              </w:rPr>
              <w:t>Budget (USD)</w:t>
            </w:r>
          </w:p>
        </w:tc>
        <w:tc>
          <w:tcPr>
            <w:tcW w:w="1565" w:type="dxa"/>
            <w:tcMar>
              <w:top w:w="70" w:type="dxa"/>
              <w:left w:w="70" w:type="dxa"/>
              <w:bottom w:w="70" w:type="dxa"/>
              <w:right w:w="70" w:type="dxa"/>
            </w:tcMar>
          </w:tcPr>
          <w:p w14:paraId="2E181F58" w14:textId="77777777" w:rsidR="00EC25E8" w:rsidRPr="000A2615" w:rsidRDefault="00EC25E8" w:rsidP="00265335">
            <w:pPr>
              <w:rPr>
                <w:rFonts w:ascii="Times New Roman" w:hAnsi="Times New Roman" w:cs="Times New Roman"/>
                <w:sz w:val="22"/>
              </w:rPr>
            </w:pPr>
            <w:r w:rsidRPr="000A2615">
              <w:rPr>
                <w:rFonts w:ascii="Times New Roman" w:hAnsi="Times New Roman" w:cs="Times New Roman"/>
                <w:b/>
                <w:sz w:val="22"/>
              </w:rPr>
              <w:t>% of institutional strengthening allocation</w:t>
            </w:r>
          </w:p>
        </w:tc>
        <w:tc>
          <w:tcPr>
            <w:tcW w:w="1899" w:type="dxa"/>
            <w:tcMar>
              <w:top w:w="70" w:type="dxa"/>
              <w:left w:w="70" w:type="dxa"/>
              <w:bottom w:w="70" w:type="dxa"/>
              <w:right w:w="70" w:type="dxa"/>
            </w:tcMar>
          </w:tcPr>
          <w:p w14:paraId="6E772BB0" w14:textId="77777777" w:rsidR="00EC25E8" w:rsidRPr="000A2615" w:rsidRDefault="00EC25E8" w:rsidP="00265335">
            <w:pPr>
              <w:rPr>
                <w:rFonts w:ascii="Times New Roman" w:hAnsi="Times New Roman" w:cs="Times New Roman"/>
                <w:sz w:val="22"/>
              </w:rPr>
            </w:pPr>
            <w:r w:rsidRPr="000A2615">
              <w:rPr>
                <w:rFonts w:ascii="Times New Roman" w:hAnsi="Times New Roman" w:cs="Times New Roman"/>
                <w:b/>
                <w:sz w:val="22"/>
              </w:rPr>
              <w:t>Expected usage and result</w:t>
            </w:r>
          </w:p>
        </w:tc>
        <w:tc>
          <w:tcPr>
            <w:tcW w:w="1566" w:type="dxa"/>
            <w:tcMar>
              <w:top w:w="70" w:type="dxa"/>
              <w:left w:w="70" w:type="dxa"/>
              <w:bottom w:w="70" w:type="dxa"/>
              <w:right w:w="70" w:type="dxa"/>
            </w:tcMar>
          </w:tcPr>
          <w:p w14:paraId="6CD3EC08" w14:textId="77777777" w:rsidR="00EC25E8" w:rsidRPr="000A2615" w:rsidRDefault="00EC25E8" w:rsidP="00265335">
            <w:pPr>
              <w:rPr>
                <w:rFonts w:ascii="Times New Roman" w:hAnsi="Times New Roman" w:cs="Times New Roman"/>
                <w:sz w:val="22"/>
              </w:rPr>
            </w:pPr>
            <w:r w:rsidRPr="000A2615">
              <w:rPr>
                <w:rFonts w:ascii="Times New Roman" w:hAnsi="Times New Roman" w:cs="Times New Roman"/>
                <w:b/>
                <w:sz w:val="22"/>
              </w:rPr>
              <w:t>Sustainability / owner</w:t>
            </w:r>
          </w:p>
        </w:tc>
      </w:tr>
      <w:tr w:rsidR="00EC25E8" w:rsidRPr="000A2615" w14:paraId="04B473C7" w14:textId="77777777" w:rsidTr="00265335">
        <w:trPr>
          <w:cantSplit/>
          <w:jc w:val="center"/>
        </w:trPr>
        <w:tc>
          <w:tcPr>
            <w:tcW w:w="1717" w:type="dxa"/>
            <w:tcMar>
              <w:top w:w="70" w:type="dxa"/>
              <w:left w:w="70" w:type="dxa"/>
              <w:bottom w:w="70" w:type="dxa"/>
              <w:right w:w="70" w:type="dxa"/>
            </w:tcMar>
          </w:tcPr>
          <w:p w14:paraId="035DFA19" w14:textId="77777777" w:rsidR="00EC25E8" w:rsidRPr="000A2615" w:rsidRDefault="00EC25E8" w:rsidP="00265335">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47505378" w14:textId="77777777" w:rsidR="00EC25E8" w:rsidRPr="000A2615" w:rsidRDefault="00EC25E8" w:rsidP="00265335">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6F9EF9E2" w14:textId="77777777" w:rsidR="00EC25E8" w:rsidRPr="000A2615" w:rsidRDefault="00EC25E8" w:rsidP="00265335">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40E54465" w14:textId="77777777" w:rsidR="00EC25E8" w:rsidRPr="000A2615" w:rsidRDefault="00EC25E8" w:rsidP="00265335">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367DA2BF" w14:textId="77777777" w:rsidR="00EC25E8" w:rsidRPr="000A2615" w:rsidRDefault="00EC25E8" w:rsidP="00265335">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0CD93AE1" w14:textId="77777777" w:rsidR="00EC25E8" w:rsidRPr="000A2615" w:rsidRDefault="00EC25E8" w:rsidP="00265335">
            <w:pPr>
              <w:pStyle w:val="ResponsePlaceholder"/>
              <w:rPr>
                <w:rFonts w:ascii="Times New Roman" w:hAnsi="Times New Roman" w:cs="Times New Roman"/>
                <w:color w:val="auto"/>
                <w:sz w:val="22"/>
              </w:rPr>
            </w:pPr>
          </w:p>
        </w:tc>
      </w:tr>
      <w:tr w:rsidR="00EC25E8" w:rsidRPr="000A2615" w14:paraId="0169D81D" w14:textId="77777777" w:rsidTr="00265335">
        <w:trPr>
          <w:cantSplit/>
          <w:jc w:val="center"/>
        </w:trPr>
        <w:tc>
          <w:tcPr>
            <w:tcW w:w="1717" w:type="dxa"/>
            <w:tcMar>
              <w:top w:w="70" w:type="dxa"/>
              <w:left w:w="70" w:type="dxa"/>
              <w:bottom w:w="70" w:type="dxa"/>
              <w:right w:w="70" w:type="dxa"/>
            </w:tcMar>
          </w:tcPr>
          <w:p w14:paraId="19CA48F3" w14:textId="77777777" w:rsidR="00EC25E8" w:rsidRPr="000A2615" w:rsidRDefault="00EC25E8" w:rsidP="00265335">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005D59D7" w14:textId="77777777" w:rsidR="00EC25E8" w:rsidRPr="000A2615" w:rsidRDefault="00EC25E8" w:rsidP="00265335">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184C2C21" w14:textId="77777777" w:rsidR="00EC25E8" w:rsidRPr="000A2615" w:rsidRDefault="00EC25E8" w:rsidP="00265335">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3D45A91C" w14:textId="77777777" w:rsidR="00EC25E8" w:rsidRPr="000A2615" w:rsidRDefault="00EC25E8" w:rsidP="00265335">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34756514" w14:textId="77777777" w:rsidR="00EC25E8" w:rsidRPr="000A2615" w:rsidRDefault="00EC25E8" w:rsidP="00265335">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16B38E61" w14:textId="77777777" w:rsidR="00EC25E8" w:rsidRPr="000A2615" w:rsidRDefault="00EC25E8" w:rsidP="00265335">
            <w:pPr>
              <w:pStyle w:val="ResponsePlaceholder"/>
              <w:rPr>
                <w:rFonts w:ascii="Times New Roman" w:hAnsi="Times New Roman" w:cs="Times New Roman"/>
                <w:color w:val="auto"/>
                <w:sz w:val="22"/>
              </w:rPr>
            </w:pPr>
          </w:p>
        </w:tc>
      </w:tr>
      <w:tr w:rsidR="00EC25E8" w:rsidRPr="000A2615" w14:paraId="5CAE4956" w14:textId="77777777" w:rsidTr="00265335">
        <w:trPr>
          <w:cantSplit/>
          <w:jc w:val="center"/>
        </w:trPr>
        <w:tc>
          <w:tcPr>
            <w:tcW w:w="1717" w:type="dxa"/>
            <w:tcMar>
              <w:top w:w="70" w:type="dxa"/>
              <w:left w:w="70" w:type="dxa"/>
              <w:bottom w:w="70" w:type="dxa"/>
              <w:right w:w="70" w:type="dxa"/>
            </w:tcMar>
          </w:tcPr>
          <w:p w14:paraId="54947ED7" w14:textId="77777777" w:rsidR="00EC25E8" w:rsidRPr="000A2615" w:rsidRDefault="00EC25E8" w:rsidP="00265335">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5FD2E1AF" w14:textId="77777777" w:rsidR="00EC25E8" w:rsidRPr="000A2615" w:rsidRDefault="00EC25E8" w:rsidP="00265335">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3828EB3D" w14:textId="77777777" w:rsidR="00EC25E8" w:rsidRPr="000A2615" w:rsidRDefault="00EC25E8" w:rsidP="00265335">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14D555E2" w14:textId="77777777" w:rsidR="00EC25E8" w:rsidRPr="000A2615" w:rsidRDefault="00EC25E8" w:rsidP="00265335">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574C86F5" w14:textId="77777777" w:rsidR="00EC25E8" w:rsidRPr="000A2615" w:rsidRDefault="00EC25E8" w:rsidP="00265335">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2DE24643" w14:textId="77777777" w:rsidR="00EC25E8" w:rsidRPr="000A2615" w:rsidRDefault="00EC25E8" w:rsidP="00265335">
            <w:pPr>
              <w:pStyle w:val="ResponsePlaceholder"/>
              <w:rPr>
                <w:rFonts w:ascii="Times New Roman" w:hAnsi="Times New Roman" w:cs="Times New Roman"/>
                <w:color w:val="auto"/>
                <w:sz w:val="22"/>
              </w:rPr>
            </w:pPr>
          </w:p>
        </w:tc>
      </w:tr>
    </w:tbl>
    <w:p w14:paraId="0B3DFE93" w14:textId="77777777" w:rsidR="00336039" w:rsidRPr="000A2615" w:rsidRDefault="00336039">
      <w:pPr>
        <w:spacing w:after="0"/>
        <w:rPr>
          <w:rFonts w:ascii="Times New Roman" w:hAnsi="Times New Roman" w:cs="Times New Roman"/>
          <w:sz w:val="22"/>
        </w:rPr>
      </w:pPr>
    </w:p>
    <w:p w14:paraId="645BFB68" w14:textId="1FD3893D" w:rsidR="00336039" w:rsidRPr="000A2615" w:rsidRDefault="00AE5E63">
      <w:pPr>
        <w:pStyle w:val="Heading2"/>
        <w:rPr>
          <w:rFonts w:ascii="Times New Roman" w:hAnsi="Times New Roman" w:cs="Times New Roman"/>
          <w:color w:val="auto"/>
          <w:sz w:val="22"/>
          <w:szCs w:val="22"/>
        </w:rPr>
      </w:pPr>
      <w:bookmarkStart w:id="37" w:name="_Toc237596324"/>
      <w:r w:rsidRPr="000A2615">
        <w:rPr>
          <w:rFonts w:ascii="Times New Roman" w:hAnsi="Times New Roman" w:cs="Times New Roman"/>
          <w:color w:val="auto"/>
          <w:sz w:val="22"/>
          <w:szCs w:val="22"/>
        </w:rPr>
        <w:lastRenderedPageBreak/>
        <w:t>3.1</w:t>
      </w:r>
      <w:r w:rsidR="00177DEA" w:rsidRPr="000A2615">
        <w:rPr>
          <w:rFonts w:ascii="Times New Roman" w:hAnsi="Times New Roman" w:cs="Times New Roman"/>
          <w:color w:val="auto"/>
          <w:sz w:val="22"/>
          <w:szCs w:val="22"/>
        </w:rPr>
        <w:t>4</w:t>
      </w:r>
      <w:r w:rsidR="00497E92" w:rsidRPr="000A2615">
        <w:rPr>
          <w:rFonts w:ascii="Times New Roman" w:hAnsi="Times New Roman" w:cs="Times New Roman"/>
          <w:color w:val="auto"/>
          <w:sz w:val="22"/>
          <w:szCs w:val="22"/>
        </w:rPr>
        <w:t xml:space="preserve"> Workshops, Laboratories, Equipment and Civil Works</w:t>
      </w:r>
      <w:bookmarkEnd w:id="37"/>
    </w:p>
    <w:p w14:paraId="37C8B2DA" w14:textId="60AE2510"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Describe existing facilities and equipment, utilization</w:t>
      </w:r>
      <w:r w:rsidR="0014069B" w:rsidRPr="000A2615">
        <w:rPr>
          <w:rFonts w:ascii="Times New Roman" w:hAnsi="Times New Roman" w:cs="Times New Roman"/>
          <w:color w:val="auto"/>
          <w:sz w:val="22"/>
        </w:rPr>
        <w:t xml:space="preserve"> and gaps</w:t>
      </w:r>
      <w:r w:rsidRPr="000A2615">
        <w:rPr>
          <w:rFonts w:ascii="Times New Roman" w:hAnsi="Times New Roman" w:cs="Times New Roman"/>
          <w:color w:val="auto"/>
          <w:sz w:val="22"/>
        </w:rPr>
        <w:t xml:space="preserve">. </w:t>
      </w:r>
      <w:r w:rsidR="00843E5E" w:rsidRPr="000A2615">
        <w:rPr>
          <w:rFonts w:ascii="Times New Roman" w:hAnsi="Times New Roman" w:cs="Times New Roman"/>
          <w:color w:val="auto"/>
          <w:sz w:val="22"/>
        </w:rPr>
        <w:t xml:space="preserve">Up to 25% of the budget may be used for infrastructure (inclusive of major equipment and civil works). </w:t>
      </w:r>
      <w:r w:rsidRPr="000A2615">
        <w:rPr>
          <w:rFonts w:ascii="Times New Roman" w:hAnsi="Times New Roman" w:cs="Times New Roman"/>
          <w:color w:val="auto"/>
          <w:sz w:val="22"/>
        </w:rPr>
        <w:t>Justify proposed investments in relation to specific programs and learner numbers. Civil works must demonstrate site readiness, applicable safeguards, procurement readiness and an operations and maintenance plan.</w:t>
      </w:r>
    </w:p>
    <w:tbl>
      <w:tblPr>
        <w:tblStyle w:val="TableGrid"/>
        <w:tblW w:w="9000" w:type="dxa"/>
        <w:jc w:val="center"/>
        <w:tblLook w:val="04A0" w:firstRow="1" w:lastRow="0" w:firstColumn="1" w:lastColumn="0" w:noHBand="0" w:noVBand="1"/>
      </w:tblPr>
      <w:tblGrid>
        <w:gridCol w:w="9000"/>
      </w:tblGrid>
      <w:tr w:rsidR="00336039" w:rsidRPr="000A2615" w14:paraId="0D812BC5" w14:textId="77777777" w:rsidTr="00541C83">
        <w:trPr>
          <w:jc w:val="center"/>
        </w:trPr>
        <w:tc>
          <w:tcPr>
            <w:tcW w:w="9000" w:type="dxa"/>
            <w:shd w:val="clear" w:color="auto" w:fill="FAFAFA"/>
            <w:tcMar>
              <w:top w:w="110" w:type="dxa"/>
              <w:left w:w="120" w:type="dxa"/>
              <w:bottom w:w="110" w:type="dxa"/>
              <w:right w:w="120" w:type="dxa"/>
            </w:tcMar>
          </w:tcPr>
          <w:p w14:paraId="01592932" w14:textId="1C803561" w:rsidR="00336039" w:rsidRPr="000A2615" w:rsidRDefault="000F3C97">
            <w:pPr>
              <w:rPr>
                <w:rFonts w:ascii="Times New Roman" w:hAnsi="Times New Roman" w:cs="Times New Roman"/>
                <w:sz w:val="22"/>
              </w:rPr>
            </w:pPr>
            <w:r w:rsidRPr="000F3C97">
              <w:rPr>
                <w:rFonts w:ascii="Times New Roman" w:hAnsi="Times New Roman" w:cs="Times New Roman"/>
                <w:i/>
                <w:sz w:val="22"/>
              </w:rPr>
              <w:t>[Applicant response must not exceed 700 words]</w:t>
            </w:r>
          </w:p>
          <w:p w14:paraId="548E2374" w14:textId="77777777" w:rsidR="00336039" w:rsidRPr="000A2615" w:rsidRDefault="00336039">
            <w:pPr>
              <w:rPr>
                <w:rFonts w:ascii="Times New Roman" w:hAnsi="Times New Roman" w:cs="Times New Roman"/>
                <w:sz w:val="22"/>
              </w:rPr>
            </w:pPr>
          </w:p>
          <w:p w14:paraId="6BF2ED22" w14:textId="77777777" w:rsidR="00336039" w:rsidRPr="000A2615" w:rsidRDefault="00336039">
            <w:pPr>
              <w:rPr>
                <w:rFonts w:ascii="Times New Roman" w:hAnsi="Times New Roman" w:cs="Times New Roman"/>
                <w:sz w:val="22"/>
              </w:rPr>
            </w:pPr>
          </w:p>
          <w:p w14:paraId="61802E68" w14:textId="77777777" w:rsidR="00336039" w:rsidRPr="000A2615" w:rsidRDefault="00336039">
            <w:pPr>
              <w:rPr>
                <w:rFonts w:ascii="Times New Roman" w:hAnsi="Times New Roman" w:cs="Times New Roman"/>
                <w:sz w:val="22"/>
              </w:rPr>
            </w:pPr>
          </w:p>
        </w:tc>
      </w:tr>
    </w:tbl>
    <w:p w14:paraId="3633D6EA" w14:textId="0D859FF7" w:rsidR="00541C83" w:rsidRPr="000F3C97" w:rsidRDefault="000F3C97" w:rsidP="000F3C97">
      <w:pPr>
        <w:rPr>
          <w:rFonts w:ascii="Times New Roman" w:hAnsi="Times New Roman" w:cs="Times New Roman"/>
          <w:i/>
          <w:iCs/>
          <w:color w:val="4F81BD"/>
          <w:sz w:val="22"/>
        </w:rPr>
      </w:pPr>
      <w:r w:rsidRPr="00426838">
        <w:rPr>
          <w:rFonts w:ascii="Times New Roman" w:hAnsi="Times New Roman" w:cs="Times New Roman"/>
          <w:i/>
          <w:iCs/>
          <w:sz w:val="22"/>
        </w:rPr>
        <w:t>In this table, only identify items that are directly required to deliver the proposed program</w:t>
      </w:r>
    </w:p>
    <w:tbl>
      <w:tblPr>
        <w:tblStyle w:val="TableGrid"/>
        <w:tblW w:w="5000" w:type="pct"/>
        <w:jc w:val="center"/>
        <w:tblLook w:val="04A0" w:firstRow="1" w:lastRow="0" w:firstColumn="1" w:lastColumn="0" w:noHBand="0" w:noVBand="1"/>
      </w:tblPr>
      <w:tblGrid>
        <w:gridCol w:w="5179"/>
        <w:gridCol w:w="3275"/>
        <w:gridCol w:w="3308"/>
        <w:gridCol w:w="3345"/>
      </w:tblGrid>
      <w:tr w:rsidR="00BB6B0F" w:rsidRPr="000A2615" w14:paraId="7D893663" w14:textId="77777777" w:rsidTr="00265335">
        <w:trPr>
          <w:tblHeader/>
          <w:jc w:val="center"/>
        </w:trPr>
        <w:tc>
          <w:tcPr>
            <w:tcW w:w="1714" w:type="pct"/>
            <w:tcMar>
              <w:top w:w="70" w:type="dxa"/>
              <w:left w:w="70" w:type="dxa"/>
              <w:bottom w:w="70" w:type="dxa"/>
              <w:right w:w="70" w:type="dxa"/>
            </w:tcMar>
          </w:tcPr>
          <w:p w14:paraId="2995E7D7" w14:textId="77777777" w:rsidR="00BB6B0F" w:rsidRPr="000A2615" w:rsidRDefault="00BB6B0F" w:rsidP="00265335">
            <w:pPr>
              <w:rPr>
                <w:rFonts w:ascii="Times New Roman" w:hAnsi="Times New Roman" w:cs="Times New Roman"/>
                <w:sz w:val="22"/>
              </w:rPr>
            </w:pPr>
            <w:r w:rsidRPr="000A2615">
              <w:rPr>
                <w:rFonts w:ascii="Times New Roman" w:hAnsi="Times New Roman" w:cs="Times New Roman"/>
                <w:b/>
                <w:sz w:val="22"/>
              </w:rPr>
              <w:t>Facility/Infrastructure/Equipment</w:t>
            </w:r>
          </w:p>
        </w:tc>
        <w:tc>
          <w:tcPr>
            <w:tcW w:w="1084" w:type="pct"/>
            <w:tcMar>
              <w:top w:w="70" w:type="dxa"/>
              <w:left w:w="70" w:type="dxa"/>
              <w:bottom w:w="70" w:type="dxa"/>
              <w:right w:w="70" w:type="dxa"/>
            </w:tcMar>
          </w:tcPr>
          <w:p w14:paraId="76EBFAD8" w14:textId="77777777" w:rsidR="00BB6B0F" w:rsidRPr="000A2615" w:rsidRDefault="00BB6B0F" w:rsidP="00265335">
            <w:pPr>
              <w:rPr>
                <w:rFonts w:ascii="Times New Roman" w:hAnsi="Times New Roman" w:cs="Times New Roman"/>
                <w:sz w:val="22"/>
              </w:rPr>
            </w:pPr>
            <w:r w:rsidRPr="000A2615">
              <w:rPr>
                <w:rFonts w:ascii="Times New Roman" w:hAnsi="Times New Roman" w:cs="Times New Roman"/>
                <w:b/>
                <w:sz w:val="22"/>
              </w:rPr>
              <w:t>Current capability/capacity gaps</w:t>
            </w:r>
          </w:p>
        </w:tc>
        <w:tc>
          <w:tcPr>
            <w:tcW w:w="1095" w:type="pct"/>
            <w:tcMar>
              <w:top w:w="70" w:type="dxa"/>
              <w:left w:w="70" w:type="dxa"/>
              <w:bottom w:w="70" w:type="dxa"/>
              <w:right w:w="70" w:type="dxa"/>
            </w:tcMar>
          </w:tcPr>
          <w:p w14:paraId="56032535" w14:textId="77777777" w:rsidR="00BB6B0F" w:rsidRPr="000A2615" w:rsidRDefault="00BB6B0F" w:rsidP="00265335">
            <w:pPr>
              <w:rPr>
                <w:rFonts w:ascii="Times New Roman" w:hAnsi="Times New Roman" w:cs="Times New Roman"/>
                <w:sz w:val="22"/>
              </w:rPr>
            </w:pPr>
            <w:r w:rsidRPr="000A2615">
              <w:rPr>
                <w:rFonts w:ascii="Times New Roman" w:hAnsi="Times New Roman" w:cs="Times New Roman"/>
                <w:b/>
                <w:sz w:val="22"/>
              </w:rPr>
              <w:t>Proposed investment</w:t>
            </w:r>
          </w:p>
        </w:tc>
        <w:tc>
          <w:tcPr>
            <w:tcW w:w="1107" w:type="pct"/>
            <w:tcMar>
              <w:top w:w="70" w:type="dxa"/>
              <w:left w:w="70" w:type="dxa"/>
              <w:bottom w:w="70" w:type="dxa"/>
              <w:right w:w="70" w:type="dxa"/>
            </w:tcMar>
          </w:tcPr>
          <w:p w14:paraId="51B73C18" w14:textId="77777777" w:rsidR="00BB6B0F" w:rsidRPr="000A2615" w:rsidRDefault="00BB6B0F" w:rsidP="00265335">
            <w:pPr>
              <w:rPr>
                <w:rFonts w:ascii="Times New Roman" w:hAnsi="Times New Roman" w:cs="Times New Roman"/>
                <w:sz w:val="22"/>
              </w:rPr>
            </w:pPr>
            <w:r w:rsidRPr="000A2615">
              <w:rPr>
                <w:rFonts w:ascii="Times New Roman" w:hAnsi="Times New Roman" w:cs="Times New Roman"/>
                <w:b/>
                <w:sz w:val="22"/>
              </w:rPr>
              <w:t>Quality / maintenance plan</w:t>
            </w:r>
          </w:p>
        </w:tc>
      </w:tr>
      <w:tr w:rsidR="00BB6B0F" w:rsidRPr="000A2615" w14:paraId="634FB6CA" w14:textId="77777777" w:rsidTr="00265335">
        <w:trPr>
          <w:cantSplit/>
          <w:jc w:val="center"/>
        </w:trPr>
        <w:tc>
          <w:tcPr>
            <w:tcW w:w="1714" w:type="pct"/>
            <w:tcMar>
              <w:top w:w="70" w:type="dxa"/>
              <w:left w:w="70" w:type="dxa"/>
              <w:bottom w:w="70" w:type="dxa"/>
              <w:right w:w="70" w:type="dxa"/>
            </w:tcMar>
          </w:tcPr>
          <w:p w14:paraId="13F873B8" w14:textId="77777777" w:rsidR="00BB6B0F" w:rsidRPr="000A2615" w:rsidRDefault="00BB6B0F" w:rsidP="00265335">
            <w:pPr>
              <w:pStyle w:val="ResponsePlaceholder"/>
              <w:rPr>
                <w:rFonts w:ascii="Times New Roman" w:hAnsi="Times New Roman" w:cs="Times New Roman"/>
                <w:color w:val="auto"/>
                <w:sz w:val="22"/>
              </w:rPr>
            </w:pPr>
          </w:p>
        </w:tc>
        <w:tc>
          <w:tcPr>
            <w:tcW w:w="1084" w:type="pct"/>
            <w:tcMar>
              <w:top w:w="70" w:type="dxa"/>
              <w:left w:w="70" w:type="dxa"/>
              <w:bottom w:w="70" w:type="dxa"/>
              <w:right w:w="70" w:type="dxa"/>
            </w:tcMar>
          </w:tcPr>
          <w:p w14:paraId="3D7C2825" w14:textId="77777777" w:rsidR="00BB6B0F" w:rsidRPr="000A2615" w:rsidRDefault="00BB6B0F" w:rsidP="00265335">
            <w:pPr>
              <w:pStyle w:val="ResponsePlaceholder"/>
              <w:rPr>
                <w:rFonts w:ascii="Times New Roman" w:hAnsi="Times New Roman" w:cs="Times New Roman"/>
                <w:color w:val="auto"/>
                <w:sz w:val="22"/>
              </w:rPr>
            </w:pPr>
          </w:p>
        </w:tc>
        <w:tc>
          <w:tcPr>
            <w:tcW w:w="1095" w:type="pct"/>
            <w:tcMar>
              <w:top w:w="70" w:type="dxa"/>
              <w:left w:w="70" w:type="dxa"/>
              <w:bottom w:w="70" w:type="dxa"/>
              <w:right w:w="70" w:type="dxa"/>
            </w:tcMar>
          </w:tcPr>
          <w:p w14:paraId="5F1CE629" w14:textId="77777777" w:rsidR="00BB6B0F" w:rsidRPr="000A2615" w:rsidRDefault="00BB6B0F" w:rsidP="00265335">
            <w:pPr>
              <w:pStyle w:val="ResponsePlaceholder"/>
              <w:rPr>
                <w:rFonts w:ascii="Times New Roman" w:hAnsi="Times New Roman" w:cs="Times New Roman"/>
                <w:color w:val="auto"/>
                <w:sz w:val="22"/>
              </w:rPr>
            </w:pPr>
          </w:p>
        </w:tc>
        <w:tc>
          <w:tcPr>
            <w:tcW w:w="1107" w:type="pct"/>
            <w:tcMar>
              <w:top w:w="70" w:type="dxa"/>
              <w:left w:w="70" w:type="dxa"/>
              <w:bottom w:w="70" w:type="dxa"/>
              <w:right w:w="70" w:type="dxa"/>
            </w:tcMar>
          </w:tcPr>
          <w:p w14:paraId="72B6A11C" w14:textId="77777777" w:rsidR="00BB6B0F" w:rsidRPr="000A2615" w:rsidRDefault="00BB6B0F" w:rsidP="00265335">
            <w:pPr>
              <w:pStyle w:val="ResponsePlaceholder"/>
              <w:rPr>
                <w:rFonts w:ascii="Times New Roman" w:hAnsi="Times New Roman" w:cs="Times New Roman"/>
                <w:color w:val="auto"/>
                <w:sz w:val="22"/>
              </w:rPr>
            </w:pPr>
          </w:p>
        </w:tc>
      </w:tr>
      <w:tr w:rsidR="00BB6B0F" w:rsidRPr="000A2615" w14:paraId="72F9765B" w14:textId="77777777" w:rsidTr="00265335">
        <w:trPr>
          <w:cantSplit/>
          <w:jc w:val="center"/>
        </w:trPr>
        <w:tc>
          <w:tcPr>
            <w:tcW w:w="1714" w:type="pct"/>
            <w:tcMar>
              <w:top w:w="70" w:type="dxa"/>
              <w:left w:w="70" w:type="dxa"/>
              <w:bottom w:w="70" w:type="dxa"/>
              <w:right w:w="70" w:type="dxa"/>
            </w:tcMar>
          </w:tcPr>
          <w:p w14:paraId="04245AE6" w14:textId="77777777" w:rsidR="00BB6B0F" w:rsidRPr="000A2615" w:rsidRDefault="00BB6B0F" w:rsidP="00265335">
            <w:pPr>
              <w:pStyle w:val="ResponsePlaceholder"/>
              <w:rPr>
                <w:rFonts w:ascii="Times New Roman" w:hAnsi="Times New Roman" w:cs="Times New Roman"/>
                <w:color w:val="auto"/>
                <w:sz w:val="22"/>
              </w:rPr>
            </w:pPr>
          </w:p>
        </w:tc>
        <w:tc>
          <w:tcPr>
            <w:tcW w:w="1084" w:type="pct"/>
            <w:tcMar>
              <w:top w:w="70" w:type="dxa"/>
              <w:left w:w="70" w:type="dxa"/>
              <w:bottom w:w="70" w:type="dxa"/>
              <w:right w:w="70" w:type="dxa"/>
            </w:tcMar>
          </w:tcPr>
          <w:p w14:paraId="01BFD22C" w14:textId="77777777" w:rsidR="00BB6B0F" w:rsidRPr="000A2615" w:rsidRDefault="00BB6B0F" w:rsidP="00265335">
            <w:pPr>
              <w:pStyle w:val="ResponsePlaceholder"/>
              <w:rPr>
                <w:rFonts w:ascii="Times New Roman" w:hAnsi="Times New Roman" w:cs="Times New Roman"/>
                <w:color w:val="auto"/>
                <w:sz w:val="22"/>
              </w:rPr>
            </w:pPr>
          </w:p>
        </w:tc>
        <w:tc>
          <w:tcPr>
            <w:tcW w:w="1095" w:type="pct"/>
            <w:tcMar>
              <w:top w:w="70" w:type="dxa"/>
              <w:left w:w="70" w:type="dxa"/>
              <w:bottom w:w="70" w:type="dxa"/>
              <w:right w:w="70" w:type="dxa"/>
            </w:tcMar>
          </w:tcPr>
          <w:p w14:paraId="36EE8055" w14:textId="77777777" w:rsidR="00BB6B0F" w:rsidRPr="000A2615" w:rsidRDefault="00BB6B0F" w:rsidP="00265335">
            <w:pPr>
              <w:pStyle w:val="ResponsePlaceholder"/>
              <w:rPr>
                <w:rFonts w:ascii="Times New Roman" w:hAnsi="Times New Roman" w:cs="Times New Roman"/>
                <w:color w:val="auto"/>
                <w:sz w:val="22"/>
              </w:rPr>
            </w:pPr>
          </w:p>
        </w:tc>
        <w:tc>
          <w:tcPr>
            <w:tcW w:w="1107" w:type="pct"/>
            <w:tcMar>
              <w:top w:w="70" w:type="dxa"/>
              <w:left w:w="70" w:type="dxa"/>
              <w:bottom w:w="70" w:type="dxa"/>
              <w:right w:w="70" w:type="dxa"/>
            </w:tcMar>
          </w:tcPr>
          <w:p w14:paraId="76BE0602" w14:textId="77777777" w:rsidR="00BB6B0F" w:rsidRPr="000A2615" w:rsidRDefault="00BB6B0F" w:rsidP="00265335">
            <w:pPr>
              <w:pStyle w:val="ResponsePlaceholder"/>
              <w:rPr>
                <w:rFonts w:ascii="Times New Roman" w:hAnsi="Times New Roman" w:cs="Times New Roman"/>
                <w:color w:val="auto"/>
                <w:sz w:val="22"/>
              </w:rPr>
            </w:pPr>
          </w:p>
        </w:tc>
      </w:tr>
    </w:tbl>
    <w:p w14:paraId="329D5038" w14:textId="77777777" w:rsidR="00541C83" w:rsidRPr="000A2615" w:rsidRDefault="00541C83" w:rsidP="00541C83">
      <w:pPr>
        <w:spacing w:after="0"/>
        <w:rPr>
          <w:rFonts w:ascii="Times New Roman" w:hAnsi="Times New Roman" w:cs="Times New Roman"/>
          <w:sz w:val="22"/>
        </w:rPr>
      </w:pPr>
    </w:p>
    <w:p w14:paraId="40927466" w14:textId="136D2608" w:rsidR="00366D5F" w:rsidRDefault="009456C7" w:rsidP="00366D5F">
      <w:pPr>
        <w:pStyle w:val="Heading3"/>
        <w:rPr>
          <w:rFonts w:ascii="Times New Roman" w:hAnsi="Times New Roman" w:cs="Times New Roman"/>
          <w:color w:val="auto"/>
          <w:sz w:val="22"/>
        </w:rPr>
      </w:pPr>
      <w:bookmarkStart w:id="38" w:name="_Toc237264907"/>
      <w:bookmarkStart w:id="39" w:name="_Toc237596325"/>
      <w:r w:rsidRPr="000A2615">
        <w:rPr>
          <w:rFonts w:ascii="Times New Roman" w:hAnsi="Times New Roman" w:cs="Times New Roman"/>
          <w:color w:val="auto"/>
          <w:sz w:val="22"/>
        </w:rPr>
        <w:t>3</w:t>
      </w:r>
      <w:r w:rsidR="00366D5F" w:rsidRPr="000A2615">
        <w:rPr>
          <w:rFonts w:ascii="Times New Roman" w:hAnsi="Times New Roman" w:cs="Times New Roman"/>
          <w:color w:val="auto"/>
          <w:sz w:val="22"/>
        </w:rPr>
        <w:t>.1</w:t>
      </w:r>
      <w:r w:rsidR="00177DEA" w:rsidRPr="000A2615">
        <w:rPr>
          <w:rFonts w:ascii="Times New Roman" w:hAnsi="Times New Roman" w:cs="Times New Roman"/>
          <w:color w:val="auto"/>
          <w:sz w:val="22"/>
        </w:rPr>
        <w:t>4</w:t>
      </w:r>
      <w:r w:rsidR="00366D5F" w:rsidRPr="000A2615">
        <w:rPr>
          <w:rFonts w:ascii="Times New Roman" w:hAnsi="Times New Roman" w:cs="Times New Roman"/>
          <w:color w:val="auto"/>
          <w:sz w:val="22"/>
        </w:rPr>
        <w:t>.1 Civil Works and Construction Plan</w:t>
      </w:r>
      <w:bookmarkEnd w:id="38"/>
      <w:bookmarkEnd w:id="39"/>
    </w:p>
    <w:p w14:paraId="685C21F9" w14:textId="51FBEC95" w:rsidR="006643E0" w:rsidRPr="006643E0" w:rsidRDefault="006643E0" w:rsidP="006643E0">
      <w:r w:rsidRPr="006643E0">
        <w:rPr>
          <w:i/>
          <w:iCs/>
        </w:rPr>
        <w:t>Complete this table only if civil works or construction is proposed. All proposed sites must demonstrate site readiness at the time of submission and the proposal must include a credible operations and maintenance plan</w:t>
      </w:r>
    </w:p>
    <w:tbl>
      <w:tblPr>
        <w:tblStyle w:val="TableGrid"/>
        <w:tblW w:w="0" w:type="auto"/>
        <w:tblLook w:val="04A0" w:firstRow="1" w:lastRow="0" w:firstColumn="1" w:lastColumn="0" w:noHBand="0" w:noVBand="1"/>
      </w:tblPr>
      <w:tblGrid>
        <w:gridCol w:w="1737"/>
        <w:gridCol w:w="1429"/>
        <w:gridCol w:w="2013"/>
        <w:gridCol w:w="1512"/>
        <w:gridCol w:w="1353"/>
        <w:gridCol w:w="1707"/>
        <w:gridCol w:w="1255"/>
      </w:tblGrid>
      <w:tr w:rsidR="00366D5F" w:rsidRPr="000A2615" w14:paraId="325AAE92" w14:textId="77777777" w:rsidTr="00265335">
        <w:tc>
          <w:tcPr>
            <w:tcW w:w="1737" w:type="dxa"/>
          </w:tcPr>
          <w:p w14:paraId="4D88452B" w14:textId="77777777" w:rsidR="00366D5F" w:rsidRPr="000A2615" w:rsidRDefault="00366D5F" w:rsidP="00265335">
            <w:pPr>
              <w:spacing w:after="0"/>
              <w:rPr>
                <w:rFonts w:ascii="Times New Roman" w:hAnsi="Times New Roman" w:cs="Times New Roman"/>
                <w:sz w:val="22"/>
              </w:rPr>
            </w:pPr>
            <w:r w:rsidRPr="000A2615">
              <w:rPr>
                <w:rFonts w:ascii="Times New Roman" w:hAnsi="Times New Roman" w:cs="Times New Roman"/>
                <w:sz w:val="22"/>
              </w:rPr>
              <w:t>Site /Institution</w:t>
            </w:r>
          </w:p>
        </w:tc>
        <w:tc>
          <w:tcPr>
            <w:tcW w:w="1429" w:type="dxa"/>
          </w:tcPr>
          <w:p w14:paraId="7FD273D6" w14:textId="77777777" w:rsidR="00366D5F" w:rsidRPr="000A2615" w:rsidRDefault="00366D5F" w:rsidP="00265335">
            <w:pPr>
              <w:spacing w:after="0"/>
              <w:rPr>
                <w:rFonts w:ascii="Times New Roman" w:hAnsi="Times New Roman" w:cs="Times New Roman"/>
                <w:sz w:val="22"/>
              </w:rPr>
            </w:pPr>
            <w:r w:rsidRPr="000A2615">
              <w:rPr>
                <w:rFonts w:ascii="Times New Roman" w:hAnsi="Times New Roman" w:cs="Times New Roman"/>
                <w:sz w:val="22"/>
              </w:rPr>
              <w:t>Civil works package</w:t>
            </w:r>
          </w:p>
        </w:tc>
        <w:tc>
          <w:tcPr>
            <w:tcW w:w="2013" w:type="dxa"/>
          </w:tcPr>
          <w:p w14:paraId="47B2C430" w14:textId="77777777" w:rsidR="00366D5F" w:rsidRPr="000A2615" w:rsidRDefault="00366D5F" w:rsidP="00265335">
            <w:pPr>
              <w:spacing w:after="0"/>
              <w:rPr>
                <w:rFonts w:ascii="Times New Roman" w:hAnsi="Times New Roman" w:cs="Times New Roman"/>
                <w:sz w:val="22"/>
              </w:rPr>
            </w:pPr>
            <w:r w:rsidRPr="000A2615">
              <w:rPr>
                <w:rFonts w:ascii="Times New Roman" w:hAnsi="Times New Roman" w:cs="Times New Roman"/>
                <w:sz w:val="22"/>
              </w:rPr>
              <w:t>Type (Rehabilitation/New construction)</w:t>
            </w:r>
          </w:p>
        </w:tc>
        <w:tc>
          <w:tcPr>
            <w:tcW w:w="1512" w:type="dxa"/>
          </w:tcPr>
          <w:p w14:paraId="301D518F" w14:textId="77777777" w:rsidR="00366D5F" w:rsidRPr="000A2615" w:rsidRDefault="00366D5F" w:rsidP="00265335">
            <w:pPr>
              <w:spacing w:after="0"/>
              <w:rPr>
                <w:rFonts w:ascii="Times New Roman" w:hAnsi="Times New Roman" w:cs="Times New Roman"/>
                <w:sz w:val="22"/>
              </w:rPr>
            </w:pPr>
            <w:r w:rsidRPr="000A2615">
              <w:rPr>
                <w:rFonts w:ascii="Times New Roman" w:hAnsi="Times New Roman" w:cs="Times New Roman"/>
                <w:sz w:val="22"/>
              </w:rPr>
              <w:t>Estimated Cost (USD)</w:t>
            </w:r>
          </w:p>
        </w:tc>
        <w:tc>
          <w:tcPr>
            <w:tcW w:w="1055" w:type="dxa"/>
          </w:tcPr>
          <w:p w14:paraId="6FCEB8E8" w14:textId="77777777" w:rsidR="00366D5F" w:rsidRPr="000A2615" w:rsidRDefault="00366D5F" w:rsidP="00265335">
            <w:pPr>
              <w:spacing w:after="0"/>
              <w:rPr>
                <w:rFonts w:ascii="Times New Roman" w:hAnsi="Times New Roman" w:cs="Times New Roman"/>
                <w:sz w:val="22"/>
              </w:rPr>
            </w:pPr>
            <w:r w:rsidRPr="000A2615">
              <w:rPr>
                <w:rFonts w:ascii="Times New Roman" w:hAnsi="Times New Roman" w:cs="Times New Roman"/>
                <w:b/>
                <w:sz w:val="22"/>
              </w:rPr>
              <w:t>% of institutional grant</w:t>
            </w:r>
          </w:p>
        </w:tc>
        <w:tc>
          <w:tcPr>
            <w:tcW w:w="1055" w:type="dxa"/>
          </w:tcPr>
          <w:p w14:paraId="689893F1" w14:textId="77777777" w:rsidR="00366D5F" w:rsidRPr="000A2615" w:rsidRDefault="00366D5F" w:rsidP="00265335">
            <w:pPr>
              <w:spacing w:after="0"/>
              <w:rPr>
                <w:rFonts w:ascii="Times New Roman" w:hAnsi="Times New Roman" w:cs="Times New Roman"/>
                <w:sz w:val="22"/>
              </w:rPr>
            </w:pPr>
            <w:r w:rsidRPr="000A2615">
              <w:rPr>
                <w:rFonts w:ascii="Times New Roman" w:hAnsi="Times New Roman" w:cs="Times New Roman"/>
                <w:sz w:val="22"/>
              </w:rPr>
              <w:t>Readiness (Concept/Design Ready/Bidding Ready)</w:t>
            </w:r>
          </w:p>
        </w:tc>
        <w:tc>
          <w:tcPr>
            <w:tcW w:w="1055" w:type="dxa"/>
          </w:tcPr>
          <w:p w14:paraId="40706189" w14:textId="77777777" w:rsidR="00366D5F" w:rsidRPr="000A2615" w:rsidRDefault="00366D5F" w:rsidP="00265335">
            <w:pPr>
              <w:spacing w:after="0"/>
              <w:rPr>
                <w:rFonts w:ascii="Times New Roman" w:hAnsi="Times New Roman" w:cs="Times New Roman"/>
                <w:sz w:val="22"/>
              </w:rPr>
            </w:pPr>
            <w:r w:rsidRPr="000A2615">
              <w:rPr>
                <w:rFonts w:ascii="Times New Roman" w:hAnsi="Times New Roman" w:cs="Times New Roman"/>
                <w:sz w:val="22"/>
              </w:rPr>
              <w:t>Target Completion</w:t>
            </w:r>
          </w:p>
        </w:tc>
      </w:tr>
      <w:tr w:rsidR="00366D5F" w:rsidRPr="000A2615" w14:paraId="4AA9C15D" w14:textId="77777777" w:rsidTr="00265335">
        <w:tc>
          <w:tcPr>
            <w:tcW w:w="1737" w:type="dxa"/>
          </w:tcPr>
          <w:p w14:paraId="5BE7DCCC" w14:textId="77777777" w:rsidR="00366D5F" w:rsidRPr="000A2615" w:rsidRDefault="00366D5F" w:rsidP="00265335">
            <w:pPr>
              <w:spacing w:after="0"/>
              <w:rPr>
                <w:rFonts w:ascii="Times New Roman" w:hAnsi="Times New Roman" w:cs="Times New Roman"/>
                <w:sz w:val="22"/>
              </w:rPr>
            </w:pPr>
          </w:p>
        </w:tc>
        <w:tc>
          <w:tcPr>
            <w:tcW w:w="1429" w:type="dxa"/>
          </w:tcPr>
          <w:p w14:paraId="690E5C11" w14:textId="77777777" w:rsidR="00366D5F" w:rsidRPr="000A2615" w:rsidRDefault="00366D5F" w:rsidP="00265335">
            <w:pPr>
              <w:spacing w:after="0"/>
              <w:rPr>
                <w:rFonts w:ascii="Times New Roman" w:hAnsi="Times New Roman" w:cs="Times New Roman"/>
                <w:sz w:val="22"/>
              </w:rPr>
            </w:pPr>
          </w:p>
        </w:tc>
        <w:tc>
          <w:tcPr>
            <w:tcW w:w="2013" w:type="dxa"/>
          </w:tcPr>
          <w:p w14:paraId="66EEEFD6" w14:textId="77777777" w:rsidR="00366D5F" w:rsidRPr="000A2615" w:rsidRDefault="00366D5F" w:rsidP="00265335">
            <w:pPr>
              <w:spacing w:after="0"/>
              <w:rPr>
                <w:rFonts w:ascii="Times New Roman" w:hAnsi="Times New Roman" w:cs="Times New Roman"/>
                <w:sz w:val="22"/>
              </w:rPr>
            </w:pPr>
          </w:p>
        </w:tc>
        <w:tc>
          <w:tcPr>
            <w:tcW w:w="1512" w:type="dxa"/>
          </w:tcPr>
          <w:p w14:paraId="7773C1A6" w14:textId="77777777" w:rsidR="00366D5F" w:rsidRPr="000A2615" w:rsidRDefault="00366D5F" w:rsidP="00265335">
            <w:pPr>
              <w:spacing w:after="0"/>
              <w:rPr>
                <w:rFonts w:ascii="Times New Roman" w:hAnsi="Times New Roman" w:cs="Times New Roman"/>
                <w:sz w:val="22"/>
              </w:rPr>
            </w:pPr>
          </w:p>
        </w:tc>
        <w:tc>
          <w:tcPr>
            <w:tcW w:w="1055" w:type="dxa"/>
          </w:tcPr>
          <w:p w14:paraId="2ED90680" w14:textId="77777777" w:rsidR="00366D5F" w:rsidRPr="000A2615" w:rsidRDefault="00366D5F" w:rsidP="00265335">
            <w:pPr>
              <w:spacing w:after="0"/>
              <w:rPr>
                <w:rFonts w:ascii="Times New Roman" w:hAnsi="Times New Roman" w:cs="Times New Roman"/>
                <w:sz w:val="22"/>
              </w:rPr>
            </w:pPr>
          </w:p>
        </w:tc>
        <w:tc>
          <w:tcPr>
            <w:tcW w:w="1055" w:type="dxa"/>
          </w:tcPr>
          <w:p w14:paraId="56DB2674" w14:textId="77777777" w:rsidR="00366D5F" w:rsidRPr="000A2615" w:rsidRDefault="00366D5F" w:rsidP="00265335">
            <w:pPr>
              <w:spacing w:after="0"/>
              <w:rPr>
                <w:rFonts w:ascii="Times New Roman" w:hAnsi="Times New Roman" w:cs="Times New Roman"/>
                <w:sz w:val="22"/>
              </w:rPr>
            </w:pPr>
          </w:p>
        </w:tc>
        <w:tc>
          <w:tcPr>
            <w:tcW w:w="1055" w:type="dxa"/>
          </w:tcPr>
          <w:p w14:paraId="305F14B2" w14:textId="77777777" w:rsidR="00366D5F" w:rsidRPr="000A2615" w:rsidRDefault="00366D5F" w:rsidP="00265335">
            <w:pPr>
              <w:spacing w:after="0"/>
              <w:rPr>
                <w:rFonts w:ascii="Times New Roman" w:hAnsi="Times New Roman" w:cs="Times New Roman"/>
                <w:sz w:val="22"/>
              </w:rPr>
            </w:pPr>
          </w:p>
        </w:tc>
      </w:tr>
      <w:tr w:rsidR="00366D5F" w:rsidRPr="000A2615" w14:paraId="57A9B720" w14:textId="77777777" w:rsidTr="00265335">
        <w:tc>
          <w:tcPr>
            <w:tcW w:w="1737" w:type="dxa"/>
          </w:tcPr>
          <w:p w14:paraId="6D6BD84F" w14:textId="77777777" w:rsidR="00366D5F" w:rsidRPr="000A2615" w:rsidRDefault="00366D5F" w:rsidP="00265335">
            <w:pPr>
              <w:spacing w:after="0"/>
              <w:rPr>
                <w:rFonts w:ascii="Times New Roman" w:hAnsi="Times New Roman" w:cs="Times New Roman"/>
                <w:sz w:val="22"/>
              </w:rPr>
            </w:pPr>
          </w:p>
        </w:tc>
        <w:tc>
          <w:tcPr>
            <w:tcW w:w="1429" w:type="dxa"/>
          </w:tcPr>
          <w:p w14:paraId="5D56527F" w14:textId="77777777" w:rsidR="00366D5F" w:rsidRPr="000A2615" w:rsidRDefault="00366D5F" w:rsidP="00265335">
            <w:pPr>
              <w:spacing w:after="0"/>
              <w:rPr>
                <w:rFonts w:ascii="Times New Roman" w:hAnsi="Times New Roman" w:cs="Times New Roman"/>
                <w:sz w:val="22"/>
              </w:rPr>
            </w:pPr>
          </w:p>
        </w:tc>
        <w:tc>
          <w:tcPr>
            <w:tcW w:w="2013" w:type="dxa"/>
          </w:tcPr>
          <w:p w14:paraId="53A7BF75" w14:textId="77777777" w:rsidR="00366D5F" w:rsidRPr="000A2615" w:rsidRDefault="00366D5F" w:rsidP="00265335">
            <w:pPr>
              <w:spacing w:after="0"/>
              <w:rPr>
                <w:rFonts w:ascii="Times New Roman" w:hAnsi="Times New Roman" w:cs="Times New Roman"/>
                <w:sz w:val="22"/>
              </w:rPr>
            </w:pPr>
          </w:p>
        </w:tc>
        <w:tc>
          <w:tcPr>
            <w:tcW w:w="1512" w:type="dxa"/>
          </w:tcPr>
          <w:p w14:paraId="6568C5DE" w14:textId="77777777" w:rsidR="00366D5F" w:rsidRPr="000A2615" w:rsidRDefault="00366D5F" w:rsidP="00265335">
            <w:pPr>
              <w:spacing w:after="0"/>
              <w:rPr>
                <w:rFonts w:ascii="Times New Roman" w:hAnsi="Times New Roman" w:cs="Times New Roman"/>
                <w:sz w:val="22"/>
              </w:rPr>
            </w:pPr>
          </w:p>
        </w:tc>
        <w:tc>
          <w:tcPr>
            <w:tcW w:w="1055" w:type="dxa"/>
          </w:tcPr>
          <w:p w14:paraId="7F7BB1BB" w14:textId="77777777" w:rsidR="00366D5F" w:rsidRPr="000A2615" w:rsidRDefault="00366D5F" w:rsidP="00265335">
            <w:pPr>
              <w:spacing w:after="0"/>
              <w:rPr>
                <w:rFonts w:ascii="Times New Roman" w:hAnsi="Times New Roman" w:cs="Times New Roman"/>
                <w:sz w:val="22"/>
              </w:rPr>
            </w:pPr>
          </w:p>
        </w:tc>
        <w:tc>
          <w:tcPr>
            <w:tcW w:w="1055" w:type="dxa"/>
          </w:tcPr>
          <w:p w14:paraId="475E5C34" w14:textId="77777777" w:rsidR="00366D5F" w:rsidRPr="000A2615" w:rsidRDefault="00366D5F" w:rsidP="00265335">
            <w:pPr>
              <w:spacing w:after="0"/>
              <w:rPr>
                <w:rFonts w:ascii="Times New Roman" w:hAnsi="Times New Roman" w:cs="Times New Roman"/>
                <w:sz w:val="22"/>
              </w:rPr>
            </w:pPr>
          </w:p>
        </w:tc>
        <w:tc>
          <w:tcPr>
            <w:tcW w:w="1055" w:type="dxa"/>
          </w:tcPr>
          <w:p w14:paraId="0A0407BE" w14:textId="77777777" w:rsidR="00366D5F" w:rsidRPr="000A2615" w:rsidRDefault="00366D5F" w:rsidP="00265335">
            <w:pPr>
              <w:spacing w:after="0"/>
              <w:rPr>
                <w:rFonts w:ascii="Times New Roman" w:hAnsi="Times New Roman" w:cs="Times New Roman"/>
                <w:sz w:val="22"/>
              </w:rPr>
            </w:pPr>
          </w:p>
        </w:tc>
      </w:tr>
      <w:tr w:rsidR="00366D5F" w:rsidRPr="000A2615" w14:paraId="144AAEF0" w14:textId="77777777" w:rsidTr="00265335">
        <w:tc>
          <w:tcPr>
            <w:tcW w:w="1737" w:type="dxa"/>
          </w:tcPr>
          <w:p w14:paraId="24E31BD2" w14:textId="77777777" w:rsidR="00366D5F" w:rsidRPr="000A2615" w:rsidRDefault="00366D5F" w:rsidP="00265335">
            <w:pPr>
              <w:spacing w:after="0"/>
              <w:rPr>
                <w:rFonts w:ascii="Times New Roman" w:hAnsi="Times New Roman" w:cs="Times New Roman"/>
                <w:sz w:val="22"/>
              </w:rPr>
            </w:pPr>
          </w:p>
        </w:tc>
        <w:tc>
          <w:tcPr>
            <w:tcW w:w="1429" w:type="dxa"/>
          </w:tcPr>
          <w:p w14:paraId="37AF0EEC" w14:textId="77777777" w:rsidR="00366D5F" w:rsidRPr="000A2615" w:rsidRDefault="00366D5F" w:rsidP="00265335">
            <w:pPr>
              <w:spacing w:after="0"/>
              <w:rPr>
                <w:rFonts w:ascii="Times New Roman" w:hAnsi="Times New Roman" w:cs="Times New Roman"/>
                <w:sz w:val="22"/>
              </w:rPr>
            </w:pPr>
          </w:p>
        </w:tc>
        <w:tc>
          <w:tcPr>
            <w:tcW w:w="2013" w:type="dxa"/>
          </w:tcPr>
          <w:p w14:paraId="51DC4016" w14:textId="77777777" w:rsidR="00366D5F" w:rsidRPr="000A2615" w:rsidRDefault="00366D5F" w:rsidP="00265335">
            <w:pPr>
              <w:spacing w:after="0"/>
              <w:rPr>
                <w:rFonts w:ascii="Times New Roman" w:hAnsi="Times New Roman" w:cs="Times New Roman"/>
                <w:sz w:val="22"/>
              </w:rPr>
            </w:pPr>
          </w:p>
        </w:tc>
        <w:tc>
          <w:tcPr>
            <w:tcW w:w="1512" w:type="dxa"/>
          </w:tcPr>
          <w:p w14:paraId="0993695B" w14:textId="77777777" w:rsidR="00366D5F" w:rsidRPr="000A2615" w:rsidRDefault="00366D5F" w:rsidP="00265335">
            <w:pPr>
              <w:spacing w:after="0"/>
              <w:rPr>
                <w:rFonts w:ascii="Times New Roman" w:hAnsi="Times New Roman" w:cs="Times New Roman"/>
                <w:sz w:val="22"/>
              </w:rPr>
            </w:pPr>
          </w:p>
        </w:tc>
        <w:tc>
          <w:tcPr>
            <w:tcW w:w="1055" w:type="dxa"/>
          </w:tcPr>
          <w:p w14:paraId="773D87F8" w14:textId="77777777" w:rsidR="00366D5F" w:rsidRPr="000A2615" w:rsidRDefault="00366D5F" w:rsidP="00265335">
            <w:pPr>
              <w:spacing w:after="0"/>
              <w:rPr>
                <w:rFonts w:ascii="Times New Roman" w:hAnsi="Times New Roman" w:cs="Times New Roman"/>
                <w:sz w:val="22"/>
              </w:rPr>
            </w:pPr>
          </w:p>
        </w:tc>
        <w:tc>
          <w:tcPr>
            <w:tcW w:w="1055" w:type="dxa"/>
          </w:tcPr>
          <w:p w14:paraId="0E9632FA" w14:textId="77777777" w:rsidR="00366D5F" w:rsidRPr="000A2615" w:rsidRDefault="00366D5F" w:rsidP="00265335">
            <w:pPr>
              <w:spacing w:after="0"/>
              <w:rPr>
                <w:rFonts w:ascii="Times New Roman" w:hAnsi="Times New Roman" w:cs="Times New Roman"/>
                <w:sz w:val="22"/>
              </w:rPr>
            </w:pPr>
          </w:p>
        </w:tc>
        <w:tc>
          <w:tcPr>
            <w:tcW w:w="1055" w:type="dxa"/>
          </w:tcPr>
          <w:p w14:paraId="332E5A4B" w14:textId="77777777" w:rsidR="00366D5F" w:rsidRPr="000A2615" w:rsidRDefault="00366D5F" w:rsidP="00265335">
            <w:pPr>
              <w:spacing w:after="0"/>
              <w:rPr>
                <w:rFonts w:ascii="Times New Roman" w:hAnsi="Times New Roman" w:cs="Times New Roman"/>
                <w:sz w:val="22"/>
              </w:rPr>
            </w:pPr>
          </w:p>
        </w:tc>
      </w:tr>
    </w:tbl>
    <w:p w14:paraId="2F78CBD5" w14:textId="77777777" w:rsidR="00336039" w:rsidRPr="000A2615" w:rsidRDefault="00336039">
      <w:pPr>
        <w:spacing w:after="0"/>
        <w:rPr>
          <w:rFonts w:ascii="Times New Roman" w:hAnsi="Times New Roman" w:cs="Times New Roman"/>
          <w:sz w:val="22"/>
        </w:rPr>
      </w:pPr>
    </w:p>
    <w:p w14:paraId="483064BF" w14:textId="3131EC93" w:rsidR="00336039" w:rsidRPr="000A2615" w:rsidRDefault="009456C7">
      <w:pPr>
        <w:pStyle w:val="Heading2"/>
        <w:rPr>
          <w:rFonts w:ascii="Times New Roman" w:hAnsi="Times New Roman" w:cs="Times New Roman"/>
          <w:color w:val="auto"/>
          <w:sz w:val="22"/>
          <w:szCs w:val="22"/>
        </w:rPr>
      </w:pPr>
      <w:bookmarkStart w:id="40" w:name="_Toc237596326"/>
      <w:r w:rsidRPr="000A2615">
        <w:rPr>
          <w:rFonts w:ascii="Times New Roman" w:hAnsi="Times New Roman" w:cs="Times New Roman"/>
          <w:color w:val="auto"/>
          <w:sz w:val="22"/>
          <w:szCs w:val="22"/>
        </w:rPr>
        <w:lastRenderedPageBreak/>
        <w:t>3.1</w:t>
      </w:r>
      <w:r w:rsidR="00177DEA" w:rsidRPr="000A2615">
        <w:rPr>
          <w:rFonts w:ascii="Times New Roman" w:hAnsi="Times New Roman" w:cs="Times New Roman"/>
          <w:color w:val="auto"/>
          <w:sz w:val="22"/>
          <w:szCs w:val="22"/>
        </w:rPr>
        <w:t>5</w:t>
      </w:r>
      <w:r w:rsidR="00497E92" w:rsidRPr="000A2615">
        <w:rPr>
          <w:rFonts w:ascii="Times New Roman" w:hAnsi="Times New Roman" w:cs="Times New Roman"/>
          <w:color w:val="auto"/>
          <w:sz w:val="22"/>
          <w:szCs w:val="22"/>
        </w:rPr>
        <w:t xml:space="preserve"> Host Institution and Government Support</w:t>
      </w:r>
      <w:bookmarkEnd w:id="40"/>
    </w:p>
    <w:p w14:paraId="0395E056" w14:textId="77777777"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State concrete commitments including staff positions and salaries, facilities/land, utilities, counterpart financing, accreditation support, recurrent costs, equipment maintenance, public funding and policy support.</w:t>
      </w:r>
    </w:p>
    <w:tbl>
      <w:tblPr>
        <w:tblStyle w:val="TableGrid"/>
        <w:tblW w:w="5000" w:type="pct"/>
        <w:jc w:val="center"/>
        <w:tblLook w:val="04A0" w:firstRow="1" w:lastRow="0" w:firstColumn="1" w:lastColumn="0" w:noHBand="0" w:noVBand="1"/>
      </w:tblPr>
      <w:tblGrid>
        <w:gridCol w:w="15207"/>
      </w:tblGrid>
      <w:tr w:rsidR="00336039" w:rsidRPr="000A2615" w14:paraId="070A30D9" w14:textId="77777777" w:rsidTr="006643E0">
        <w:trPr>
          <w:jc w:val="center"/>
        </w:trPr>
        <w:tc>
          <w:tcPr>
            <w:tcW w:w="5000" w:type="pct"/>
            <w:shd w:val="clear" w:color="auto" w:fill="FAFAFA"/>
            <w:tcMar>
              <w:top w:w="110" w:type="dxa"/>
              <w:left w:w="120" w:type="dxa"/>
              <w:bottom w:w="110" w:type="dxa"/>
              <w:right w:w="120" w:type="dxa"/>
            </w:tcMar>
          </w:tcPr>
          <w:p w14:paraId="575FFB88" w14:textId="0C5FBD65" w:rsidR="00336039" w:rsidRPr="000A2615" w:rsidRDefault="006643E0">
            <w:pPr>
              <w:rPr>
                <w:rFonts w:ascii="Times New Roman" w:hAnsi="Times New Roman" w:cs="Times New Roman"/>
                <w:sz w:val="22"/>
              </w:rPr>
            </w:pPr>
            <w:r w:rsidRPr="006643E0">
              <w:rPr>
                <w:rFonts w:ascii="Times New Roman" w:hAnsi="Times New Roman" w:cs="Times New Roman"/>
                <w:i/>
                <w:sz w:val="22"/>
              </w:rPr>
              <w:t>[Applicant response must not exceed 1000 words]</w:t>
            </w:r>
          </w:p>
          <w:p w14:paraId="18417171" w14:textId="77777777" w:rsidR="00336039" w:rsidRPr="000A2615" w:rsidRDefault="00336039">
            <w:pPr>
              <w:rPr>
                <w:rFonts w:ascii="Times New Roman" w:hAnsi="Times New Roman" w:cs="Times New Roman"/>
                <w:sz w:val="22"/>
              </w:rPr>
            </w:pPr>
          </w:p>
          <w:p w14:paraId="21A9B825" w14:textId="77777777" w:rsidR="00336039" w:rsidRPr="000A2615" w:rsidRDefault="00336039">
            <w:pPr>
              <w:rPr>
                <w:rFonts w:ascii="Times New Roman" w:hAnsi="Times New Roman" w:cs="Times New Roman"/>
                <w:sz w:val="22"/>
              </w:rPr>
            </w:pPr>
          </w:p>
        </w:tc>
      </w:tr>
    </w:tbl>
    <w:p w14:paraId="2D009A4C" w14:textId="77777777" w:rsidR="00336039" w:rsidRPr="000A2615" w:rsidRDefault="00336039">
      <w:pPr>
        <w:spacing w:after="0"/>
        <w:rPr>
          <w:rFonts w:ascii="Times New Roman" w:hAnsi="Times New Roman" w:cs="Times New Roman"/>
          <w:sz w:val="22"/>
        </w:rPr>
      </w:pPr>
    </w:p>
    <w:p w14:paraId="0B2C288F" w14:textId="308B283E" w:rsidR="00336039" w:rsidRPr="000A2615" w:rsidRDefault="009456C7">
      <w:pPr>
        <w:pStyle w:val="Heading2"/>
        <w:rPr>
          <w:rFonts w:ascii="Times New Roman" w:hAnsi="Times New Roman" w:cs="Times New Roman"/>
          <w:color w:val="auto"/>
          <w:sz w:val="22"/>
          <w:szCs w:val="22"/>
        </w:rPr>
      </w:pPr>
      <w:bookmarkStart w:id="41" w:name="_Toc237596327"/>
      <w:r w:rsidRPr="000A2615">
        <w:rPr>
          <w:rFonts w:ascii="Times New Roman" w:hAnsi="Times New Roman" w:cs="Times New Roman"/>
          <w:color w:val="auto"/>
          <w:sz w:val="22"/>
          <w:szCs w:val="22"/>
        </w:rPr>
        <w:t>3.1</w:t>
      </w:r>
      <w:r w:rsidR="00177DEA" w:rsidRPr="000A2615">
        <w:rPr>
          <w:rFonts w:ascii="Times New Roman" w:hAnsi="Times New Roman" w:cs="Times New Roman"/>
          <w:color w:val="auto"/>
          <w:sz w:val="22"/>
          <w:szCs w:val="22"/>
        </w:rPr>
        <w:t>6</w:t>
      </w:r>
      <w:r w:rsidR="00497E92" w:rsidRPr="000A2615">
        <w:rPr>
          <w:rFonts w:ascii="Times New Roman" w:hAnsi="Times New Roman" w:cs="Times New Roman"/>
          <w:color w:val="auto"/>
          <w:sz w:val="22"/>
          <w:szCs w:val="22"/>
        </w:rPr>
        <w:t xml:space="preserve"> Financial Position and Sustainability</w:t>
      </w:r>
      <w:bookmarkEnd w:id="41"/>
    </w:p>
    <w:p w14:paraId="381CAC59" w14:textId="7ED65070" w:rsidR="00336039" w:rsidRPr="000A2615" w:rsidRDefault="00121CD3">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Present current revenue and expenditure patterns and a credible strategy for sustainability of education/training, research and innovation agendas, and regional and international partnerships beyond the five-year program. Include how competitive grants, contract research, fee income, core-facility services, industry contributions will contribute to post program/project staffing and maintenance costs. Specify where the host institution and government will provide concrete support for post project sustainability</w:t>
      </w:r>
    </w:p>
    <w:tbl>
      <w:tblPr>
        <w:tblStyle w:val="TableGrid"/>
        <w:tblW w:w="9000" w:type="dxa"/>
        <w:jc w:val="center"/>
        <w:tblLook w:val="04A0" w:firstRow="1" w:lastRow="0" w:firstColumn="1" w:lastColumn="0" w:noHBand="0" w:noVBand="1"/>
      </w:tblPr>
      <w:tblGrid>
        <w:gridCol w:w="9000"/>
      </w:tblGrid>
      <w:tr w:rsidR="00336039" w:rsidRPr="000A2615" w14:paraId="67760E59" w14:textId="77777777">
        <w:trPr>
          <w:jc w:val="center"/>
        </w:trPr>
        <w:tc>
          <w:tcPr>
            <w:tcW w:w="9866" w:type="dxa"/>
            <w:shd w:val="clear" w:color="auto" w:fill="FAFAFA"/>
            <w:tcMar>
              <w:top w:w="110" w:type="dxa"/>
              <w:left w:w="120" w:type="dxa"/>
              <w:bottom w:w="110" w:type="dxa"/>
              <w:right w:w="120" w:type="dxa"/>
            </w:tcMar>
          </w:tcPr>
          <w:p w14:paraId="63782E31" w14:textId="42ED0FE5" w:rsidR="00336039" w:rsidRPr="000A2615" w:rsidRDefault="006643E0">
            <w:pPr>
              <w:rPr>
                <w:rFonts w:ascii="Times New Roman" w:hAnsi="Times New Roman" w:cs="Times New Roman"/>
                <w:sz w:val="22"/>
              </w:rPr>
            </w:pPr>
            <w:r w:rsidRPr="006643E0">
              <w:rPr>
                <w:rFonts w:ascii="Times New Roman" w:hAnsi="Times New Roman" w:cs="Times New Roman"/>
                <w:i/>
                <w:sz w:val="22"/>
              </w:rPr>
              <w:t>[Applicant response must not exceed 500 words.]</w:t>
            </w:r>
          </w:p>
          <w:p w14:paraId="1490EAA4" w14:textId="77777777" w:rsidR="00336039" w:rsidRPr="000A2615" w:rsidRDefault="00336039">
            <w:pPr>
              <w:rPr>
                <w:rFonts w:ascii="Times New Roman" w:hAnsi="Times New Roman" w:cs="Times New Roman"/>
                <w:sz w:val="22"/>
              </w:rPr>
            </w:pPr>
          </w:p>
          <w:p w14:paraId="16864B14" w14:textId="77777777" w:rsidR="00336039" w:rsidRPr="000A2615" w:rsidRDefault="00336039">
            <w:pPr>
              <w:rPr>
                <w:rFonts w:ascii="Times New Roman" w:hAnsi="Times New Roman" w:cs="Times New Roman"/>
                <w:sz w:val="22"/>
              </w:rPr>
            </w:pPr>
          </w:p>
          <w:p w14:paraId="38FB0C44" w14:textId="77777777" w:rsidR="00336039" w:rsidRPr="000A2615" w:rsidRDefault="00336039">
            <w:pPr>
              <w:rPr>
                <w:rFonts w:ascii="Times New Roman" w:hAnsi="Times New Roman" w:cs="Times New Roman"/>
                <w:sz w:val="22"/>
              </w:rPr>
            </w:pPr>
          </w:p>
          <w:p w14:paraId="121269EB" w14:textId="77777777" w:rsidR="00336039" w:rsidRPr="000A2615" w:rsidRDefault="00336039">
            <w:pPr>
              <w:rPr>
                <w:rFonts w:ascii="Times New Roman" w:hAnsi="Times New Roman" w:cs="Times New Roman"/>
                <w:sz w:val="22"/>
              </w:rPr>
            </w:pPr>
          </w:p>
        </w:tc>
      </w:tr>
    </w:tbl>
    <w:p w14:paraId="37114C17" w14:textId="77777777" w:rsidR="00336039" w:rsidRPr="000A2615" w:rsidRDefault="00336039">
      <w:pPr>
        <w:spacing w:after="0"/>
        <w:rPr>
          <w:rFonts w:ascii="Times New Roman" w:hAnsi="Times New Roman" w:cs="Times New Roman"/>
          <w:sz w:val="22"/>
        </w:rPr>
      </w:pPr>
    </w:p>
    <w:p w14:paraId="2DA0ED71" w14:textId="6DDAD6DC" w:rsidR="00336039" w:rsidRPr="000A2615" w:rsidRDefault="00DD3BF1">
      <w:pPr>
        <w:pStyle w:val="Heading3"/>
        <w:rPr>
          <w:rFonts w:ascii="Times New Roman" w:hAnsi="Times New Roman" w:cs="Times New Roman"/>
          <w:color w:val="auto"/>
          <w:sz w:val="22"/>
        </w:rPr>
      </w:pPr>
      <w:bookmarkStart w:id="42" w:name="_Toc237596328"/>
      <w:r w:rsidRPr="000A2615">
        <w:rPr>
          <w:rFonts w:ascii="Times New Roman" w:hAnsi="Times New Roman" w:cs="Times New Roman"/>
          <w:color w:val="auto"/>
          <w:sz w:val="22"/>
        </w:rPr>
        <w:t>3.1</w:t>
      </w:r>
      <w:r w:rsidR="00177DEA" w:rsidRPr="000A2615">
        <w:rPr>
          <w:rFonts w:ascii="Times New Roman" w:hAnsi="Times New Roman" w:cs="Times New Roman"/>
          <w:color w:val="auto"/>
          <w:sz w:val="22"/>
        </w:rPr>
        <w:t>6</w:t>
      </w:r>
      <w:r w:rsidRPr="000A2615">
        <w:rPr>
          <w:rFonts w:ascii="Times New Roman" w:hAnsi="Times New Roman" w:cs="Times New Roman"/>
          <w:color w:val="auto"/>
          <w:sz w:val="22"/>
        </w:rPr>
        <w:t xml:space="preserve">.1 </w:t>
      </w:r>
      <w:r w:rsidR="00497E92" w:rsidRPr="000A2615">
        <w:rPr>
          <w:rFonts w:ascii="Times New Roman" w:hAnsi="Times New Roman" w:cs="Times New Roman"/>
          <w:color w:val="auto"/>
          <w:sz w:val="22"/>
        </w:rPr>
        <w:t>RFTI Revenue and Sustainability Projection</w:t>
      </w:r>
      <w:bookmarkEnd w:id="42"/>
    </w:p>
    <w:tbl>
      <w:tblPr>
        <w:tblW w:w="5000" w:type="pct"/>
        <w:jc w:val="center"/>
        <w:tblLook w:val="04A0" w:firstRow="1" w:lastRow="0" w:firstColumn="1" w:lastColumn="0" w:noHBand="0" w:noVBand="1"/>
      </w:tblPr>
      <w:tblGrid>
        <w:gridCol w:w="881"/>
        <w:gridCol w:w="2358"/>
        <w:gridCol w:w="1960"/>
        <w:gridCol w:w="1797"/>
        <w:gridCol w:w="2039"/>
        <w:gridCol w:w="1481"/>
        <w:gridCol w:w="1961"/>
        <w:gridCol w:w="2600"/>
      </w:tblGrid>
      <w:tr w:rsidR="00366D5F" w:rsidRPr="000A2615" w14:paraId="6E415360" w14:textId="77777777" w:rsidTr="00265335">
        <w:trPr>
          <w:cantSplit/>
          <w:trHeight w:val="677"/>
          <w:tblHeader/>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392072"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9E8D88"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Revenue source</w:t>
            </w: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A86542"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Baseline annual amount</w:t>
            </w: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41806C"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Yearly target</w:t>
            </w: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E89B34"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End of Project Total (Yr 1–5)</w:t>
            </w: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971046"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Regional target %</w:t>
            </w: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584D56"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Post-program annual target</w:t>
            </w: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9B921D"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Assumptions / owner</w:t>
            </w:r>
          </w:p>
        </w:tc>
      </w:tr>
      <w:tr w:rsidR="00366D5F" w:rsidRPr="000A2615" w14:paraId="4D3ABCE7"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2878D8"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1</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B0D0C2" w14:textId="77777777" w:rsidR="00366D5F" w:rsidRPr="000A2615" w:rsidRDefault="00366D5F"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457799" w14:textId="77777777" w:rsidR="00366D5F" w:rsidRPr="000A2615" w:rsidRDefault="00366D5F"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09E940" w14:textId="77777777" w:rsidR="00366D5F" w:rsidRPr="000A2615" w:rsidRDefault="00366D5F"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45E65D" w14:textId="77777777" w:rsidR="00366D5F" w:rsidRPr="000A2615" w:rsidRDefault="00366D5F"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A33468" w14:textId="77777777" w:rsidR="00366D5F" w:rsidRPr="000A2615" w:rsidRDefault="00366D5F"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1E713C" w14:textId="77777777" w:rsidR="00366D5F" w:rsidRPr="000A2615" w:rsidRDefault="00366D5F"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EAF160" w14:textId="77777777" w:rsidR="00366D5F" w:rsidRPr="000A2615" w:rsidRDefault="00366D5F" w:rsidP="00265335">
            <w:pPr>
              <w:spacing w:after="0" w:line="240" w:lineRule="auto"/>
              <w:jc w:val="center"/>
              <w:rPr>
                <w:rFonts w:ascii="Times New Roman" w:hAnsi="Times New Roman" w:cs="Times New Roman"/>
                <w:sz w:val="22"/>
              </w:rPr>
            </w:pPr>
          </w:p>
        </w:tc>
      </w:tr>
      <w:tr w:rsidR="00366D5F" w:rsidRPr="000A2615" w14:paraId="0AE2E5BD"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6DB944"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2</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694D41" w14:textId="77777777" w:rsidR="00366D5F" w:rsidRPr="000A2615" w:rsidRDefault="00366D5F"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C59180" w14:textId="77777777" w:rsidR="00366D5F" w:rsidRPr="000A2615" w:rsidRDefault="00366D5F"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6BC201" w14:textId="77777777" w:rsidR="00366D5F" w:rsidRPr="000A2615" w:rsidRDefault="00366D5F"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FE666C" w14:textId="77777777" w:rsidR="00366D5F" w:rsidRPr="000A2615" w:rsidRDefault="00366D5F"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AC10B4" w14:textId="77777777" w:rsidR="00366D5F" w:rsidRPr="000A2615" w:rsidRDefault="00366D5F"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09B091" w14:textId="77777777" w:rsidR="00366D5F" w:rsidRPr="000A2615" w:rsidRDefault="00366D5F"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C78916" w14:textId="77777777" w:rsidR="00366D5F" w:rsidRPr="000A2615" w:rsidRDefault="00366D5F" w:rsidP="00265335">
            <w:pPr>
              <w:spacing w:after="0" w:line="240" w:lineRule="auto"/>
              <w:jc w:val="center"/>
              <w:rPr>
                <w:rFonts w:ascii="Times New Roman" w:hAnsi="Times New Roman" w:cs="Times New Roman"/>
                <w:sz w:val="22"/>
              </w:rPr>
            </w:pPr>
          </w:p>
        </w:tc>
      </w:tr>
      <w:tr w:rsidR="00366D5F" w:rsidRPr="000A2615" w14:paraId="5E7EFDB8"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9447D8"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lastRenderedPageBreak/>
              <w:t>3</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950E8B" w14:textId="77777777" w:rsidR="00366D5F" w:rsidRPr="000A2615" w:rsidRDefault="00366D5F"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5BEBF8" w14:textId="77777777" w:rsidR="00366D5F" w:rsidRPr="000A2615" w:rsidRDefault="00366D5F"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788480" w14:textId="77777777" w:rsidR="00366D5F" w:rsidRPr="000A2615" w:rsidRDefault="00366D5F"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8002A3" w14:textId="77777777" w:rsidR="00366D5F" w:rsidRPr="000A2615" w:rsidRDefault="00366D5F"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F1DC6A" w14:textId="77777777" w:rsidR="00366D5F" w:rsidRPr="000A2615" w:rsidRDefault="00366D5F"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A1A6FF" w14:textId="77777777" w:rsidR="00366D5F" w:rsidRPr="000A2615" w:rsidRDefault="00366D5F"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907255" w14:textId="77777777" w:rsidR="00366D5F" w:rsidRPr="000A2615" w:rsidRDefault="00366D5F" w:rsidP="00265335">
            <w:pPr>
              <w:spacing w:after="0" w:line="240" w:lineRule="auto"/>
              <w:jc w:val="center"/>
              <w:rPr>
                <w:rFonts w:ascii="Times New Roman" w:hAnsi="Times New Roman" w:cs="Times New Roman"/>
                <w:sz w:val="22"/>
              </w:rPr>
            </w:pPr>
          </w:p>
        </w:tc>
      </w:tr>
      <w:tr w:rsidR="00366D5F" w:rsidRPr="000A2615" w14:paraId="2D9173CD"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D869B0"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4</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5B69B8" w14:textId="77777777" w:rsidR="00366D5F" w:rsidRPr="000A2615" w:rsidRDefault="00366D5F"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F37716" w14:textId="77777777" w:rsidR="00366D5F" w:rsidRPr="000A2615" w:rsidRDefault="00366D5F"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2C4629" w14:textId="77777777" w:rsidR="00366D5F" w:rsidRPr="000A2615" w:rsidRDefault="00366D5F"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8C4B18" w14:textId="77777777" w:rsidR="00366D5F" w:rsidRPr="000A2615" w:rsidRDefault="00366D5F"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299409" w14:textId="77777777" w:rsidR="00366D5F" w:rsidRPr="000A2615" w:rsidRDefault="00366D5F"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20FF93" w14:textId="77777777" w:rsidR="00366D5F" w:rsidRPr="000A2615" w:rsidRDefault="00366D5F"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F9A73C" w14:textId="77777777" w:rsidR="00366D5F" w:rsidRPr="000A2615" w:rsidRDefault="00366D5F" w:rsidP="00265335">
            <w:pPr>
              <w:spacing w:after="0" w:line="240" w:lineRule="auto"/>
              <w:jc w:val="center"/>
              <w:rPr>
                <w:rFonts w:ascii="Times New Roman" w:hAnsi="Times New Roman" w:cs="Times New Roman"/>
                <w:sz w:val="22"/>
              </w:rPr>
            </w:pPr>
          </w:p>
        </w:tc>
      </w:tr>
      <w:tr w:rsidR="00366D5F" w:rsidRPr="000A2615" w14:paraId="79FCC022" w14:textId="77777777" w:rsidTr="00265335">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14527E"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sz w:val="22"/>
              </w:rPr>
              <w:t>5</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AD8F80" w14:textId="77777777" w:rsidR="00366D5F" w:rsidRPr="000A2615" w:rsidRDefault="00366D5F"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6718A3" w14:textId="77777777" w:rsidR="00366D5F" w:rsidRPr="000A2615" w:rsidRDefault="00366D5F"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28F7B6" w14:textId="77777777" w:rsidR="00366D5F" w:rsidRPr="000A2615" w:rsidRDefault="00366D5F"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B3DA6F" w14:textId="77777777" w:rsidR="00366D5F" w:rsidRPr="000A2615" w:rsidRDefault="00366D5F"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CF9B94" w14:textId="77777777" w:rsidR="00366D5F" w:rsidRPr="000A2615" w:rsidRDefault="00366D5F"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907300" w14:textId="77777777" w:rsidR="00366D5F" w:rsidRPr="000A2615" w:rsidRDefault="00366D5F"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98B8F8" w14:textId="77777777" w:rsidR="00366D5F" w:rsidRPr="000A2615" w:rsidRDefault="00366D5F" w:rsidP="00265335">
            <w:pPr>
              <w:spacing w:after="0" w:line="240" w:lineRule="auto"/>
              <w:jc w:val="center"/>
              <w:rPr>
                <w:rFonts w:ascii="Times New Roman" w:hAnsi="Times New Roman" w:cs="Times New Roman"/>
                <w:sz w:val="22"/>
              </w:rPr>
            </w:pPr>
          </w:p>
        </w:tc>
      </w:tr>
      <w:tr w:rsidR="00366D5F" w:rsidRPr="000A2615" w14:paraId="5A8D67D0" w14:textId="77777777" w:rsidTr="00265335">
        <w:trPr>
          <w:cantSplit/>
          <w:trHeight w:val="432"/>
          <w:jc w:val="center"/>
        </w:trPr>
        <w:tc>
          <w:tcPr>
            <w:tcW w:w="20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063C179" w14:textId="77777777" w:rsidR="00366D5F" w:rsidRPr="000A2615" w:rsidRDefault="00366D5F"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TOTAL</w:t>
            </w:r>
          </w:p>
        </w:tc>
        <w:tc>
          <w:tcPr>
            <w:tcW w:w="79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E02392A" w14:textId="77777777" w:rsidR="00366D5F" w:rsidRPr="000A2615" w:rsidRDefault="00366D5F" w:rsidP="00265335">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657E3FC" w14:textId="77777777" w:rsidR="00366D5F" w:rsidRPr="000A2615" w:rsidRDefault="00366D5F" w:rsidP="00265335">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4D231AF" w14:textId="77777777" w:rsidR="00366D5F" w:rsidRPr="000A2615" w:rsidRDefault="00366D5F" w:rsidP="00265335">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EC8D939" w14:textId="77777777" w:rsidR="00366D5F" w:rsidRPr="000A2615" w:rsidRDefault="00366D5F" w:rsidP="00265335">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A422098" w14:textId="77777777" w:rsidR="00366D5F" w:rsidRPr="000A2615" w:rsidRDefault="00366D5F" w:rsidP="00265335">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5E94C9A" w14:textId="77777777" w:rsidR="00366D5F" w:rsidRPr="000A2615" w:rsidRDefault="00366D5F" w:rsidP="00265335">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22C5A34" w14:textId="77777777" w:rsidR="00366D5F" w:rsidRPr="000A2615" w:rsidRDefault="00366D5F" w:rsidP="00265335">
            <w:pPr>
              <w:spacing w:after="0" w:line="240" w:lineRule="auto"/>
              <w:jc w:val="center"/>
              <w:rPr>
                <w:rFonts w:ascii="Times New Roman" w:hAnsi="Times New Roman" w:cs="Times New Roman"/>
                <w:sz w:val="22"/>
              </w:rPr>
            </w:pPr>
          </w:p>
        </w:tc>
      </w:tr>
    </w:tbl>
    <w:p w14:paraId="3A7D17D6" w14:textId="77777777" w:rsidR="00336039" w:rsidRPr="000A2615" w:rsidRDefault="00336039">
      <w:pPr>
        <w:spacing w:after="0"/>
        <w:rPr>
          <w:rFonts w:ascii="Times New Roman" w:hAnsi="Times New Roman" w:cs="Times New Roman"/>
          <w:sz w:val="22"/>
        </w:rPr>
      </w:pPr>
    </w:p>
    <w:p w14:paraId="6C0845E8" w14:textId="45933BC2" w:rsidR="00336039" w:rsidRPr="000A2615" w:rsidRDefault="00734644">
      <w:pPr>
        <w:pStyle w:val="Heading2"/>
        <w:rPr>
          <w:rFonts w:ascii="Times New Roman" w:hAnsi="Times New Roman" w:cs="Times New Roman"/>
          <w:color w:val="auto"/>
          <w:sz w:val="22"/>
          <w:szCs w:val="22"/>
        </w:rPr>
      </w:pPr>
      <w:bookmarkStart w:id="43" w:name="_Toc237596329"/>
      <w:r w:rsidRPr="000A2615">
        <w:rPr>
          <w:rFonts w:ascii="Times New Roman" w:hAnsi="Times New Roman" w:cs="Times New Roman"/>
          <w:color w:val="auto"/>
          <w:sz w:val="22"/>
          <w:szCs w:val="22"/>
        </w:rPr>
        <w:t>3.1</w:t>
      </w:r>
      <w:r w:rsidR="00177DEA" w:rsidRPr="000A2615">
        <w:rPr>
          <w:rFonts w:ascii="Times New Roman" w:hAnsi="Times New Roman" w:cs="Times New Roman"/>
          <w:color w:val="auto"/>
          <w:sz w:val="22"/>
          <w:szCs w:val="22"/>
        </w:rPr>
        <w:t>7</w:t>
      </w:r>
      <w:r w:rsidR="00497E92" w:rsidRPr="000A2615">
        <w:rPr>
          <w:rFonts w:ascii="Times New Roman" w:hAnsi="Times New Roman" w:cs="Times New Roman"/>
          <w:color w:val="auto"/>
          <w:sz w:val="22"/>
          <w:szCs w:val="22"/>
        </w:rPr>
        <w:t xml:space="preserve"> RFTI-Specific Risks and Mitigation</w:t>
      </w:r>
      <w:bookmarkEnd w:id="43"/>
    </w:p>
    <w:p w14:paraId="146EB4F8" w14:textId="77777777" w:rsidR="00336039" w:rsidRPr="000A2615" w:rsidRDefault="00497E92">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Identify material training, instructor, employer, placement, facilities, safety, fiduciary, sustainability and implementation risks specific to the RFTI. These should also feed into the consolidated risk register.</w:t>
      </w:r>
    </w:p>
    <w:tbl>
      <w:tblPr>
        <w:tblStyle w:val="TableGrid"/>
        <w:tblW w:w="9000" w:type="dxa"/>
        <w:tblLook w:val="04A0" w:firstRow="1" w:lastRow="0" w:firstColumn="1" w:lastColumn="0" w:noHBand="0" w:noVBand="1"/>
      </w:tblPr>
      <w:tblGrid>
        <w:gridCol w:w="1720"/>
        <w:gridCol w:w="1155"/>
        <w:gridCol w:w="993"/>
        <w:gridCol w:w="1711"/>
        <w:gridCol w:w="2147"/>
        <w:gridCol w:w="1274"/>
      </w:tblGrid>
      <w:tr w:rsidR="002370E9" w:rsidRPr="000A2615" w14:paraId="6EEE725F" w14:textId="77777777" w:rsidTr="002370E9">
        <w:trPr>
          <w:tblHeader/>
        </w:trPr>
        <w:tc>
          <w:tcPr>
            <w:tcW w:w="1720" w:type="dxa"/>
            <w:tcMar>
              <w:top w:w="70" w:type="dxa"/>
              <w:left w:w="70" w:type="dxa"/>
              <w:bottom w:w="70" w:type="dxa"/>
              <w:right w:w="70" w:type="dxa"/>
            </w:tcMar>
          </w:tcPr>
          <w:p w14:paraId="65E83C8D" w14:textId="77777777" w:rsidR="002370E9" w:rsidRPr="000A2615" w:rsidRDefault="002370E9" w:rsidP="00265335">
            <w:pPr>
              <w:rPr>
                <w:rFonts w:ascii="Times New Roman" w:hAnsi="Times New Roman" w:cs="Times New Roman"/>
                <w:sz w:val="22"/>
              </w:rPr>
            </w:pPr>
            <w:r w:rsidRPr="000A2615">
              <w:rPr>
                <w:rFonts w:ascii="Times New Roman" w:hAnsi="Times New Roman" w:cs="Times New Roman"/>
                <w:b/>
                <w:sz w:val="22"/>
              </w:rPr>
              <w:t>Risk</w:t>
            </w:r>
          </w:p>
        </w:tc>
        <w:tc>
          <w:tcPr>
            <w:tcW w:w="1155" w:type="dxa"/>
            <w:tcMar>
              <w:top w:w="70" w:type="dxa"/>
              <w:left w:w="70" w:type="dxa"/>
              <w:bottom w:w="70" w:type="dxa"/>
              <w:right w:w="70" w:type="dxa"/>
            </w:tcMar>
          </w:tcPr>
          <w:p w14:paraId="1967DDD8" w14:textId="77777777" w:rsidR="002370E9" w:rsidRPr="000A2615" w:rsidRDefault="002370E9" w:rsidP="00265335">
            <w:pPr>
              <w:rPr>
                <w:rFonts w:ascii="Times New Roman" w:hAnsi="Times New Roman" w:cs="Times New Roman"/>
                <w:sz w:val="22"/>
              </w:rPr>
            </w:pPr>
            <w:r w:rsidRPr="000A2615">
              <w:rPr>
                <w:rFonts w:ascii="Times New Roman" w:hAnsi="Times New Roman" w:cs="Times New Roman"/>
                <w:b/>
                <w:sz w:val="22"/>
              </w:rPr>
              <w:t>Likelihood</w:t>
            </w:r>
          </w:p>
        </w:tc>
        <w:tc>
          <w:tcPr>
            <w:tcW w:w="993" w:type="dxa"/>
            <w:tcMar>
              <w:top w:w="70" w:type="dxa"/>
              <w:left w:w="70" w:type="dxa"/>
              <w:bottom w:w="70" w:type="dxa"/>
              <w:right w:w="70" w:type="dxa"/>
            </w:tcMar>
          </w:tcPr>
          <w:p w14:paraId="40B65B2B" w14:textId="77777777" w:rsidR="002370E9" w:rsidRPr="000A2615" w:rsidRDefault="002370E9" w:rsidP="00265335">
            <w:pPr>
              <w:rPr>
                <w:rFonts w:ascii="Times New Roman" w:hAnsi="Times New Roman" w:cs="Times New Roman"/>
                <w:sz w:val="22"/>
              </w:rPr>
            </w:pPr>
            <w:r w:rsidRPr="000A2615">
              <w:rPr>
                <w:rFonts w:ascii="Times New Roman" w:hAnsi="Times New Roman" w:cs="Times New Roman"/>
                <w:b/>
                <w:sz w:val="22"/>
              </w:rPr>
              <w:t>Impact</w:t>
            </w:r>
          </w:p>
        </w:tc>
        <w:tc>
          <w:tcPr>
            <w:tcW w:w="1711" w:type="dxa"/>
            <w:tcMar>
              <w:top w:w="70" w:type="dxa"/>
              <w:left w:w="70" w:type="dxa"/>
              <w:bottom w:w="70" w:type="dxa"/>
              <w:right w:w="70" w:type="dxa"/>
            </w:tcMar>
          </w:tcPr>
          <w:p w14:paraId="2ED46733" w14:textId="77777777" w:rsidR="002370E9" w:rsidRPr="000A2615" w:rsidRDefault="002370E9" w:rsidP="00265335">
            <w:pPr>
              <w:rPr>
                <w:rFonts w:ascii="Times New Roman" w:hAnsi="Times New Roman" w:cs="Times New Roman"/>
                <w:sz w:val="22"/>
              </w:rPr>
            </w:pPr>
            <w:r w:rsidRPr="000A2615">
              <w:rPr>
                <w:rFonts w:ascii="Times New Roman" w:hAnsi="Times New Roman" w:cs="Times New Roman"/>
                <w:b/>
                <w:sz w:val="22"/>
              </w:rPr>
              <w:t>Early warning indicator</w:t>
            </w:r>
          </w:p>
        </w:tc>
        <w:tc>
          <w:tcPr>
            <w:tcW w:w="2147" w:type="dxa"/>
            <w:tcMar>
              <w:top w:w="70" w:type="dxa"/>
              <w:left w:w="70" w:type="dxa"/>
              <w:bottom w:w="70" w:type="dxa"/>
              <w:right w:w="70" w:type="dxa"/>
            </w:tcMar>
          </w:tcPr>
          <w:p w14:paraId="2587DC8E" w14:textId="77777777" w:rsidR="002370E9" w:rsidRPr="000A2615" w:rsidRDefault="002370E9" w:rsidP="00265335">
            <w:pPr>
              <w:rPr>
                <w:rFonts w:ascii="Times New Roman" w:hAnsi="Times New Roman" w:cs="Times New Roman"/>
                <w:sz w:val="22"/>
              </w:rPr>
            </w:pPr>
            <w:r w:rsidRPr="000A2615">
              <w:rPr>
                <w:rFonts w:ascii="Times New Roman" w:hAnsi="Times New Roman" w:cs="Times New Roman"/>
                <w:b/>
                <w:sz w:val="22"/>
              </w:rPr>
              <w:t>Mitigation / contingency</w:t>
            </w:r>
          </w:p>
        </w:tc>
        <w:tc>
          <w:tcPr>
            <w:tcW w:w="1274" w:type="dxa"/>
            <w:tcMar>
              <w:top w:w="70" w:type="dxa"/>
              <w:left w:w="70" w:type="dxa"/>
              <w:bottom w:w="70" w:type="dxa"/>
              <w:right w:w="70" w:type="dxa"/>
            </w:tcMar>
          </w:tcPr>
          <w:p w14:paraId="682502EF" w14:textId="77777777" w:rsidR="002370E9" w:rsidRPr="000A2615" w:rsidRDefault="002370E9" w:rsidP="00265335">
            <w:pPr>
              <w:rPr>
                <w:rFonts w:ascii="Times New Roman" w:hAnsi="Times New Roman" w:cs="Times New Roman"/>
                <w:sz w:val="22"/>
              </w:rPr>
            </w:pPr>
            <w:r w:rsidRPr="000A2615">
              <w:rPr>
                <w:rFonts w:ascii="Times New Roman" w:hAnsi="Times New Roman" w:cs="Times New Roman"/>
                <w:b/>
                <w:sz w:val="22"/>
              </w:rPr>
              <w:t>Risk owner</w:t>
            </w:r>
          </w:p>
        </w:tc>
      </w:tr>
      <w:tr w:rsidR="002370E9" w:rsidRPr="000A2615" w14:paraId="0429C544" w14:textId="77777777" w:rsidTr="002370E9">
        <w:trPr>
          <w:cantSplit/>
        </w:trPr>
        <w:tc>
          <w:tcPr>
            <w:tcW w:w="1720" w:type="dxa"/>
            <w:tcMar>
              <w:top w:w="70" w:type="dxa"/>
              <w:left w:w="70" w:type="dxa"/>
              <w:bottom w:w="70" w:type="dxa"/>
              <w:right w:w="70" w:type="dxa"/>
            </w:tcMar>
          </w:tcPr>
          <w:p w14:paraId="4CA6A7C3" w14:textId="77777777" w:rsidR="002370E9" w:rsidRPr="000A2615" w:rsidRDefault="002370E9" w:rsidP="00265335">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307ECA6B" w14:textId="77777777" w:rsidR="002370E9" w:rsidRPr="000A2615" w:rsidRDefault="002370E9" w:rsidP="00265335">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0B2837E7" w14:textId="77777777" w:rsidR="002370E9" w:rsidRPr="000A2615" w:rsidRDefault="002370E9" w:rsidP="00265335">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20F541E8" w14:textId="77777777" w:rsidR="002370E9" w:rsidRPr="000A2615" w:rsidRDefault="002370E9" w:rsidP="00265335">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7BEE2277" w14:textId="77777777" w:rsidR="002370E9" w:rsidRPr="000A2615" w:rsidRDefault="002370E9" w:rsidP="00265335">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79AD307B" w14:textId="77777777" w:rsidR="002370E9" w:rsidRPr="000A2615" w:rsidRDefault="002370E9" w:rsidP="00265335">
            <w:pPr>
              <w:pStyle w:val="ResponsePlaceholder"/>
              <w:rPr>
                <w:rFonts w:ascii="Times New Roman" w:hAnsi="Times New Roman" w:cs="Times New Roman"/>
                <w:color w:val="auto"/>
                <w:sz w:val="22"/>
              </w:rPr>
            </w:pPr>
          </w:p>
        </w:tc>
      </w:tr>
      <w:tr w:rsidR="002370E9" w:rsidRPr="000A2615" w14:paraId="22D0CBDF" w14:textId="77777777" w:rsidTr="002370E9">
        <w:trPr>
          <w:cantSplit/>
        </w:trPr>
        <w:tc>
          <w:tcPr>
            <w:tcW w:w="1720" w:type="dxa"/>
            <w:tcMar>
              <w:top w:w="70" w:type="dxa"/>
              <w:left w:w="70" w:type="dxa"/>
              <w:bottom w:w="70" w:type="dxa"/>
              <w:right w:w="70" w:type="dxa"/>
            </w:tcMar>
          </w:tcPr>
          <w:p w14:paraId="51816871" w14:textId="77777777" w:rsidR="002370E9" w:rsidRPr="000A2615" w:rsidRDefault="002370E9" w:rsidP="00265335">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6C908D5E" w14:textId="77777777" w:rsidR="002370E9" w:rsidRPr="000A2615" w:rsidRDefault="002370E9" w:rsidP="00265335">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008C3295" w14:textId="77777777" w:rsidR="002370E9" w:rsidRPr="000A2615" w:rsidRDefault="002370E9" w:rsidP="00265335">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1D7D331B" w14:textId="77777777" w:rsidR="002370E9" w:rsidRPr="000A2615" w:rsidRDefault="002370E9" w:rsidP="00265335">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671E5665" w14:textId="77777777" w:rsidR="002370E9" w:rsidRPr="000A2615" w:rsidRDefault="002370E9" w:rsidP="00265335">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11E53FE4" w14:textId="77777777" w:rsidR="002370E9" w:rsidRPr="000A2615" w:rsidRDefault="002370E9" w:rsidP="00265335">
            <w:pPr>
              <w:pStyle w:val="ResponsePlaceholder"/>
              <w:rPr>
                <w:rFonts w:ascii="Times New Roman" w:hAnsi="Times New Roman" w:cs="Times New Roman"/>
                <w:color w:val="auto"/>
                <w:sz w:val="22"/>
              </w:rPr>
            </w:pPr>
          </w:p>
        </w:tc>
      </w:tr>
      <w:tr w:rsidR="002370E9" w:rsidRPr="000A2615" w14:paraId="1D59591D" w14:textId="77777777" w:rsidTr="002370E9">
        <w:trPr>
          <w:cantSplit/>
        </w:trPr>
        <w:tc>
          <w:tcPr>
            <w:tcW w:w="1720" w:type="dxa"/>
            <w:tcMar>
              <w:top w:w="70" w:type="dxa"/>
              <w:left w:w="70" w:type="dxa"/>
              <w:bottom w:w="70" w:type="dxa"/>
              <w:right w:w="70" w:type="dxa"/>
            </w:tcMar>
          </w:tcPr>
          <w:p w14:paraId="3F29ECC6" w14:textId="77777777" w:rsidR="002370E9" w:rsidRPr="000A2615" w:rsidRDefault="002370E9" w:rsidP="00265335">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466D3BB3" w14:textId="77777777" w:rsidR="002370E9" w:rsidRPr="000A2615" w:rsidRDefault="002370E9" w:rsidP="00265335">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67981EB6" w14:textId="77777777" w:rsidR="002370E9" w:rsidRPr="000A2615" w:rsidRDefault="002370E9" w:rsidP="00265335">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51DF2068" w14:textId="77777777" w:rsidR="002370E9" w:rsidRPr="000A2615" w:rsidRDefault="002370E9" w:rsidP="00265335">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77EB0C05" w14:textId="77777777" w:rsidR="002370E9" w:rsidRPr="000A2615" w:rsidRDefault="002370E9" w:rsidP="00265335">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0F391EA5" w14:textId="77777777" w:rsidR="002370E9" w:rsidRPr="000A2615" w:rsidRDefault="002370E9" w:rsidP="00265335">
            <w:pPr>
              <w:pStyle w:val="ResponsePlaceholder"/>
              <w:rPr>
                <w:rFonts w:ascii="Times New Roman" w:hAnsi="Times New Roman" w:cs="Times New Roman"/>
                <w:color w:val="auto"/>
                <w:sz w:val="22"/>
              </w:rPr>
            </w:pPr>
          </w:p>
        </w:tc>
      </w:tr>
    </w:tbl>
    <w:p w14:paraId="1EC3438E" w14:textId="77777777" w:rsidR="00336039" w:rsidRPr="000A2615" w:rsidRDefault="00336039">
      <w:pPr>
        <w:spacing w:after="0"/>
        <w:rPr>
          <w:rFonts w:ascii="Times New Roman" w:hAnsi="Times New Roman" w:cs="Times New Roman"/>
          <w:sz w:val="22"/>
        </w:rPr>
      </w:pPr>
    </w:p>
    <w:p w14:paraId="0AA381F8" w14:textId="77777777" w:rsidR="00CD2F51" w:rsidRPr="000A2615" w:rsidRDefault="00CD2F51">
      <w:pPr>
        <w:rPr>
          <w:rFonts w:ascii="Times New Roman" w:hAnsi="Times New Roman" w:cs="Times New Roman"/>
          <w:sz w:val="22"/>
        </w:rPr>
      </w:pPr>
    </w:p>
    <w:p w14:paraId="13C57838" w14:textId="2F041F19" w:rsidR="00691F74" w:rsidRPr="000A2615" w:rsidRDefault="00691F74" w:rsidP="00691F74">
      <w:pPr>
        <w:pStyle w:val="Heading2"/>
        <w:rPr>
          <w:rFonts w:ascii="Times New Roman" w:hAnsi="Times New Roman" w:cs="Times New Roman"/>
          <w:color w:val="auto"/>
          <w:sz w:val="22"/>
          <w:szCs w:val="22"/>
        </w:rPr>
      </w:pPr>
      <w:bookmarkStart w:id="44" w:name="_Toc237596330"/>
      <w:r w:rsidRPr="000A2615">
        <w:rPr>
          <w:rFonts w:ascii="Times New Roman" w:hAnsi="Times New Roman" w:cs="Times New Roman"/>
          <w:color w:val="auto"/>
          <w:sz w:val="22"/>
          <w:szCs w:val="22"/>
        </w:rPr>
        <w:t>3.</w:t>
      </w:r>
      <w:r w:rsidR="00177DEA" w:rsidRPr="000A2615">
        <w:rPr>
          <w:rFonts w:ascii="Times New Roman" w:hAnsi="Times New Roman" w:cs="Times New Roman"/>
          <w:color w:val="auto"/>
          <w:sz w:val="22"/>
          <w:szCs w:val="22"/>
        </w:rPr>
        <w:t>18</w:t>
      </w:r>
      <w:r w:rsidRPr="000A2615">
        <w:rPr>
          <w:rFonts w:ascii="Times New Roman" w:hAnsi="Times New Roman" w:cs="Times New Roman"/>
          <w:color w:val="auto"/>
          <w:sz w:val="22"/>
          <w:szCs w:val="22"/>
        </w:rPr>
        <w:t xml:space="preserve"> Critical Readiness Gaps and First-Year Launch Plan</w:t>
      </w:r>
      <w:bookmarkEnd w:id="44"/>
    </w:p>
    <w:p w14:paraId="19A1BC2F" w14:textId="77777777" w:rsidR="00691F74" w:rsidRPr="000A2615" w:rsidRDefault="00691F74" w:rsidP="00691F74">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Identify the 3-5 most significant capacity constraints weaknesses that could constraindelay timely launch of activities and how these will be addressed. Challenges could include, including program approval and/or accreditation, staffing, procurement, financial management, facilities, partnerships or student recruitment.</w:t>
      </w:r>
    </w:p>
    <w:tbl>
      <w:tblPr>
        <w:tblStyle w:val="TableGrid"/>
        <w:tblW w:w="9000" w:type="dxa"/>
        <w:jc w:val="center"/>
        <w:tblLook w:val="04A0" w:firstRow="1" w:lastRow="0" w:firstColumn="1" w:lastColumn="0" w:noHBand="0" w:noVBand="1"/>
      </w:tblPr>
      <w:tblGrid>
        <w:gridCol w:w="9000"/>
      </w:tblGrid>
      <w:tr w:rsidR="00691F74" w:rsidRPr="000A2615" w14:paraId="2E5BE5C4" w14:textId="77777777" w:rsidTr="002A4147">
        <w:trPr>
          <w:jc w:val="center"/>
        </w:trPr>
        <w:tc>
          <w:tcPr>
            <w:tcW w:w="9866" w:type="dxa"/>
            <w:shd w:val="clear" w:color="auto" w:fill="FAFAFA"/>
            <w:tcMar>
              <w:top w:w="110" w:type="dxa"/>
              <w:left w:w="120" w:type="dxa"/>
              <w:bottom w:w="110" w:type="dxa"/>
              <w:right w:w="120" w:type="dxa"/>
            </w:tcMar>
          </w:tcPr>
          <w:p w14:paraId="09F76C50" w14:textId="35C6BB58" w:rsidR="00691F74" w:rsidRPr="000A2615" w:rsidRDefault="006D1104" w:rsidP="002A4147">
            <w:pPr>
              <w:rPr>
                <w:rFonts w:ascii="Times New Roman" w:hAnsi="Times New Roman" w:cs="Times New Roman"/>
                <w:sz w:val="22"/>
              </w:rPr>
            </w:pPr>
            <w:r w:rsidRPr="006D1104">
              <w:rPr>
                <w:rFonts w:ascii="Times New Roman" w:hAnsi="Times New Roman" w:cs="Times New Roman"/>
                <w:i/>
                <w:sz w:val="22"/>
              </w:rPr>
              <w:t>[Applicant response must not exceed 500 words.]</w:t>
            </w:r>
          </w:p>
          <w:p w14:paraId="7402E6C4" w14:textId="77777777" w:rsidR="00691F74" w:rsidRPr="000A2615" w:rsidRDefault="00691F74" w:rsidP="002A4147">
            <w:pPr>
              <w:rPr>
                <w:rFonts w:ascii="Times New Roman" w:hAnsi="Times New Roman" w:cs="Times New Roman"/>
                <w:sz w:val="22"/>
              </w:rPr>
            </w:pPr>
          </w:p>
        </w:tc>
      </w:tr>
    </w:tbl>
    <w:p w14:paraId="168A4DB9" w14:textId="77777777" w:rsidR="00691F74" w:rsidRPr="000A2615" w:rsidRDefault="00691F74" w:rsidP="00691F74">
      <w:pPr>
        <w:spacing w:after="0"/>
        <w:rPr>
          <w:rFonts w:ascii="Times New Roman" w:hAnsi="Times New Roman" w:cs="Times New Roman"/>
          <w:sz w:val="22"/>
        </w:rPr>
      </w:pPr>
    </w:p>
    <w:p w14:paraId="52D46A8D" w14:textId="457FB53D" w:rsidR="00691F74" w:rsidRPr="000A2615" w:rsidRDefault="00691F74" w:rsidP="00691F74">
      <w:pPr>
        <w:pStyle w:val="Heading3"/>
        <w:rPr>
          <w:rFonts w:ascii="Times New Roman" w:hAnsi="Times New Roman" w:cs="Times New Roman"/>
          <w:color w:val="auto"/>
          <w:sz w:val="22"/>
        </w:rPr>
      </w:pPr>
      <w:bookmarkStart w:id="45" w:name="_Toc237596331"/>
      <w:r w:rsidRPr="000A2615">
        <w:rPr>
          <w:rFonts w:ascii="Times New Roman" w:hAnsi="Times New Roman" w:cs="Times New Roman"/>
          <w:color w:val="auto"/>
          <w:sz w:val="22"/>
        </w:rPr>
        <w:t>3.</w:t>
      </w:r>
      <w:r w:rsidR="00177DEA" w:rsidRPr="000A2615">
        <w:rPr>
          <w:rFonts w:ascii="Times New Roman" w:hAnsi="Times New Roman" w:cs="Times New Roman"/>
          <w:color w:val="auto"/>
          <w:sz w:val="22"/>
        </w:rPr>
        <w:t>18</w:t>
      </w:r>
      <w:r w:rsidRPr="000A2615">
        <w:rPr>
          <w:rFonts w:ascii="Times New Roman" w:hAnsi="Times New Roman" w:cs="Times New Roman"/>
          <w:color w:val="auto"/>
          <w:sz w:val="22"/>
        </w:rPr>
        <w:t>.1 Launch Readiness Actions</w:t>
      </w:r>
      <w:bookmarkEnd w:id="45"/>
    </w:p>
    <w:tbl>
      <w:tblPr>
        <w:tblStyle w:val="TableGrid"/>
        <w:tblW w:w="9000" w:type="dxa"/>
        <w:jc w:val="center"/>
        <w:tblLook w:val="04A0" w:firstRow="1" w:lastRow="0" w:firstColumn="1" w:lastColumn="0" w:noHBand="0" w:noVBand="1"/>
      </w:tblPr>
      <w:tblGrid>
        <w:gridCol w:w="2445"/>
        <w:gridCol w:w="2557"/>
        <w:gridCol w:w="1492"/>
        <w:gridCol w:w="1056"/>
        <w:gridCol w:w="1450"/>
      </w:tblGrid>
      <w:tr w:rsidR="00691F74" w:rsidRPr="000A2615" w14:paraId="4BA55A44" w14:textId="77777777" w:rsidTr="002A4147">
        <w:trPr>
          <w:tblHeader/>
          <w:jc w:val="center"/>
        </w:trPr>
        <w:tc>
          <w:tcPr>
            <w:tcW w:w="2445" w:type="dxa"/>
            <w:tcMar>
              <w:top w:w="70" w:type="dxa"/>
              <w:left w:w="70" w:type="dxa"/>
              <w:bottom w:w="70" w:type="dxa"/>
              <w:right w:w="70" w:type="dxa"/>
            </w:tcMar>
          </w:tcPr>
          <w:p w14:paraId="3A0893D7" w14:textId="77777777" w:rsidR="00691F74" w:rsidRPr="000A2615" w:rsidRDefault="00691F74" w:rsidP="002A4147">
            <w:pPr>
              <w:rPr>
                <w:rFonts w:ascii="Times New Roman" w:hAnsi="Times New Roman" w:cs="Times New Roman"/>
                <w:sz w:val="22"/>
              </w:rPr>
            </w:pPr>
            <w:r w:rsidRPr="000A2615">
              <w:rPr>
                <w:rFonts w:ascii="Times New Roman" w:hAnsi="Times New Roman" w:cs="Times New Roman"/>
                <w:b/>
                <w:sz w:val="22"/>
              </w:rPr>
              <w:t>Challenge</w:t>
            </w:r>
          </w:p>
        </w:tc>
        <w:tc>
          <w:tcPr>
            <w:tcW w:w="2557" w:type="dxa"/>
            <w:tcMar>
              <w:top w:w="70" w:type="dxa"/>
              <w:left w:w="70" w:type="dxa"/>
              <w:bottom w:w="70" w:type="dxa"/>
              <w:right w:w="70" w:type="dxa"/>
            </w:tcMar>
          </w:tcPr>
          <w:p w14:paraId="761C792B" w14:textId="77777777" w:rsidR="00691F74" w:rsidRPr="000A2615" w:rsidRDefault="00691F74" w:rsidP="002A4147">
            <w:pPr>
              <w:rPr>
                <w:rFonts w:ascii="Times New Roman" w:hAnsi="Times New Roman" w:cs="Times New Roman"/>
                <w:sz w:val="22"/>
              </w:rPr>
            </w:pPr>
            <w:r w:rsidRPr="000A2615">
              <w:rPr>
                <w:rFonts w:ascii="Times New Roman" w:hAnsi="Times New Roman" w:cs="Times New Roman"/>
                <w:b/>
                <w:sz w:val="22"/>
              </w:rPr>
              <w:t>Action required to address identified challenge</w:t>
            </w:r>
          </w:p>
        </w:tc>
        <w:tc>
          <w:tcPr>
            <w:tcW w:w="1492" w:type="dxa"/>
            <w:tcMar>
              <w:top w:w="70" w:type="dxa"/>
              <w:left w:w="70" w:type="dxa"/>
              <w:bottom w:w="70" w:type="dxa"/>
              <w:right w:w="70" w:type="dxa"/>
            </w:tcMar>
          </w:tcPr>
          <w:p w14:paraId="3D614D33" w14:textId="77777777" w:rsidR="00691F74" w:rsidRPr="000A2615" w:rsidRDefault="00691F74" w:rsidP="002A4147">
            <w:pPr>
              <w:rPr>
                <w:rFonts w:ascii="Times New Roman" w:hAnsi="Times New Roman" w:cs="Times New Roman"/>
                <w:sz w:val="22"/>
              </w:rPr>
            </w:pPr>
            <w:r w:rsidRPr="000A2615">
              <w:rPr>
                <w:rFonts w:ascii="Times New Roman" w:hAnsi="Times New Roman" w:cs="Times New Roman"/>
                <w:b/>
                <w:sz w:val="22"/>
              </w:rPr>
              <w:t xml:space="preserve">Responsible </w:t>
            </w:r>
          </w:p>
        </w:tc>
        <w:tc>
          <w:tcPr>
            <w:tcW w:w="1056" w:type="dxa"/>
            <w:tcMar>
              <w:top w:w="70" w:type="dxa"/>
              <w:left w:w="70" w:type="dxa"/>
              <w:bottom w:w="70" w:type="dxa"/>
              <w:right w:w="70" w:type="dxa"/>
            </w:tcMar>
          </w:tcPr>
          <w:p w14:paraId="58DB6AA1" w14:textId="77777777" w:rsidR="00691F74" w:rsidRPr="000A2615" w:rsidRDefault="00691F74" w:rsidP="002A4147">
            <w:pPr>
              <w:rPr>
                <w:rFonts w:ascii="Times New Roman" w:hAnsi="Times New Roman" w:cs="Times New Roman"/>
                <w:sz w:val="22"/>
              </w:rPr>
            </w:pPr>
            <w:r w:rsidRPr="000A2615">
              <w:rPr>
                <w:rFonts w:ascii="Times New Roman" w:hAnsi="Times New Roman" w:cs="Times New Roman"/>
                <w:b/>
                <w:sz w:val="22"/>
              </w:rPr>
              <w:t>Deadline</w:t>
            </w:r>
          </w:p>
        </w:tc>
        <w:tc>
          <w:tcPr>
            <w:tcW w:w="1450" w:type="dxa"/>
            <w:tcMar>
              <w:top w:w="70" w:type="dxa"/>
              <w:left w:w="70" w:type="dxa"/>
              <w:bottom w:w="70" w:type="dxa"/>
              <w:right w:w="70" w:type="dxa"/>
            </w:tcMar>
          </w:tcPr>
          <w:p w14:paraId="749678CE" w14:textId="77777777" w:rsidR="00691F74" w:rsidRPr="000A2615" w:rsidRDefault="00691F74" w:rsidP="002A4147">
            <w:pPr>
              <w:rPr>
                <w:rFonts w:ascii="Times New Roman" w:hAnsi="Times New Roman" w:cs="Times New Roman"/>
                <w:sz w:val="22"/>
              </w:rPr>
            </w:pPr>
            <w:r w:rsidRPr="000A2615">
              <w:rPr>
                <w:rFonts w:ascii="Times New Roman" w:hAnsi="Times New Roman" w:cs="Times New Roman"/>
                <w:b/>
                <w:sz w:val="22"/>
              </w:rPr>
              <w:t>Evidence of completion</w:t>
            </w:r>
          </w:p>
        </w:tc>
      </w:tr>
      <w:tr w:rsidR="00691F74" w:rsidRPr="000A2615" w14:paraId="677239B5" w14:textId="77777777" w:rsidTr="002A4147">
        <w:trPr>
          <w:cantSplit/>
          <w:jc w:val="center"/>
        </w:trPr>
        <w:tc>
          <w:tcPr>
            <w:tcW w:w="2445" w:type="dxa"/>
            <w:tcMar>
              <w:top w:w="70" w:type="dxa"/>
              <w:left w:w="70" w:type="dxa"/>
              <w:bottom w:w="70" w:type="dxa"/>
              <w:right w:w="70" w:type="dxa"/>
            </w:tcMar>
          </w:tcPr>
          <w:p w14:paraId="2184BE0B" w14:textId="77777777" w:rsidR="00691F74" w:rsidRPr="000A2615" w:rsidRDefault="00691F74" w:rsidP="002A4147">
            <w:pPr>
              <w:pStyle w:val="ResponsePlaceholder"/>
              <w:rPr>
                <w:rFonts w:ascii="Times New Roman" w:hAnsi="Times New Roman" w:cs="Times New Roman"/>
                <w:color w:val="auto"/>
                <w:sz w:val="22"/>
              </w:rPr>
            </w:pPr>
          </w:p>
        </w:tc>
        <w:tc>
          <w:tcPr>
            <w:tcW w:w="2557" w:type="dxa"/>
            <w:tcMar>
              <w:top w:w="70" w:type="dxa"/>
              <w:left w:w="70" w:type="dxa"/>
              <w:bottom w:w="70" w:type="dxa"/>
              <w:right w:w="70" w:type="dxa"/>
            </w:tcMar>
          </w:tcPr>
          <w:p w14:paraId="7C7B6F94" w14:textId="77777777" w:rsidR="00691F74" w:rsidRPr="000A2615" w:rsidRDefault="00691F74" w:rsidP="002A4147">
            <w:pPr>
              <w:pStyle w:val="ResponsePlaceholder"/>
              <w:rPr>
                <w:rFonts w:ascii="Times New Roman" w:hAnsi="Times New Roman" w:cs="Times New Roman"/>
                <w:color w:val="auto"/>
                <w:sz w:val="22"/>
              </w:rPr>
            </w:pPr>
          </w:p>
        </w:tc>
        <w:tc>
          <w:tcPr>
            <w:tcW w:w="1492" w:type="dxa"/>
            <w:tcMar>
              <w:top w:w="70" w:type="dxa"/>
              <w:left w:w="70" w:type="dxa"/>
              <w:bottom w:w="70" w:type="dxa"/>
              <w:right w:w="70" w:type="dxa"/>
            </w:tcMar>
          </w:tcPr>
          <w:p w14:paraId="26747AD3" w14:textId="77777777" w:rsidR="00691F74" w:rsidRPr="000A2615" w:rsidRDefault="00691F74" w:rsidP="002A4147">
            <w:pPr>
              <w:pStyle w:val="ResponsePlaceholder"/>
              <w:rPr>
                <w:rFonts w:ascii="Times New Roman" w:hAnsi="Times New Roman" w:cs="Times New Roman"/>
                <w:color w:val="auto"/>
                <w:sz w:val="22"/>
              </w:rPr>
            </w:pPr>
          </w:p>
        </w:tc>
        <w:tc>
          <w:tcPr>
            <w:tcW w:w="1056" w:type="dxa"/>
            <w:tcMar>
              <w:top w:w="70" w:type="dxa"/>
              <w:left w:w="70" w:type="dxa"/>
              <w:bottom w:w="70" w:type="dxa"/>
              <w:right w:w="70" w:type="dxa"/>
            </w:tcMar>
          </w:tcPr>
          <w:p w14:paraId="5D98C672" w14:textId="77777777" w:rsidR="00691F74" w:rsidRPr="000A2615" w:rsidRDefault="00691F74" w:rsidP="002A4147">
            <w:pPr>
              <w:pStyle w:val="ResponsePlaceholder"/>
              <w:rPr>
                <w:rFonts w:ascii="Times New Roman" w:hAnsi="Times New Roman" w:cs="Times New Roman"/>
                <w:color w:val="auto"/>
                <w:sz w:val="22"/>
              </w:rPr>
            </w:pPr>
          </w:p>
        </w:tc>
        <w:tc>
          <w:tcPr>
            <w:tcW w:w="1450" w:type="dxa"/>
            <w:tcMar>
              <w:top w:w="70" w:type="dxa"/>
              <w:left w:w="70" w:type="dxa"/>
              <w:bottom w:w="70" w:type="dxa"/>
              <w:right w:w="70" w:type="dxa"/>
            </w:tcMar>
          </w:tcPr>
          <w:p w14:paraId="4901DC6E" w14:textId="77777777" w:rsidR="00691F74" w:rsidRPr="000A2615" w:rsidRDefault="00691F74" w:rsidP="002A4147">
            <w:pPr>
              <w:pStyle w:val="ResponsePlaceholder"/>
              <w:rPr>
                <w:rFonts w:ascii="Times New Roman" w:hAnsi="Times New Roman" w:cs="Times New Roman"/>
                <w:color w:val="auto"/>
                <w:sz w:val="22"/>
              </w:rPr>
            </w:pPr>
          </w:p>
        </w:tc>
      </w:tr>
      <w:tr w:rsidR="00691F74" w:rsidRPr="000A2615" w14:paraId="3A31F496" w14:textId="77777777" w:rsidTr="002A4147">
        <w:trPr>
          <w:cantSplit/>
          <w:jc w:val="center"/>
        </w:trPr>
        <w:tc>
          <w:tcPr>
            <w:tcW w:w="2445" w:type="dxa"/>
            <w:tcMar>
              <w:top w:w="70" w:type="dxa"/>
              <w:left w:w="70" w:type="dxa"/>
              <w:bottom w:w="70" w:type="dxa"/>
              <w:right w:w="70" w:type="dxa"/>
            </w:tcMar>
          </w:tcPr>
          <w:p w14:paraId="241CB51D" w14:textId="77777777" w:rsidR="00691F74" w:rsidRPr="000A2615" w:rsidRDefault="00691F74" w:rsidP="002A4147">
            <w:pPr>
              <w:pStyle w:val="ResponsePlaceholder"/>
              <w:rPr>
                <w:rFonts w:ascii="Times New Roman" w:hAnsi="Times New Roman" w:cs="Times New Roman"/>
                <w:color w:val="auto"/>
                <w:sz w:val="22"/>
              </w:rPr>
            </w:pPr>
          </w:p>
        </w:tc>
        <w:tc>
          <w:tcPr>
            <w:tcW w:w="2557" w:type="dxa"/>
            <w:tcMar>
              <w:top w:w="70" w:type="dxa"/>
              <w:left w:w="70" w:type="dxa"/>
              <w:bottom w:w="70" w:type="dxa"/>
              <w:right w:w="70" w:type="dxa"/>
            </w:tcMar>
          </w:tcPr>
          <w:p w14:paraId="7C5CE3A3" w14:textId="77777777" w:rsidR="00691F74" w:rsidRPr="000A2615" w:rsidRDefault="00691F74" w:rsidP="002A4147">
            <w:pPr>
              <w:pStyle w:val="ResponsePlaceholder"/>
              <w:rPr>
                <w:rFonts w:ascii="Times New Roman" w:hAnsi="Times New Roman" w:cs="Times New Roman"/>
                <w:color w:val="auto"/>
                <w:sz w:val="22"/>
              </w:rPr>
            </w:pPr>
          </w:p>
        </w:tc>
        <w:tc>
          <w:tcPr>
            <w:tcW w:w="1492" w:type="dxa"/>
            <w:tcMar>
              <w:top w:w="70" w:type="dxa"/>
              <w:left w:w="70" w:type="dxa"/>
              <w:bottom w:w="70" w:type="dxa"/>
              <w:right w:w="70" w:type="dxa"/>
            </w:tcMar>
          </w:tcPr>
          <w:p w14:paraId="1295D6B5" w14:textId="77777777" w:rsidR="00691F74" w:rsidRPr="000A2615" w:rsidRDefault="00691F74" w:rsidP="002A4147">
            <w:pPr>
              <w:pStyle w:val="ResponsePlaceholder"/>
              <w:rPr>
                <w:rFonts w:ascii="Times New Roman" w:hAnsi="Times New Roman" w:cs="Times New Roman"/>
                <w:color w:val="auto"/>
                <w:sz w:val="22"/>
              </w:rPr>
            </w:pPr>
          </w:p>
        </w:tc>
        <w:tc>
          <w:tcPr>
            <w:tcW w:w="1056" w:type="dxa"/>
            <w:tcMar>
              <w:top w:w="70" w:type="dxa"/>
              <w:left w:w="70" w:type="dxa"/>
              <w:bottom w:w="70" w:type="dxa"/>
              <w:right w:w="70" w:type="dxa"/>
            </w:tcMar>
          </w:tcPr>
          <w:p w14:paraId="195AA636" w14:textId="77777777" w:rsidR="00691F74" w:rsidRPr="000A2615" w:rsidRDefault="00691F74" w:rsidP="002A4147">
            <w:pPr>
              <w:pStyle w:val="ResponsePlaceholder"/>
              <w:rPr>
                <w:rFonts w:ascii="Times New Roman" w:hAnsi="Times New Roman" w:cs="Times New Roman"/>
                <w:color w:val="auto"/>
                <w:sz w:val="22"/>
              </w:rPr>
            </w:pPr>
          </w:p>
        </w:tc>
        <w:tc>
          <w:tcPr>
            <w:tcW w:w="1450" w:type="dxa"/>
            <w:tcMar>
              <w:top w:w="70" w:type="dxa"/>
              <w:left w:w="70" w:type="dxa"/>
              <w:bottom w:w="70" w:type="dxa"/>
              <w:right w:w="70" w:type="dxa"/>
            </w:tcMar>
          </w:tcPr>
          <w:p w14:paraId="45A731E5" w14:textId="77777777" w:rsidR="00691F74" w:rsidRPr="000A2615" w:rsidRDefault="00691F74" w:rsidP="002A4147">
            <w:pPr>
              <w:pStyle w:val="ResponsePlaceholder"/>
              <w:rPr>
                <w:rFonts w:ascii="Times New Roman" w:hAnsi="Times New Roman" w:cs="Times New Roman"/>
                <w:color w:val="auto"/>
                <w:sz w:val="22"/>
              </w:rPr>
            </w:pPr>
          </w:p>
        </w:tc>
      </w:tr>
      <w:tr w:rsidR="00691F74" w:rsidRPr="000A2615" w14:paraId="12A839ED" w14:textId="77777777" w:rsidTr="002A4147">
        <w:trPr>
          <w:cantSplit/>
          <w:jc w:val="center"/>
        </w:trPr>
        <w:tc>
          <w:tcPr>
            <w:tcW w:w="2445" w:type="dxa"/>
            <w:tcMar>
              <w:top w:w="70" w:type="dxa"/>
              <w:left w:w="70" w:type="dxa"/>
              <w:bottom w:w="70" w:type="dxa"/>
              <w:right w:w="70" w:type="dxa"/>
            </w:tcMar>
          </w:tcPr>
          <w:p w14:paraId="2980E287" w14:textId="77777777" w:rsidR="00691F74" w:rsidRPr="000A2615" w:rsidRDefault="00691F74" w:rsidP="002A4147">
            <w:pPr>
              <w:pStyle w:val="ResponsePlaceholder"/>
              <w:rPr>
                <w:rFonts w:ascii="Times New Roman" w:hAnsi="Times New Roman" w:cs="Times New Roman"/>
                <w:color w:val="auto"/>
                <w:sz w:val="22"/>
              </w:rPr>
            </w:pPr>
          </w:p>
        </w:tc>
        <w:tc>
          <w:tcPr>
            <w:tcW w:w="2557" w:type="dxa"/>
            <w:tcMar>
              <w:top w:w="70" w:type="dxa"/>
              <w:left w:w="70" w:type="dxa"/>
              <w:bottom w:w="70" w:type="dxa"/>
              <w:right w:w="70" w:type="dxa"/>
            </w:tcMar>
          </w:tcPr>
          <w:p w14:paraId="507F2C2F" w14:textId="77777777" w:rsidR="00691F74" w:rsidRPr="000A2615" w:rsidRDefault="00691F74" w:rsidP="002A4147">
            <w:pPr>
              <w:pStyle w:val="ResponsePlaceholder"/>
              <w:rPr>
                <w:rFonts w:ascii="Times New Roman" w:hAnsi="Times New Roman" w:cs="Times New Roman"/>
                <w:color w:val="auto"/>
                <w:sz w:val="22"/>
              </w:rPr>
            </w:pPr>
          </w:p>
        </w:tc>
        <w:tc>
          <w:tcPr>
            <w:tcW w:w="1492" w:type="dxa"/>
            <w:tcMar>
              <w:top w:w="70" w:type="dxa"/>
              <w:left w:w="70" w:type="dxa"/>
              <w:bottom w:w="70" w:type="dxa"/>
              <w:right w:w="70" w:type="dxa"/>
            </w:tcMar>
          </w:tcPr>
          <w:p w14:paraId="39CEEA6E" w14:textId="77777777" w:rsidR="00691F74" w:rsidRPr="000A2615" w:rsidRDefault="00691F74" w:rsidP="002A4147">
            <w:pPr>
              <w:pStyle w:val="ResponsePlaceholder"/>
              <w:rPr>
                <w:rFonts w:ascii="Times New Roman" w:hAnsi="Times New Roman" w:cs="Times New Roman"/>
                <w:color w:val="auto"/>
                <w:sz w:val="22"/>
              </w:rPr>
            </w:pPr>
          </w:p>
        </w:tc>
        <w:tc>
          <w:tcPr>
            <w:tcW w:w="1056" w:type="dxa"/>
            <w:tcMar>
              <w:top w:w="70" w:type="dxa"/>
              <w:left w:w="70" w:type="dxa"/>
              <w:bottom w:w="70" w:type="dxa"/>
              <w:right w:w="70" w:type="dxa"/>
            </w:tcMar>
          </w:tcPr>
          <w:p w14:paraId="52045241" w14:textId="77777777" w:rsidR="00691F74" w:rsidRPr="000A2615" w:rsidRDefault="00691F74" w:rsidP="002A4147">
            <w:pPr>
              <w:pStyle w:val="ResponsePlaceholder"/>
              <w:rPr>
                <w:rFonts w:ascii="Times New Roman" w:hAnsi="Times New Roman" w:cs="Times New Roman"/>
                <w:color w:val="auto"/>
                <w:sz w:val="22"/>
              </w:rPr>
            </w:pPr>
          </w:p>
        </w:tc>
        <w:tc>
          <w:tcPr>
            <w:tcW w:w="1450" w:type="dxa"/>
            <w:tcMar>
              <w:top w:w="70" w:type="dxa"/>
              <w:left w:w="70" w:type="dxa"/>
              <w:bottom w:w="70" w:type="dxa"/>
              <w:right w:w="70" w:type="dxa"/>
            </w:tcMar>
          </w:tcPr>
          <w:p w14:paraId="0AD46EB8" w14:textId="77777777" w:rsidR="00691F74" w:rsidRPr="000A2615" w:rsidRDefault="00691F74" w:rsidP="002A4147">
            <w:pPr>
              <w:pStyle w:val="ResponsePlaceholder"/>
              <w:rPr>
                <w:rFonts w:ascii="Times New Roman" w:hAnsi="Times New Roman" w:cs="Times New Roman"/>
                <w:color w:val="auto"/>
                <w:sz w:val="22"/>
              </w:rPr>
            </w:pPr>
          </w:p>
        </w:tc>
      </w:tr>
    </w:tbl>
    <w:p w14:paraId="4C5A19AB" w14:textId="77777777" w:rsidR="00691F74" w:rsidRPr="000A2615" w:rsidRDefault="00691F74">
      <w:pPr>
        <w:rPr>
          <w:rFonts w:ascii="Times New Roman" w:hAnsi="Times New Roman" w:cs="Times New Roman"/>
          <w:sz w:val="22"/>
        </w:rPr>
      </w:pPr>
    </w:p>
    <w:p w14:paraId="23545826" w14:textId="6CA317EA" w:rsidR="00CD2F51" w:rsidRPr="000A2615" w:rsidRDefault="00734644" w:rsidP="00CD2F51">
      <w:pPr>
        <w:pStyle w:val="Heading2"/>
        <w:rPr>
          <w:rFonts w:ascii="Times New Roman" w:hAnsi="Times New Roman" w:cs="Times New Roman"/>
          <w:color w:val="auto"/>
          <w:sz w:val="22"/>
          <w:szCs w:val="22"/>
        </w:rPr>
      </w:pPr>
      <w:bookmarkStart w:id="46" w:name="_Toc237264912"/>
      <w:bookmarkStart w:id="47" w:name="_Toc237596332"/>
      <w:r w:rsidRPr="000A2615">
        <w:rPr>
          <w:rFonts w:ascii="Times New Roman" w:hAnsi="Times New Roman" w:cs="Times New Roman"/>
          <w:color w:val="auto"/>
          <w:sz w:val="22"/>
          <w:szCs w:val="22"/>
        </w:rPr>
        <w:t>3</w:t>
      </w:r>
      <w:r w:rsidR="00CD2F51" w:rsidRPr="000A2615">
        <w:rPr>
          <w:rFonts w:ascii="Times New Roman" w:hAnsi="Times New Roman" w:cs="Times New Roman"/>
          <w:color w:val="auto"/>
          <w:sz w:val="22"/>
          <w:szCs w:val="22"/>
        </w:rPr>
        <w:t xml:space="preserve">.19 IMPLEMENTATION PLAN </w:t>
      </w:r>
      <w:r w:rsidR="00691F74" w:rsidRPr="000A2615">
        <w:rPr>
          <w:rFonts w:ascii="Times New Roman" w:hAnsi="Times New Roman" w:cs="Times New Roman"/>
          <w:color w:val="auto"/>
          <w:sz w:val="22"/>
          <w:szCs w:val="22"/>
        </w:rPr>
        <w:t>OUTLINE</w:t>
      </w:r>
      <w:r w:rsidR="00CD2F51" w:rsidRPr="000A2615">
        <w:rPr>
          <w:rFonts w:ascii="Times New Roman" w:hAnsi="Times New Roman" w:cs="Times New Roman"/>
          <w:color w:val="auto"/>
          <w:sz w:val="22"/>
          <w:szCs w:val="22"/>
        </w:rPr>
        <w:t xml:space="preserve"> (202</w:t>
      </w:r>
      <w:r w:rsidR="00691F74" w:rsidRPr="000A2615">
        <w:rPr>
          <w:rFonts w:ascii="Times New Roman" w:hAnsi="Times New Roman" w:cs="Times New Roman"/>
          <w:color w:val="auto"/>
          <w:sz w:val="22"/>
          <w:szCs w:val="22"/>
        </w:rPr>
        <w:t>7</w:t>
      </w:r>
      <w:r w:rsidR="00CD2F51" w:rsidRPr="000A2615">
        <w:rPr>
          <w:rFonts w:ascii="Times New Roman" w:hAnsi="Times New Roman" w:cs="Times New Roman"/>
          <w:color w:val="auto"/>
          <w:sz w:val="22"/>
          <w:szCs w:val="22"/>
        </w:rPr>
        <w:t>-2031)</w:t>
      </w:r>
      <w:bookmarkEnd w:id="46"/>
      <w:bookmarkEnd w:id="47"/>
    </w:p>
    <w:p w14:paraId="75C67627" w14:textId="77777777" w:rsidR="00CD2F51" w:rsidRPr="000A2615" w:rsidRDefault="00CD2F51" w:rsidP="00CD2F51">
      <w:pPr>
        <w:jc w:val="both"/>
        <w:rPr>
          <w:rFonts w:ascii="Times New Roman" w:hAnsi="Times New Roman" w:cs="Times New Roman"/>
          <w:i/>
          <w:iCs/>
          <w:sz w:val="22"/>
        </w:rPr>
      </w:pPr>
      <w:r w:rsidRPr="000A2615">
        <w:rPr>
          <w:rFonts w:ascii="Times New Roman" w:hAnsi="Times New Roman" w:cs="Times New Roman"/>
          <w:i/>
          <w:iCs/>
          <w:sz w:val="22"/>
        </w:rPr>
        <w:t>The 5-Year Implementation Plan provides a structured outline of how the proposed Center/RFTI will sequence and prioritize its core activities over the project period. The purpose of this outline is not to capture every activity in detail, but to demonstrate that the phasing and build-up of activities (i.e. what will be established or initiated early, what will be consolidated in the middle years, and what will be sustained or scaled toward the end of the project period) has been given some thought. Please complete the table below by identifying no more than three major planned activities for each year across the key thematic areas of the proposal (including education, research, innovation and any other relevant topics). Please ensure that the implementation outline is internally consistent with the program design, staffing, partnership, and budget details described elsewhere in this proposal. Reviewers will assess whether the sequencing of activities is logical, and whether the overall trajectory is credible and achievable. The implementation plan outline should also serve as the basis for annual results projections presented in the Results Framework. Ensure that the pace and scale of activities reflected in the table are consistent with the enrollment, research output, partnership and other targets proposed in that section. Provide an indicative annual budget for each year to demonstrate alignment between planned activities and available resources. A short narrative of no more than one page may be included below the table to explain key sequencing decisions, dependencies between activities, or phasing choices that are not self-evident from the table alone.</w:t>
      </w:r>
    </w:p>
    <w:p w14:paraId="59AFB9E4" w14:textId="77777777" w:rsidR="00CD2F51" w:rsidRPr="000A2615" w:rsidRDefault="00CD2F51" w:rsidP="00CD2F51">
      <w:pPr>
        <w:jc w:val="both"/>
        <w:rPr>
          <w:rFonts w:ascii="Times New Roman" w:hAnsi="Times New Roman" w:cs="Times New Roman"/>
          <w:sz w:val="22"/>
        </w:rPr>
      </w:pPr>
    </w:p>
    <w:tbl>
      <w:tblPr>
        <w:tblStyle w:val="TableGrid"/>
        <w:tblW w:w="5000" w:type="pct"/>
        <w:tblLook w:val="04A0" w:firstRow="1" w:lastRow="0" w:firstColumn="1" w:lastColumn="0" w:noHBand="0" w:noVBand="1"/>
      </w:tblPr>
      <w:tblGrid>
        <w:gridCol w:w="15183"/>
      </w:tblGrid>
      <w:tr w:rsidR="00CD2F51" w:rsidRPr="000A2615" w14:paraId="25431111" w14:textId="77777777" w:rsidTr="00265335">
        <w:tc>
          <w:tcPr>
            <w:tcW w:w="5000" w:type="pct"/>
            <w:shd w:val="clear" w:color="auto" w:fill="95B3D7" w:themeFill="accent1" w:themeFillTint="99"/>
          </w:tcPr>
          <w:p w14:paraId="457B4641"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YEAR ONE</w:t>
            </w:r>
          </w:p>
        </w:tc>
      </w:tr>
      <w:tr w:rsidR="00CD2F51" w:rsidRPr="000A2615" w14:paraId="2CA89602" w14:textId="77777777" w:rsidTr="00265335">
        <w:tc>
          <w:tcPr>
            <w:tcW w:w="5000" w:type="pct"/>
            <w:shd w:val="clear" w:color="auto" w:fill="DBE5F1" w:themeFill="accent1" w:themeFillTint="33"/>
          </w:tcPr>
          <w:p w14:paraId="18F290C5"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Technical Education, Teaching and Learning</w:t>
            </w:r>
          </w:p>
        </w:tc>
      </w:tr>
      <w:tr w:rsidR="00CD2F51" w:rsidRPr="000A2615" w14:paraId="0EA12885" w14:textId="77777777" w:rsidTr="00265335">
        <w:tc>
          <w:tcPr>
            <w:tcW w:w="5000" w:type="pct"/>
          </w:tcPr>
          <w:p w14:paraId="5A8F864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4F1FD498"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32BB3E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1B5E350B" w14:textId="77777777" w:rsidTr="00265335">
        <w:tc>
          <w:tcPr>
            <w:tcW w:w="5000" w:type="pct"/>
            <w:shd w:val="clear" w:color="auto" w:fill="DBE5F1" w:themeFill="accent1" w:themeFillTint="33"/>
          </w:tcPr>
          <w:p w14:paraId="579C1F00"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lastRenderedPageBreak/>
              <w:t>Research Agenda</w:t>
            </w:r>
          </w:p>
        </w:tc>
      </w:tr>
      <w:tr w:rsidR="00CD2F51" w:rsidRPr="000A2615" w14:paraId="61141769" w14:textId="77777777" w:rsidTr="00265335">
        <w:tc>
          <w:tcPr>
            <w:tcW w:w="5000" w:type="pct"/>
          </w:tcPr>
          <w:p w14:paraId="0825AC02"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2844875E"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6809F54A"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6A53FB21" w14:textId="77777777" w:rsidTr="00265335">
        <w:tc>
          <w:tcPr>
            <w:tcW w:w="5000" w:type="pct"/>
            <w:shd w:val="clear" w:color="auto" w:fill="DBE5F1" w:themeFill="accent1" w:themeFillTint="33"/>
          </w:tcPr>
          <w:p w14:paraId="5AD2F6D4"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Innovation, Technology Transfer and Commercialization</w:t>
            </w:r>
          </w:p>
        </w:tc>
      </w:tr>
      <w:tr w:rsidR="00CD2F51" w:rsidRPr="000A2615" w14:paraId="320E8101" w14:textId="77777777" w:rsidTr="00265335">
        <w:tc>
          <w:tcPr>
            <w:tcW w:w="5000" w:type="pct"/>
          </w:tcPr>
          <w:p w14:paraId="32D61235"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5985405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68020F3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1E626615" w14:textId="77777777" w:rsidTr="00265335">
        <w:tc>
          <w:tcPr>
            <w:tcW w:w="5000" w:type="pct"/>
            <w:shd w:val="clear" w:color="auto" w:fill="DBE5F1" w:themeFill="accent1" w:themeFillTint="33"/>
          </w:tcPr>
          <w:p w14:paraId="7177DCE6"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Other Topics</w:t>
            </w:r>
          </w:p>
        </w:tc>
      </w:tr>
      <w:tr w:rsidR="00CD2F51" w:rsidRPr="000A2615" w14:paraId="621D82EC" w14:textId="77777777" w:rsidTr="00265335">
        <w:tc>
          <w:tcPr>
            <w:tcW w:w="5000" w:type="pct"/>
          </w:tcPr>
          <w:p w14:paraId="3FF2F74A"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6705AC8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5FB94874"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789630CA" w14:textId="77777777" w:rsidTr="00265335">
        <w:tc>
          <w:tcPr>
            <w:tcW w:w="5000" w:type="pct"/>
            <w:shd w:val="clear" w:color="auto" w:fill="95B3D7" w:themeFill="accent1" w:themeFillTint="99"/>
          </w:tcPr>
          <w:p w14:paraId="21349072" w14:textId="77777777" w:rsidR="00CD2F51" w:rsidRPr="000A2615" w:rsidRDefault="00CD2F51" w:rsidP="00265335">
            <w:pPr>
              <w:ind w:left="162"/>
              <w:rPr>
                <w:rFonts w:ascii="Times New Roman" w:hAnsi="Times New Roman" w:cs="Times New Roman"/>
                <w:b/>
                <w:bCs/>
                <w:sz w:val="22"/>
              </w:rPr>
            </w:pPr>
            <w:r w:rsidRPr="000A2615">
              <w:rPr>
                <w:rFonts w:ascii="Times New Roman" w:hAnsi="Times New Roman" w:cs="Times New Roman"/>
                <w:b/>
                <w:bCs/>
                <w:sz w:val="22"/>
              </w:rPr>
              <w:t>Indicative Annual Budget: USD ___________</w:t>
            </w:r>
          </w:p>
        </w:tc>
      </w:tr>
    </w:tbl>
    <w:p w14:paraId="34DAAB3F" w14:textId="77777777" w:rsidR="00CD2F51" w:rsidRPr="000A2615" w:rsidRDefault="00CD2F51" w:rsidP="00CD2F51">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5183"/>
      </w:tblGrid>
      <w:tr w:rsidR="00CD2F51" w:rsidRPr="000A2615" w14:paraId="4494A89B" w14:textId="77777777" w:rsidTr="00265335">
        <w:tc>
          <w:tcPr>
            <w:tcW w:w="5000" w:type="pct"/>
            <w:shd w:val="clear" w:color="auto" w:fill="95B3D7" w:themeFill="accent1" w:themeFillTint="99"/>
          </w:tcPr>
          <w:p w14:paraId="43E85F16"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YEAR TWO</w:t>
            </w:r>
          </w:p>
        </w:tc>
      </w:tr>
      <w:tr w:rsidR="00CD2F51" w:rsidRPr="000A2615" w14:paraId="444A1F71" w14:textId="77777777" w:rsidTr="00265335">
        <w:tc>
          <w:tcPr>
            <w:tcW w:w="5000" w:type="pct"/>
            <w:shd w:val="clear" w:color="auto" w:fill="DBE5F1" w:themeFill="accent1" w:themeFillTint="33"/>
          </w:tcPr>
          <w:p w14:paraId="16152571"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Advanced Education, Teaching and Learning</w:t>
            </w:r>
          </w:p>
        </w:tc>
      </w:tr>
      <w:tr w:rsidR="00CD2F51" w:rsidRPr="000A2615" w14:paraId="28EF5496" w14:textId="77777777" w:rsidTr="00265335">
        <w:tc>
          <w:tcPr>
            <w:tcW w:w="5000" w:type="pct"/>
          </w:tcPr>
          <w:p w14:paraId="6AA4FF2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56DD517C"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038BE57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31F2F8FD" w14:textId="77777777" w:rsidTr="00265335">
        <w:tc>
          <w:tcPr>
            <w:tcW w:w="5000" w:type="pct"/>
            <w:shd w:val="clear" w:color="auto" w:fill="DBE5F1" w:themeFill="accent1" w:themeFillTint="33"/>
          </w:tcPr>
          <w:p w14:paraId="008CBB1D"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Research Agenda</w:t>
            </w:r>
          </w:p>
        </w:tc>
      </w:tr>
      <w:tr w:rsidR="00CD2F51" w:rsidRPr="000A2615" w14:paraId="40D1C877" w14:textId="77777777" w:rsidTr="00265335">
        <w:tc>
          <w:tcPr>
            <w:tcW w:w="5000" w:type="pct"/>
          </w:tcPr>
          <w:p w14:paraId="5146D741"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25BCB9AF"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542C414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01A9B269" w14:textId="77777777" w:rsidTr="00265335">
        <w:tc>
          <w:tcPr>
            <w:tcW w:w="5000" w:type="pct"/>
            <w:shd w:val="clear" w:color="auto" w:fill="DBE5F1" w:themeFill="accent1" w:themeFillTint="33"/>
          </w:tcPr>
          <w:p w14:paraId="4B045E7D"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Innovation, Technology Transfer and Commercialization</w:t>
            </w:r>
          </w:p>
        </w:tc>
      </w:tr>
      <w:tr w:rsidR="00CD2F51" w:rsidRPr="000A2615" w14:paraId="41D1749F" w14:textId="77777777" w:rsidTr="00265335">
        <w:tc>
          <w:tcPr>
            <w:tcW w:w="5000" w:type="pct"/>
          </w:tcPr>
          <w:p w14:paraId="662E272E"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3A20308"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495AF763"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42D5AE4B" w14:textId="77777777" w:rsidTr="00265335">
        <w:tc>
          <w:tcPr>
            <w:tcW w:w="5000" w:type="pct"/>
            <w:shd w:val="clear" w:color="auto" w:fill="DBE5F1" w:themeFill="accent1" w:themeFillTint="33"/>
          </w:tcPr>
          <w:p w14:paraId="1B73C192"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Other Topics</w:t>
            </w:r>
          </w:p>
        </w:tc>
      </w:tr>
      <w:tr w:rsidR="00CD2F51" w:rsidRPr="000A2615" w14:paraId="60B22A98" w14:textId="77777777" w:rsidTr="00265335">
        <w:tc>
          <w:tcPr>
            <w:tcW w:w="5000" w:type="pct"/>
          </w:tcPr>
          <w:p w14:paraId="1A8C4C30"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3539838"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09035A77"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1004577F" w14:textId="77777777" w:rsidTr="00265335">
        <w:tc>
          <w:tcPr>
            <w:tcW w:w="5000" w:type="pct"/>
            <w:shd w:val="clear" w:color="auto" w:fill="95B3D7" w:themeFill="accent1" w:themeFillTint="99"/>
          </w:tcPr>
          <w:p w14:paraId="2E18FF3B" w14:textId="77777777" w:rsidR="00CD2F51" w:rsidRPr="000A2615" w:rsidRDefault="00CD2F51" w:rsidP="00265335">
            <w:pPr>
              <w:ind w:left="162"/>
              <w:rPr>
                <w:rFonts w:ascii="Times New Roman" w:hAnsi="Times New Roman" w:cs="Times New Roman"/>
                <w:b/>
                <w:bCs/>
                <w:sz w:val="22"/>
              </w:rPr>
            </w:pPr>
            <w:r w:rsidRPr="000A2615">
              <w:rPr>
                <w:rFonts w:ascii="Times New Roman" w:hAnsi="Times New Roman" w:cs="Times New Roman"/>
                <w:b/>
                <w:bCs/>
                <w:sz w:val="22"/>
              </w:rPr>
              <w:t>Indicative Annual Budget: USD ___________</w:t>
            </w:r>
          </w:p>
        </w:tc>
      </w:tr>
    </w:tbl>
    <w:p w14:paraId="119D6D8B" w14:textId="77777777" w:rsidR="00CD2F51" w:rsidRPr="000A2615" w:rsidRDefault="00CD2F51" w:rsidP="00CD2F51">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5183"/>
      </w:tblGrid>
      <w:tr w:rsidR="00CD2F51" w:rsidRPr="000A2615" w14:paraId="539D09AF" w14:textId="77777777" w:rsidTr="00265335">
        <w:tc>
          <w:tcPr>
            <w:tcW w:w="5000" w:type="pct"/>
            <w:shd w:val="clear" w:color="auto" w:fill="95B3D7" w:themeFill="accent1" w:themeFillTint="99"/>
          </w:tcPr>
          <w:p w14:paraId="5F802F22"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YEAR THREE</w:t>
            </w:r>
          </w:p>
        </w:tc>
      </w:tr>
      <w:tr w:rsidR="00CD2F51" w:rsidRPr="000A2615" w14:paraId="16029ECA" w14:textId="77777777" w:rsidTr="00265335">
        <w:tc>
          <w:tcPr>
            <w:tcW w:w="5000" w:type="pct"/>
            <w:shd w:val="clear" w:color="auto" w:fill="DBE5F1" w:themeFill="accent1" w:themeFillTint="33"/>
          </w:tcPr>
          <w:p w14:paraId="4A8972B6"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Advanced Education, Teaching and Learning</w:t>
            </w:r>
          </w:p>
        </w:tc>
      </w:tr>
      <w:tr w:rsidR="00CD2F51" w:rsidRPr="000A2615" w14:paraId="01B5433F" w14:textId="77777777" w:rsidTr="00265335">
        <w:tc>
          <w:tcPr>
            <w:tcW w:w="5000" w:type="pct"/>
          </w:tcPr>
          <w:p w14:paraId="7D9269B8"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74EEBCD7"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05CF6DD5"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648DF634" w14:textId="77777777" w:rsidTr="00265335">
        <w:tc>
          <w:tcPr>
            <w:tcW w:w="5000" w:type="pct"/>
            <w:shd w:val="clear" w:color="auto" w:fill="DBE5F1" w:themeFill="accent1" w:themeFillTint="33"/>
          </w:tcPr>
          <w:p w14:paraId="21E18A93"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Research Agenda</w:t>
            </w:r>
          </w:p>
        </w:tc>
      </w:tr>
      <w:tr w:rsidR="00CD2F51" w:rsidRPr="000A2615" w14:paraId="2584B25C" w14:textId="77777777" w:rsidTr="00265335">
        <w:tc>
          <w:tcPr>
            <w:tcW w:w="5000" w:type="pct"/>
          </w:tcPr>
          <w:p w14:paraId="352B20B4"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52925DE0"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542834F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22115AB4" w14:textId="77777777" w:rsidTr="00265335">
        <w:tc>
          <w:tcPr>
            <w:tcW w:w="5000" w:type="pct"/>
            <w:shd w:val="clear" w:color="auto" w:fill="DBE5F1" w:themeFill="accent1" w:themeFillTint="33"/>
          </w:tcPr>
          <w:p w14:paraId="6EBB49F6"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Innovation, Technology Transfer and Commercialization</w:t>
            </w:r>
          </w:p>
        </w:tc>
      </w:tr>
      <w:tr w:rsidR="00CD2F51" w:rsidRPr="000A2615" w14:paraId="090ED08F" w14:textId="77777777" w:rsidTr="00265335">
        <w:tc>
          <w:tcPr>
            <w:tcW w:w="5000" w:type="pct"/>
          </w:tcPr>
          <w:p w14:paraId="0ED17A71"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5530CB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2E1C26F2"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42BFFE19" w14:textId="77777777" w:rsidTr="00265335">
        <w:tc>
          <w:tcPr>
            <w:tcW w:w="5000" w:type="pct"/>
            <w:shd w:val="clear" w:color="auto" w:fill="DBE5F1" w:themeFill="accent1" w:themeFillTint="33"/>
          </w:tcPr>
          <w:p w14:paraId="1863ABBC"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Other Topics</w:t>
            </w:r>
          </w:p>
        </w:tc>
      </w:tr>
      <w:tr w:rsidR="00CD2F51" w:rsidRPr="000A2615" w14:paraId="6EAD6606" w14:textId="77777777" w:rsidTr="00265335">
        <w:tc>
          <w:tcPr>
            <w:tcW w:w="5000" w:type="pct"/>
          </w:tcPr>
          <w:p w14:paraId="5A83E4C4"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0EC0B52"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4A7B13A4"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00B70845" w14:textId="77777777" w:rsidTr="00265335">
        <w:tc>
          <w:tcPr>
            <w:tcW w:w="5000" w:type="pct"/>
            <w:shd w:val="clear" w:color="auto" w:fill="95B3D7" w:themeFill="accent1" w:themeFillTint="99"/>
          </w:tcPr>
          <w:p w14:paraId="0D2FE028" w14:textId="77777777" w:rsidR="00CD2F51" w:rsidRPr="000A2615" w:rsidRDefault="00CD2F51" w:rsidP="00265335">
            <w:pPr>
              <w:ind w:left="162"/>
              <w:rPr>
                <w:rFonts w:ascii="Times New Roman" w:hAnsi="Times New Roman" w:cs="Times New Roman"/>
                <w:b/>
                <w:bCs/>
                <w:sz w:val="22"/>
              </w:rPr>
            </w:pPr>
            <w:r w:rsidRPr="000A2615">
              <w:rPr>
                <w:rFonts w:ascii="Times New Roman" w:hAnsi="Times New Roman" w:cs="Times New Roman"/>
                <w:b/>
                <w:bCs/>
                <w:sz w:val="22"/>
              </w:rPr>
              <w:t>Indicative Annual Budget: USD ___________</w:t>
            </w:r>
          </w:p>
        </w:tc>
      </w:tr>
    </w:tbl>
    <w:p w14:paraId="08C4F937" w14:textId="77777777" w:rsidR="00CD2F51" w:rsidRPr="000A2615" w:rsidRDefault="00CD2F51" w:rsidP="00CD2F51">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5183"/>
      </w:tblGrid>
      <w:tr w:rsidR="00CD2F51" w:rsidRPr="000A2615" w14:paraId="22B776C8" w14:textId="77777777" w:rsidTr="00265335">
        <w:tc>
          <w:tcPr>
            <w:tcW w:w="5000" w:type="pct"/>
            <w:shd w:val="clear" w:color="auto" w:fill="95B3D7" w:themeFill="accent1" w:themeFillTint="99"/>
          </w:tcPr>
          <w:p w14:paraId="079964AA"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YEAR FOUR</w:t>
            </w:r>
          </w:p>
        </w:tc>
      </w:tr>
      <w:tr w:rsidR="00CD2F51" w:rsidRPr="000A2615" w14:paraId="12B79D3D" w14:textId="77777777" w:rsidTr="00265335">
        <w:tc>
          <w:tcPr>
            <w:tcW w:w="5000" w:type="pct"/>
            <w:shd w:val="clear" w:color="auto" w:fill="DBE5F1" w:themeFill="accent1" w:themeFillTint="33"/>
          </w:tcPr>
          <w:p w14:paraId="7354AE82"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Advanced Education, Teaching and Learning</w:t>
            </w:r>
          </w:p>
        </w:tc>
      </w:tr>
      <w:tr w:rsidR="00CD2F51" w:rsidRPr="000A2615" w14:paraId="4CC2D9A9" w14:textId="77777777" w:rsidTr="00265335">
        <w:tc>
          <w:tcPr>
            <w:tcW w:w="5000" w:type="pct"/>
          </w:tcPr>
          <w:p w14:paraId="2917ED8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60008A5"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A58690D"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27ED93D1" w14:textId="77777777" w:rsidTr="00265335">
        <w:tc>
          <w:tcPr>
            <w:tcW w:w="5000" w:type="pct"/>
            <w:shd w:val="clear" w:color="auto" w:fill="DBE5F1" w:themeFill="accent1" w:themeFillTint="33"/>
          </w:tcPr>
          <w:p w14:paraId="6A24FC3D"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Research Agenda</w:t>
            </w:r>
          </w:p>
        </w:tc>
      </w:tr>
      <w:tr w:rsidR="00CD2F51" w:rsidRPr="000A2615" w14:paraId="70162E1C" w14:textId="77777777" w:rsidTr="00265335">
        <w:tc>
          <w:tcPr>
            <w:tcW w:w="5000" w:type="pct"/>
          </w:tcPr>
          <w:p w14:paraId="604C82BA"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7240168C"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FADF82A"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2E0A4085" w14:textId="77777777" w:rsidTr="00265335">
        <w:tc>
          <w:tcPr>
            <w:tcW w:w="5000" w:type="pct"/>
            <w:shd w:val="clear" w:color="auto" w:fill="DBE5F1" w:themeFill="accent1" w:themeFillTint="33"/>
          </w:tcPr>
          <w:p w14:paraId="1DF3D39F"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Innovation, Technology Transfer and Commercialization</w:t>
            </w:r>
          </w:p>
        </w:tc>
      </w:tr>
      <w:tr w:rsidR="00CD2F51" w:rsidRPr="000A2615" w14:paraId="3EABDF89" w14:textId="77777777" w:rsidTr="00265335">
        <w:tc>
          <w:tcPr>
            <w:tcW w:w="5000" w:type="pct"/>
          </w:tcPr>
          <w:p w14:paraId="5A5A0C4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4B95D117"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lastRenderedPageBreak/>
              <w:t xml:space="preserve"> </w:t>
            </w:r>
          </w:p>
          <w:p w14:paraId="4D833C44"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61DB41E3" w14:textId="77777777" w:rsidTr="00265335">
        <w:tc>
          <w:tcPr>
            <w:tcW w:w="5000" w:type="pct"/>
            <w:shd w:val="clear" w:color="auto" w:fill="DBE5F1" w:themeFill="accent1" w:themeFillTint="33"/>
          </w:tcPr>
          <w:p w14:paraId="62AB54A6"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lastRenderedPageBreak/>
              <w:t>Other Topics</w:t>
            </w:r>
          </w:p>
        </w:tc>
      </w:tr>
      <w:tr w:rsidR="00CD2F51" w:rsidRPr="000A2615" w14:paraId="54DCFE5B" w14:textId="77777777" w:rsidTr="00265335">
        <w:tc>
          <w:tcPr>
            <w:tcW w:w="5000" w:type="pct"/>
          </w:tcPr>
          <w:p w14:paraId="337B9CA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2835577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21690477"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2C00B195" w14:textId="77777777" w:rsidTr="00265335">
        <w:tc>
          <w:tcPr>
            <w:tcW w:w="5000" w:type="pct"/>
            <w:shd w:val="clear" w:color="auto" w:fill="95B3D7" w:themeFill="accent1" w:themeFillTint="99"/>
          </w:tcPr>
          <w:p w14:paraId="3D16BA95" w14:textId="77777777" w:rsidR="00CD2F51" w:rsidRPr="000A2615" w:rsidRDefault="00CD2F51" w:rsidP="00265335">
            <w:pPr>
              <w:ind w:left="162"/>
              <w:rPr>
                <w:rFonts w:ascii="Times New Roman" w:hAnsi="Times New Roman" w:cs="Times New Roman"/>
                <w:b/>
                <w:bCs/>
                <w:sz w:val="22"/>
              </w:rPr>
            </w:pPr>
            <w:r w:rsidRPr="000A2615">
              <w:rPr>
                <w:rFonts w:ascii="Times New Roman" w:hAnsi="Times New Roman" w:cs="Times New Roman"/>
                <w:b/>
                <w:bCs/>
                <w:sz w:val="22"/>
              </w:rPr>
              <w:t>Indicative Annual Budget: USD ___________</w:t>
            </w:r>
          </w:p>
        </w:tc>
      </w:tr>
    </w:tbl>
    <w:p w14:paraId="31A97799" w14:textId="77777777" w:rsidR="00CD2F51" w:rsidRPr="000A2615" w:rsidRDefault="00CD2F51" w:rsidP="00CD2F51">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5183"/>
      </w:tblGrid>
      <w:tr w:rsidR="00CD2F51" w:rsidRPr="000A2615" w14:paraId="28569484" w14:textId="77777777" w:rsidTr="00265335">
        <w:tc>
          <w:tcPr>
            <w:tcW w:w="5000" w:type="pct"/>
            <w:shd w:val="clear" w:color="auto" w:fill="95B3D7" w:themeFill="accent1" w:themeFillTint="99"/>
          </w:tcPr>
          <w:p w14:paraId="4D5DF396"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YEAR FIVE</w:t>
            </w:r>
          </w:p>
        </w:tc>
      </w:tr>
      <w:tr w:rsidR="00CD2F51" w:rsidRPr="000A2615" w14:paraId="4CE59F90" w14:textId="77777777" w:rsidTr="00265335">
        <w:tc>
          <w:tcPr>
            <w:tcW w:w="5000" w:type="pct"/>
            <w:shd w:val="clear" w:color="auto" w:fill="DBE5F1" w:themeFill="accent1" w:themeFillTint="33"/>
          </w:tcPr>
          <w:p w14:paraId="1C8C4952"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Advanced Education, Teaching and Learning</w:t>
            </w:r>
          </w:p>
        </w:tc>
      </w:tr>
      <w:tr w:rsidR="00CD2F51" w:rsidRPr="000A2615" w14:paraId="2945F57E" w14:textId="77777777" w:rsidTr="00265335">
        <w:tc>
          <w:tcPr>
            <w:tcW w:w="5000" w:type="pct"/>
          </w:tcPr>
          <w:p w14:paraId="202729D0"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197BC384"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3C086636"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02197D48" w14:textId="77777777" w:rsidTr="00265335">
        <w:tc>
          <w:tcPr>
            <w:tcW w:w="5000" w:type="pct"/>
            <w:shd w:val="clear" w:color="auto" w:fill="DBE5F1" w:themeFill="accent1" w:themeFillTint="33"/>
          </w:tcPr>
          <w:p w14:paraId="7BE7AE5F"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Research Agenda</w:t>
            </w:r>
          </w:p>
        </w:tc>
      </w:tr>
      <w:tr w:rsidR="00CD2F51" w:rsidRPr="000A2615" w14:paraId="18ABAE6E" w14:textId="77777777" w:rsidTr="00265335">
        <w:tc>
          <w:tcPr>
            <w:tcW w:w="5000" w:type="pct"/>
          </w:tcPr>
          <w:p w14:paraId="26E7F5E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2BD20C25"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3428B4C5"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3988F025" w14:textId="77777777" w:rsidTr="00265335">
        <w:tc>
          <w:tcPr>
            <w:tcW w:w="5000" w:type="pct"/>
            <w:shd w:val="clear" w:color="auto" w:fill="DBE5F1" w:themeFill="accent1" w:themeFillTint="33"/>
          </w:tcPr>
          <w:p w14:paraId="0D4F62AB" w14:textId="77777777" w:rsidR="00CD2F51" w:rsidRPr="000A2615" w:rsidRDefault="00CD2F51" w:rsidP="00265335">
            <w:pPr>
              <w:jc w:val="center"/>
              <w:rPr>
                <w:rFonts w:ascii="Times New Roman" w:hAnsi="Times New Roman" w:cs="Times New Roman"/>
                <w:b/>
                <w:bCs/>
                <w:sz w:val="22"/>
              </w:rPr>
            </w:pPr>
            <w:r w:rsidRPr="000A2615">
              <w:rPr>
                <w:rFonts w:ascii="Times New Roman" w:hAnsi="Times New Roman" w:cs="Times New Roman"/>
                <w:b/>
                <w:bCs/>
                <w:sz w:val="22"/>
              </w:rPr>
              <w:t>Innovation, Technology Transfer and Commercialization</w:t>
            </w:r>
          </w:p>
        </w:tc>
      </w:tr>
      <w:tr w:rsidR="00CD2F51" w:rsidRPr="000A2615" w14:paraId="69B37227" w14:textId="77777777" w:rsidTr="00265335">
        <w:tc>
          <w:tcPr>
            <w:tcW w:w="5000" w:type="pct"/>
          </w:tcPr>
          <w:p w14:paraId="557193D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01421F4A"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60B70E7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4234DDA7" w14:textId="77777777" w:rsidTr="00265335">
        <w:tc>
          <w:tcPr>
            <w:tcW w:w="5000" w:type="pct"/>
            <w:shd w:val="clear" w:color="auto" w:fill="DBE5F1" w:themeFill="accent1" w:themeFillTint="33"/>
          </w:tcPr>
          <w:p w14:paraId="242F35EF" w14:textId="77777777" w:rsidR="00CD2F51" w:rsidRPr="000A2615" w:rsidRDefault="00CD2F51" w:rsidP="00265335">
            <w:pPr>
              <w:jc w:val="center"/>
              <w:rPr>
                <w:rFonts w:ascii="Times New Roman" w:hAnsi="Times New Roman" w:cs="Times New Roman"/>
                <w:b/>
                <w:sz w:val="22"/>
              </w:rPr>
            </w:pPr>
            <w:r w:rsidRPr="000A2615">
              <w:rPr>
                <w:rFonts w:ascii="Times New Roman" w:hAnsi="Times New Roman" w:cs="Times New Roman"/>
                <w:b/>
                <w:sz w:val="22"/>
              </w:rPr>
              <w:t>Other Topics</w:t>
            </w:r>
          </w:p>
        </w:tc>
      </w:tr>
      <w:tr w:rsidR="00CD2F51" w:rsidRPr="000A2615" w14:paraId="5B1CD419" w14:textId="77777777" w:rsidTr="00265335">
        <w:tc>
          <w:tcPr>
            <w:tcW w:w="5000" w:type="pct"/>
          </w:tcPr>
          <w:p w14:paraId="0128229E"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7BC4BDCB"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r w:rsidRPr="000A2615">
              <w:rPr>
                <w:rFonts w:ascii="Times New Roman" w:hAnsi="Times New Roman" w:cs="Times New Roman"/>
                <w:sz w:val="22"/>
              </w:rPr>
              <w:t xml:space="preserve">   </w:t>
            </w:r>
          </w:p>
          <w:p w14:paraId="45B21001" w14:textId="77777777" w:rsidR="00CD2F51" w:rsidRPr="000A2615" w:rsidRDefault="00CD2F51" w:rsidP="00265335">
            <w:pPr>
              <w:pStyle w:val="ListParagraph"/>
              <w:numPr>
                <w:ilvl w:val="0"/>
                <w:numId w:val="10"/>
              </w:numPr>
              <w:spacing w:after="0" w:line="240" w:lineRule="auto"/>
              <w:ind w:left="342" w:hanging="180"/>
              <w:rPr>
                <w:rFonts w:ascii="Times New Roman" w:hAnsi="Times New Roman" w:cs="Times New Roman"/>
                <w:sz w:val="22"/>
              </w:rPr>
            </w:pPr>
          </w:p>
        </w:tc>
      </w:tr>
      <w:tr w:rsidR="00CD2F51" w:rsidRPr="000A2615" w14:paraId="6643EC04" w14:textId="77777777" w:rsidTr="00265335">
        <w:tc>
          <w:tcPr>
            <w:tcW w:w="5000" w:type="pct"/>
            <w:shd w:val="clear" w:color="auto" w:fill="95B3D7" w:themeFill="accent1" w:themeFillTint="99"/>
          </w:tcPr>
          <w:p w14:paraId="7C01A5D6" w14:textId="77777777" w:rsidR="00CD2F51" w:rsidRPr="000A2615" w:rsidRDefault="00CD2F51" w:rsidP="00265335">
            <w:pPr>
              <w:ind w:left="162"/>
              <w:rPr>
                <w:rFonts w:ascii="Times New Roman" w:hAnsi="Times New Roman" w:cs="Times New Roman"/>
                <w:b/>
                <w:bCs/>
                <w:sz w:val="22"/>
              </w:rPr>
            </w:pPr>
            <w:r w:rsidRPr="000A2615">
              <w:rPr>
                <w:rFonts w:ascii="Times New Roman" w:hAnsi="Times New Roman" w:cs="Times New Roman"/>
                <w:b/>
                <w:bCs/>
                <w:sz w:val="22"/>
              </w:rPr>
              <w:t>Indicative Annual Budget: USD ___________</w:t>
            </w:r>
          </w:p>
        </w:tc>
      </w:tr>
    </w:tbl>
    <w:p w14:paraId="56C2373C" w14:textId="77777777" w:rsidR="00CD2F51" w:rsidRPr="000A2615" w:rsidRDefault="00CD2F51" w:rsidP="00CD2F51">
      <w:pPr>
        <w:rPr>
          <w:rFonts w:ascii="Times New Roman" w:hAnsi="Times New Roman" w:cs="Times New Roman"/>
          <w:sz w:val="22"/>
        </w:rPr>
      </w:pPr>
    </w:p>
    <w:p w14:paraId="73CDD435" w14:textId="36F8EB6D" w:rsidR="00CD2F51" w:rsidRPr="000A2615" w:rsidRDefault="00734644" w:rsidP="00CD2F51">
      <w:pPr>
        <w:pStyle w:val="Heading2"/>
        <w:rPr>
          <w:rFonts w:ascii="Times New Roman" w:hAnsi="Times New Roman" w:cs="Times New Roman"/>
          <w:color w:val="auto"/>
          <w:sz w:val="22"/>
          <w:szCs w:val="22"/>
        </w:rPr>
      </w:pPr>
      <w:bookmarkStart w:id="48" w:name="_Toc237264913"/>
      <w:bookmarkStart w:id="49" w:name="_Toc237596333"/>
      <w:r w:rsidRPr="000A2615">
        <w:rPr>
          <w:rFonts w:ascii="Times New Roman" w:hAnsi="Times New Roman" w:cs="Times New Roman"/>
          <w:color w:val="auto"/>
          <w:sz w:val="22"/>
          <w:szCs w:val="22"/>
        </w:rPr>
        <w:t>3</w:t>
      </w:r>
      <w:r w:rsidR="00CD2F51" w:rsidRPr="000A2615">
        <w:rPr>
          <w:rFonts w:ascii="Times New Roman" w:hAnsi="Times New Roman" w:cs="Times New Roman"/>
          <w:color w:val="auto"/>
          <w:sz w:val="22"/>
          <w:szCs w:val="22"/>
        </w:rPr>
        <w:t>.20 Results Framework</w:t>
      </w:r>
      <w:bookmarkEnd w:id="48"/>
      <w:bookmarkEnd w:id="49"/>
    </w:p>
    <w:tbl>
      <w:tblPr>
        <w:tblW w:w="14687" w:type="dxa"/>
        <w:jc w:val="center"/>
        <w:tblLayout w:type="fixed"/>
        <w:tblLook w:val="04A0" w:firstRow="1" w:lastRow="0" w:firstColumn="1" w:lastColumn="0" w:noHBand="0" w:noVBand="1"/>
      </w:tblPr>
      <w:tblGrid>
        <w:gridCol w:w="4466"/>
        <w:gridCol w:w="1124"/>
        <w:gridCol w:w="1036"/>
        <w:gridCol w:w="1036"/>
        <w:gridCol w:w="1036"/>
        <w:gridCol w:w="1036"/>
        <w:gridCol w:w="1036"/>
        <w:gridCol w:w="1468"/>
        <w:gridCol w:w="2449"/>
      </w:tblGrid>
      <w:tr w:rsidR="00CD2F51" w:rsidRPr="000A2615" w14:paraId="281784A6" w14:textId="77777777" w:rsidTr="00265335">
        <w:trPr>
          <w:cantSplit/>
          <w:trHeight w:val="605"/>
          <w:tblHeader/>
          <w:jc w:val="center"/>
        </w:trPr>
        <w:tc>
          <w:tcPr>
            <w:tcW w:w="4464"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52E62C"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Proposal</w:t>
            </w:r>
          </w:p>
        </w:tc>
        <w:tc>
          <w:tcPr>
            <w:tcW w:w="1123"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4F5A3"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Baseline</w:t>
            </w:r>
          </w:p>
        </w:tc>
        <w:tc>
          <w:tcPr>
            <w:tcW w:w="5180" w:type="dxa"/>
            <w:gridSpan w:val="5"/>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6024E9"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Annual Targets (Not Cumulative)</w:t>
            </w:r>
          </w:p>
        </w:tc>
        <w:tc>
          <w:tcPr>
            <w:tcW w:w="1468"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74EF69"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Total (Sum of All Years)</w:t>
            </w:r>
          </w:p>
        </w:tc>
        <w:tc>
          <w:tcPr>
            <w:tcW w:w="2448"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117738"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 xml:space="preserve">Key Assumptions (Including Contribution </w:t>
            </w:r>
            <w:r w:rsidRPr="000A2615">
              <w:rPr>
                <w:rFonts w:ascii="Times New Roman" w:hAnsi="Times New Roman" w:cs="Times New Roman"/>
                <w:b/>
                <w:sz w:val="22"/>
              </w:rPr>
              <w:lastRenderedPageBreak/>
              <w:t>from ACE and RFTIs)</w:t>
            </w:r>
          </w:p>
        </w:tc>
      </w:tr>
      <w:tr w:rsidR="00CD2F51" w:rsidRPr="000A2615" w14:paraId="10E3CE0F" w14:textId="77777777" w:rsidTr="00265335">
        <w:trPr>
          <w:cantSplit/>
          <w:trHeight w:val="418"/>
          <w:tblHeader/>
          <w:jc w:val="center"/>
        </w:trPr>
        <w:tc>
          <w:tcPr>
            <w:tcW w:w="4464"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29489DF6" w14:textId="77777777" w:rsidR="00CD2F51" w:rsidRPr="000A2615" w:rsidRDefault="00CD2F51" w:rsidP="00265335">
            <w:pPr>
              <w:spacing w:after="200" w:line="276" w:lineRule="auto"/>
              <w:rPr>
                <w:rFonts w:ascii="Times New Roman" w:hAnsi="Times New Roman" w:cs="Times New Roman"/>
                <w:sz w:val="22"/>
              </w:rPr>
            </w:pPr>
          </w:p>
        </w:tc>
        <w:tc>
          <w:tcPr>
            <w:tcW w:w="1123"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61E0AF0C" w14:textId="77777777" w:rsidR="00CD2F51" w:rsidRPr="000A2615" w:rsidRDefault="00CD2F51" w:rsidP="00265335">
            <w:pPr>
              <w:spacing w:after="200" w:line="276" w:lineRule="auto"/>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A8408C"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Year 1</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C0DE86"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Year 2</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25A634"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Year 3</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65E578"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Year 4</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20F87F" w14:textId="77777777" w:rsidR="00CD2F51" w:rsidRPr="000A2615" w:rsidRDefault="00CD2F51" w:rsidP="00265335">
            <w:pPr>
              <w:spacing w:after="0" w:line="240" w:lineRule="auto"/>
              <w:jc w:val="center"/>
              <w:rPr>
                <w:rFonts w:ascii="Times New Roman" w:hAnsi="Times New Roman" w:cs="Times New Roman"/>
                <w:sz w:val="22"/>
              </w:rPr>
            </w:pPr>
            <w:r w:rsidRPr="000A2615">
              <w:rPr>
                <w:rFonts w:ascii="Times New Roman" w:hAnsi="Times New Roman" w:cs="Times New Roman"/>
                <w:b/>
                <w:sz w:val="22"/>
              </w:rPr>
              <w:t>Year 5</w:t>
            </w:r>
          </w:p>
        </w:tc>
        <w:tc>
          <w:tcPr>
            <w:tcW w:w="1468"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54E9FA0D" w14:textId="77777777" w:rsidR="00CD2F51" w:rsidRPr="000A2615" w:rsidRDefault="00CD2F51" w:rsidP="00265335">
            <w:pPr>
              <w:spacing w:after="200" w:line="276" w:lineRule="auto"/>
              <w:rPr>
                <w:rFonts w:ascii="Times New Roman" w:hAnsi="Times New Roman" w:cs="Times New Roman"/>
                <w:sz w:val="22"/>
              </w:rPr>
            </w:pPr>
          </w:p>
        </w:tc>
        <w:tc>
          <w:tcPr>
            <w:tcW w:w="2448"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2F2A9D5D" w14:textId="77777777" w:rsidR="00CD2F51" w:rsidRPr="000A2615" w:rsidRDefault="00CD2F51" w:rsidP="00265335">
            <w:pPr>
              <w:spacing w:after="200" w:line="276" w:lineRule="auto"/>
              <w:rPr>
                <w:rFonts w:ascii="Times New Roman" w:hAnsi="Times New Roman" w:cs="Times New Roman"/>
                <w:sz w:val="22"/>
              </w:rPr>
            </w:pPr>
          </w:p>
        </w:tc>
      </w:tr>
      <w:tr w:rsidR="00CD2F51" w:rsidRPr="000A2615" w14:paraId="3392DEE7"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E64BDB0"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Total students enrolled in ACE-RFTIs host institutions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CDD12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7DE3C5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3BE51D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75581F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668903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4707400"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91F19CA"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92D228A"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4CC9986"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7E046F"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Female students enrolled in host institution</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7CD8D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98552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077BD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274D8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D562F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42AFC5"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5DCCB8"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837282"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F959BB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2AA1A5"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Total students enrolled in ACE-RFTIs Departments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87E30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1C495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36A6B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A6639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48738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84AE54"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208D67"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DD8DCD"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148FBD8D"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843FDB"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Female students enrolled in ACE-RFTIs Departments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92963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98A34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BCAD9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5C48A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5D185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7BDFB4"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41E045"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4595C6"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02599A18"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9677DFF"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Newly enrolled students (national and regional) in approved programs/ courses in supported centers and RFTIs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2598D2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08A0CF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B20C8E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3C8505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6BDDEC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D198B8E"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80BB735"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4802008"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4C3412D2"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792D43"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CA331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15E7D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6C2D0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090E9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805EA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BD5E81"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DF4950"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0C62B8"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5FB8789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C2E44D"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BD019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F1D5D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A6765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16FFD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62785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B0284F"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070BBC"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59E524"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5DF96E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F7CD0B"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81E6B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7C5AB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B0D15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5C76B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42F84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3AFB95"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D2436C"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7133DE"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58EBEBB4"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ABF74E"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3B1C6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BDE76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6211A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4D4F2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E33AB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4FDE8F"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1A059D"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5646EF"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09FC501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BE5106"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373DF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508D5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4AF1F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313C6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E7846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CE36DC"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1B638C"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C6E999"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4264DAD0"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99ADCB"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New enrolled female students (national and regional) in approved programs/courses in supported centers and RFTIs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5AD0F0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B254D1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10A456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214DA5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509A46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F51155"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DA6C4C3"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1D779B6"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41A8445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2B3109"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04FE1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94675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4D23D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63A6A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FDF29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509076"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C29DD0"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2D0F14"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623A731"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5186EE"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B2387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2C3B1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E4AF3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23799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FDA70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FD57FD"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255156"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AE3492"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40CFBCE"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D20136"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85122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15B84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4B994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4334D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4F215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BE6BB5"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36D0A7"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EF5E99"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5650EC3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250126"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A9FD8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70CF8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D66EE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6A176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10585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1A83A8"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39B3BF"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B19FEC"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1E228A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81C3E7"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45664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71D19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835EB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D635F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E09B7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B83B09"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BD91EC"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93F9C7"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14F3BA3"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C3D5A17"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New enrolled regional students in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8B607A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A4FC58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15A2A5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B17BC1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898F40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ED5FB1E"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20F9A8B"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BA8AF05"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2A104E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AFE0D7"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515F1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B8C32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24717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209DB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4FEE6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7ACBD7"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EAC496"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845AEC"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24582AAC"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46AEDF"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lastRenderedPageBreak/>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AF727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C6DD5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26A04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DFE69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9EE39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8CCC92"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910541"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839783"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D7C5F4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69D728"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700F1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FFE55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0DD10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181F8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7F5EA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5F253B"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2405E1"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023A1E"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DAFAFB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5FDA1E"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3F9B1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2CEA2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1F306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91E57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1E049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A2EB53"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2A9A4F"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6E834C"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0793BA7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F590D3"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C193B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4DB67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5ECAE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9BC70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303F9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03BBED"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4D3E8C"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657DB1"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640B144"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64D519"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Patents, prototypes/start-ups or technologies incubated or commercialized by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C4FFB9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372E18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441CC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51061A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07FCE7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221646E"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616B3B2"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F85E26"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1ADCDB7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DD7942"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Patents filed or granted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81C6F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BB0AC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9A84A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DF282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14FA5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D50FE1"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CF2BFE"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D76F7D"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0866D91D"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DB270A"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Prototypes developed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756BD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B6322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AFCED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9F474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7D5C1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4278CD"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21553E"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D026A1"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3BC390F"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A3F34A"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Start-ups incubated or spun out</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B9623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F95CB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6629E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6150F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6BDE5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3E45F8"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0EE6B3"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B5564A"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9DB8ADE"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E5EF08"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Technologies commercialized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0FE60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F8E93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16FBC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C6E31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03516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56F161"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76CD9C"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BABC6D"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5EB587F6"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66B6EB7"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Students completing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2835D4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49EAEA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69E530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E3BC4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5BC063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946DB20"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E511320"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7576474"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258C8022"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2DCFB1"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85A5A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309DF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2892F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9A510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23C18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C42A2B"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926A19"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FCF696"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5DB42C9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1C4F34"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172FD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94376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1E6FD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B65E6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4F9B0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FC76E7"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6A3756"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D9B9A9"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18E478EC"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1F4610"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CFD04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75B59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C4497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43D58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63F18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351B62"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6874EA"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5A07A8"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5722C66"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FFB4C1"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C608B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4A28A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05C96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0D877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126F2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3E978A"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484C58"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A5A32F"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D100616"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1E153A"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21398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A983D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3433C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B38DF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59544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03200D"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F18105"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EF5EAE"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0147CBDF"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AC661C5"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Female Students completing from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7A18C1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B876FA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5D2F65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423D6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D3B712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C7127C1"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C0F0CAD"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8662289"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9ABFD42"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64E548"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BCC8A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69CD1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EE985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57346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81EB0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2200F8"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8C2859"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F4BAB8"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E13B50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1FB3B4"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3DDB6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17D90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EE127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469A1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918BA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A6EA04"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6C9AC1"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79CF54"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2634838"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150D36"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lastRenderedPageBreak/>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A89C8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89743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3CD41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A0B22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E010B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EED276"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0CF4BA"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1540CA"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210CB75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D66715"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3D693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F9717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82B4F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64BC7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A0356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2D34B0"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4B2B57"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CA758E"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5B8A13C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E1FD55"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C0B4B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E0CC3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07DCC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ADCD5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AB063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19C7F0"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18343B"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988098"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4BB4646C"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B264503"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Students in supported centers and RFTIs participating in internships in relevant institutions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6325E0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54D250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B916CA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501517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E9E977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524D51F"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110BE88"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A6A510F"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06D769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7D5102"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Internships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99A86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DE0F6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01745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D87DC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5EFFA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82B63C"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95EC57"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98CFEB"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4625EC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6A4674"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Apprenticeship/work-based learning</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1DCFA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B4B2F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4220C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EFEF3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B9266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02854C"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C08CA7"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E0A68E"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0421C6A5"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CDB56FB"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Research publications in international recognized peer reviewed journals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5A4AEB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D003B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C2B5DE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6BEE36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427AB6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0E69FD4"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A8E3798"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CF7A92C"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C63A283"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ECE4A43"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Competitive applied research and innovation grants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B03A72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63099E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18DDE4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A94568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7C9517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1480254"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28E02CB"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D0DFB04"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44734053"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55E8888"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Amount of externally generated revenue by the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6A8968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CA2CF8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00EAE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741616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243C94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D8D5621"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22DDF59"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4DE0504"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63A4739"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47780C7"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Completion of Institutional functional improvements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79416D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73D8AC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00D49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DE9AEA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8DF17A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19B8F0D"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7CBCBB4"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0527409"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15AE42B"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CB3A42"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Career services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86ED0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40642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4F565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AFC1C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A9293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9FC302"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08DFE4"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82288F"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2EA3F029"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F026E1"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Digitalization, or innovation support systems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1056E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E2117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C3E0C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9261F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C54BB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F6CFF3"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946BA7"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F2BF5B"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1B8CA4A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411029"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Innovation support systems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15E8B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8E471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4A329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84BB8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1A111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0F69CA"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5A4592"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2BCE0D"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2CE2D126"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D95BC5C"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Number of approved programs receiving accreditation</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46814D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7F5AE2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727648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D48CF7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4BA6B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A4804A4"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7E6BD9A"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A04955C"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9B4BC8C"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7E79C5"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National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1241A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6E4BC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5E31D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ABCF0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319D3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698C91"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427B75"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86F6BE"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A6A78F7"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B24BC9"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Regional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121A7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8EF74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B1AF7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A5636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E3A4A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30C85A"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830054"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B09C56"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A6B4BA8"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AF80E3"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International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F0402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DB1BF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CDE61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0011B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B35BE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D9E4B7"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282FFA"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C54817"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0C387858"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14259CE"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lastRenderedPageBreak/>
              <w:t>Share of graduates in productive employment within priority sectors, within 6 months of graduation</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97BEB5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200F2C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96D9C4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D0FF75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8900E3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7DE60A"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DEEDEED"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FEB2D5F"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33A75B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6D91D8"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Share of Female graduates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810F6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3950C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DC415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C2E9F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976AD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EADBCE"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FF20B6"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96CCC5"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4E4387B"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4C2A049"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Training programs established in priority value chains, co-designed or co-financed with employers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98BC9F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D0D4F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086CA5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E0D57C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0EE386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DF6A00E"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6734CA"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7612565"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90A2745"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57A7A4"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Advanced and post-graduate programs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C71A1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3FCFB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0FD17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E4322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64CD2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1FE402"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7ADE18"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A70F7E"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1B05A08A"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915B61"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Technician and mid-level workforce development</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6B85D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FB18C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F315B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94CB9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53765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EEAAB6"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17E52D"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BFE01D"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5C62A60" w14:textId="77777777" w:rsidTr="00265335">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1EC861B" w14:textId="77777777" w:rsidR="00CD2F51" w:rsidRPr="000A2615" w:rsidRDefault="00CD2F51" w:rsidP="00265335">
            <w:pPr>
              <w:spacing w:after="0" w:line="240" w:lineRule="auto"/>
              <w:rPr>
                <w:rFonts w:ascii="Times New Roman" w:hAnsi="Times New Roman" w:cs="Times New Roman"/>
                <w:sz w:val="22"/>
              </w:rPr>
            </w:pPr>
            <w:r w:rsidRPr="000A2615">
              <w:rPr>
                <w:rFonts w:ascii="Times New Roman" w:hAnsi="Times New Roman" w:cs="Times New Roman"/>
                <w:b/>
                <w:sz w:val="22"/>
              </w:rPr>
              <w:t>Faculty Supported trained</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9E1879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C1B4DCC"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E846FD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C25D3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07E30D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42379BF"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0027A97"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A25C368"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3B3A182C"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546431"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Academic staff</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9471EF"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E3B844"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20C566"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41927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9D238B"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696171"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CC03A4"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B49161"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6EA6AEAF"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BE12F8"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Staff (Faculty/Instructors/Trainers) who have completed outreach/industry attachment (≥1 month)</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EA9CC5"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8D01E3"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8E56E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A7C17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B6CAC0"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8D08A1"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91035E"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3B2927"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1718B0E0"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88509C"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Technical/lab staff and instructors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892CD8"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8A087A"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73F80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FEF7DD"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77B287"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08A556"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BB81E0"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72399A" w14:textId="77777777" w:rsidR="00CD2F51" w:rsidRPr="000A2615" w:rsidRDefault="00CD2F51" w:rsidP="00265335">
            <w:pPr>
              <w:spacing w:after="0" w:line="240" w:lineRule="auto"/>
              <w:rPr>
                <w:rFonts w:ascii="Times New Roman" w:hAnsi="Times New Roman" w:cs="Times New Roman"/>
                <w:sz w:val="22"/>
              </w:rPr>
            </w:pPr>
          </w:p>
        </w:tc>
      </w:tr>
      <w:tr w:rsidR="00CD2F51" w:rsidRPr="000A2615" w14:paraId="7C2C03E8" w14:textId="77777777" w:rsidTr="00265335">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463274" w14:textId="77777777" w:rsidR="00CD2F51" w:rsidRPr="000A2615" w:rsidRDefault="00CD2F51" w:rsidP="00265335">
            <w:pPr>
              <w:spacing w:after="0" w:line="240" w:lineRule="auto"/>
              <w:ind w:left="115"/>
              <w:rPr>
                <w:rFonts w:ascii="Times New Roman" w:hAnsi="Times New Roman" w:cs="Times New Roman"/>
                <w:sz w:val="22"/>
              </w:rPr>
            </w:pPr>
            <w:r w:rsidRPr="000A2615">
              <w:rPr>
                <w:rFonts w:ascii="Times New Roman" w:hAnsi="Times New Roman" w:cs="Times New Roman"/>
                <w:sz w:val="22"/>
              </w:rPr>
              <w:t>Administrative staff</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0A6502"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D1C189"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FA8D5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0E3EDE"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8E9DD1" w14:textId="77777777" w:rsidR="00CD2F51" w:rsidRPr="000A2615" w:rsidRDefault="00CD2F51" w:rsidP="00265335">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494C98" w14:textId="77777777" w:rsidR="00CD2F51" w:rsidRPr="000A2615" w:rsidRDefault="00CD2F51" w:rsidP="00265335">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0C2BBF" w14:textId="77777777" w:rsidR="00CD2F51" w:rsidRPr="000A2615" w:rsidRDefault="00CD2F51" w:rsidP="00265335">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F737FE" w14:textId="77777777" w:rsidR="00CD2F51" w:rsidRPr="000A2615" w:rsidRDefault="00CD2F51" w:rsidP="00265335">
            <w:pPr>
              <w:spacing w:after="0" w:line="240" w:lineRule="auto"/>
              <w:rPr>
                <w:rFonts w:ascii="Times New Roman" w:hAnsi="Times New Roman" w:cs="Times New Roman"/>
                <w:sz w:val="22"/>
              </w:rPr>
            </w:pPr>
          </w:p>
        </w:tc>
      </w:tr>
    </w:tbl>
    <w:p w14:paraId="3F9EC60E" w14:textId="77777777" w:rsidR="00CD2F51" w:rsidRPr="000A2615" w:rsidRDefault="00CD2F51" w:rsidP="00CD2F51">
      <w:pPr>
        <w:rPr>
          <w:rFonts w:ascii="Times New Roman" w:hAnsi="Times New Roman" w:cs="Times New Roman"/>
          <w:sz w:val="22"/>
        </w:rPr>
      </w:pPr>
    </w:p>
    <w:p w14:paraId="4920DAC8" w14:textId="0F1F7F2A" w:rsidR="00CD2F51" w:rsidRPr="000A2615" w:rsidRDefault="00734644" w:rsidP="00CD2F51">
      <w:pPr>
        <w:pStyle w:val="Heading2"/>
        <w:rPr>
          <w:rFonts w:ascii="Times New Roman" w:hAnsi="Times New Roman" w:cs="Times New Roman"/>
          <w:color w:val="auto"/>
          <w:sz w:val="22"/>
          <w:szCs w:val="22"/>
        </w:rPr>
      </w:pPr>
      <w:bookmarkStart w:id="50" w:name="_Toc237264914"/>
      <w:bookmarkStart w:id="51" w:name="_Toc237596334"/>
      <w:r w:rsidRPr="000A2615">
        <w:rPr>
          <w:rFonts w:ascii="Times New Roman" w:hAnsi="Times New Roman" w:cs="Times New Roman"/>
          <w:color w:val="auto"/>
          <w:sz w:val="22"/>
          <w:szCs w:val="22"/>
        </w:rPr>
        <w:t>3</w:t>
      </w:r>
      <w:r w:rsidR="00CD2F51" w:rsidRPr="000A2615">
        <w:rPr>
          <w:rFonts w:ascii="Times New Roman" w:hAnsi="Times New Roman" w:cs="Times New Roman"/>
          <w:color w:val="auto"/>
          <w:sz w:val="22"/>
          <w:szCs w:val="22"/>
        </w:rPr>
        <w:t>.21 First 18-Months Procurement Plan</w:t>
      </w:r>
      <w:bookmarkEnd w:id="50"/>
      <w:bookmarkEnd w:id="51"/>
    </w:p>
    <w:p w14:paraId="0C760061" w14:textId="1FD0E71F" w:rsidR="00CD2F51" w:rsidRPr="000A2615" w:rsidRDefault="00CD2F51" w:rsidP="00CD2F51">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List all major goods, works, non-consulting services and consulting assignments (major procurement activity e.g., above US$100,000 or strategically important contracts). Values, methods and timing should be consistent with the budget and technical work plan. Include readiness actions such as specifications, designs and approvals</w:t>
      </w:r>
      <w:r w:rsidR="00EE4859" w:rsidRPr="000A2615">
        <w:rPr>
          <w:rFonts w:ascii="Times New Roman" w:hAnsi="Times New Roman" w:cs="Times New Roman"/>
          <w:color w:val="auto"/>
          <w:sz w:val="22"/>
        </w:rPr>
        <w:t xml:space="preserve"> that will be required prior to procurement</w:t>
      </w:r>
      <w:r w:rsidRPr="000A2615">
        <w:rPr>
          <w:rFonts w:ascii="Times New Roman" w:hAnsi="Times New Roman" w:cs="Times New Roman"/>
          <w:color w:val="auto"/>
          <w:sz w:val="22"/>
        </w:rPr>
        <w:t>.</w:t>
      </w:r>
    </w:p>
    <w:p w14:paraId="25F934EC" w14:textId="77777777" w:rsidR="00CD2F51" w:rsidRPr="000A2615" w:rsidRDefault="00CD2F51" w:rsidP="00CD2F51">
      <w:pPr>
        <w:spacing w:after="0" w:line="20" w:lineRule="exact"/>
        <w:rPr>
          <w:rFonts w:ascii="Times New Roman" w:hAnsi="Times New Roman" w:cs="Times New Roman"/>
          <w:sz w:val="22"/>
        </w:rPr>
        <w:sectPr w:rsidR="00CD2F51" w:rsidRPr="000A2615" w:rsidSect="00CD2F51">
          <w:type w:val="continuous"/>
          <w:pgSz w:w="16838" w:h="11906" w:orient="landscape"/>
          <w:pgMar w:top="1020" w:right="964" w:bottom="1020" w:left="907" w:header="454" w:footer="454" w:gutter="0"/>
          <w:cols w:space="720"/>
          <w:docGrid w:linePitch="360"/>
        </w:sectPr>
      </w:pPr>
      <w:r w:rsidRPr="000A2615">
        <w:rPr>
          <w:rFonts w:ascii="Times New Roman" w:hAnsi="Times New Roman" w:cs="Times New Roman"/>
          <w:vanish/>
          <w:sz w:val="22"/>
        </w:rPr>
        <w:t xml:space="preserve"> </w:t>
      </w:r>
    </w:p>
    <w:tbl>
      <w:tblPr>
        <w:tblStyle w:val="TableGrid"/>
        <w:tblW w:w="3745" w:type="pct"/>
        <w:jc w:val="center"/>
        <w:tblLook w:val="04A0" w:firstRow="1" w:lastRow="0" w:firstColumn="1" w:lastColumn="0" w:noHBand="0" w:noVBand="1"/>
      </w:tblPr>
      <w:tblGrid>
        <w:gridCol w:w="1934"/>
        <w:gridCol w:w="1852"/>
        <w:gridCol w:w="1903"/>
        <w:gridCol w:w="1881"/>
        <w:gridCol w:w="1851"/>
        <w:gridCol w:w="1894"/>
      </w:tblGrid>
      <w:tr w:rsidR="00EE4859" w:rsidRPr="000A2615" w14:paraId="07AF9098" w14:textId="77777777" w:rsidTr="00EE4859">
        <w:trPr>
          <w:tblHeader/>
          <w:jc w:val="center"/>
        </w:trPr>
        <w:tc>
          <w:tcPr>
            <w:tcW w:w="854" w:type="pct"/>
            <w:tcMar>
              <w:top w:w="70" w:type="dxa"/>
              <w:left w:w="70" w:type="dxa"/>
              <w:bottom w:w="70" w:type="dxa"/>
              <w:right w:w="70" w:type="dxa"/>
            </w:tcMar>
          </w:tcPr>
          <w:p w14:paraId="3B464EEE" w14:textId="77777777" w:rsidR="00EE4859" w:rsidRPr="000A2615" w:rsidRDefault="00EE4859" w:rsidP="00265335">
            <w:pPr>
              <w:rPr>
                <w:rFonts w:ascii="Times New Roman" w:hAnsi="Times New Roman" w:cs="Times New Roman"/>
                <w:sz w:val="22"/>
              </w:rPr>
            </w:pPr>
            <w:r w:rsidRPr="000A2615">
              <w:rPr>
                <w:rFonts w:ascii="Times New Roman" w:hAnsi="Times New Roman" w:cs="Times New Roman"/>
                <w:b/>
                <w:sz w:val="22"/>
              </w:rPr>
              <w:lastRenderedPageBreak/>
              <w:t>Package / description</w:t>
            </w:r>
          </w:p>
        </w:tc>
        <w:tc>
          <w:tcPr>
            <w:tcW w:w="818" w:type="pct"/>
            <w:tcMar>
              <w:top w:w="70" w:type="dxa"/>
              <w:left w:w="70" w:type="dxa"/>
              <w:bottom w:w="70" w:type="dxa"/>
              <w:right w:w="70" w:type="dxa"/>
            </w:tcMar>
          </w:tcPr>
          <w:p w14:paraId="514502B9" w14:textId="77777777" w:rsidR="00EE4859" w:rsidRPr="000A2615" w:rsidRDefault="00EE4859" w:rsidP="00265335">
            <w:pPr>
              <w:rPr>
                <w:rFonts w:ascii="Times New Roman" w:hAnsi="Times New Roman" w:cs="Times New Roman"/>
                <w:sz w:val="22"/>
              </w:rPr>
            </w:pPr>
            <w:r w:rsidRPr="000A2615">
              <w:rPr>
                <w:rFonts w:ascii="Times New Roman" w:hAnsi="Times New Roman" w:cs="Times New Roman"/>
                <w:b/>
                <w:sz w:val="22"/>
              </w:rPr>
              <w:t>Purpose / linked activity</w:t>
            </w:r>
          </w:p>
        </w:tc>
        <w:tc>
          <w:tcPr>
            <w:tcW w:w="841" w:type="pct"/>
            <w:tcMar>
              <w:top w:w="70" w:type="dxa"/>
              <w:left w:w="70" w:type="dxa"/>
              <w:bottom w:w="70" w:type="dxa"/>
              <w:right w:w="70" w:type="dxa"/>
            </w:tcMar>
          </w:tcPr>
          <w:p w14:paraId="5F866027" w14:textId="77777777" w:rsidR="00EE4859" w:rsidRPr="000A2615" w:rsidRDefault="00EE4859" w:rsidP="00265335">
            <w:pPr>
              <w:rPr>
                <w:rFonts w:ascii="Times New Roman" w:hAnsi="Times New Roman" w:cs="Times New Roman"/>
                <w:sz w:val="22"/>
              </w:rPr>
            </w:pPr>
            <w:r w:rsidRPr="000A2615">
              <w:rPr>
                <w:rFonts w:ascii="Times New Roman" w:hAnsi="Times New Roman" w:cs="Times New Roman"/>
                <w:b/>
                <w:sz w:val="22"/>
              </w:rPr>
              <w:t>Estimated cost (USD)</w:t>
            </w:r>
          </w:p>
        </w:tc>
        <w:tc>
          <w:tcPr>
            <w:tcW w:w="831" w:type="pct"/>
            <w:tcMar>
              <w:top w:w="70" w:type="dxa"/>
              <w:left w:w="70" w:type="dxa"/>
              <w:bottom w:w="70" w:type="dxa"/>
              <w:right w:w="70" w:type="dxa"/>
            </w:tcMar>
          </w:tcPr>
          <w:p w14:paraId="4123960E" w14:textId="77777777" w:rsidR="00EE4859" w:rsidRPr="000A2615" w:rsidRDefault="00EE4859" w:rsidP="00265335">
            <w:pPr>
              <w:rPr>
                <w:rFonts w:ascii="Times New Roman" w:hAnsi="Times New Roman" w:cs="Times New Roman"/>
                <w:sz w:val="22"/>
              </w:rPr>
            </w:pPr>
            <w:r w:rsidRPr="000A2615">
              <w:rPr>
                <w:rFonts w:ascii="Times New Roman" w:hAnsi="Times New Roman" w:cs="Times New Roman"/>
                <w:b/>
                <w:sz w:val="22"/>
              </w:rPr>
              <w:t>Procurement strategy e.g. open competition, selective competition, direct contracting</w:t>
            </w:r>
          </w:p>
        </w:tc>
        <w:tc>
          <w:tcPr>
            <w:tcW w:w="818" w:type="pct"/>
            <w:tcMar>
              <w:top w:w="70" w:type="dxa"/>
              <w:left w:w="70" w:type="dxa"/>
              <w:bottom w:w="70" w:type="dxa"/>
              <w:right w:w="70" w:type="dxa"/>
            </w:tcMar>
          </w:tcPr>
          <w:p w14:paraId="0D40616B" w14:textId="77777777" w:rsidR="00EE4859" w:rsidRPr="000A2615" w:rsidRDefault="00EE4859" w:rsidP="00265335">
            <w:pPr>
              <w:rPr>
                <w:rFonts w:ascii="Times New Roman" w:hAnsi="Times New Roman" w:cs="Times New Roman"/>
                <w:sz w:val="22"/>
              </w:rPr>
            </w:pPr>
            <w:r w:rsidRPr="000A2615">
              <w:rPr>
                <w:rFonts w:ascii="Times New Roman" w:hAnsi="Times New Roman" w:cs="Times New Roman"/>
                <w:b/>
                <w:sz w:val="22"/>
              </w:rPr>
              <w:t>Planned quarter / year</w:t>
            </w:r>
          </w:p>
        </w:tc>
        <w:tc>
          <w:tcPr>
            <w:tcW w:w="837" w:type="pct"/>
            <w:tcMar>
              <w:top w:w="70" w:type="dxa"/>
              <w:left w:w="70" w:type="dxa"/>
              <w:bottom w:w="70" w:type="dxa"/>
              <w:right w:w="70" w:type="dxa"/>
            </w:tcMar>
          </w:tcPr>
          <w:p w14:paraId="79E60089" w14:textId="7C3A999F" w:rsidR="00EE4859" w:rsidRPr="000A2615" w:rsidRDefault="00EE4859" w:rsidP="00265335">
            <w:pPr>
              <w:rPr>
                <w:rFonts w:ascii="Times New Roman" w:hAnsi="Times New Roman" w:cs="Times New Roman"/>
                <w:b/>
                <w:bCs/>
                <w:sz w:val="22"/>
              </w:rPr>
            </w:pPr>
            <w:r w:rsidRPr="000A2615">
              <w:rPr>
                <w:rFonts w:ascii="Times New Roman" w:hAnsi="Times New Roman" w:cs="Times New Roman"/>
                <w:b/>
                <w:bCs/>
                <w:sz w:val="22"/>
              </w:rPr>
              <w:t>Prior requirements</w:t>
            </w:r>
          </w:p>
        </w:tc>
      </w:tr>
      <w:tr w:rsidR="00EE4859" w:rsidRPr="000A2615" w14:paraId="2DA597B5" w14:textId="77777777" w:rsidTr="00EE4859">
        <w:trPr>
          <w:cantSplit/>
          <w:jc w:val="center"/>
        </w:trPr>
        <w:tc>
          <w:tcPr>
            <w:tcW w:w="854" w:type="pct"/>
            <w:tcMar>
              <w:top w:w="70" w:type="dxa"/>
              <w:left w:w="70" w:type="dxa"/>
              <w:bottom w:w="70" w:type="dxa"/>
              <w:right w:w="70" w:type="dxa"/>
            </w:tcMar>
          </w:tcPr>
          <w:p w14:paraId="4F77758B" w14:textId="77777777" w:rsidR="00EE4859" w:rsidRPr="000A2615" w:rsidRDefault="00EE4859"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5AD69F90" w14:textId="77777777" w:rsidR="00EE4859" w:rsidRPr="000A2615" w:rsidRDefault="00EE4859" w:rsidP="00265335">
            <w:pPr>
              <w:pStyle w:val="ResponsePlaceholder"/>
              <w:rPr>
                <w:rFonts w:ascii="Times New Roman" w:hAnsi="Times New Roman" w:cs="Times New Roman"/>
                <w:color w:val="auto"/>
                <w:sz w:val="22"/>
              </w:rPr>
            </w:pPr>
          </w:p>
        </w:tc>
        <w:tc>
          <w:tcPr>
            <w:tcW w:w="841" w:type="pct"/>
            <w:tcMar>
              <w:top w:w="70" w:type="dxa"/>
              <w:left w:w="70" w:type="dxa"/>
              <w:bottom w:w="70" w:type="dxa"/>
              <w:right w:w="70" w:type="dxa"/>
            </w:tcMar>
          </w:tcPr>
          <w:p w14:paraId="76B44348" w14:textId="77777777" w:rsidR="00EE4859" w:rsidRPr="000A2615" w:rsidRDefault="00EE4859" w:rsidP="00265335">
            <w:pPr>
              <w:pStyle w:val="ResponsePlaceholder"/>
              <w:rPr>
                <w:rFonts w:ascii="Times New Roman" w:hAnsi="Times New Roman" w:cs="Times New Roman"/>
                <w:color w:val="auto"/>
                <w:sz w:val="22"/>
              </w:rPr>
            </w:pPr>
          </w:p>
        </w:tc>
        <w:tc>
          <w:tcPr>
            <w:tcW w:w="831" w:type="pct"/>
            <w:tcMar>
              <w:top w:w="70" w:type="dxa"/>
              <w:left w:w="70" w:type="dxa"/>
              <w:bottom w:w="70" w:type="dxa"/>
              <w:right w:w="70" w:type="dxa"/>
            </w:tcMar>
          </w:tcPr>
          <w:p w14:paraId="7C86178A" w14:textId="77777777" w:rsidR="00EE4859" w:rsidRPr="000A2615" w:rsidRDefault="00EE4859"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3F420909" w14:textId="77777777" w:rsidR="00EE4859" w:rsidRPr="000A2615" w:rsidRDefault="00EE4859" w:rsidP="00265335">
            <w:pPr>
              <w:pStyle w:val="ResponsePlaceholder"/>
              <w:rPr>
                <w:rFonts w:ascii="Times New Roman" w:hAnsi="Times New Roman" w:cs="Times New Roman"/>
                <w:color w:val="auto"/>
                <w:sz w:val="22"/>
              </w:rPr>
            </w:pPr>
          </w:p>
        </w:tc>
        <w:tc>
          <w:tcPr>
            <w:tcW w:w="837" w:type="pct"/>
            <w:tcMar>
              <w:top w:w="70" w:type="dxa"/>
              <w:left w:w="70" w:type="dxa"/>
              <w:bottom w:w="70" w:type="dxa"/>
              <w:right w:w="70" w:type="dxa"/>
            </w:tcMar>
          </w:tcPr>
          <w:p w14:paraId="63617A81" w14:textId="77777777" w:rsidR="00EE4859" w:rsidRPr="000A2615" w:rsidRDefault="00EE4859" w:rsidP="00265335">
            <w:pPr>
              <w:pStyle w:val="ResponsePlaceholder"/>
              <w:rPr>
                <w:rFonts w:ascii="Times New Roman" w:hAnsi="Times New Roman" w:cs="Times New Roman"/>
                <w:color w:val="auto"/>
                <w:sz w:val="22"/>
              </w:rPr>
            </w:pPr>
          </w:p>
        </w:tc>
      </w:tr>
      <w:tr w:rsidR="00EE4859" w:rsidRPr="000A2615" w14:paraId="6CECFCB8" w14:textId="77777777" w:rsidTr="00EE4859">
        <w:trPr>
          <w:cantSplit/>
          <w:jc w:val="center"/>
        </w:trPr>
        <w:tc>
          <w:tcPr>
            <w:tcW w:w="854" w:type="pct"/>
            <w:tcMar>
              <w:top w:w="70" w:type="dxa"/>
              <w:left w:w="70" w:type="dxa"/>
              <w:bottom w:w="70" w:type="dxa"/>
              <w:right w:w="70" w:type="dxa"/>
            </w:tcMar>
          </w:tcPr>
          <w:p w14:paraId="25887AA3" w14:textId="77777777" w:rsidR="00EE4859" w:rsidRPr="000A2615" w:rsidRDefault="00EE4859"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3E9D13EF" w14:textId="77777777" w:rsidR="00EE4859" w:rsidRPr="000A2615" w:rsidRDefault="00EE4859" w:rsidP="00265335">
            <w:pPr>
              <w:pStyle w:val="ResponsePlaceholder"/>
              <w:rPr>
                <w:rFonts w:ascii="Times New Roman" w:hAnsi="Times New Roman" w:cs="Times New Roman"/>
                <w:color w:val="auto"/>
                <w:sz w:val="22"/>
              </w:rPr>
            </w:pPr>
          </w:p>
        </w:tc>
        <w:tc>
          <w:tcPr>
            <w:tcW w:w="841" w:type="pct"/>
            <w:tcMar>
              <w:top w:w="70" w:type="dxa"/>
              <w:left w:w="70" w:type="dxa"/>
              <w:bottom w:w="70" w:type="dxa"/>
              <w:right w:w="70" w:type="dxa"/>
            </w:tcMar>
          </w:tcPr>
          <w:p w14:paraId="2B128813" w14:textId="77777777" w:rsidR="00EE4859" w:rsidRPr="000A2615" w:rsidRDefault="00EE4859" w:rsidP="00265335">
            <w:pPr>
              <w:pStyle w:val="ResponsePlaceholder"/>
              <w:rPr>
                <w:rFonts w:ascii="Times New Roman" w:hAnsi="Times New Roman" w:cs="Times New Roman"/>
                <w:color w:val="auto"/>
                <w:sz w:val="22"/>
              </w:rPr>
            </w:pPr>
          </w:p>
        </w:tc>
        <w:tc>
          <w:tcPr>
            <w:tcW w:w="831" w:type="pct"/>
            <w:tcMar>
              <w:top w:w="70" w:type="dxa"/>
              <w:left w:w="70" w:type="dxa"/>
              <w:bottom w:w="70" w:type="dxa"/>
              <w:right w:w="70" w:type="dxa"/>
            </w:tcMar>
          </w:tcPr>
          <w:p w14:paraId="00FB08FD" w14:textId="77777777" w:rsidR="00EE4859" w:rsidRPr="000A2615" w:rsidRDefault="00EE4859"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39947B59" w14:textId="77777777" w:rsidR="00EE4859" w:rsidRPr="000A2615" w:rsidRDefault="00EE4859" w:rsidP="00265335">
            <w:pPr>
              <w:pStyle w:val="ResponsePlaceholder"/>
              <w:rPr>
                <w:rFonts w:ascii="Times New Roman" w:hAnsi="Times New Roman" w:cs="Times New Roman"/>
                <w:color w:val="auto"/>
                <w:sz w:val="22"/>
              </w:rPr>
            </w:pPr>
          </w:p>
        </w:tc>
        <w:tc>
          <w:tcPr>
            <w:tcW w:w="837" w:type="pct"/>
            <w:tcMar>
              <w:top w:w="70" w:type="dxa"/>
              <w:left w:w="70" w:type="dxa"/>
              <w:bottom w:w="70" w:type="dxa"/>
              <w:right w:w="70" w:type="dxa"/>
            </w:tcMar>
          </w:tcPr>
          <w:p w14:paraId="104CC9F9" w14:textId="77777777" w:rsidR="00EE4859" w:rsidRPr="000A2615" w:rsidRDefault="00EE4859" w:rsidP="00265335">
            <w:pPr>
              <w:pStyle w:val="ResponsePlaceholder"/>
              <w:rPr>
                <w:rFonts w:ascii="Times New Roman" w:hAnsi="Times New Roman" w:cs="Times New Roman"/>
                <w:color w:val="auto"/>
                <w:sz w:val="22"/>
              </w:rPr>
            </w:pPr>
          </w:p>
        </w:tc>
      </w:tr>
      <w:tr w:rsidR="00EE4859" w:rsidRPr="000A2615" w14:paraId="5CDE0482" w14:textId="77777777" w:rsidTr="00EE4859">
        <w:trPr>
          <w:cantSplit/>
          <w:jc w:val="center"/>
        </w:trPr>
        <w:tc>
          <w:tcPr>
            <w:tcW w:w="854" w:type="pct"/>
            <w:tcMar>
              <w:top w:w="70" w:type="dxa"/>
              <w:left w:w="70" w:type="dxa"/>
              <w:bottom w:w="70" w:type="dxa"/>
              <w:right w:w="70" w:type="dxa"/>
            </w:tcMar>
          </w:tcPr>
          <w:p w14:paraId="7A04976B" w14:textId="77777777" w:rsidR="00EE4859" w:rsidRPr="000A2615" w:rsidRDefault="00EE4859"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1FAE0BB7" w14:textId="77777777" w:rsidR="00EE4859" w:rsidRPr="000A2615" w:rsidRDefault="00EE4859" w:rsidP="00265335">
            <w:pPr>
              <w:pStyle w:val="ResponsePlaceholder"/>
              <w:rPr>
                <w:rFonts w:ascii="Times New Roman" w:hAnsi="Times New Roman" w:cs="Times New Roman"/>
                <w:color w:val="auto"/>
                <w:sz w:val="22"/>
              </w:rPr>
            </w:pPr>
          </w:p>
        </w:tc>
        <w:tc>
          <w:tcPr>
            <w:tcW w:w="841" w:type="pct"/>
            <w:tcMar>
              <w:top w:w="70" w:type="dxa"/>
              <w:left w:w="70" w:type="dxa"/>
              <w:bottom w:w="70" w:type="dxa"/>
              <w:right w:w="70" w:type="dxa"/>
            </w:tcMar>
          </w:tcPr>
          <w:p w14:paraId="73043475" w14:textId="77777777" w:rsidR="00EE4859" w:rsidRPr="000A2615" w:rsidRDefault="00EE4859" w:rsidP="00265335">
            <w:pPr>
              <w:pStyle w:val="ResponsePlaceholder"/>
              <w:rPr>
                <w:rFonts w:ascii="Times New Roman" w:hAnsi="Times New Roman" w:cs="Times New Roman"/>
                <w:color w:val="auto"/>
                <w:sz w:val="22"/>
              </w:rPr>
            </w:pPr>
          </w:p>
        </w:tc>
        <w:tc>
          <w:tcPr>
            <w:tcW w:w="831" w:type="pct"/>
            <w:tcMar>
              <w:top w:w="70" w:type="dxa"/>
              <w:left w:w="70" w:type="dxa"/>
              <w:bottom w:w="70" w:type="dxa"/>
              <w:right w:w="70" w:type="dxa"/>
            </w:tcMar>
          </w:tcPr>
          <w:p w14:paraId="035D6990" w14:textId="77777777" w:rsidR="00EE4859" w:rsidRPr="000A2615" w:rsidRDefault="00EE4859" w:rsidP="00265335">
            <w:pPr>
              <w:pStyle w:val="ResponsePlaceholder"/>
              <w:rPr>
                <w:rFonts w:ascii="Times New Roman" w:hAnsi="Times New Roman" w:cs="Times New Roman"/>
                <w:color w:val="auto"/>
                <w:sz w:val="22"/>
              </w:rPr>
            </w:pPr>
          </w:p>
        </w:tc>
        <w:tc>
          <w:tcPr>
            <w:tcW w:w="818" w:type="pct"/>
            <w:tcMar>
              <w:top w:w="70" w:type="dxa"/>
              <w:left w:w="70" w:type="dxa"/>
              <w:bottom w:w="70" w:type="dxa"/>
              <w:right w:w="70" w:type="dxa"/>
            </w:tcMar>
          </w:tcPr>
          <w:p w14:paraId="31A772EF" w14:textId="77777777" w:rsidR="00EE4859" w:rsidRPr="000A2615" w:rsidRDefault="00EE4859" w:rsidP="00265335">
            <w:pPr>
              <w:pStyle w:val="ResponsePlaceholder"/>
              <w:rPr>
                <w:rFonts w:ascii="Times New Roman" w:hAnsi="Times New Roman" w:cs="Times New Roman"/>
                <w:color w:val="auto"/>
                <w:sz w:val="22"/>
              </w:rPr>
            </w:pPr>
          </w:p>
        </w:tc>
        <w:tc>
          <w:tcPr>
            <w:tcW w:w="837" w:type="pct"/>
            <w:tcMar>
              <w:top w:w="70" w:type="dxa"/>
              <w:left w:w="70" w:type="dxa"/>
              <w:bottom w:w="70" w:type="dxa"/>
              <w:right w:w="70" w:type="dxa"/>
            </w:tcMar>
          </w:tcPr>
          <w:p w14:paraId="7FF10872" w14:textId="77777777" w:rsidR="00EE4859" w:rsidRPr="000A2615" w:rsidRDefault="00EE4859" w:rsidP="00265335">
            <w:pPr>
              <w:pStyle w:val="ResponsePlaceholder"/>
              <w:rPr>
                <w:rFonts w:ascii="Times New Roman" w:hAnsi="Times New Roman" w:cs="Times New Roman"/>
                <w:color w:val="auto"/>
                <w:sz w:val="22"/>
              </w:rPr>
            </w:pPr>
          </w:p>
        </w:tc>
      </w:tr>
    </w:tbl>
    <w:p w14:paraId="4C5FDC3F" w14:textId="77777777" w:rsidR="00CD2F51" w:rsidRPr="000A2615" w:rsidRDefault="00CD2F51" w:rsidP="00CD2F51">
      <w:pPr>
        <w:rPr>
          <w:rFonts w:ascii="Times New Roman" w:hAnsi="Times New Roman" w:cs="Times New Roman"/>
          <w:sz w:val="22"/>
        </w:rPr>
      </w:pPr>
    </w:p>
    <w:p w14:paraId="149141BE" w14:textId="77777777" w:rsidR="00CD2F51" w:rsidRPr="000A2615" w:rsidRDefault="00CD2F51" w:rsidP="00CD2F51">
      <w:pPr>
        <w:rPr>
          <w:rFonts w:ascii="Times New Roman" w:hAnsi="Times New Roman" w:cs="Times New Roman"/>
          <w:sz w:val="22"/>
        </w:rPr>
      </w:pPr>
    </w:p>
    <w:p w14:paraId="2393DC3C" w14:textId="22892EC2" w:rsidR="00CD2F51" w:rsidRPr="000A2615" w:rsidRDefault="00734644" w:rsidP="00CD2F51">
      <w:pPr>
        <w:pStyle w:val="Heading2"/>
        <w:rPr>
          <w:rFonts w:ascii="Times New Roman" w:hAnsi="Times New Roman" w:cs="Times New Roman"/>
          <w:color w:val="auto"/>
          <w:sz w:val="22"/>
          <w:szCs w:val="22"/>
        </w:rPr>
      </w:pPr>
      <w:bookmarkStart w:id="52" w:name="_Toc237264915"/>
      <w:bookmarkStart w:id="53" w:name="_Toc237596335"/>
      <w:r w:rsidRPr="000A2615">
        <w:rPr>
          <w:rFonts w:ascii="Times New Roman" w:hAnsi="Times New Roman" w:cs="Times New Roman"/>
          <w:color w:val="auto"/>
          <w:sz w:val="22"/>
          <w:szCs w:val="22"/>
        </w:rPr>
        <w:t>3</w:t>
      </w:r>
      <w:r w:rsidR="00CD2F51" w:rsidRPr="000A2615">
        <w:rPr>
          <w:rFonts w:ascii="Times New Roman" w:hAnsi="Times New Roman" w:cs="Times New Roman"/>
          <w:color w:val="auto"/>
          <w:sz w:val="22"/>
          <w:szCs w:val="22"/>
        </w:rPr>
        <w:t>.22 Detailed Budget and Financing Plan</w:t>
      </w:r>
      <w:bookmarkEnd w:id="52"/>
      <w:bookmarkEnd w:id="53"/>
    </w:p>
    <w:p w14:paraId="7A74A4D6" w14:textId="77777777" w:rsidR="00CD2F51" w:rsidRPr="000A2615" w:rsidRDefault="00CD2F51" w:rsidP="00CD2F51">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Provide separate institutional budgets where applicable, annual phasing, unit-cost assumptions, counterpart and co-financing, recurrent cost implications and post-program obligations. Institutional strengthening and civil works shares must comply with the applicable ceilings.</w:t>
      </w:r>
    </w:p>
    <w:tbl>
      <w:tblPr>
        <w:tblStyle w:val="TableGrid"/>
        <w:tblW w:w="9000" w:type="dxa"/>
        <w:tblLook w:val="04A0" w:firstRow="1" w:lastRow="0" w:firstColumn="1" w:lastColumn="0" w:noHBand="0" w:noVBand="1"/>
      </w:tblPr>
      <w:tblGrid>
        <w:gridCol w:w="9000"/>
      </w:tblGrid>
      <w:tr w:rsidR="00CD2F51" w:rsidRPr="000A2615" w14:paraId="6C4B4101" w14:textId="77777777" w:rsidTr="00265335">
        <w:tc>
          <w:tcPr>
            <w:tcW w:w="9866" w:type="dxa"/>
            <w:shd w:val="clear" w:color="auto" w:fill="FAFAFA"/>
            <w:tcMar>
              <w:top w:w="110" w:type="dxa"/>
              <w:left w:w="120" w:type="dxa"/>
              <w:bottom w:w="110" w:type="dxa"/>
              <w:right w:w="120" w:type="dxa"/>
            </w:tcMar>
          </w:tcPr>
          <w:p w14:paraId="4A827DDE" w14:textId="0B6C587A" w:rsidR="00CD2F51" w:rsidRPr="000A2615" w:rsidRDefault="006D1104" w:rsidP="00265335">
            <w:pPr>
              <w:rPr>
                <w:rFonts w:ascii="Times New Roman" w:hAnsi="Times New Roman" w:cs="Times New Roman"/>
                <w:sz w:val="22"/>
              </w:rPr>
            </w:pPr>
            <w:r w:rsidRPr="006D1104">
              <w:rPr>
                <w:rFonts w:ascii="Times New Roman" w:hAnsi="Times New Roman" w:cs="Times New Roman"/>
                <w:i/>
                <w:sz w:val="22"/>
              </w:rPr>
              <w:t>[Applicant response  must not exceed 300 words.]</w:t>
            </w:r>
          </w:p>
          <w:p w14:paraId="0B238252" w14:textId="77777777" w:rsidR="00CD2F51" w:rsidRPr="000A2615" w:rsidRDefault="00CD2F51" w:rsidP="00265335">
            <w:pPr>
              <w:rPr>
                <w:rFonts w:ascii="Times New Roman" w:hAnsi="Times New Roman" w:cs="Times New Roman"/>
                <w:sz w:val="22"/>
              </w:rPr>
            </w:pPr>
          </w:p>
        </w:tc>
      </w:tr>
    </w:tbl>
    <w:p w14:paraId="1E09AC91" w14:textId="77777777" w:rsidR="00CD2F51" w:rsidRPr="000A2615" w:rsidRDefault="00CD2F51" w:rsidP="00CD2F51">
      <w:pPr>
        <w:spacing w:after="0"/>
        <w:rPr>
          <w:rFonts w:ascii="Times New Roman" w:hAnsi="Times New Roman" w:cs="Times New Roman"/>
          <w:sz w:val="22"/>
        </w:rPr>
      </w:pPr>
    </w:p>
    <w:p w14:paraId="742DEB0C" w14:textId="77777777" w:rsidR="00CD2F51" w:rsidRPr="000A2615" w:rsidRDefault="00CD2F51" w:rsidP="00CD2F51">
      <w:pPr>
        <w:spacing w:after="0" w:line="20" w:lineRule="exact"/>
        <w:rPr>
          <w:rFonts w:ascii="Times New Roman" w:hAnsi="Times New Roman" w:cs="Times New Roman"/>
          <w:sz w:val="22"/>
        </w:rPr>
        <w:sectPr w:rsidR="00CD2F51" w:rsidRPr="000A2615" w:rsidSect="00CD2F51">
          <w:type w:val="continuous"/>
          <w:pgSz w:w="16838" w:h="11906" w:orient="landscape"/>
          <w:pgMar w:top="1020" w:right="964" w:bottom="1020" w:left="907" w:header="454" w:footer="454" w:gutter="0"/>
          <w:cols w:space="720"/>
          <w:docGrid w:linePitch="360"/>
        </w:sectPr>
      </w:pPr>
      <w:r w:rsidRPr="000A2615">
        <w:rPr>
          <w:rFonts w:ascii="Times New Roman" w:hAnsi="Times New Roman" w:cs="Times New Roman"/>
          <w:vanish/>
          <w:sz w:val="22"/>
        </w:rPr>
        <w:t xml:space="preserve"> </w:t>
      </w:r>
    </w:p>
    <w:p w14:paraId="209F2A4A" w14:textId="65B6D53F" w:rsidR="00CD2F51" w:rsidRPr="000A2615" w:rsidRDefault="00734644" w:rsidP="00CD2F51">
      <w:pPr>
        <w:pStyle w:val="Heading3"/>
        <w:rPr>
          <w:rFonts w:ascii="Times New Roman" w:hAnsi="Times New Roman" w:cs="Times New Roman"/>
          <w:color w:val="auto"/>
          <w:sz w:val="22"/>
        </w:rPr>
      </w:pPr>
      <w:bookmarkStart w:id="54" w:name="_Toc237264916"/>
      <w:bookmarkStart w:id="55" w:name="_Toc237596336"/>
      <w:r w:rsidRPr="000A2615">
        <w:rPr>
          <w:rFonts w:ascii="Times New Roman" w:hAnsi="Times New Roman" w:cs="Times New Roman"/>
          <w:color w:val="auto"/>
          <w:sz w:val="22"/>
        </w:rPr>
        <w:lastRenderedPageBreak/>
        <w:t>3</w:t>
      </w:r>
      <w:r w:rsidR="00CD2F51" w:rsidRPr="000A2615">
        <w:rPr>
          <w:rFonts w:ascii="Times New Roman" w:hAnsi="Times New Roman" w:cs="Times New Roman"/>
          <w:color w:val="auto"/>
          <w:sz w:val="22"/>
        </w:rPr>
        <w:t>.22.1 Institutional Budget Summary</w:t>
      </w:r>
      <w:bookmarkEnd w:id="54"/>
      <w:bookmarkEnd w:id="55"/>
    </w:p>
    <w:tbl>
      <w:tblPr>
        <w:tblStyle w:val="TableGrid"/>
        <w:tblW w:w="5000" w:type="pct"/>
        <w:jc w:val="center"/>
        <w:tblLook w:val="04A0" w:firstRow="1" w:lastRow="0" w:firstColumn="1" w:lastColumn="0" w:noHBand="0" w:noVBand="1"/>
      </w:tblPr>
      <w:tblGrid>
        <w:gridCol w:w="960"/>
        <w:gridCol w:w="906"/>
        <w:gridCol w:w="922"/>
        <w:gridCol w:w="922"/>
        <w:gridCol w:w="923"/>
        <w:gridCol w:w="923"/>
        <w:gridCol w:w="923"/>
        <w:gridCol w:w="1285"/>
        <w:gridCol w:w="923"/>
        <w:gridCol w:w="1319"/>
      </w:tblGrid>
      <w:tr w:rsidR="00CD2F51" w:rsidRPr="000A2615" w14:paraId="1B24F199" w14:textId="77777777" w:rsidTr="00265335">
        <w:trPr>
          <w:tblHeader/>
          <w:jc w:val="center"/>
        </w:trPr>
        <w:tc>
          <w:tcPr>
            <w:tcW w:w="480" w:type="pct"/>
            <w:tcMar>
              <w:top w:w="70" w:type="dxa"/>
              <w:left w:w="70" w:type="dxa"/>
              <w:bottom w:w="70" w:type="dxa"/>
              <w:right w:w="70" w:type="dxa"/>
            </w:tcMar>
          </w:tcPr>
          <w:p w14:paraId="15262756"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Budget category</w:t>
            </w:r>
          </w:p>
        </w:tc>
        <w:tc>
          <w:tcPr>
            <w:tcW w:w="453" w:type="pct"/>
            <w:tcMar>
              <w:top w:w="70" w:type="dxa"/>
              <w:left w:w="70" w:type="dxa"/>
              <w:bottom w:w="70" w:type="dxa"/>
              <w:right w:w="70" w:type="dxa"/>
            </w:tcMar>
          </w:tcPr>
          <w:p w14:paraId="73BFC889"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Y1</w:t>
            </w:r>
          </w:p>
        </w:tc>
        <w:tc>
          <w:tcPr>
            <w:tcW w:w="461" w:type="pct"/>
            <w:tcMar>
              <w:top w:w="70" w:type="dxa"/>
              <w:left w:w="70" w:type="dxa"/>
              <w:bottom w:w="70" w:type="dxa"/>
              <w:right w:w="70" w:type="dxa"/>
            </w:tcMar>
          </w:tcPr>
          <w:p w14:paraId="1F7D15C0"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Y2</w:t>
            </w:r>
          </w:p>
        </w:tc>
        <w:tc>
          <w:tcPr>
            <w:tcW w:w="461" w:type="pct"/>
            <w:tcMar>
              <w:top w:w="70" w:type="dxa"/>
              <w:left w:w="70" w:type="dxa"/>
              <w:bottom w:w="70" w:type="dxa"/>
              <w:right w:w="70" w:type="dxa"/>
            </w:tcMar>
          </w:tcPr>
          <w:p w14:paraId="1CB82278"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Y3</w:t>
            </w:r>
          </w:p>
        </w:tc>
        <w:tc>
          <w:tcPr>
            <w:tcW w:w="461" w:type="pct"/>
            <w:tcMar>
              <w:top w:w="70" w:type="dxa"/>
              <w:left w:w="70" w:type="dxa"/>
              <w:bottom w:w="70" w:type="dxa"/>
              <w:right w:w="70" w:type="dxa"/>
            </w:tcMar>
          </w:tcPr>
          <w:p w14:paraId="5F0F2684"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Y4</w:t>
            </w:r>
          </w:p>
        </w:tc>
        <w:tc>
          <w:tcPr>
            <w:tcW w:w="461" w:type="pct"/>
            <w:tcMar>
              <w:top w:w="70" w:type="dxa"/>
              <w:left w:w="70" w:type="dxa"/>
              <w:bottom w:w="70" w:type="dxa"/>
              <w:right w:w="70" w:type="dxa"/>
            </w:tcMar>
          </w:tcPr>
          <w:p w14:paraId="63457662"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Y5</w:t>
            </w:r>
          </w:p>
        </w:tc>
        <w:tc>
          <w:tcPr>
            <w:tcW w:w="461" w:type="pct"/>
            <w:tcMar>
              <w:top w:w="70" w:type="dxa"/>
              <w:left w:w="70" w:type="dxa"/>
              <w:bottom w:w="70" w:type="dxa"/>
              <w:right w:w="70" w:type="dxa"/>
            </w:tcMar>
          </w:tcPr>
          <w:p w14:paraId="7ADB8509"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Total grant</w:t>
            </w:r>
          </w:p>
        </w:tc>
        <w:tc>
          <w:tcPr>
            <w:tcW w:w="642" w:type="pct"/>
            <w:tcMar>
              <w:top w:w="70" w:type="dxa"/>
              <w:left w:w="70" w:type="dxa"/>
              <w:bottom w:w="70" w:type="dxa"/>
              <w:right w:w="70" w:type="dxa"/>
            </w:tcMar>
          </w:tcPr>
          <w:p w14:paraId="528B98A3"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Co-financing / counterpart</w:t>
            </w:r>
          </w:p>
        </w:tc>
        <w:tc>
          <w:tcPr>
            <w:tcW w:w="461" w:type="pct"/>
            <w:tcMar>
              <w:top w:w="70" w:type="dxa"/>
              <w:left w:w="70" w:type="dxa"/>
              <w:bottom w:w="70" w:type="dxa"/>
              <w:right w:w="70" w:type="dxa"/>
            </w:tcMar>
          </w:tcPr>
          <w:p w14:paraId="506B947C"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Grand total</w:t>
            </w:r>
          </w:p>
        </w:tc>
        <w:tc>
          <w:tcPr>
            <w:tcW w:w="661" w:type="pct"/>
            <w:tcMar>
              <w:top w:w="70" w:type="dxa"/>
              <w:left w:w="70" w:type="dxa"/>
              <w:bottom w:w="70" w:type="dxa"/>
              <w:right w:w="70" w:type="dxa"/>
            </w:tcMar>
          </w:tcPr>
          <w:p w14:paraId="4A2C28C5" w14:textId="77777777" w:rsidR="00CD2F51" w:rsidRPr="000A2615" w:rsidRDefault="00CD2F51" w:rsidP="00265335">
            <w:pPr>
              <w:rPr>
                <w:rFonts w:ascii="Times New Roman" w:hAnsi="Times New Roman" w:cs="Times New Roman"/>
                <w:sz w:val="22"/>
              </w:rPr>
            </w:pPr>
            <w:r w:rsidRPr="000A2615">
              <w:rPr>
                <w:rFonts w:ascii="Times New Roman" w:hAnsi="Times New Roman" w:cs="Times New Roman"/>
                <w:b/>
                <w:sz w:val="22"/>
              </w:rPr>
              <w:t>Key cost assumptions</w:t>
            </w:r>
          </w:p>
        </w:tc>
      </w:tr>
      <w:tr w:rsidR="00CD2F51" w:rsidRPr="000A2615" w14:paraId="1EE89655" w14:textId="77777777" w:rsidTr="00265335">
        <w:trPr>
          <w:cantSplit/>
          <w:jc w:val="center"/>
        </w:trPr>
        <w:tc>
          <w:tcPr>
            <w:tcW w:w="480" w:type="pct"/>
            <w:tcMar>
              <w:top w:w="70" w:type="dxa"/>
              <w:left w:w="70" w:type="dxa"/>
              <w:bottom w:w="70" w:type="dxa"/>
              <w:right w:w="70" w:type="dxa"/>
            </w:tcMar>
          </w:tcPr>
          <w:p w14:paraId="735540DD" w14:textId="77777777" w:rsidR="00CD2F51" w:rsidRPr="000A2615" w:rsidRDefault="00CD2F51" w:rsidP="00265335">
            <w:pPr>
              <w:pStyle w:val="ResponsePlaceholder"/>
              <w:rPr>
                <w:rFonts w:ascii="Times New Roman" w:hAnsi="Times New Roman" w:cs="Times New Roman"/>
                <w:color w:val="auto"/>
                <w:sz w:val="22"/>
              </w:rPr>
            </w:pPr>
          </w:p>
        </w:tc>
        <w:tc>
          <w:tcPr>
            <w:tcW w:w="453" w:type="pct"/>
            <w:tcMar>
              <w:top w:w="70" w:type="dxa"/>
              <w:left w:w="70" w:type="dxa"/>
              <w:bottom w:w="70" w:type="dxa"/>
              <w:right w:w="70" w:type="dxa"/>
            </w:tcMar>
          </w:tcPr>
          <w:p w14:paraId="28A646A9"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0DF19C49"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09055CA9"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2DC08574"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4DCC869C"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3A54F5D9" w14:textId="77777777" w:rsidR="00CD2F51" w:rsidRPr="000A2615" w:rsidRDefault="00CD2F51" w:rsidP="00265335">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6868643D"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07DA7345" w14:textId="77777777" w:rsidR="00CD2F51" w:rsidRPr="000A2615" w:rsidRDefault="00CD2F51" w:rsidP="00265335">
            <w:pPr>
              <w:pStyle w:val="ResponsePlaceholder"/>
              <w:rPr>
                <w:rFonts w:ascii="Times New Roman" w:hAnsi="Times New Roman" w:cs="Times New Roman"/>
                <w:color w:val="auto"/>
                <w:sz w:val="22"/>
              </w:rPr>
            </w:pPr>
          </w:p>
        </w:tc>
        <w:tc>
          <w:tcPr>
            <w:tcW w:w="661" w:type="pct"/>
            <w:tcMar>
              <w:top w:w="70" w:type="dxa"/>
              <w:left w:w="70" w:type="dxa"/>
              <w:bottom w:w="70" w:type="dxa"/>
              <w:right w:w="70" w:type="dxa"/>
            </w:tcMar>
          </w:tcPr>
          <w:p w14:paraId="6284E240" w14:textId="77777777" w:rsidR="00CD2F51" w:rsidRPr="000A2615" w:rsidRDefault="00CD2F51" w:rsidP="00265335">
            <w:pPr>
              <w:pStyle w:val="ResponsePlaceholder"/>
              <w:rPr>
                <w:rFonts w:ascii="Times New Roman" w:hAnsi="Times New Roman" w:cs="Times New Roman"/>
                <w:color w:val="auto"/>
                <w:sz w:val="22"/>
              </w:rPr>
            </w:pPr>
          </w:p>
        </w:tc>
      </w:tr>
      <w:tr w:rsidR="00CD2F51" w:rsidRPr="000A2615" w14:paraId="7A895843" w14:textId="77777777" w:rsidTr="00265335">
        <w:trPr>
          <w:cantSplit/>
          <w:jc w:val="center"/>
        </w:trPr>
        <w:tc>
          <w:tcPr>
            <w:tcW w:w="480" w:type="pct"/>
            <w:tcMar>
              <w:top w:w="70" w:type="dxa"/>
              <w:left w:w="70" w:type="dxa"/>
              <w:bottom w:w="70" w:type="dxa"/>
              <w:right w:w="70" w:type="dxa"/>
            </w:tcMar>
          </w:tcPr>
          <w:p w14:paraId="5BDBEFA1" w14:textId="77777777" w:rsidR="00CD2F51" w:rsidRPr="000A2615" w:rsidRDefault="00CD2F51" w:rsidP="00265335">
            <w:pPr>
              <w:pStyle w:val="ResponsePlaceholder"/>
              <w:rPr>
                <w:rFonts w:ascii="Times New Roman" w:hAnsi="Times New Roman" w:cs="Times New Roman"/>
                <w:color w:val="auto"/>
                <w:sz w:val="22"/>
              </w:rPr>
            </w:pPr>
          </w:p>
        </w:tc>
        <w:tc>
          <w:tcPr>
            <w:tcW w:w="453" w:type="pct"/>
            <w:tcMar>
              <w:top w:w="70" w:type="dxa"/>
              <w:left w:w="70" w:type="dxa"/>
              <w:bottom w:w="70" w:type="dxa"/>
              <w:right w:w="70" w:type="dxa"/>
            </w:tcMar>
          </w:tcPr>
          <w:p w14:paraId="1F84C889"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440DE977"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64C24ED3"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0D56D144"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56A6E4A9"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5B9F01C2" w14:textId="77777777" w:rsidR="00CD2F51" w:rsidRPr="000A2615" w:rsidRDefault="00CD2F51" w:rsidP="00265335">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7E134B8F"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4546B638" w14:textId="77777777" w:rsidR="00CD2F51" w:rsidRPr="000A2615" w:rsidRDefault="00CD2F51" w:rsidP="00265335">
            <w:pPr>
              <w:pStyle w:val="ResponsePlaceholder"/>
              <w:rPr>
                <w:rFonts w:ascii="Times New Roman" w:hAnsi="Times New Roman" w:cs="Times New Roman"/>
                <w:color w:val="auto"/>
                <w:sz w:val="22"/>
              </w:rPr>
            </w:pPr>
          </w:p>
        </w:tc>
        <w:tc>
          <w:tcPr>
            <w:tcW w:w="661" w:type="pct"/>
            <w:tcMar>
              <w:top w:w="70" w:type="dxa"/>
              <w:left w:w="70" w:type="dxa"/>
              <w:bottom w:w="70" w:type="dxa"/>
              <w:right w:w="70" w:type="dxa"/>
            </w:tcMar>
          </w:tcPr>
          <w:p w14:paraId="44C95331" w14:textId="77777777" w:rsidR="00CD2F51" w:rsidRPr="000A2615" w:rsidRDefault="00CD2F51" w:rsidP="00265335">
            <w:pPr>
              <w:pStyle w:val="ResponsePlaceholder"/>
              <w:rPr>
                <w:rFonts w:ascii="Times New Roman" w:hAnsi="Times New Roman" w:cs="Times New Roman"/>
                <w:color w:val="auto"/>
                <w:sz w:val="22"/>
              </w:rPr>
            </w:pPr>
          </w:p>
        </w:tc>
      </w:tr>
      <w:tr w:rsidR="00CD2F51" w:rsidRPr="000A2615" w14:paraId="5DD22F94" w14:textId="77777777" w:rsidTr="00265335">
        <w:trPr>
          <w:cantSplit/>
          <w:jc w:val="center"/>
        </w:trPr>
        <w:tc>
          <w:tcPr>
            <w:tcW w:w="480" w:type="pct"/>
            <w:tcMar>
              <w:top w:w="70" w:type="dxa"/>
              <w:left w:w="70" w:type="dxa"/>
              <w:bottom w:w="70" w:type="dxa"/>
              <w:right w:w="70" w:type="dxa"/>
            </w:tcMar>
          </w:tcPr>
          <w:p w14:paraId="020BFDE7" w14:textId="77777777" w:rsidR="00CD2F51" w:rsidRPr="000A2615" w:rsidRDefault="00CD2F51" w:rsidP="00265335">
            <w:pPr>
              <w:pStyle w:val="ResponsePlaceholder"/>
              <w:rPr>
                <w:rFonts w:ascii="Times New Roman" w:hAnsi="Times New Roman" w:cs="Times New Roman"/>
                <w:color w:val="auto"/>
                <w:sz w:val="22"/>
              </w:rPr>
            </w:pPr>
          </w:p>
        </w:tc>
        <w:tc>
          <w:tcPr>
            <w:tcW w:w="453" w:type="pct"/>
            <w:tcMar>
              <w:top w:w="70" w:type="dxa"/>
              <w:left w:w="70" w:type="dxa"/>
              <w:bottom w:w="70" w:type="dxa"/>
              <w:right w:w="70" w:type="dxa"/>
            </w:tcMar>
          </w:tcPr>
          <w:p w14:paraId="21182843"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36CD65AA"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00C1F4A4"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2BD2EECD"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5620034B"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252B2AE7" w14:textId="77777777" w:rsidR="00CD2F51" w:rsidRPr="000A2615" w:rsidRDefault="00CD2F51" w:rsidP="00265335">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0419A934" w14:textId="77777777" w:rsidR="00CD2F51" w:rsidRPr="000A2615" w:rsidRDefault="00CD2F51" w:rsidP="00265335">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677CD5BA" w14:textId="77777777" w:rsidR="00CD2F51" w:rsidRPr="000A2615" w:rsidRDefault="00CD2F51" w:rsidP="00265335">
            <w:pPr>
              <w:pStyle w:val="ResponsePlaceholder"/>
              <w:rPr>
                <w:rFonts w:ascii="Times New Roman" w:hAnsi="Times New Roman" w:cs="Times New Roman"/>
                <w:color w:val="auto"/>
                <w:sz w:val="22"/>
              </w:rPr>
            </w:pPr>
          </w:p>
        </w:tc>
        <w:tc>
          <w:tcPr>
            <w:tcW w:w="661" w:type="pct"/>
            <w:tcMar>
              <w:top w:w="70" w:type="dxa"/>
              <w:left w:w="70" w:type="dxa"/>
              <w:bottom w:w="70" w:type="dxa"/>
              <w:right w:w="70" w:type="dxa"/>
            </w:tcMar>
          </w:tcPr>
          <w:p w14:paraId="3B20365C" w14:textId="77777777" w:rsidR="00CD2F51" w:rsidRPr="000A2615" w:rsidRDefault="00CD2F51" w:rsidP="00265335">
            <w:pPr>
              <w:pStyle w:val="ResponsePlaceholder"/>
              <w:rPr>
                <w:rFonts w:ascii="Times New Roman" w:hAnsi="Times New Roman" w:cs="Times New Roman"/>
                <w:color w:val="auto"/>
                <w:sz w:val="22"/>
              </w:rPr>
            </w:pPr>
          </w:p>
        </w:tc>
      </w:tr>
    </w:tbl>
    <w:p w14:paraId="63781788" w14:textId="77777777" w:rsidR="00CD2F51" w:rsidRPr="000A2615" w:rsidRDefault="00CD2F51" w:rsidP="00CD2F51">
      <w:pPr>
        <w:spacing w:after="0"/>
        <w:rPr>
          <w:rFonts w:ascii="Times New Roman" w:hAnsi="Times New Roman" w:cs="Times New Roman"/>
          <w:sz w:val="22"/>
        </w:rPr>
      </w:pPr>
    </w:p>
    <w:p w14:paraId="44035309" w14:textId="7BBC8767" w:rsidR="00336039" w:rsidRPr="000A2615" w:rsidRDefault="00497E92">
      <w:pPr>
        <w:rPr>
          <w:rFonts w:ascii="Times New Roman" w:hAnsi="Times New Roman" w:cs="Times New Roman"/>
          <w:sz w:val="22"/>
        </w:rPr>
      </w:pPr>
      <w:r w:rsidRPr="000A2615">
        <w:rPr>
          <w:rFonts w:ascii="Times New Roman" w:hAnsi="Times New Roman" w:cs="Times New Roman"/>
          <w:sz w:val="22"/>
        </w:rPr>
        <w:br w:type="page"/>
      </w:r>
    </w:p>
    <w:p w14:paraId="12549343" w14:textId="77777777" w:rsidR="00336039" w:rsidRPr="000A2615" w:rsidRDefault="00497E92">
      <w:pPr>
        <w:pStyle w:val="Heading1"/>
        <w:rPr>
          <w:rFonts w:ascii="Times New Roman" w:hAnsi="Times New Roman" w:cs="Times New Roman"/>
          <w:color w:val="auto"/>
          <w:sz w:val="22"/>
          <w:szCs w:val="22"/>
        </w:rPr>
      </w:pPr>
      <w:bookmarkStart w:id="56" w:name="_Toc237596337"/>
      <w:r w:rsidRPr="000A2615">
        <w:rPr>
          <w:rFonts w:ascii="Times New Roman" w:hAnsi="Times New Roman" w:cs="Times New Roman"/>
          <w:color w:val="auto"/>
          <w:sz w:val="22"/>
          <w:szCs w:val="22"/>
        </w:rPr>
        <w:lastRenderedPageBreak/>
        <w:t>PART V - ENDORSEMENT AND ANNEXES</w:t>
      </w:r>
      <w:bookmarkEnd w:id="56"/>
    </w:p>
    <w:tbl>
      <w:tblPr>
        <w:tblStyle w:val="TableGrid"/>
        <w:tblW w:w="9000" w:type="dxa"/>
        <w:jc w:val="center"/>
        <w:tblLook w:val="04A0" w:firstRow="1" w:lastRow="0" w:firstColumn="1" w:lastColumn="0" w:noHBand="0" w:noVBand="1"/>
      </w:tblPr>
      <w:tblGrid>
        <w:gridCol w:w="9000"/>
      </w:tblGrid>
      <w:tr w:rsidR="00336039" w:rsidRPr="000A2615" w14:paraId="790DFE78" w14:textId="77777777" w:rsidTr="007E1041">
        <w:trPr>
          <w:jc w:val="center"/>
        </w:trPr>
        <w:tc>
          <w:tcPr>
            <w:tcW w:w="9866" w:type="dxa"/>
            <w:tcMar>
              <w:top w:w="100" w:type="dxa"/>
              <w:left w:w="140" w:type="dxa"/>
              <w:bottom w:w="100" w:type="dxa"/>
              <w:right w:w="140" w:type="dxa"/>
            </w:tcMar>
          </w:tcPr>
          <w:p w14:paraId="51A22736"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Purpose of this Part</w:t>
            </w:r>
          </w:p>
          <w:p w14:paraId="54C73375"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The Full Proposal is not complete without formal endorsement and supporting evidence.</w:t>
            </w:r>
          </w:p>
        </w:tc>
      </w:tr>
    </w:tbl>
    <w:p w14:paraId="28E8422C" w14:textId="77777777" w:rsidR="00336039" w:rsidRPr="000A2615" w:rsidRDefault="00336039">
      <w:pPr>
        <w:spacing w:after="0"/>
        <w:rPr>
          <w:rFonts w:ascii="Times New Roman" w:hAnsi="Times New Roman" w:cs="Times New Roman"/>
          <w:sz w:val="22"/>
        </w:rPr>
      </w:pPr>
    </w:p>
    <w:p w14:paraId="713F6022" w14:textId="418373EB" w:rsidR="00336039" w:rsidRPr="000A2615" w:rsidRDefault="009F6E10">
      <w:pPr>
        <w:pStyle w:val="Heading2"/>
        <w:rPr>
          <w:rFonts w:ascii="Times New Roman" w:hAnsi="Times New Roman" w:cs="Times New Roman"/>
          <w:color w:val="auto"/>
          <w:sz w:val="22"/>
          <w:szCs w:val="22"/>
        </w:rPr>
      </w:pPr>
      <w:bookmarkStart w:id="57" w:name="_Toc237596338"/>
      <w:r w:rsidRPr="000A2615">
        <w:rPr>
          <w:rFonts w:ascii="Times New Roman" w:hAnsi="Times New Roman" w:cs="Times New Roman"/>
          <w:color w:val="auto"/>
          <w:sz w:val="22"/>
          <w:szCs w:val="22"/>
        </w:rPr>
        <w:t xml:space="preserve">4.1 </w:t>
      </w:r>
      <w:r w:rsidR="00497E92" w:rsidRPr="000A2615">
        <w:rPr>
          <w:rFonts w:ascii="Times New Roman" w:hAnsi="Times New Roman" w:cs="Times New Roman"/>
          <w:color w:val="auto"/>
          <w:sz w:val="22"/>
          <w:szCs w:val="22"/>
        </w:rPr>
        <w:t>Formal Endorsement and Declaration</w:t>
      </w:r>
      <w:bookmarkEnd w:id="57"/>
    </w:p>
    <w:tbl>
      <w:tblPr>
        <w:tblStyle w:val="TableGrid"/>
        <w:tblW w:w="9000" w:type="dxa"/>
        <w:jc w:val="center"/>
        <w:tblLook w:val="04A0" w:firstRow="1" w:lastRow="0" w:firstColumn="1" w:lastColumn="0" w:noHBand="0" w:noVBand="1"/>
      </w:tblPr>
      <w:tblGrid>
        <w:gridCol w:w="9000"/>
      </w:tblGrid>
      <w:tr w:rsidR="00336039" w:rsidRPr="000A2615" w14:paraId="59150ED4" w14:textId="77777777" w:rsidTr="007E1041">
        <w:trPr>
          <w:jc w:val="center"/>
        </w:trPr>
        <w:tc>
          <w:tcPr>
            <w:tcW w:w="9866" w:type="dxa"/>
            <w:tcMar>
              <w:top w:w="100" w:type="dxa"/>
              <w:left w:w="140" w:type="dxa"/>
              <w:bottom w:w="100" w:type="dxa"/>
              <w:right w:w="140" w:type="dxa"/>
            </w:tcMar>
          </w:tcPr>
          <w:p w14:paraId="2757E380"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Declaration</w:t>
            </w:r>
          </w:p>
          <w:p w14:paraId="71BF75BF"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By signing below, the authorized representatives confirm that the information in this Full Proposal is accurate and complete; the proposal has been institutionally approved; all named partners have consented to their roles; and the institutions commit to the proposed results, counterpart contributions, governance arrangements and fiduciary requirements, subject to final financing and legal agreements.</w:t>
            </w:r>
          </w:p>
        </w:tc>
      </w:tr>
    </w:tbl>
    <w:p w14:paraId="17E6D155" w14:textId="77777777" w:rsidR="00336039" w:rsidRPr="000A2615" w:rsidRDefault="00336039">
      <w:pPr>
        <w:spacing w:after="0"/>
        <w:rPr>
          <w:rFonts w:ascii="Times New Roman" w:hAnsi="Times New Roman" w:cs="Times New Roman"/>
          <w:sz w:val="22"/>
        </w:rPr>
      </w:pPr>
    </w:p>
    <w:tbl>
      <w:tblPr>
        <w:tblStyle w:val="TableGrid"/>
        <w:tblW w:w="0" w:type="auto"/>
        <w:jc w:val="center"/>
        <w:tblLook w:val="04A0" w:firstRow="1" w:lastRow="0" w:firstColumn="1" w:lastColumn="0" w:noHBand="0" w:noVBand="1"/>
      </w:tblPr>
      <w:tblGrid>
        <w:gridCol w:w="2835"/>
        <w:gridCol w:w="1984"/>
        <w:gridCol w:w="1984"/>
        <w:gridCol w:w="1701"/>
        <w:gridCol w:w="1134"/>
      </w:tblGrid>
      <w:tr w:rsidR="00336039" w:rsidRPr="000A2615" w14:paraId="20E0DC54" w14:textId="77777777" w:rsidTr="007E1041">
        <w:trPr>
          <w:tblHeader/>
          <w:jc w:val="center"/>
        </w:trPr>
        <w:tc>
          <w:tcPr>
            <w:tcW w:w="2835" w:type="dxa"/>
          </w:tcPr>
          <w:p w14:paraId="0CF95617"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Signatory</w:t>
            </w:r>
          </w:p>
        </w:tc>
        <w:tc>
          <w:tcPr>
            <w:tcW w:w="1984" w:type="dxa"/>
          </w:tcPr>
          <w:p w14:paraId="54686A46"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Name</w:t>
            </w:r>
          </w:p>
        </w:tc>
        <w:tc>
          <w:tcPr>
            <w:tcW w:w="1984" w:type="dxa"/>
          </w:tcPr>
          <w:p w14:paraId="44C1E8EE"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Title</w:t>
            </w:r>
          </w:p>
        </w:tc>
        <w:tc>
          <w:tcPr>
            <w:tcW w:w="1701" w:type="dxa"/>
          </w:tcPr>
          <w:p w14:paraId="5E11C2B5"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Signature</w:t>
            </w:r>
          </w:p>
        </w:tc>
        <w:tc>
          <w:tcPr>
            <w:tcW w:w="1134" w:type="dxa"/>
          </w:tcPr>
          <w:p w14:paraId="6A678832" w14:textId="77777777" w:rsidR="00336039" w:rsidRPr="000A2615" w:rsidRDefault="00497E92">
            <w:pPr>
              <w:rPr>
                <w:rFonts w:ascii="Times New Roman" w:hAnsi="Times New Roman" w:cs="Times New Roman"/>
                <w:sz w:val="22"/>
              </w:rPr>
            </w:pPr>
            <w:r w:rsidRPr="000A2615">
              <w:rPr>
                <w:rFonts w:ascii="Times New Roman" w:hAnsi="Times New Roman" w:cs="Times New Roman"/>
                <w:b/>
                <w:sz w:val="22"/>
              </w:rPr>
              <w:t>Date</w:t>
            </w:r>
          </w:p>
        </w:tc>
      </w:tr>
      <w:tr w:rsidR="00336039" w:rsidRPr="000A2615" w14:paraId="4A3BA2EE" w14:textId="77777777">
        <w:trPr>
          <w:cantSplit/>
          <w:jc w:val="center"/>
        </w:trPr>
        <w:tc>
          <w:tcPr>
            <w:tcW w:w="2835" w:type="dxa"/>
            <w:tcMar>
              <w:top w:w="80" w:type="dxa"/>
              <w:left w:w="100" w:type="dxa"/>
              <w:bottom w:w="80" w:type="dxa"/>
              <w:right w:w="100" w:type="dxa"/>
            </w:tcMar>
          </w:tcPr>
          <w:p w14:paraId="6D714726"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Ministry / Government Representative</w:t>
            </w:r>
          </w:p>
        </w:tc>
        <w:tc>
          <w:tcPr>
            <w:tcW w:w="1984" w:type="dxa"/>
            <w:tcMar>
              <w:top w:w="80" w:type="dxa"/>
              <w:left w:w="100" w:type="dxa"/>
              <w:bottom w:w="80" w:type="dxa"/>
              <w:right w:w="100" w:type="dxa"/>
            </w:tcMar>
          </w:tcPr>
          <w:p w14:paraId="2DC36555" w14:textId="7A74D5EA" w:rsidR="00336039" w:rsidRPr="000A2615" w:rsidRDefault="00336039">
            <w:pPr>
              <w:rPr>
                <w:rFonts w:ascii="Times New Roman" w:hAnsi="Times New Roman" w:cs="Times New Roman"/>
                <w:sz w:val="22"/>
              </w:rPr>
            </w:pPr>
          </w:p>
        </w:tc>
        <w:tc>
          <w:tcPr>
            <w:tcW w:w="1984" w:type="dxa"/>
            <w:tcMar>
              <w:top w:w="80" w:type="dxa"/>
              <w:left w:w="100" w:type="dxa"/>
              <w:bottom w:w="80" w:type="dxa"/>
              <w:right w:w="100" w:type="dxa"/>
            </w:tcMar>
          </w:tcPr>
          <w:p w14:paraId="3C133057" w14:textId="542605DD" w:rsidR="00336039" w:rsidRPr="000A2615" w:rsidRDefault="00336039">
            <w:pPr>
              <w:rPr>
                <w:rFonts w:ascii="Times New Roman" w:hAnsi="Times New Roman" w:cs="Times New Roman"/>
                <w:sz w:val="22"/>
              </w:rPr>
            </w:pPr>
          </w:p>
        </w:tc>
        <w:tc>
          <w:tcPr>
            <w:tcW w:w="1701" w:type="dxa"/>
            <w:tcMar>
              <w:top w:w="80" w:type="dxa"/>
              <w:left w:w="100" w:type="dxa"/>
              <w:bottom w:w="80" w:type="dxa"/>
              <w:right w:w="100" w:type="dxa"/>
            </w:tcMar>
          </w:tcPr>
          <w:p w14:paraId="473257DD" w14:textId="0BDF7933" w:rsidR="00336039" w:rsidRPr="000A2615" w:rsidRDefault="00336039">
            <w:pPr>
              <w:rPr>
                <w:rFonts w:ascii="Times New Roman" w:hAnsi="Times New Roman" w:cs="Times New Roman"/>
                <w:sz w:val="22"/>
              </w:rPr>
            </w:pPr>
          </w:p>
        </w:tc>
        <w:tc>
          <w:tcPr>
            <w:tcW w:w="1134" w:type="dxa"/>
            <w:tcMar>
              <w:top w:w="80" w:type="dxa"/>
              <w:left w:w="100" w:type="dxa"/>
              <w:bottom w:w="80" w:type="dxa"/>
              <w:right w:w="100" w:type="dxa"/>
            </w:tcMar>
          </w:tcPr>
          <w:p w14:paraId="7161A674" w14:textId="1FD33D4B" w:rsidR="00336039" w:rsidRPr="000A2615" w:rsidRDefault="00336039">
            <w:pPr>
              <w:rPr>
                <w:rFonts w:ascii="Times New Roman" w:hAnsi="Times New Roman" w:cs="Times New Roman"/>
                <w:sz w:val="22"/>
              </w:rPr>
            </w:pPr>
          </w:p>
        </w:tc>
      </w:tr>
      <w:tr w:rsidR="00336039" w:rsidRPr="000A2615" w14:paraId="1FBD0599" w14:textId="77777777">
        <w:trPr>
          <w:cantSplit/>
          <w:jc w:val="center"/>
        </w:trPr>
        <w:tc>
          <w:tcPr>
            <w:tcW w:w="2835" w:type="dxa"/>
            <w:tcMar>
              <w:top w:w="80" w:type="dxa"/>
              <w:left w:w="100" w:type="dxa"/>
              <w:bottom w:w="80" w:type="dxa"/>
              <w:right w:w="100" w:type="dxa"/>
            </w:tcMar>
          </w:tcPr>
          <w:p w14:paraId="6CE668CA"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Head of Host Institution</w:t>
            </w:r>
          </w:p>
        </w:tc>
        <w:tc>
          <w:tcPr>
            <w:tcW w:w="1984" w:type="dxa"/>
            <w:tcMar>
              <w:top w:w="80" w:type="dxa"/>
              <w:left w:w="100" w:type="dxa"/>
              <w:bottom w:w="80" w:type="dxa"/>
              <w:right w:w="100" w:type="dxa"/>
            </w:tcMar>
          </w:tcPr>
          <w:p w14:paraId="5E4EEF8A" w14:textId="58ADB6AC" w:rsidR="00336039" w:rsidRPr="000A2615" w:rsidRDefault="00336039">
            <w:pPr>
              <w:rPr>
                <w:rFonts w:ascii="Times New Roman" w:hAnsi="Times New Roman" w:cs="Times New Roman"/>
                <w:sz w:val="22"/>
              </w:rPr>
            </w:pPr>
          </w:p>
        </w:tc>
        <w:tc>
          <w:tcPr>
            <w:tcW w:w="1984" w:type="dxa"/>
            <w:tcMar>
              <w:top w:w="80" w:type="dxa"/>
              <w:left w:w="100" w:type="dxa"/>
              <w:bottom w:w="80" w:type="dxa"/>
              <w:right w:w="100" w:type="dxa"/>
            </w:tcMar>
          </w:tcPr>
          <w:p w14:paraId="1548592D" w14:textId="02F1F06D" w:rsidR="00336039" w:rsidRPr="000A2615" w:rsidRDefault="00336039">
            <w:pPr>
              <w:rPr>
                <w:rFonts w:ascii="Times New Roman" w:hAnsi="Times New Roman" w:cs="Times New Roman"/>
                <w:sz w:val="22"/>
              </w:rPr>
            </w:pPr>
          </w:p>
        </w:tc>
        <w:tc>
          <w:tcPr>
            <w:tcW w:w="1701" w:type="dxa"/>
            <w:tcMar>
              <w:top w:w="80" w:type="dxa"/>
              <w:left w:w="100" w:type="dxa"/>
              <w:bottom w:w="80" w:type="dxa"/>
              <w:right w:w="100" w:type="dxa"/>
            </w:tcMar>
          </w:tcPr>
          <w:p w14:paraId="1391D73C" w14:textId="4B2DB1A8" w:rsidR="00336039" w:rsidRPr="000A2615" w:rsidRDefault="00336039">
            <w:pPr>
              <w:rPr>
                <w:rFonts w:ascii="Times New Roman" w:hAnsi="Times New Roman" w:cs="Times New Roman"/>
                <w:sz w:val="22"/>
              </w:rPr>
            </w:pPr>
          </w:p>
        </w:tc>
        <w:tc>
          <w:tcPr>
            <w:tcW w:w="1134" w:type="dxa"/>
            <w:tcMar>
              <w:top w:w="80" w:type="dxa"/>
              <w:left w:w="100" w:type="dxa"/>
              <w:bottom w:w="80" w:type="dxa"/>
              <w:right w:w="100" w:type="dxa"/>
            </w:tcMar>
          </w:tcPr>
          <w:p w14:paraId="5CFAE200" w14:textId="2DE3EDB1" w:rsidR="00336039" w:rsidRPr="000A2615" w:rsidRDefault="00336039">
            <w:pPr>
              <w:rPr>
                <w:rFonts w:ascii="Times New Roman" w:hAnsi="Times New Roman" w:cs="Times New Roman"/>
                <w:sz w:val="22"/>
              </w:rPr>
            </w:pPr>
          </w:p>
        </w:tc>
      </w:tr>
      <w:tr w:rsidR="00336039" w:rsidRPr="000A2615" w14:paraId="2E94D6BD" w14:textId="77777777">
        <w:trPr>
          <w:cantSplit/>
          <w:jc w:val="center"/>
        </w:trPr>
        <w:tc>
          <w:tcPr>
            <w:tcW w:w="2835" w:type="dxa"/>
            <w:tcMar>
              <w:top w:w="80" w:type="dxa"/>
              <w:left w:w="100" w:type="dxa"/>
              <w:bottom w:w="80" w:type="dxa"/>
              <w:right w:w="100" w:type="dxa"/>
            </w:tcMar>
          </w:tcPr>
          <w:p w14:paraId="318C9221"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RFTI Director / Principal</w:t>
            </w:r>
          </w:p>
        </w:tc>
        <w:tc>
          <w:tcPr>
            <w:tcW w:w="1984" w:type="dxa"/>
            <w:tcMar>
              <w:top w:w="80" w:type="dxa"/>
              <w:left w:w="100" w:type="dxa"/>
              <w:bottom w:w="80" w:type="dxa"/>
              <w:right w:w="100" w:type="dxa"/>
            </w:tcMar>
          </w:tcPr>
          <w:p w14:paraId="78CEC3C4" w14:textId="11AEFBBB" w:rsidR="00336039" w:rsidRPr="000A2615" w:rsidRDefault="00336039">
            <w:pPr>
              <w:rPr>
                <w:rFonts w:ascii="Times New Roman" w:hAnsi="Times New Roman" w:cs="Times New Roman"/>
                <w:sz w:val="22"/>
              </w:rPr>
            </w:pPr>
          </w:p>
        </w:tc>
        <w:tc>
          <w:tcPr>
            <w:tcW w:w="1984" w:type="dxa"/>
            <w:tcMar>
              <w:top w:w="80" w:type="dxa"/>
              <w:left w:w="100" w:type="dxa"/>
              <w:bottom w:w="80" w:type="dxa"/>
              <w:right w:w="100" w:type="dxa"/>
            </w:tcMar>
          </w:tcPr>
          <w:p w14:paraId="2F3936DB" w14:textId="31EEC95D" w:rsidR="00336039" w:rsidRPr="000A2615" w:rsidRDefault="00336039">
            <w:pPr>
              <w:rPr>
                <w:rFonts w:ascii="Times New Roman" w:hAnsi="Times New Roman" w:cs="Times New Roman"/>
                <w:sz w:val="22"/>
              </w:rPr>
            </w:pPr>
          </w:p>
        </w:tc>
        <w:tc>
          <w:tcPr>
            <w:tcW w:w="1701" w:type="dxa"/>
            <w:tcMar>
              <w:top w:w="80" w:type="dxa"/>
              <w:left w:w="100" w:type="dxa"/>
              <w:bottom w:w="80" w:type="dxa"/>
              <w:right w:w="100" w:type="dxa"/>
            </w:tcMar>
          </w:tcPr>
          <w:p w14:paraId="40FA44C1" w14:textId="3F16F578" w:rsidR="00336039" w:rsidRPr="000A2615" w:rsidRDefault="00336039">
            <w:pPr>
              <w:rPr>
                <w:rFonts w:ascii="Times New Roman" w:hAnsi="Times New Roman" w:cs="Times New Roman"/>
                <w:sz w:val="22"/>
              </w:rPr>
            </w:pPr>
          </w:p>
        </w:tc>
        <w:tc>
          <w:tcPr>
            <w:tcW w:w="1134" w:type="dxa"/>
            <w:tcMar>
              <w:top w:w="80" w:type="dxa"/>
              <w:left w:w="100" w:type="dxa"/>
              <w:bottom w:w="80" w:type="dxa"/>
              <w:right w:w="100" w:type="dxa"/>
            </w:tcMar>
          </w:tcPr>
          <w:p w14:paraId="5C2C67BE" w14:textId="70EABE09" w:rsidR="00336039" w:rsidRPr="000A2615" w:rsidRDefault="00336039">
            <w:pPr>
              <w:rPr>
                <w:rFonts w:ascii="Times New Roman" w:hAnsi="Times New Roman" w:cs="Times New Roman"/>
                <w:sz w:val="22"/>
              </w:rPr>
            </w:pPr>
          </w:p>
        </w:tc>
      </w:tr>
      <w:tr w:rsidR="00336039" w:rsidRPr="000A2615" w14:paraId="71575641" w14:textId="77777777">
        <w:trPr>
          <w:cantSplit/>
          <w:jc w:val="center"/>
        </w:trPr>
        <w:tc>
          <w:tcPr>
            <w:tcW w:w="2835" w:type="dxa"/>
            <w:tcMar>
              <w:top w:w="80" w:type="dxa"/>
              <w:left w:w="100" w:type="dxa"/>
              <w:bottom w:w="80" w:type="dxa"/>
              <w:right w:w="100" w:type="dxa"/>
            </w:tcMar>
          </w:tcPr>
          <w:p w14:paraId="1EFEEE06"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Sector Engagement Panel - Chair</w:t>
            </w:r>
          </w:p>
        </w:tc>
        <w:tc>
          <w:tcPr>
            <w:tcW w:w="1984" w:type="dxa"/>
            <w:tcMar>
              <w:top w:w="80" w:type="dxa"/>
              <w:left w:w="100" w:type="dxa"/>
              <w:bottom w:w="80" w:type="dxa"/>
              <w:right w:w="100" w:type="dxa"/>
            </w:tcMar>
          </w:tcPr>
          <w:p w14:paraId="34FE1C18" w14:textId="168D70EA" w:rsidR="00336039" w:rsidRPr="000A2615" w:rsidRDefault="00336039">
            <w:pPr>
              <w:rPr>
                <w:rFonts w:ascii="Times New Roman" w:hAnsi="Times New Roman" w:cs="Times New Roman"/>
                <w:sz w:val="22"/>
              </w:rPr>
            </w:pPr>
          </w:p>
        </w:tc>
        <w:tc>
          <w:tcPr>
            <w:tcW w:w="1984" w:type="dxa"/>
            <w:tcMar>
              <w:top w:w="80" w:type="dxa"/>
              <w:left w:w="100" w:type="dxa"/>
              <w:bottom w:w="80" w:type="dxa"/>
              <w:right w:w="100" w:type="dxa"/>
            </w:tcMar>
          </w:tcPr>
          <w:p w14:paraId="13889C3D" w14:textId="66D30CA0" w:rsidR="00336039" w:rsidRPr="000A2615" w:rsidRDefault="00336039">
            <w:pPr>
              <w:rPr>
                <w:rFonts w:ascii="Times New Roman" w:hAnsi="Times New Roman" w:cs="Times New Roman"/>
                <w:sz w:val="22"/>
              </w:rPr>
            </w:pPr>
          </w:p>
        </w:tc>
        <w:tc>
          <w:tcPr>
            <w:tcW w:w="1701" w:type="dxa"/>
            <w:tcMar>
              <w:top w:w="80" w:type="dxa"/>
              <w:left w:w="100" w:type="dxa"/>
              <w:bottom w:w="80" w:type="dxa"/>
              <w:right w:w="100" w:type="dxa"/>
            </w:tcMar>
          </w:tcPr>
          <w:p w14:paraId="7ADE89A0" w14:textId="0E1EFDD6" w:rsidR="00336039" w:rsidRPr="000A2615" w:rsidRDefault="00336039">
            <w:pPr>
              <w:rPr>
                <w:rFonts w:ascii="Times New Roman" w:hAnsi="Times New Roman" w:cs="Times New Roman"/>
                <w:sz w:val="22"/>
              </w:rPr>
            </w:pPr>
          </w:p>
        </w:tc>
        <w:tc>
          <w:tcPr>
            <w:tcW w:w="1134" w:type="dxa"/>
            <w:tcMar>
              <w:top w:w="80" w:type="dxa"/>
              <w:left w:w="100" w:type="dxa"/>
              <w:bottom w:w="80" w:type="dxa"/>
              <w:right w:w="100" w:type="dxa"/>
            </w:tcMar>
          </w:tcPr>
          <w:p w14:paraId="4652CB8A" w14:textId="0089CF0D" w:rsidR="00336039" w:rsidRPr="000A2615" w:rsidRDefault="00336039">
            <w:pPr>
              <w:rPr>
                <w:rFonts w:ascii="Times New Roman" w:hAnsi="Times New Roman" w:cs="Times New Roman"/>
                <w:sz w:val="22"/>
              </w:rPr>
            </w:pPr>
          </w:p>
        </w:tc>
      </w:tr>
      <w:tr w:rsidR="00336039" w:rsidRPr="000A2615" w14:paraId="70B7E896" w14:textId="77777777">
        <w:trPr>
          <w:cantSplit/>
          <w:jc w:val="center"/>
        </w:trPr>
        <w:tc>
          <w:tcPr>
            <w:tcW w:w="2835" w:type="dxa"/>
            <w:tcMar>
              <w:top w:w="80" w:type="dxa"/>
              <w:left w:w="100" w:type="dxa"/>
              <w:bottom w:w="80" w:type="dxa"/>
              <w:right w:w="100" w:type="dxa"/>
            </w:tcMar>
          </w:tcPr>
          <w:p w14:paraId="3E94F5BF" w14:textId="77777777" w:rsidR="00336039" w:rsidRPr="000A2615" w:rsidRDefault="00497E92">
            <w:pPr>
              <w:rPr>
                <w:rFonts w:ascii="Times New Roman" w:hAnsi="Times New Roman" w:cs="Times New Roman"/>
                <w:sz w:val="22"/>
              </w:rPr>
            </w:pPr>
            <w:r w:rsidRPr="000A2615">
              <w:rPr>
                <w:rFonts w:ascii="Times New Roman" w:hAnsi="Times New Roman" w:cs="Times New Roman"/>
                <w:sz w:val="22"/>
              </w:rPr>
              <w:t>Sector Engagement Panel - Vice Chair</w:t>
            </w:r>
          </w:p>
        </w:tc>
        <w:tc>
          <w:tcPr>
            <w:tcW w:w="1984" w:type="dxa"/>
            <w:tcMar>
              <w:top w:w="80" w:type="dxa"/>
              <w:left w:w="100" w:type="dxa"/>
              <w:bottom w:w="80" w:type="dxa"/>
              <w:right w:w="100" w:type="dxa"/>
            </w:tcMar>
          </w:tcPr>
          <w:p w14:paraId="73A47D38" w14:textId="3CD32E51" w:rsidR="00336039" w:rsidRPr="000A2615" w:rsidRDefault="00336039">
            <w:pPr>
              <w:rPr>
                <w:rFonts w:ascii="Times New Roman" w:hAnsi="Times New Roman" w:cs="Times New Roman"/>
                <w:sz w:val="22"/>
              </w:rPr>
            </w:pPr>
          </w:p>
        </w:tc>
        <w:tc>
          <w:tcPr>
            <w:tcW w:w="1984" w:type="dxa"/>
            <w:tcMar>
              <w:top w:w="80" w:type="dxa"/>
              <w:left w:w="100" w:type="dxa"/>
              <w:bottom w:w="80" w:type="dxa"/>
              <w:right w:w="100" w:type="dxa"/>
            </w:tcMar>
          </w:tcPr>
          <w:p w14:paraId="0864CF93" w14:textId="60303A3D" w:rsidR="00336039" w:rsidRPr="000A2615" w:rsidRDefault="00336039">
            <w:pPr>
              <w:rPr>
                <w:rFonts w:ascii="Times New Roman" w:hAnsi="Times New Roman" w:cs="Times New Roman"/>
                <w:sz w:val="22"/>
              </w:rPr>
            </w:pPr>
          </w:p>
        </w:tc>
        <w:tc>
          <w:tcPr>
            <w:tcW w:w="1701" w:type="dxa"/>
            <w:tcMar>
              <w:top w:w="80" w:type="dxa"/>
              <w:left w:w="100" w:type="dxa"/>
              <w:bottom w:w="80" w:type="dxa"/>
              <w:right w:w="100" w:type="dxa"/>
            </w:tcMar>
          </w:tcPr>
          <w:p w14:paraId="1E7BE231" w14:textId="00E5424B" w:rsidR="00336039" w:rsidRPr="000A2615" w:rsidRDefault="00336039">
            <w:pPr>
              <w:rPr>
                <w:rFonts w:ascii="Times New Roman" w:hAnsi="Times New Roman" w:cs="Times New Roman"/>
                <w:sz w:val="22"/>
              </w:rPr>
            </w:pPr>
          </w:p>
        </w:tc>
        <w:tc>
          <w:tcPr>
            <w:tcW w:w="1134" w:type="dxa"/>
            <w:tcMar>
              <w:top w:w="80" w:type="dxa"/>
              <w:left w:w="100" w:type="dxa"/>
              <w:bottom w:w="80" w:type="dxa"/>
              <w:right w:w="100" w:type="dxa"/>
            </w:tcMar>
          </w:tcPr>
          <w:p w14:paraId="11A13697" w14:textId="4A2176F7" w:rsidR="00336039" w:rsidRPr="000A2615" w:rsidRDefault="00336039">
            <w:pPr>
              <w:rPr>
                <w:rFonts w:ascii="Times New Roman" w:hAnsi="Times New Roman" w:cs="Times New Roman"/>
                <w:sz w:val="22"/>
              </w:rPr>
            </w:pPr>
          </w:p>
        </w:tc>
      </w:tr>
    </w:tbl>
    <w:p w14:paraId="3563A60D" w14:textId="26043200" w:rsidR="000F1137" w:rsidRPr="000A2615" w:rsidRDefault="00911935" w:rsidP="00911935">
      <w:pPr>
        <w:pStyle w:val="Heading2"/>
        <w:rPr>
          <w:rFonts w:ascii="Times New Roman" w:hAnsi="Times New Roman" w:cs="Times New Roman"/>
          <w:color w:val="auto"/>
          <w:sz w:val="22"/>
          <w:szCs w:val="22"/>
        </w:rPr>
      </w:pPr>
      <w:bookmarkStart w:id="58" w:name="_Toc237596339"/>
      <w:r w:rsidRPr="000A2615">
        <w:rPr>
          <w:rFonts w:ascii="Times New Roman" w:hAnsi="Times New Roman" w:cs="Times New Roman"/>
          <w:color w:val="auto"/>
          <w:sz w:val="22"/>
          <w:szCs w:val="22"/>
        </w:rPr>
        <w:t xml:space="preserve">4.2 </w:t>
      </w:r>
      <w:r w:rsidR="000F1137" w:rsidRPr="000A2615">
        <w:rPr>
          <w:rFonts w:ascii="Times New Roman" w:hAnsi="Times New Roman" w:cs="Times New Roman"/>
          <w:color w:val="auto"/>
          <w:sz w:val="22"/>
          <w:szCs w:val="22"/>
        </w:rPr>
        <w:t>RESPONSE TO EOI EVALUATION</w:t>
      </w:r>
      <w:bookmarkEnd w:id="58"/>
    </w:p>
    <w:p w14:paraId="4AE609ED" w14:textId="77777777" w:rsidR="000F1137" w:rsidRPr="000A2615" w:rsidRDefault="000F1137" w:rsidP="000F1137">
      <w:pPr>
        <w:pStyle w:val="Heading1"/>
        <w:rPr>
          <w:rFonts w:ascii="Times New Roman" w:hAnsi="Times New Roman" w:cs="Times New Roman"/>
          <w:color w:val="auto"/>
          <w:sz w:val="22"/>
          <w:szCs w:val="22"/>
        </w:rPr>
      </w:pPr>
    </w:p>
    <w:tbl>
      <w:tblPr>
        <w:tblStyle w:val="TableGrid"/>
        <w:tblW w:w="9000" w:type="dxa"/>
        <w:jc w:val="center"/>
        <w:tblLook w:val="04A0" w:firstRow="1" w:lastRow="0" w:firstColumn="1" w:lastColumn="0" w:noHBand="0" w:noVBand="1"/>
      </w:tblPr>
      <w:tblGrid>
        <w:gridCol w:w="9000"/>
      </w:tblGrid>
      <w:tr w:rsidR="000F1137" w:rsidRPr="000A2615" w14:paraId="59EEB379" w14:textId="77777777" w:rsidTr="007E1041">
        <w:trPr>
          <w:jc w:val="center"/>
        </w:trPr>
        <w:tc>
          <w:tcPr>
            <w:tcW w:w="9866" w:type="dxa"/>
            <w:tcMar>
              <w:top w:w="100" w:type="dxa"/>
              <w:left w:w="140" w:type="dxa"/>
              <w:bottom w:w="100" w:type="dxa"/>
              <w:right w:w="140" w:type="dxa"/>
            </w:tcMar>
          </w:tcPr>
          <w:p w14:paraId="7617B4B1" w14:textId="77777777" w:rsidR="000F1137" w:rsidRPr="000A2615" w:rsidRDefault="000F1137" w:rsidP="00574222">
            <w:pPr>
              <w:rPr>
                <w:rFonts w:ascii="Times New Roman" w:hAnsi="Times New Roman" w:cs="Times New Roman"/>
                <w:sz w:val="22"/>
              </w:rPr>
            </w:pPr>
            <w:r w:rsidRPr="000A2615">
              <w:rPr>
                <w:rFonts w:ascii="Times New Roman" w:hAnsi="Times New Roman" w:cs="Times New Roman"/>
                <w:b/>
                <w:sz w:val="22"/>
              </w:rPr>
              <w:t>Purpose of this Part</w:t>
            </w:r>
          </w:p>
          <w:p w14:paraId="067BE437" w14:textId="77777777" w:rsidR="000F1137" w:rsidRPr="000A2615" w:rsidRDefault="000F1137" w:rsidP="00574222">
            <w:pPr>
              <w:rPr>
                <w:rFonts w:ascii="Times New Roman" w:hAnsi="Times New Roman" w:cs="Times New Roman"/>
                <w:sz w:val="22"/>
              </w:rPr>
            </w:pPr>
            <w:r w:rsidRPr="000A2615">
              <w:rPr>
                <w:rFonts w:ascii="Times New Roman" w:hAnsi="Times New Roman" w:cs="Times New Roman"/>
                <w:sz w:val="22"/>
              </w:rPr>
              <w:t>Present the strengthened Stage 2 proposition and address all evaluation conditions.</w:t>
            </w:r>
          </w:p>
        </w:tc>
      </w:tr>
    </w:tbl>
    <w:p w14:paraId="35680A37" w14:textId="77777777" w:rsidR="000F1137" w:rsidRPr="000A2615" w:rsidRDefault="000F1137" w:rsidP="000F1137">
      <w:pPr>
        <w:spacing w:after="0"/>
        <w:rPr>
          <w:rFonts w:ascii="Times New Roman" w:hAnsi="Times New Roman" w:cs="Times New Roman"/>
          <w:sz w:val="22"/>
        </w:rPr>
      </w:pPr>
    </w:p>
    <w:p w14:paraId="735CB0FA" w14:textId="77777777" w:rsidR="000F1137" w:rsidRPr="000A2615" w:rsidRDefault="000F1137" w:rsidP="000F1137">
      <w:pPr>
        <w:pStyle w:val="Heading2"/>
        <w:rPr>
          <w:rFonts w:ascii="Times New Roman" w:hAnsi="Times New Roman" w:cs="Times New Roman"/>
          <w:color w:val="auto"/>
          <w:sz w:val="22"/>
          <w:szCs w:val="22"/>
        </w:rPr>
      </w:pPr>
      <w:bookmarkStart w:id="59" w:name="_Toc237596340"/>
      <w:r w:rsidRPr="000A2615">
        <w:rPr>
          <w:rFonts w:ascii="Times New Roman" w:hAnsi="Times New Roman" w:cs="Times New Roman"/>
          <w:color w:val="auto"/>
          <w:sz w:val="22"/>
          <w:szCs w:val="22"/>
        </w:rPr>
        <w:t>Response to Stage 1 EoI Evaluation Feedback</w:t>
      </w:r>
      <w:bookmarkEnd w:id="59"/>
    </w:p>
    <w:p w14:paraId="45FE4E39" w14:textId="77777777" w:rsidR="000F1137" w:rsidRPr="000A2615" w:rsidRDefault="000F1137" w:rsidP="000F1137">
      <w:pPr>
        <w:pStyle w:val="GuidanceText"/>
        <w:keepNext/>
        <w:rPr>
          <w:rFonts w:ascii="Times New Roman" w:hAnsi="Times New Roman" w:cs="Times New Roman"/>
          <w:color w:val="auto"/>
          <w:sz w:val="22"/>
        </w:rPr>
      </w:pPr>
      <w:r w:rsidRPr="000A2615">
        <w:rPr>
          <w:rFonts w:ascii="Times New Roman" w:hAnsi="Times New Roman" w:cs="Times New Roman"/>
          <w:color w:val="auto"/>
          <w:sz w:val="22"/>
        </w:rPr>
        <w:t>List each evaluation comment or condition, the action taken in the Full Proposal, and the exact section or annex where the response can be verified.</w:t>
      </w:r>
    </w:p>
    <w:tbl>
      <w:tblPr>
        <w:tblStyle w:val="TableGrid"/>
        <w:tblW w:w="9000" w:type="dxa"/>
        <w:jc w:val="center"/>
        <w:tblLook w:val="04A0" w:firstRow="1" w:lastRow="0" w:firstColumn="1" w:lastColumn="0" w:noHBand="0" w:noVBand="1"/>
      </w:tblPr>
      <w:tblGrid>
        <w:gridCol w:w="675"/>
        <w:gridCol w:w="3109"/>
        <w:gridCol w:w="3609"/>
        <w:gridCol w:w="1607"/>
      </w:tblGrid>
      <w:tr w:rsidR="000F1137" w:rsidRPr="000A2615" w14:paraId="6D655287" w14:textId="77777777" w:rsidTr="007E1041">
        <w:trPr>
          <w:tblHeader/>
          <w:jc w:val="center"/>
        </w:trPr>
        <w:tc>
          <w:tcPr>
            <w:tcW w:w="675" w:type="dxa"/>
            <w:tcMar>
              <w:top w:w="70" w:type="dxa"/>
              <w:left w:w="70" w:type="dxa"/>
              <w:bottom w:w="70" w:type="dxa"/>
              <w:right w:w="70" w:type="dxa"/>
            </w:tcMar>
          </w:tcPr>
          <w:p w14:paraId="480BADA9" w14:textId="77777777" w:rsidR="000F1137" w:rsidRPr="000A2615" w:rsidRDefault="000F1137" w:rsidP="00574222">
            <w:pPr>
              <w:rPr>
                <w:rFonts w:ascii="Times New Roman" w:hAnsi="Times New Roman" w:cs="Times New Roman"/>
                <w:sz w:val="22"/>
              </w:rPr>
            </w:pPr>
            <w:r w:rsidRPr="000A2615">
              <w:rPr>
                <w:rFonts w:ascii="Times New Roman" w:hAnsi="Times New Roman" w:cs="Times New Roman"/>
                <w:b/>
                <w:sz w:val="22"/>
              </w:rPr>
              <w:t>No.</w:t>
            </w:r>
          </w:p>
        </w:tc>
        <w:tc>
          <w:tcPr>
            <w:tcW w:w="3109" w:type="dxa"/>
            <w:tcMar>
              <w:top w:w="70" w:type="dxa"/>
              <w:left w:w="70" w:type="dxa"/>
              <w:bottom w:w="70" w:type="dxa"/>
              <w:right w:w="70" w:type="dxa"/>
            </w:tcMar>
          </w:tcPr>
          <w:p w14:paraId="0311F4C8" w14:textId="77777777" w:rsidR="000F1137" w:rsidRPr="000A2615" w:rsidRDefault="000F1137" w:rsidP="00574222">
            <w:pPr>
              <w:rPr>
                <w:rFonts w:ascii="Times New Roman" w:hAnsi="Times New Roman" w:cs="Times New Roman"/>
                <w:sz w:val="22"/>
              </w:rPr>
            </w:pPr>
            <w:r w:rsidRPr="000A2615">
              <w:rPr>
                <w:rFonts w:ascii="Times New Roman" w:hAnsi="Times New Roman" w:cs="Times New Roman"/>
                <w:b/>
                <w:sz w:val="22"/>
              </w:rPr>
              <w:t>EoI review comment / condition</w:t>
            </w:r>
          </w:p>
        </w:tc>
        <w:tc>
          <w:tcPr>
            <w:tcW w:w="3609" w:type="dxa"/>
            <w:tcMar>
              <w:top w:w="70" w:type="dxa"/>
              <w:left w:w="70" w:type="dxa"/>
              <w:bottom w:w="70" w:type="dxa"/>
              <w:right w:w="70" w:type="dxa"/>
            </w:tcMar>
          </w:tcPr>
          <w:p w14:paraId="62E83B9A" w14:textId="77777777" w:rsidR="000F1137" w:rsidRPr="000A2615" w:rsidRDefault="000F1137" w:rsidP="00574222">
            <w:pPr>
              <w:rPr>
                <w:rFonts w:ascii="Times New Roman" w:hAnsi="Times New Roman" w:cs="Times New Roman"/>
                <w:sz w:val="22"/>
              </w:rPr>
            </w:pPr>
            <w:r w:rsidRPr="000A2615">
              <w:rPr>
                <w:rFonts w:ascii="Times New Roman" w:hAnsi="Times New Roman" w:cs="Times New Roman"/>
                <w:b/>
                <w:sz w:val="22"/>
              </w:rPr>
              <w:t>Applicant response and action taken</w:t>
            </w:r>
          </w:p>
        </w:tc>
        <w:tc>
          <w:tcPr>
            <w:tcW w:w="1607" w:type="dxa"/>
            <w:tcMar>
              <w:top w:w="70" w:type="dxa"/>
              <w:left w:w="70" w:type="dxa"/>
              <w:bottom w:w="70" w:type="dxa"/>
              <w:right w:w="70" w:type="dxa"/>
            </w:tcMar>
          </w:tcPr>
          <w:p w14:paraId="02435D77" w14:textId="77777777" w:rsidR="000F1137" w:rsidRPr="000A2615" w:rsidRDefault="000F1137" w:rsidP="00574222">
            <w:pPr>
              <w:rPr>
                <w:rFonts w:ascii="Times New Roman" w:hAnsi="Times New Roman" w:cs="Times New Roman"/>
                <w:sz w:val="22"/>
              </w:rPr>
            </w:pPr>
            <w:r w:rsidRPr="000A2615">
              <w:rPr>
                <w:rFonts w:ascii="Times New Roman" w:hAnsi="Times New Roman" w:cs="Times New Roman"/>
                <w:b/>
                <w:sz w:val="22"/>
              </w:rPr>
              <w:t>Full Proposal section / annex</w:t>
            </w:r>
          </w:p>
        </w:tc>
      </w:tr>
      <w:tr w:rsidR="000F1137" w:rsidRPr="000A2615" w14:paraId="1B1893CB" w14:textId="77777777" w:rsidTr="006B2D6B">
        <w:trPr>
          <w:cantSplit/>
          <w:jc w:val="center"/>
        </w:trPr>
        <w:tc>
          <w:tcPr>
            <w:tcW w:w="675" w:type="dxa"/>
            <w:tcMar>
              <w:top w:w="70" w:type="dxa"/>
              <w:left w:w="70" w:type="dxa"/>
              <w:bottom w:w="70" w:type="dxa"/>
              <w:right w:w="70" w:type="dxa"/>
            </w:tcMar>
          </w:tcPr>
          <w:p w14:paraId="631BFD01" w14:textId="6946A4A1" w:rsidR="000F1137" w:rsidRPr="000A2615" w:rsidRDefault="000F1137" w:rsidP="00574222">
            <w:pPr>
              <w:pStyle w:val="ResponsePlaceholder"/>
              <w:rPr>
                <w:rFonts w:ascii="Times New Roman" w:hAnsi="Times New Roman" w:cs="Times New Roman"/>
                <w:color w:val="auto"/>
                <w:sz w:val="22"/>
              </w:rPr>
            </w:pPr>
          </w:p>
        </w:tc>
        <w:tc>
          <w:tcPr>
            <w:tcW w:w="3109" w:type="dxa"/>
            <w:tcMar>
              <w:top w:w="70" w:type="dxa"/>
              <w:left w:w="70" w:type="dxa"/>
              <w:bottom w:w="70" w:type="dxa"/>
              <w:right w:w="70" w:type="dxa"/>
            </w:tcMar>
          </w:tcPr>
          <w:p w14:paraId="43C5F8CA" w14:textId="2A63BABD" w:rsidR="000F1137" w:rsidRPr="000A2615" w:rsidRDefault="000F1137" w:rsidP="00574222">
            <w:pPr>
              <w:pStyle w:val="ResponsePlaceholder"/>
              <w:rPr>
                <w:rFonts w:ascii="Times New Roman" w:hAnsi="Times New Roman" w:cs="Times New Roman"/>
                <w:color w:val="auto"/>
                <w:sz w:val="22"/>
              </w:rPr>
            </w:pPr>
          </w:p>
        </w:tc>
        <w:tc>
          <w:tcPr>
            <w:tcW w:w="3609" w:type="dxa"/>
            <w:tcMar>
              <w:top w:w="70" w:type="dxa"/>
              <w:left w:w="70" w:type="dxa"/>
              <w:bottom w:w="70" w:type="dxa"/>
              <w:right w:w="70" w:type="dxa"/>
            </w:tcMar>
          </w:tcPr>
          <w:p w14:paraId="1CE626AA" w14:textId="38D02C11" w:rsidR="000F1137" w:rsidRPr="000A2615" w:rsidRDefault="000F1137" w:rsidP="00574222">
            <w:pPr>
              <w:pStyle w:val="ResponsePlaceholder"/>
              <w:rPr>
                <w:rFonts w:ascii="Times New Roman" w:hAnsi="Times New Roman" w:cs="Times New Roman"/>
                <w:color w:val="auto"/>
                <w:sz w:val="22"/>
              </w:rPr>
            </w:pPr>
          </w:p>
        </w:tc>
        <w:tc>
          <w:tcPr>
            <w:tcW w:w="1607" w:type="dxa"/>
            <w:tcMar>
              <w:top w:w="70" w:type="dxa"/>
              <w:left w:w="70" w:type="dxa"/>
              <w:bottom w:w="70" w:type="dxa"/>
              <w:right w:w="70" w:type="dxa"/>
            </w:tcMar>
          </w:tcPr>
          <w:p w14:paraId="446613F6" w14:textId="7DE2FA5D" w:rsidR="000F1137" w:rsidRPr="000A2615" w:rsidRDefault="000F1137" w:rsidP="00574222">
            <w:pPr>
              <w:pStyle w:val="ResponsePlaceholder"/>
              <w:rPr>
                <w:rFonts w:ascii="Times New Roman" w:hAnsi="Times New Roman" w:cs="Times New Roman"/>
                <w:color w:val="auto"/>
                <w:sz w:val="22"/>
              </w:rPr>
            </w:pPr>
          </w:p>
        </w:tc>
      </w:tr>
      <w:tr w:rsidR="000F1137" w:rsidRPr="000A2615" w14:paraId="34D7E3F3" w14:textId="77777777" w:rsidTr="006B2D6B">
        <w:trPr>
          <w:cantSplit/>
          <w:jc w:val="center"/>
        </w:trPr>
        <w:tc>
          <w:tcPr>
            <w:tcW w:w="675" w:type="dxa"/>
            <w:tcMar>
              <w:top w:w="70" w:type="dxa"/>
              <w:left w:w="70" w:type="dxa"/>
              <w:bottom w:w="70" w:type="dxa"/>
              <w:right w:w="70" w:type="dxa"/>
            </w:tcMar>
          </w:tcPr>
          <w:p w14:paraId="18EA9AE8" w14:textId="07A41DE8" w:rsidR="000F1137" w:rsidRPr="000A2615" w:rsidRDefault="000F1137" w:rsidP="00574222">
            <w:pPr>
              <w:pStyle w:val="ResponsePlaceholder"/>
              <w:rPr>
                <w:rFonts w:ascii="Times New Roman" w:hAnsi="Times New Roman" w:cs="Times New Roman"/>
                <w:color w:val="auto"/>
                <w:sz w:val="22"/>
              </w:rPr>
            </w:pPr>
          </w:p>
        </w:tc>
        <w:tc>
          <w:tcPr>
            <w:tcW w:w="3109" w:type="dxa"/>
            <w:tcMar>
              <w:top w:w="70" w:type="dxa"/>
              <w:left w:w="70" w:type="dxa"/>
              <w:bottom w:w="70" w:type="dxa"/>
              <w:right w:w="70" w:type="dxa"/>
            </w:tcMar>
          </w:tcPr>
          <w:p w14:paraId="7B4566AE" w14:textId="0CC428BB" w:rsidR="000F1137" w:rsidRPr="000A2615" w:rsidRDefault="000F1137" w:rsidP="00574222">
            <w:pPr>
              <w:pStyle w:val="ResponsePlaceholder"/>
              <w:rPr>
                <w:rFonts w:ascii="Times New Roman" w:hAnsi="Times New Roman" w:cs="Times New Roman"/>
                <w:color w:val="auto"/>
                <w:sz w:val="22"/>
              </w:rPr>
            </w:pPr>
          </w:p>
        </w:tc>
        <w:tc>
          <w:tcPr>
            <w:tcW w:w="3609" w:type="dxa"/>
            <w:tcMar>
              <w:top w:w="70" w:type="dxa"/>
              <w:left w:w="70" w:type="dxa"/>
              <w:bottom w:w="70" w:type="dxa"/>
              <w:right w:w="70" w:type="dxa"/>
            </w:tcMar>
          </w:tcPr>
          <w:p w14:paraId="30812E74" w14:textId="26CF6A41" w:rsidR="000F1137" w:rsidRPr="000A2615" w:rsidRDefault="000F1137" w:rsidP="00574222">
            <w:pPr>
              <w:pStyle w:val="ResponsePlaceholder"/>
              <w:rPr>
                <w:rFonts w:ascii="Times New Roman" w:hAnsi="Times New Roman" w:cs="Times New Roman"/>
                <w:color w:val="auto"/>
                <w:sz w:val="22"/>
              </w:rPr>
            </w:pPr>
          </w:p>
        </w:tc>
        <w:tc>
          <w:tcPr>
            <w:tcW w:w="1607" w:type="dxa"/>
            <w:tcMar>
              <w:top w:w="70" w:type="dxa"/>
              <w:left w:w="70" w:type="dxa"/>
              <w:bottom w:w="70" w:type="dxa"/>
              <w:right w:w="70" w:type="dxa"/>
            </w:tcMar>
          </w:tcPr>
          <w:p w14:paraId="66DFDAC0" w14:textId="08A25311" w:rsidR="000F1137" w:rsidRPr="000A2615" w:rsidRDefault="000F1137" w:rsidP="00574222">
            <w:pPr>
              <w:pStyle w:val="ResponsePlaceholder"/>
              <w:rPr>
                <w:rFonts w:ascii="Times New Roman" w:hAnsi="Times New Roman" w:cs="Times New Roman"/>
                <w:color w:val="auto"/>
                <w:sz w:val="22"/>
              </w:rPr>
            </w:pPr>
          </w:p>
        </w:tc>
      </w:tr>
    </w:tbl>
    <w:p w14:paraId="274139DC" w14:textId="77777777" w:rsidR="000F1137" w:rsidRPr="000A2615" w:rsidRDefault="000F1137" w:rsidP="000F1137">
      <w:pPr>
        <w:spacing w:after="0"/>
        <w:rPr>
          <w:rFonts w:ascii="Times New Roman" w:hAnsi="Times New Roman" w:cs="Times New Roman"/>
          <w:sz w:val="22"/>
        </w:rPr>
      </w:pPr>
    </w:p>
    <w:p w14:paraId="6F69153B" w14:textId="77777777" w:rsidR="000F1137" w:rsidRPr="000A2615" w:rsidRDefault="000F1137">
      <w:pPr>
        <w:pStyle w:val="Heading2"/>
        <w:rPr>
          <w:rFonts w:ascii="Times New Roman" w:hAnsi="Times New Roman" w:cs="Times New Roman"/>
          <w:color w:val="auto"/>
          <w:sz w:val="22"/>
          <w:szCs w:val="22"/>
        </w:rPr>
      </w:pPr>
    </w:p>
    <w:sectPr w:rsidR="000F1137" w:rsidRPr="000A2615" w:rsidSect="00034616">
      <w:type w:val="continuous"/>
      <w:pgSz w:w="11906" w:h="16838"/>
      <w:pgMar w:top="964" w:right="1020" w:bottom="907"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73A67" w14:textId="77777777" w:rsidR="004C50F4" w:rsidRDefault="004C50F4">
      <w:pPr>
        <w:spacing w:after="0" w:line="240" w:lineRule="auto"/>
      </w:pPr>
      <w:r>
        <w:separator/>
      </w:r>
    </w:p>
  </w:endnote>
  <w:endnote w:type="continuationSeparator" w:id="0">
    <w:p w14:paraId="205D357B" w14:textId="77777777" w:rsidR="004C50F4" w:rsidRDefault="004C5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58B6" w14:textId="0B164032" w:rsidR="00336039" w:rsidRDefault="00497E92">
    <w:pPr>
      <w:pStyle w:val="Footer"/>
      <w:jc w:val="center"/>
    </w:pPr>
    <w:r>
      <w:rPr>
        <w:color w:val="666666"/>
        <w:sz w:val="16"/>
      </w:rPr>
      <w:t xml:space="preserve">Official Use Only  |  Page </w:t>
    </w:r>
    <w:r>
      <w:fldChar w:fldCharType="begin"/>
    </w:r>
    <w:r>
      <w:instrText>PAGE</w:instrText>
    </w:r>
    <w:r>
      <w:fldChar w:fldCharType="separate"/>
    </w:r>
    <w:r w:rsidR="00527AFF">
      <w:rPr>
        <w:noProof/>
      </w:rPr>
      <w:t>1</w:t>
    </w:r>
    <w:r>
      <w:fldChar w:fldCharType="end"/>
    </w:r>
    <w:r>
      <w:rPr>
        <w:color w:val="666666"/>
        <w:sz w:val="16"/>
      </w:rPr>
      <w:t xml:space="preserve"> of </w:t>
    </w:r>
    <w:r>
      <w:fldChar w:fldCharType="begin"/>
    </w:r>
    <w:r>
      <w:instrText>NUMPAGES</w:instrText>
    </w:r>
    <w:r>
      <w:fldChar w:fldCharType="separate"/>
    </w:r>
    <w:r w:rsidR="00527A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3F5E9" w14:textId="77777777" w:rsidR="004C50F4" w:rsidRDefault="004C50F4">
      <w:pPr>
        <w:spacing w:after="0" w:line="240" w:lineRule="auto"/>
      </w:pPr>
      <w:r>
        <w:separator/>
      </w:r>
    </w:p>
  </w:footnote>
  <w:footnote w:type="continuationSeparator" w:id="0">
    <w:p w14:paraId="7D38DFDD" w14:textId="77777777" w:rsidR="004C50F4" w:rsidRDefault="004C50F4">
      <w:pPr>
        <w:spacing w:after="0" w:line="240" w:lineRule="auto"/>
      </w:pPr>
      <w:r>
        <w:continuationSeparator/>
      </w:r>
    </w:p>
  </w:footnote>
  <w:footnote w:id="1">
    <w:p w14:paraId="7246B501" w14:textId="499C23EB" w:rsidR="001F6101" w:rsidRDefault="001F6101">
      <w:pPr>
        <w:pStyle w:val="FootnoteText"/>
      </w:pPr>
      <w:r>
        <w:rPr>
          <w:rStyle w:val="FootnoteReference"/>
        </w:rPr>
        <w:footnoteRef/>
      </w:r>
      <w:r>
        <w:t xml:space="preserve"> </w:t>
      </w:r>
      <w:r w:rsidRPr="001F6101">
        <w:t>Certificate programmes are eligible if they are offered at the post-secondary level</w:t>
      </w:r>
    </w:p>
  </w:footnote>
  <w:footnote w:id="2">
    <w:p w14:paraId="6DDA35D6" w14:textId="7FEA9978" w:rsidR="00AA1D26" w:rsidRDefault="00AA1D26">
      <w:pPr>
        <w:pStyle w:val="FootnoteText"/>
      </w:pPr>
      <w:r>
        <w:rPr>
          <w:rStyle w:val="FootnoteReference"/>
        </w:rPr>
        <w:footnoteRef/>
      </w:r>
      <w:r>
        <w:t xml:space="preserve"> </w:t>
      </w:r>
      <w:r w:rsidRPr="004C7FD3">
        <w:t>Innovation under ACE innovate refers to the adoption, adaptation, or creation of new or significantly improved products, processes, services, technologies, or organizational practices that create value for firms, public agencies, workers, or communities. It is limited to tertiary education and includes applied problem-solving, testing and validation, extension, public-sector uptake, technology transfer, commercialization, and entrepreneurship. Patents and start-ups are possible outcomes and encouraged, but not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FDB5" w14:textId="77777777" w:rsidR="00336039" w:rsidRDefault="00497E92">
    <w:pPr>
      <w:pStyle w:val="Header"/>
      <w:jc w:val="right"/>
    </w:pPr>
    <w:r>
      <w:rPr>
        <w:color w:val="666666"/>
        <w:sz w:val="16"/>
      </w:rPr>
      <w:t>ACE Innovate Stage 2 Full Proposal Application Form | Standalone RFTI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E8112A"/>
    <w:multiLevelType w:val="hybridMultilevel"/>
    <w:tmpl w:val="7A74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04749">
    <w:abstractNumId w:val="8"/>
  </w:num>
  <w:num w:numId="2" w16cid:durableId="819226054">
    <w:abstractNumId w:val="6"/>
  </w:num>
  <w:num w:numId="3" w16cid:durableId="884096589">
    <w:abstractNumId w:val="5"/>
  </w:num>
  <w:num w:numId="4" w16cid:durableId="1650750742">
    <w:abstractNumId w:val="4"/>
  </w:num>
  <w:num w:numId="5" w16cid:durableId="827552992">
    <w:abstractNumId w:val="7"/>
  </w:num>
  <w:num w:numId="6" w16cid:durableId="1660963153">
    <w:abstractNumId w:val="3"/>
  </w:num>
  <w:num w:numId="7" w16cid:durableId="707413708">
    <w:abstractNumId w:val="2"/>
  </w:num>
  <w:num w:numId="8" w16cid:durableId="379325893">
    <w:abstractNumId w:val="1"/>
  </w:num>
  <w:num w:numId="9" w16cid:durableId="340550636">
    <w:abstractNumId w:val="0"/>
  </w:num>
  <w:num w:numId="10" w16cid:durableId="11670898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4B3"/>
    <w:rsid w:val="00033188"/>
    <w:rsid w:val="00034616"/>
    <w:rsid w:val="0006063C"/>
    <w:rsid w:val="00063948"/>
    <w:rsid w:val="000A2615"/>
    <w:rsid w:val="000D3C7C"/>
    <w:rsid w:val="000E08AB"/>
    <w:rsid w:val="000F1137"/>
    <w:rsid w:val="000F3C97"/>
    <w:rsid w:val="00121CD3"/>
    <w:rsid w:val="0014069B"/>
    <w:rsid w:val="0015074B"/>
    <w:rsid w:val="00154FAC"/>
    <w:rsid w:val="00177DEA"/>
    <w:rsid w:val="001B0C20"/>
    <w:rsid w:val="001B7350"/>
    <w:rsid w:val="001D0EB7"/>
    <w:rsid w:val="001E09EF"/>
    <w:rsid w:val="001E3CA8"/>
    <w:rsid w:val="001F1A1E"/>
    <w:rsid w:val="001F6101"/>
    <w:rsid w:val="002047BD"/>
    <w:rsid w:val="00207F1D"/>
    <w:rsid w:val="0022405B"/>
    <w:rsid w:val="002370E9"/>
    <w:rsid w:val="0029639D"/>
    <w:rsid w:val="002979B2"/>
    <w:rsid w:val="002B7E88"/>
    <w:rsid w:val="003019F4"/>
    <w:rsid w:val="00326F90"/>
    <w:rsid w:val="00334B3D"/>
    <w:rsid w:val="00336039"/>
    <w:rsid w:val="00351C11"/>
    <w:rsid w:val="003557FE"/>
    <w:rsid w:val="00366D5F"/>
    <w:rsid w:val="003974BB"/>
    <w:rsid w:val="003E6E06"/>
    <w:rsid w:val="0043350A"/>
    <w:rsid w:val="0048653F"/>
    <w:rsid w:val="00497E92"/>
    <w:rsid w:val="004C50F4"/>
    <w:rsid w:val="004F1D2E"/>
    <w:rsid w:val="00506AE0"/>
    <w:rsid w:val="00514960"/>
    <w:rsid w:val="00527AFF"/>
    <w:rsid w:val="005329AF"/>
    <w:rsid w:val="00541C83"/>
    <w:rsid w:val="005A2766"/>
    <w:rsid w:val="006057ED"/>
    <w:rsid w:val="006330A8"/>
    <w:rsid w:val="00640C6F"/>
    <w:rsid w:val="0066261F"/>
    <w:rsid w:val="006643E0"/>
    <w:rsid w:val="006717A7"/>
    <w:rsid w:val="00691F74"/>
    <w:rsid w:val="006B09C7"/>
    <w:rsid w:val="006B2D6B"/>
    <w:rsid w:val="006D1104"/>
    <w:rsid w:val="00734644"/>
    <w:rsid w:val="007E1041"/>
    <w:rsid w:val="00805A89"/>
    <w:rsid w:val="0081600E"/>
    <w:rsid w:val="00821364"/>
    <w:rsid w:val="00843E5E"/>
    <w:rsid w:val="00866907"/>
    <w:rsid w:val="00894664"/>
    <w:rsid w:val="008B1BBC"/>
    <w:rsid w:val="008B4239"/>
    <w:rsid w:val="008C2D20"/>
    <w:rsid w:val="008C4CD3"/>
    <w:rsid w:val="008D5863"/>
    <w:rsid w:val="008E147A"/>
    <w:rsid w:val="0090308B"/>
    <w:rsid w:val="00905B70"/>
    <w:rsid w:val="00911935"/>
    <w:rsid w:val="00913098"/>
    <w:rsid w:val="009456C7"/>
    <w:rsid w:val="009458FD"/>
    <w:rsid w:val="009B5539"/>
    <w:rsid w:val="009D7068"/>
    <w:rsid w:val="009E03DB"/>
    <w:rsid w:val="009E1FF3"/>
    <w:rsid w:val="009E5ED8"/>
    <w:rsid w:val="009F625C"/>
    <w:rsid w:val="009F6E10"/>
    <w:rsid w:val="00A032E9"/>
    <w:rsid w:val="00A3129D"/>
    <w:rsid w:val="00AA1D26"/>
    <w:rsid w:val="00AA1D8D"/>
    <w:rsid w:val="00AE5E63"/>
    <w:rsid w:val="00B3363D"/>
    <w:rsid w:val="00B47730"/>
    <w:rsid w:val="00BB27F8"/>
    <w:rsid w:val="00BB6B0F"/>
    <w:rsid w:val="00C057CB"/>
    <w:rsid w:val="00CB0664"/>
    <w:rsid w:val="00CC710F"/>
    <w:rsid w:val="00CD2F51"/>
    <w:rsid w:val="00CE19C5"/>
    <w:rsid w:val="00CF7B18"/>
    <w:rsid w:val="00D14DC2"/>
    <w:rsid w:val="00D500CF"/>
    <w:rsid w:val="00D6609B"/>
    <w:rsid w:val="00D671D9"/>
    <w:rsid w:val="00D754C8"/>
    <w:rsid w:val="00DD3BF1"/>
    <w:rsid w:val="00E25CF0"/>
    <w:rsid w:val="00E274D7"/>
    <w:rsid w:val="00E4194C"/>
    <w:rsid w:val="00E47ABA"/>
    <w:rsid w:val="00E970E3"/>
    <w:rsid w:val="00EC25E8"/>
    <w:rsid w:val="00EE07AE"/>
    <w:rsid w:val="00EE4859"/>
    <w:rsid w:val="00EF1A4F"/>
    <w:rsid w:val="00EF288B"/>
    <w:rsid w:val="00F056F8"/>
    <w:rsid w:val="00F4609D"/>
    <w:rsid w:val="00F55CBC"/>
    <w:rsid w:val="00FC693F"/>
    <w:rsid w:val="00FD28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139C0E0-0A17-4F0D-8D96-21C7D8A7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365F91"/>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4F81BD"/>
      <w:sz w:val="23"/>
    </w:rPr>
  </w:style>
  <w:style w:type="paragraph" w:styleId="Heading4">
    <w:name w:val="heading 4"/>
    <w:basedOn w:val="Normal"/>
    <w:next w:val="Normal"/>
    <w:link w:val="Heading4Char"/>
    <w:uiPriority w:val="9"/>
    <w:semiHidden/>
    <w:unhideWhenUsed/>
    <w:qFormat/>
    <w:rsid w:val="00FC693F"/>
    <w:pPr>
      <w:keepNext/>
      <w:keepLines/>
      <w:spacing w:before="120" w:after="40"/>
      <w:outlineLvl w:val="3"/>
    </w:pPr>
    <w:rPr>
      <w:rFonts w:asciiTheme="majorHAnsi" w:eastAsiaTheme="majorEastAsia" w:hAnsiTheme="majorHAnsi" w:cstheme="majorBidi"/>
      <w:b/>
      <w:bCs/>
      <w:i/>
      <w:iCs/>
      <w:color w:val="17365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anceText">
    <w:name w:val="Guidance Text"/>
    <w:pPr>
      <w:spacing w:after="60" w:line="240" w:lineRule="auto"/>
    </w:pPr>
    <w:rPr>
      <w:rFonts w:ascii="Arial" w:hAnsi="Arial"/>
      <w:i/>
      <w:color w:val="666666"/>
      <w:sz w:val="18"/>
    </w:rPr>
  </w:style>
  <w:style w:type="paragraph" w:customStyle="1" w:styleId="ResponsePlaceholder">
    <w:name w:val="Response Placeholder"/>
    <w:pPr>
      <w:spacing w:after="40"/>
    </w:pPr>
    <w:rPr>
      <w:rFonts w:ascii="Arial" w:hAnsi="Arial"/>
      <w:i/>
      <w:color w:val="666666"/>
      <w:sz w:val="20"/>
    </w:rPr>
  </w:style>
  <w:style w:type="paragraph" w:customStyle="1" w:styleId="SmallNote">
    <w:name w:val="Small Note"/>
    <w:pPr>
      <w:spacing w:after="40"/>
    </w:pPr>
    <w:rPr>
      <w:rFonts w:ascii="Arial" w:hAnsi="Arial"/>
      <w:color w:val="666666"/>
      <w:sz w:val="17"/>
    </w:rPr>
  </w:style>
  <w:style w:type="character" w:styleId="CommentReference">
    <w:name w:val="annotation reference"/>
    <w:basedOn w:val="DefaultParagraphFont"/>
    <w:uiPriority w:val="99"/>
    <w:semiHidden/>
    <w:unhideWhenUsed/>
    <w:rsid w:val="00541C83"/>
    <w:rPr>
      <w:sz w:val="16"/>
      <w:szCs w:val="16"/>
    </w:rPr>
  </w:style>
  <w:style w:type="paragraph" w:styleId="CommentText">
    <w:name w:val="annotation text"/>
    <w:basedOn w:val="Normal"/>
    <w:link w:val="CommentTextChar"/>
    <w:uiPriority w:val="99"/>
    <w:unhideWhenUsed/>
    <w:rsid w:val="00541C83"/>
    <w:pPr>
      <w:spacing w:line="240" w:lineRule="auto"/>
    </w:pPr>
    <w:rPr>
      <w:sz w:val="20"/>
      <w:szCs w:val="20"/>
    </w:rPr>
  </w:style>
  <w:style w:type="character" w:customStyle="1" w:styleId="CommentTextChar">
    <w:name w:val="Comment Text Char"/>
    <w:basedOn w:val="DefaultParagraphFont"/>
    <w:link w:val="CommentText"/>
    <w:uiPriority w:val="99"/>
    <w:rsid w:val="00541C83"/>
    <w:rPr>
      <w:rFonts w:ascii="Arial" w:hAnsi="Arial"/>
      <w:sz w:val="20"/>
      <w:szCs w:val="20"/>
    </w:rPr>
  </w:style>
  <w:style w:type="paragraph" w:styleId="TOC2">
    <w:name w:val="toc 2"/>
    <w:basedOn w:val="Normal"/>
    <w:next w:val="Normal"/>
    <w:autoRedefine/>
    <w:uiPriority w:val="39"/>
    <w:unhideWhenUsed/>
    <w:rsid w:val="009F625C"/>
    <w:pPr>
      <w:ind w:left="210"/>
    </w:pPr>
  </w:style>
  <w:style w:type="paragraph" w:styleId="TOC1">
    <w:name w:val="toc 1"/>
    <w:basedOn w:val="Normal"/>
    <w:next w:val="Normal"/>
    <w:autoRedefine/>
    <w:uiPriority w:val="39"/>
    <w:unhideWhenUsed/>
    <w:rsid w:val="009F625C"/>
  </w:style>
  <w:style w:type="paragraph" w:styleId="TOC3">
    <w:name w:val="toc 3"/>
    <w:basedOn w:val="Normal"/>
    <w:next w:val="Normal"/>
    <w:autoRedefine/>
    <w:uiPriority w:val="39"/>
    <w:unhideWhenUsed/>
    <w:rsid w:val="009F625C"/>
    <w:pPr>
      <w:ind w:left="420"/>
    </w:pPr>
  </w:style>
  <w:style w:type="character" w:styleId="Hyperlink">
    <w:name w:val="Hyperlink"/>
    <w:basedOn w:val="DefaultParagraphFont"/>
    <w:uiPriority w:val="99"/>
    <w:unhideWhenUsed/>
    <w:rsid w:val="009F625C"/>
    <w:rPr>
      <w:color w:val="0000FF" w:themeColor="hyperlink"/>
      <w:u w:val="single"/>
    </w:rPr>
  </w:style>
  <w:style w:type="paragraph" w:styleId="FootnoteText">
    <w:name w:val="footnote text"/>
    <w:basedOn w:val="Normal"/>
    <w:link w:val="FootnoteTextChar"/>
    <w:uiPriority w:val="99"/>
    <w:semiHidden/>
    <w:unhideWhenUsed/>
    <w:rsid w:val="00AA1D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D26"/>
    <w:rPr>
      <w:rFonts w:ascii="Arial" w:hAnsi="Arial"/>
      <w:sz w:val="20"/>
      <w:szCs w:val="20"/>
    </w:rPr>
  </w:style>
  <w:style w:type="character" w:styleId="FootnoteReference">
    <w:name w:val="footnote reference"/>
    <w:basedOn w:val="DefaultParagraphFont"/>
    <w:uiPriority w:val="99"/>
    <w:semiHidden/>
    <w:unhideWhenUsed/>
    <w:rsid w:val="00AA1D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112DD0C3B844DA08D582E1979FD5D" ma:contentTypeVersion="3" ma:contentTypeDescription="Create a new document." ma:contentTypeScope="" ma:versionID="29d54858cb10b93635512a75ec6f49cb">
  <xsd:schema xmlns:xsd="http://www.w3.org/2001/XMLSchema" xmlns:xs="http://www.w3.org/2001/XMLSchema" xmlns:p="http://schemas.microsoft.com/office/2006/metadata/properties" xmlns:ns2="9a3f299b-a897-4679-b3fc-ce99aff5f39b" targetNamespace="http://schemas.microsoft.com/office/2006/metadata/properties" ma:root="true" ma:fieldsID="afbbe0ec66020ceb1084739849affd37" ns2:_="">
    <xsd:import namespace="9a3f299b-a897-4679-b3fc-ce99aff5f3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299b-a897-4679-b3fc-ce99aff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C092E7C-2E07-4B43-B511-92806DDC867B}"/>
</file>

<file path=customXml/itemProps3.xml><?xml version="1.0" encoding="utf-8"?>
<ds:datastoreItem xmlns:ds="http://schemas.openxmlformats.org/officeDocument/2006/customXml" ds:itemID="{F652C1DB-BAAA-46B3-9490-9EC31771BDBC}"/>
</file>

<file path=customXml/itemProps4.xml><?xml version="1.0" encoding="utf-8"?>
<ds:datastoreItem xmlns:ds="http://schemas.openxmlformats.org/officeDocument/2006/customXml" ds:itemID="{DBD86698-E93B-419C-9ED2-9FBB8957B5B7}"/>
</file>

<file path=docProps/app.xml><?xml version="1.0" encoding="utf-8"?>
<Properties xmlns="http://schemas.openxmlformats.org/officeDocument/2006/extended-properties" xmlns:vt="http://schemas.openxmlformats.org/officeDocument/2006/docPropsVTypes">
  <Template>Normal</Template>
  <TotalTime>191</TotalTime>
  <Pages>33</Pages>
  <Words>5311</Words>
  <Characters>33302</Characters>
  <Application>Microsoft Office Word</Application>
  <DocSecurity>0</DocSecurity>
  <Lines>1233</Lines>
  <Paragraphs>728</Paragraphs>
  <ScaleCrop>false</ScaleCrop>
  <HeadingPairs>
    <vt:vector size="2" baseType="variant">
      <vt:variant>
        <vt:lpstr>Title</vt:lpstr>
      </vt:variant>
      <vt:variant>
        <vt:i4>1</vt:i4>
      </vt:variant>
    </vt:vector>
  </HeadingPairs>
  <TitlesOfParts>
    <vt:vector size="1" baseType="lpstr">
      <vt:lpstr>ACE Innovate Full Proposal Application Form Standalone RFTI</vt:lpstr>
    </vt:vector>
  </TitlesOfParts>
  <Manager/>
  <Company/>
  <LinksUpToDate>false</LinksUpToDate>
  <CharactersWithSpaces>37885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Innovate Full Proposal Application Form Standalone RFTI</dc:title>
  <dc:subject>ACE Innovate Stage 2 Full Proposal Application Form</dc:subject>
  <dc:creator>Association of African Universities</dc:creator>
  <cp:keywords>ACE Innovate, Full Proposal, Stage 2</cp:keywords>
  <dc:description>generated by python-docx</dc:description>
  <cp:lastModifiedBy>Schenineda Kwaku Ankomah</cp:lastModifiedBy>
  <cp:revision>14</cp:revision>
  <dcterms:created xsi:type="dcterms:W3CDTF">2013-12-23T23:15:00Z</dcterms:created>
  <dcterms:modified xsi:type="dcterms:W3CDTF">2026-08-14T10:37:00Z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0x0101004CE112DD0C3B844DA08D582E1979FD5D</vt:lpwstr>
  </property>
</Properties>
</file>