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50AD8" w14:textId="4579BFD0" w:rsidR="004D4D58" w:rsidRPr="00A81E72" w:rsidRDefault="00B04554">
      <w:pPr>
        <w:spacing w:after="80" w:line="240" w:lineRule="auto"/>
        <w:jc w:val="center"/>
        <w:rPr>
          <w:lang w:val="fr-FR"/>
        </w:rPr>
      </w:pPr>
      <w:r w:rsidRPr="0D726C07">
        <w:rPr>
          <w:b/>
          <w:bCs/>
          <w:color w:val="1F4E79"/>
          <w:sz w:val="44"/>
          <w:szCs w:val="44"/>
          <w:lang w:val="fr-FR"/>
        </w:rPr>
        <w:t xml:space="preserve">ACE </w:t>
      </w:r>
      <w:proofErr w:type="spellStart"/>
      <w:r w:rsidRPr="0D726C07">
        <w:rPr>
          <w:b/>
          <w:bCs/>
          <w:color w:val="1F4E79"/>
          <w:sz w:val="44"/>
          <w:szCs w:val="44"/>
          <w:lang w:val="fr-FR"/>
        </w:rPr>
        <w:t>Innovate</w:t>
      </w:r>
      <w:proofErr w:type="spellEnd"/>
    </w:p>
    <w:p w14:paraId="6A7DF67B" w14:textId="77777777" w:rsidR="004D4D58" w:rsidRPr="00A81E72" w:rsidRDefault="00A65A9D">
      <w:pPr>
        <w:spacing w:after="80" w:line="240" w:lineRule="auto"/>
        <w:jc w:val="center"/>
        <w:rPr>
          <w:lang w:val="fr-FR"/>
        </w:rPr>
      </w:pPr>
      <w:r w:rsidRPr="0D726C07">
        <w:rPr>
          <w:b/>
          <w:bCs/>
          <w:color w:val="0F6B78"/>
          <w:sz w:val="32"/>
          <w:szCs w:val="32"/>
          <w:lang w:val="fr-FR"/>
        </w:rPr>
        <w:t>Formulaire de manifestation d'intérêt</w:t>
      </w:r>
    </w:p>
    <w:p w14:paraId="7D65A9BE" w14:textId="0536822B" w:rsidR="004D4D58" w:rsidRPr="00A81E72" w:rsidRDefault="00A65A9D">
      <w:pPr>
        <w:spacing w:after="120" w:line="240" w:lineRule="auto"/>
        <w:jc w:val="center"/>
        <w:rPr>
          <w:lang w:val="fr-FR"/>
        </w:rPr>
      </w:pPr>
      <w:r w:rsidRPr="0D726C07">
        <w:rPr>
          <w:b/>
          <w:bCs/>
          <w:sz w:val="26"/>
          <w:szCs w:val="26"/>
          <w:lang w:val="fr-FR"/>
        </w:rPr>
        <w:t xml:space="preserve">Soumission indépendante </w:t>
      </w:r>
      <w:r w:rsidR="00B04554" w:rsidRPr="0D726C07">
        <w:rPr>
          <w:b/>
          <w:bCs/>
          <w:sz w:val="26"/>
          <w:szCs w:val="26"/>
          <w:lang w:val="fr-FR"/>
        </w:rPr>
        <w:t xml:space="preserve">par un </w:t>
      </w:r>
      <w:r w:rsidRPr="0D726C07">
        <w:rPr>
          <w:b/>
          <w:bCs/>
          <w:sz w:val="26"/>
          <w:szCs w:val="26"/>
          <w:lang w:val="fr-FR"/>
        </w:rPr>
        <w:t>CEA/centre émergent</w:t>
      </w:r>
    </w:p>
    <w:p w14:paraId="402DCECA" w14:textId="3A713ED6" w:rsidR="004D4D58" w:rsidRPr="00A81E72" w:rsidRDefault="00A65A9D">
      <w:pPr>
        <w:spacing w:after="280" w:line="240" w:lineRule="auto"/>
        <w:jc w:val="center"/>
        <w:rPr>
          <w:lang w:val="fr-FR"/>
        </w:rPr>
      </w:pPr>
      <w:r w:rsidRPr="0D726C07">
        <w:rPr>
          <w:i/>
          <w:iCs/>
          <w:lang w:val="fr-FR"/>
        </w:rPr>
        <w:t xml:space="preserve">Utiliser ce formulaire uniquement lorsqu'un CEA/centre émergent est autorisé à soumettre une manifestation d'intérêt sans un partenariat avec l'initiative </w:t>
      </w:r>
      <w:r w:rsidR="00AF3A04" w:rsidRPr="0D726C07">
        <w:rPr>
          <w:i/>
          <w:iCs/>
          <w:lang w:val="fr-FR"/>
        </w:rPr>
        <w:t>d’un Institut Technique</w:t>
      </w:r>
      <w:r w:rsidRPr="0D726C07">
        <w:rPr>
          <w:i/>
          <w:iCs/>
          <w:lang w:val="fr-FR"/>
        </w:rPr>
        <w:t>.</w:t>
      </w:r>
    </w:p>
    <w:p w14:paraId="38630376" w14:textId="65E9ABA1" w:rsidR="004D4D58" w:rsidRPr="00A81E72" w:rsidRDefault="00A65A9D">
      <w:pPr>
        <w:pStyle w:val="Heading3"/>
        <w:spacing w:before="160" w:after="80" w:line="240" w:lineRule="auto"/>
        <w:rPr>
          <w:lang w:val="fr-FR"/>
        </w:rPr>
      </w:pPr>
      <w:r w:rsidRPr="0D726C07">
        <w:rPr>
          <w:color w:val="0F6B78"/>
          <w:lang w:val="fr-FR"/>
        </w:rPr>
        <w:t xml:space="preserve">Fiche de présentation du </w:t>
      </w:r>
      <w:r w:rsidR="00AF3A04" w:rsidRPr="0D726C07">
        <w:rPr>
          <w:color w:val="0F6B78"/>
          <w:lang w:val="fr-FR"/>
        </w:rPr>
        <w:t>candidat</w:t>
      </w:r>
    </w:p>
    <w:tbl>
      <w:tblPr>
        <w:tblStyle w:val="TableGrid"/>
        <w:tblW w:w="0" w:type="auto"/>
        <w:jc w:val="center"/>
        <w:tblLook w:val="04A0" w:firstRow="1" w:lastRow="0" w:firstColumn="1" w:lastColumn="0" w:noHBand="0" w:noVBand="1"/>
      </w:tblPr>
      <w:tblGrid>
        <w:gridCol w:w="5251"/>
        <w:gridCol w:w="5251"/>
      </w:tblGrid>
      <w:tr w:rsidR="004D4D58" w:rsidRPr="00900FB4" w14:paraId="7C4F143C" w14:textId="77777777" w:rsidTr="00B819BC">
        <w:trPr>
          <w:jc w:val="center"/>
        </w:trPr>
        <w:tc>
          <w:tcPr>
            <w:tcW w:w="5251" w:type="dxa"/>
            <w:shd w:val="clear" w:color="auto" w:fill="F2F2F2" w:themeFill="background1" w:themeFillShade="F2"/>
            <w:tcMar>
              <w:top w:w="80" w:type="dxa"/>
              <w:left w:w="100" w:type="dxa"/>
              <w:bottom w:w="80" w:type="dxa"/>
              <w:right w:w="100" w:type="dxa"/>
            </w:tcMar>
            <w:vAlign w:val="center"/>
          </w:tcPr>
          <w:p w14:paraId="498884CF" w14:textId="77777777" w:rsidR="004D4D58" w:rsidRPr="00A81E72" w:rsidRDefault="00A65A9D">
            <w:pPr>
              <w:rPr>
                <w:lang w:val="fr-FR"/>
              </w:rPr>
            </w:pPr>
            <w:r w:rsidRPr="0D726C07">
              <w:rPr>
                <w:b/>
                <w:bCs/>
                <w:sz w:val="17"/>
                <w:szCs w:val="17"/>
                <w:lang w:val="fr-FR"/>
              </w:rPr>
              <w:t>Pays</w:t>
            </w:r>
          </w:p>
        </w:tc>
        <w:tc>
          <w:tcPr>
            <w:tcW w:w="5251" w:type="dxa"/>
            <w:tcMar>
              <w:top w:w="80" w:type="dxa"/>
              <w:left w:w="100" w:type="dxa"/>
              <w:bottom w:w="80" w:type="dxa"/>
              <w:right w:w="100" w:type="dxa"/>
            </w:tcMar>
            <w:vAlign w:val="center"/>
          </w:tcPr>
          <w:p w14:paraId="155BC2DB" w14:textId="1D9FD1E0" w:rsidR="004D4D58" w:rsidRPr="00A81E72" w:rsidRDefault="004D4D58">
            <w:pPr>
              <w:rPr>
                <w:lang w:val="fr-FR"/>
              </w:rPr>
            </w:pPr>
          </w:p>
        </w:tc>
      </w:tr>
      <w:tr w:rsidR="004D4D58" w:rsidRPr="00900FB4" w14:paraId="40C1C808" w14:textId="77777777" w:rsidTr="00B819BC">
        <w:trPr>
          <w:jc w:val="center"/>
        </w:trPr>
        <w:tc>
          <w:tcPr>
            <w:tcW w:w="5251" w:type="dxa"/>
            <w:shd w:val="clear" w:color="auto" w:fill="F2F2F2" w:themeFill="background1" w:themeFillShade="F2"/>
            <w:tcMar>
              <w:top w:w="80" w:type="dxa"/>
              <w:left w:w="100" w:type="dxa"/>
              <w:bottom w:w="80" w:type="dxa"/>
              <w:right w:w="100" w:type="dxa"/>
            </w:tcMar>
            <w:vAlign w:val="center"/>
          </w:tcPr>
          <w:p w14:paraId="00C84959" w14:textId="77777777" w:rsidR="004D4D58" w:rsidRPr="00A81E72" w:rsidRDefault="00A65A9D">
            <w:pPr>
              <w:rPr>
                <w:lang w:val="fr-FR"/>
              </w:rPr>
            </w:pPr>
            <w:r w:rsidRPr="0D726C07">
              <w:rPr>
                <w:b/>
                <w:bCs/>
                <w:sz w:val="17"/>
                <w:szCs w:val="17"/>
                <w:lang w:val="fr-FR"/>
              </w:rPr>
              <w:t>Secteur prioritaire</w:t>
            </w:r>
          </w:p>
        </w:tc>
        <w:tc>
          <w:tcPr>
            <w:tcW w:w="5251" w:type="dxa"/>
            <w:tcMar>
              <w:top w:w="80" w:type="dxa"/>
              <w:left w:w="100" w:type="dxa"/>
              <w:bottom w:w="80" w:type="dxa"/>
              <w:right w:w="100" w:type="dxa"/>
            </w:tcMar>
            <w:vAlign w:val="center"/>
          </w:tcPr>
          <w:p w14:paraId="1EB27F13" w14:textId="77777777" w:rsidR="004D4D58" w:rsidRPr="00A81E72" w:rsidRDefault="00A65A9D">
            <w:pPr>
              <w:rPr>
                <w:lang w:val="fr-FR"/>
              </w:rPr>
            </w:pPr>
            <w:r w:rsidRPr="0D726C07">
              <w:rPr>
                <w:sz w:val="17"/>
                <w:szCs w:val="17"/>
                <w:lang w:val="fr-FR"/>
              </w:rPr>
              <w:t>[Tapez ici]</w:t>
            </w:r>
          </w:p>
        </w:tc>
      </w:tr>
      <w:tr w:rsidR="00BC1E79" w:rsidRPr="00900FB4" w14:paraId="6039715B" w14:textId="77777777" w:rsidTr="00B819BC">
        <w:trPr>
          <w:trHeight w:val="300"/>
          <w:jc w:val="center"/>
        </w:trPr>
        <w:tc>
          <w:tcPr>
            <w:tcW w:w="5251" w:type="dxa"/>
            <w:shd w:val="clear" w:color="auto" w:fill="F2F2F2" w:themeFill="background1" w:themeFillShade="F2"/>
            <w:tcMar>
              <w:top w:w="80" w:type="dxa"/>
              <w:left w:w="100" w:type="dxa"/>
              <w:bottom w:w="80" w:type="dxa"/>
              <w:right w:w="100" w:type="dxa"/>
            </w:tcMar>
            <w:vAlign w:val="center"/>
          </w:tcPr>
          <w:p w14:paraId="6523AEDD" w14:textId="77777777" w:rsidR="00BC1E79" w:rsidRPr="00A81E72" w:rsidRDefault="00BC1E79" w:rsidP="0D726C07">
            <w:pPr>
              <w:rPr>
                <w:b/>
                <w:bCs/>
                <w:sz w:val="17"/>
                <w:szCs w:val="17"/>
                <w:lang w:val="fr-FR"/>
              </w:rPr>
            </w:pPr>
            <w:r w:rsidRPr="0D726C07">
              <w:rPr>
                <w:b/>
                <w:bCs/>
                <w:sz w:val="17"/>
                <w:szCs w:val="17"/>
                <w:lang w:val="fr-FR"/>
              </w:rPr>
              <w:t>Plateforme de solutions (</w:t>
            </w:r>
            <w:r w:rsidR="009D2DAE" w:rsidRPr="0D726C07">
              <w:rPr>
                <w:b/>
                <w:bCs/>
                <w:sz w:val="17"/>
                <w:szCs w:val="17"/>
                <w:lang w:val="fr-FR"/>
              </w:rPr>
              <w:t>en indiquer au moins une)</w:t>
            </w:r>
          </w:p>
        </w:tc>
        <w:tc>
          <w:tcPr>
            <w:tcW w:w="5251" w:type="dxa"/>
            <w:tcMar>
              <w:top w:w="80" w:type="dxa"/>
              <w:left w:w="100" w:type="dxa"/>
              <w:bottom w:w="80" w:type="dxa"/>
              <w:right w:w="100" w:type="dxa"/>
            </w:tcMar>
            <w:vAlign w:val="center"/>
          </w:tcPr>
          <w:p w14:paraId="24F82F40" w14:textId="77777777" w:rsidR="00BC1E79" w:rsidRPr="00A81E72" w:rsidRDefault="009D2DAE" w:rsidP="0D726C07">
            <w:pPr>
              <w:rPr>
                <w:sz w:val="17"/>
                <w:szCs w:val="17"/>
                <w:lang w:val="fr-FR"/>
              </w:rPr>
            </w:pPr>
            <w:r w:rsidRPr="0D726C07">
              <w:rPr>
                <w:sz w:val="17"/>
                <w:szCs w:val="17"/>
                <w:lang w:val="fr-FR"/>
              </w:rPr>
              <w:t>[Tapez ici]</w:t>
            </w:r>
          </w:p>
        </w:tc>
      </w:tr>
      <w:tr w:rsidR="004D4D58" w:rsidRPr="00900FB4" w14:paraId="60ED755B" w14:textId="77777777" w:rsidTr="00B819BC">
        <w:trPr>
          <w:jc w:val="center"/>
        </w:trPr>
        <w:tc>
          <w:tcPr>
            <w:tcW w:w="5251" w:type="dxa"/>
            <w:shd w:val="clear" w:color="auto" w:fill="F2F2F2" w:themeFill="background1" w:themeFillShade="F2"/>
            <w:tcMar>
              <w:top w:w="80" w:type="dxa"/>
              <w:left w:w="100" w:type="dxa"/>
              <w:bottom w:w="80" w:type="dxa"/>
              <w:right w:w="100" w:type="dxa"/>
            </w:tcMar>
            <w:vAlign w:val="center"/>
          </w:tcPr>
          <w:p w14:paraId="16BE985D" w14:textId="0D404872" w:rsidR="004D4D58" w:rsidRPr="00A81E72" w:rsidRDefault="00A65A9D">
            <w:pPr>
              <w:rPr>
                <w:lang w:val="fr-FR"/>
              </w:rPr>
            </w:pPr>
            <w:r w:rsidRPr="0D726C07">
              <w:rPr>
                <w:b/>
                <w:bCs/>
                <w:sz w:val="17"/>
                <w:szCs w:val="17"/>
                <w:lang w:val="fr-FR"/>
              </w:rPr>
              <w:t xml:space="preserve">Chaîne(s) de valeur couverte(s) par la proposition </w:t>
            </w:r>
            <w:r w:rsidR="00FD1E45" w:rsidRPr="0D726C07">
              <w:rPr>
                <w:b/>
                <w:bCs/>
                <w:sz w:val="17"/>
                <w:szCs w:val="17"/>
                <w:lang w:val="fr-FR"/>
              </w:rPr>
              <w:t>indépendant</w:t>
            </w:r>
          </w:p>
        </w:tc>
        <w:tc>
          <w:tcPr>
            <w:tcW w:w="5251" w:type="dxa"/>
            <w:tcMar>
              <w:top w:w="80" w:type="dxa"/>
              <w:left w:w="100" w:type="dxa"/>
              <w:bottom w:w="80" w:type="dxa"/>
              <w:right w:w="100" w:type="dxa"/>
            </w:tcMar>
            <w:vAlign w:val="center"/>
          </w:tcPr>
          <w:p w14:paraId="28E7D545" w14:textId="77777777" w:rsidR="004D4D58" w:rsidRPr="00A81E72" w:rsidRDefault="00A65A9D">
            <w:pPr>
              <w:rPr>
                <w:lang w:val="fr-FR"/>
              </w:rPr>
            </w:pPr>
            <w:r w:rsidRPr="0D726C07">
              <w:rPr>
                <w:sz w:val="17"/>
                <w:szCs w:val="17"/>
                <w:lang w:val="fr-FR"/>
              </w:rPr>
              <w:t>[Tapez ici]</w:t>
            </w:r>
          </w:p>
        </w:tc>
      </w:tr>
      <w:tr w:rsidR="004D4D58" w:rsidRPr="00900FB4" w14:paraId="0E72F7E1" w14:textId="77777777" w:rsidTr="00B819BC">
        <w:trPr>
          <w:jc w:val="center"/>
        </w:trPr>
        <w:tc>
          <w:tcPr>
            <w:tcW w:w="5251" w:type="dxa"/>
            <w:shd w:val="clear" w:color="auto" w:fill="F2F2F2" w:themeFill="background1" w:themeFillShade="F2"/>
            <w:tcMar>
              <w:top w:w="80" w:type="dxa"/>
              <w:left w:w="100" w:type="dxa"/>
              <w:bottom w:w="80" w:type="dxa"/>
              <w:right w:w="100" w:type="dxa"/>
            </w:tcMar>
            <w:vAlign w:val="center"/>
          </w:tcPr>
          <w:p w14:paraId="10BC143B" w14:textId="77777777" w:rsidR="004D4D58" w:rsidRPr="00A81E72" w:rsidRDefault="00A65A9D">
            <w:pPr>
              <w:rPr>
                <w:lang w:val="fr-FR"/>
              </w:rPr>
            </w:pPr>
            <w:r w:rsidRPr="0D726C07">
              <w:rPr>
                <w:b/>
                <w:bCs/>
                <w:sz w:val="17"/>
                <w:szCs w:val="17"/>
                <w:lang w:val="fr-FR"/>
              </w:rPr>
              <w:t>Nom du CEA/centre émergent</w:t>
            </w:r>
          </w:p>
        </w:tc>
        <w:tc>
          <w:tcPr>
            <w:tcW w:w="5251" w:type="dxa"/>
            <w:tcMar>
              <w:top w:w="80" w:type="dxa"/>
              <w:left w:w="100" w:type="dxa"/>
              <w:bottom w:w="80" w:type="dxa"/>
              <w:right w:w="100" w:type="dxa"/>
            </w:tcMar>
            <w:vAlign w:val="center"/>
          </w:tcPr>
          <w:p w14:paraId="1A60CBB1" w14:textId="77777777" w:rsidR="004D4D58" w:rsidRPr="00A81E72" w:rsidRDefault="00A65A9D">
            <w:pPr>
              <w:rPr>
                <w:lang w:val="fr-FR"/>
              </w:rPr>
            </w:pPr>
            <w:r w:rsidRPr="0D726C07">
              <w:rPr>
                <w:sz w:val="17"/>
                <w:szCs w:val="17"/>
                <w:lang w:val="fr-FR"/>
              </w:rPr>
              <w:t>[Tapez ici]</w:t>
            </w:r>
          </w:p>
        </w:tc>
      </w:tr>
      <w:tr w:rsidR="004D4D58" w:rsidRPr="00900FB4" w14:paraId="2938CD21" w14:textId="77777777" w:rsidTr="00B819BC">
        <w:trPr>
          <w:jc w:val="center"/>
        </w:trPr>
        <w:tc>
          <w:tcPr>
            <w:tcW w:w="5251" w:type="dxa"/>
            <w:shd w:val="clear" w:color="auto" w:fill="F2F2F2" w:themeFill="background1" w:themeFillShade="F2"/>
            <w:tcMar>
              <w:top w:w="80" w:type="dxa"/>
              <w:left w:w="100" w:type="dxa"/>
              <w:bottom w:w="80" w:type="dxa"/>
              <w:right w:w="100" w:type="dxa"/>
            </w:tcMar>
            <w:vAlign w:val="center"/>
          </w:tcPr>
          <w:p w14:paraId="6B9C3D84" w14:textId="77777777" w:rsidR="004D4D58" w:rsidRPr="00A81E72" w:rsidRDefault="00A65A9D">
            <w:pPr>
              <w:rPr>
                <w:lang w:val="fr-FR"/>
              </w:rPr>
            </w:pPr>
            <w:r w:rsidRPr="0D726C07">
              <w:rPr>
                <w:b/>
                <w:bCs/>
                <w:sz w:val="17"/>
                <w:szCs w:val="17"/>
                <w:lang w:val="fr-FR"/>
              </w:rPr>
              <w:t>Université d'accueil</w:t>
            </w:r>
          </w:p>
        </w:tc>
        <w:tc>
          <w:tcPr>
            <w:tcW w:w="5251" w:type="dxa"/>
            <w:tcMar>
              <w:top w:w="80" w:type="dxa"/>
              <w:left w:w="100" w:type="dxa"/>
              <w:bottom w:w="80" w:type="dxa"/>
              <w:right w:w="100" w:type="dxa"/>
            </w:tcMar>
            <w:vAlign w:val="center"/>
          </w:tcPr>
          <w:p w14:paraId="63F0D56E" w14:textId="77777777" w:rsidR="004D4D58" w:rsidRPr="00A81E72" w:rsidRDefault="00A65A9D">
            <w:pPr>
              <w:rPr>
                <w:lang w:val="fr-FR"/>
              </w:rPr>
            </w:pPr>
            <w:r w:rsidRPr="0D726C07">
              <w:rPr>
                <w:sz w:val="17"/>
                <w:szCs w:val="17"/>
                <w:lang w:val="fr-FR"/>
              </w:rPr>
              <w:t>[Tapez ici]</w:t>
            </w:r>
          </w:p>
        </w:tc>
      </w:tr>
      <w:tr w:rsidR="004D4D58" w:rsidRPr="00900FB4" w14:paraId="10E55209" w14:textId="77777777" w:rsidTr="00B819BC">
        <w:trPr>
          <w:jc w:val="center"/>
        </w:trPr>
        <w:tc>
          <w:tcPr>
            <w:tcW w:w="5251" w:type="dxa"/>
            <w:shd w:val="clear" w:color="auto" w:fill="F2F2F2" w:themeFill="background1" w:themeFillShade="F2"/>
            <w:tcMar>
              <w:top w:w="80" w:type="dxa"/>
              <w:left w:w="100" w:type="dxa"/>
              <w:bottom w:w="80" w:type="dxa"/>
              <w:right w:w="100" w:type="dxa"/>
            </w:tcMar>
            <w:vAlign w:val="center"/>
          </w:tcPr>
          <w:p w14:paraId="0322419C" w14:textId="3E3F88F8" w:rsidR="004D4D58" w:rsidRPr="00A81E72" w:rsidRDefault="00A65A9D">
            <w:pPr>
              <w:rPr>
                <w:lang w:val="fr-FR"/>
              </w:rPr>
            </w:pPr>
            <w:r w:rsidRPr="0D726C07">
              <w:rPr>
                <w:b/>
                <w:bCs/>
                <w:sz w:val="17"/>
                <w:szCs w:val="17"/>
                <w:lang w:val="fr-FR"/>
              </w:rPr>
              <w:t xml:space="preserve">Catégorie </w:t>
            </w:r>
            <w:r w:rsidR="00FF6155" w:rsidRPr="0D726C07">
              <w:rPr>
                <w:b/>
                <w:bCs/>
                <w:sz w:val="17"/>
                <w:szCs w:val="17"/>
                <w:lang w:val="fr-FR"/>
              </w:rPr>
              <w:t>du centre</w:t>
            </w:r>
          </w:p>
        </w:tc>
        <w:tc>
          <w:tcPr>
            <w:tcW w:w="5251" w:type="dxa"/>
            <w:tcMar>
              <w:top w:w="80" w:type="dxa"/>
              <w:left w:w="100" w:type="dxa"/>
              <w:bottom w:w="80" w:type="dxa"/>
              <w:right w:w="100" w:type="dxa"/>
            </w:tcMar>
            <w:vAlign w:val="center"/>
          </w:tcPr>
          <w:p w14:paraId="543BB03F" w14:textId="77777777" w:rsidR="004D4D58" w:rsidRPr="00A81E72" w:rsidRDefault="00A65A9D">
            <w:pPr>
              <w:rPr>
                <w:lang w:val="fr-FR"/>
              </w:rPr>
            </w:pPr>
            <w:r w:rsidRPr="0D726C07">
              <w:rPr>
                <w:sz w:val="17"/>
                <w:szCs w:val="17"/>
                <w:lang w:val="fr-FR"/>
              </w:rPr>
              <w:t>[Centre mature/centre émergent]</w:t>
            </w:r>
          </w:p>
        </w:tc>
      </w:tr>
      <w:tr w:rsidR="004D4D58" w:rsidRPr="00900FB4" w14:paraId="1FFD1CBB" w14:textId="77777777" w:rsidTr="00B819BC">
        <w:trPr>
          <w:jc w:val="center"/>
        </w:trPr>
        <w:tc>
          <w:tcPr>
            <w:tcW w:w="5251" w:type="dxa"/>
            <w:shd w:val="clear" w:color="auto" w:fill="F2F2F2" w:themeFill="background1" w:themeFillShade="F2"/>
            <w:tcMar>
              <w:top w:w="80" w:type="dxa"/>
              <w:left w:w="100" w:type="dxa"/>
              <w:bottom w:w="80" w:type="dxa"/>
              <w:right w:w="100" w:type="dxa"/>
            </w:tcMar>
            <w:vAlign w:val="center"/>
          </w:tcPr>
          <w:p w14:paraId="4888D206" w14:textId="10533BF7" w:rsidR="004D4D58" w:rsidRPr="00A81E72" w:rsidRDefault="00FF6155">
            <w:pPr>
              <w:rPr>
                <w:lang w:val="fr-FR"/>
              </w:rPr>
            </w:pPr>
            <w:r w:rsidRPr="0D726C07">
              <w:rPr>
                <w:b/>
                <w:bCs/>
                <w:sz w:val="17"/>
                <w:szCs w:val="17"/>
                <w:lang w:val="fr-FR"/>
              </w:rPr>
              <w:t xml:space="preserve">Contact </w:t>
            </w:r>
            <w:r w:rsidR="00A65A9D" w:rsidRPr="0D726C07">
              <w:rPr>
                <w:b/>
                <w:bCs/>
                <w:sz w:val="17"/>
                <w:szCs w:val="17"/>
                <w:lang w:val="fr-FR"/>
              </w:rPr>
              <w:t>principal</w:t>
            </w:r>
          </w:p>
        </w:tc>
        <w:tc>
          <w:tcPr>
            <w:tcW w:w="5251" w:type="dxa"/>
            <w:tcMar>
              <w:top w:w="80" w:type="dxa"/>
              <w:left w:w="100" w:type="dxa"/>
              <w:bottom w:w="80" w:type="dxa"/>
              <w:right w:w="100" w:type="dxa"/>
            </w:tcMar>
            <w:vAlign w:val="center"/>
          </w:tcPr>
          <w:p w14:paraId="43EE1735" w14:textId="77777777" w:rsidR="004D4D58" w:rsidRPr="00A81E72" w:rsidRDefault="00A65A9D">
            <w:pPr>
              <w:rPr>
                <w:lang w:val="fr-FR"/>
              </w:rPr>
            </w:pPr>
            <w:r w:rsidRPr="0D726C07">
              <w:rPr>
                <w:sz w:val="17"/>
                <w:szCs w:val="17"/>
                <w:lang w:val="fr-FR"/>
              </w:rPr>
              <w:t>[Nom, fonction, courriel, téléphone]</w:t>
            </w:r>
          </w:p>
        </w:tc>
      </w:tr>
      <w:tr w:rsidR="004D4D58" w:rsidRPr="00900FB4" w14:paraId="256690BA" w14:textId="77777777" w:rsidTr="00B819BC">
        <w:trPr>
          <w:jc w:val="center"/>
        </w:trPr>
        <w:tc>
          <w:tcPr>
            <w:tcW w:w="5251" w:type="dxa"/>
            <w:shd w:val="clear" w:color="auto" w:fill="F2F2F2" w:themeFill="background1" w:themeFillShade="F2"/>
            <w:tcMar>
              <w:top w:w="80" w:type="dxa"/>
              <w:left w:w="100" w:type="dxa"/>
              <w:bottom w:w="80" w:type="dxa"/>
              <w:right w:w="100" w:type="dxa"/>
            </w:tcMar>
            <w:vAlign w:val="center"/>
          </w:tcPr>
          <w:p w14:paraId="4C43E88E" w14:textId="4456D349" w:rsidR="004D4D58" w:rsidRPr="00A81E72" w:rsidRDefault="00FF6155">
            <w:pPr>
              <w:rPr>
                <w:lang w:val="fr-FR"/>
              </w:rPr>
            </w:pPr>
            <w:r w:rsidRPr="0D726C07">
              <w:rPr>
                <w:b/>
                <w:bCs/>
                <w:sz w:val="17"/>
                <w:szCs w:val="17"/>
                <w:lang w:val="fr-FR"/>
              </w:rPr>
              <w:t>L’a</w:t>
            </w:r>
            <w:r w:rsidR="00A65A9D" w:rsidRPr="0D726C07">
              <w:rPr>
                <w:b/>
                <w:bCs/>
                <w:sz w:val="17"/>
                <w:szCs w:val="17"/>
                <w:lang w:val="fr-FR"/>
              </w:rPr>
              <w:t xml:space="preserve">utorisation écrite préalable pour </w:t>
            </w:r>
            <w:proofErr w:type="gramStart"/>
            <w:r w:rsidR="00A65A9D" w:rsidRPr="0D726C07">
              <w:rPr>
                <w:b/>
                <w:bCs/>
                <w:sz w:val="17"/>
                <w:szCs w:val="17"/>
                <w:lang w:val="fr-FR"/>
              </w:rPr>
              <w:t xml:space="preserve">une soumission </w:t>
            </w:r>
            <w:r w:rsidR="00FD1E45" w:rsidRPr="0D726C07">
              <w:rPr>
                <w:b/>
                <w:bCs/>
                <w:sz w:val="17"/>
                <w:szCs w:val="17"/>
                <w:lang w:val="fr-FR"/>
              </w:rPr>
              <w:t>indépendant</w:t>
            </w:r>
            <w:proofErr w:type="gramEnd"/>
            <w:r w:rsidRPr="0D726C07">
              <w:rPr>
                <w:b/>
                <w:bCs/>
                <w:sz w:val="17"/>
                <w:szCs w:val="17"/>
                <w:lang w:val="fr-FR"/>
              </w:rPr>
              <w:t xml:space="preserve"> est-elle</w:t>
            </w:r>
            <w:r w:rsidR="00A65A9D" w:rsidRPr="0D726C07">
              <w:rPr>
                <w:b/>
                <w:bCs/>
                <w:sz w:val="17"/>
                <w:szCs w:val="17"/>
                <w:lang w:val="fr-FR"/>
              </w:rPr>
              <w:t xml:space="preserve"> jointe ?</w:t>
            </w:r>
          </w:p>
        </w:tc>
        <w:tc>
          <w:tcPr>
            <w:tcW w:w="5251" w:type="dxa"/>
            <w:tcMar>
              <w:top w:w="80" w:type="dxa"/>
              <w:left w:w="100" w:type="dxa"/>
              <w:bottom w:w="80" w:type="dxa"/>
              <w:right w:w="100" w:type="dxa"/>
            </w:tcMar>
            <w:vAlign w:val="center"/>
          </w:tcPr>
          <w:p w14:paraId="643D7962" w14:textId="77777777" w:rsidR="004D4D58" w:rsidRPr="00A81E72" w:rsidRDefault="00A65A9D">
            <w:pPr>
              <w:rPr>
                <w:lang w:val="fr-FR"/>
              </w:rPr>
            </w:pPr>
            <w:r w:rsidRPr="0D726C07">
              <w:rPr>
                <w:sz w:val="17"/>
                <w:szCs w:val="17"/>
                <w:lang w:val="fr-FR"/>
              </w:rPr>
              <w:t>[Oui / Non]</w:t>
            </w:r>
          </w:p>
        </w:tc>
      </w:tr>
      <w:tr w:rsidR="004D4D58" w:rsidRPr="00900FB4" w14:paraId="4BD56D5B" w14:textId="77777777" w:rsidTr="00B819BC">
        <w:trPr>
          <w:jc w:val="center"/>
        </w:trPr>
        <w:tc>
          <w:tcPr>
            <w:tcW w:w="5251" w:type="dxa"/>
            <w:shd w:val="clear" w:color="auto" w:fill="F2F2F2" w:themeFill="background1" w:themeFillShade="F2"/>
            <w:tcMar>
              <w:top w:w="80" w:type="dxa"/>
              <w:left w:w="100" w:type="dxa"/>
              <w:bottom w:w="80" w:type="dxa"/>
              <w:right w:w="100" w:type="dxa"/>
            </w:tcMar>
            <w:vAlign w:val="center"/>
          </w:tcPr>
          <w:p w14:paraId="6ACAE72A" w14:textId="55D6427E" w:rsidR="004D4D58" w:rsidRPr="00A81E72" w:rsidRDefault="00A65A9D">
            <w:pPr>
              <w:rPr>
                <w:lang w:val="fr-FR"/>
              </w:rPr>
            </w:pPr>
            <w:r w:rsidRPr="0D726C07">
              <w:rPr>
                <w:b/>
                <w:bCs/>
                <w:sz w:val="17"/>
                <w:szCs w:val="17"/>
                <w:lang w:val="fr-FR"/>
              </w:rPr>
              <w:t xml:space="preserve">Le </w:t>
            </w:r>
            <w:r w:rsidR="00FF6155" w:rsidRPr="0D726C07">
              <w:rPr>
                <w:b/>
                <w:bCs/>
                <w:sz w:val="17"/>
                <w:szCs w:val="17"/>
                <w:lang w:val="fr-FR"/>
              </w:rPr>
              <w:t xml:space="preserve">Panel de mobilisation du secteur </w:t>
            </w:r>
            <w:r w:rsidRPr="0D726C07">
              <w:rPr>
                <w:b/>
                <w:bCs/>
                <w:sz w:val="17"/>
                <w:szCs w:val="17"/>
                <w:lang w:val="fr-FR"/>
              </w:rPr>
              <w:t>s'est-il réuni avant la soumission ?</w:t>
            </w:r>
          </w:p>
        </w:tc>
        <w:tc>
          <w:tcPr>
            <w:tcW w:w="5251" w:type="dxa"/>
            <w:tcMar>
              <w:top w:w="80" w:type="dxa"/>
              <w:left w:w="100" w:type="dxa"/>
              <w:bottom w:w="80" w:type="dxa"/>
              <w:right w:w="100" w:type="dxa"/>
            </w:tcMar>
            <w:vAlign w:val="center"/>
          </w:tcPr>
          <w:p w14:paraId="05132DEC" w14:textId="77777777" w:rsidR="004D4D58" w:rsidRPr="00A81E72" w:rsidRDefault="00A65A9D">
            <w:pPr>
              <w:rPr>
                <w:lang w:val="fr-FR"/>
              </w:rPr>
            </w:pPr>
            <w:r w:rsidRPr="0D726C07">
              <w:rPr>
                <w:sz w:val="17"/>
                <w:szCs w:val="17"/>
                <w:lang w:val="fr-FR"/>
              </w:rPr>
              <w:t>[Oui / Non]</w:t>
            </w:r>
          </w:p>
        </w:tc>
      </w:tr>
    </w:tbl>
    <w:p w14:paraId="6F6F1447" w14:textId="77777777" w:rsidR="004D4D58" w:rsidRPr="00A81E72" w:rsidRDefault="00A65A9D">
      <w:pPr>
        <w:pStyle w:val="Heading1"/>
        <w:spacing w:before="200" w:after="80" w:line="240" w:lineRule="auto"/>
        <w:rPr>
          <w:lang w:val="fr-FR"/>
        </w:rPr>
      </w:pPr>
      <w:r w:rsidRPr="0D726C07">
        <w:rPr>
          <w:color w:val="1F4E79"/>
          <w:lang w:val="fr-FR"/>
        </w:rPr>
        <w:t>Instructions générales</w:t>
      </w:r>
    </w:p>
    <w:tbl>
      <w:tblPr>
        <w:tblStyle w:val="TableGrid"/>
        <w:tblW w:w="0" w:type="auto"/>
        <w:jc w:val="center"/>
        <w:tblLook w:val="04A0" w:firstRow="1" w:lastRow="0" w:firstColumn="1" w:lastColumn="0" w:noHBand="0" w:noVBand="1"/>
      </w:tblPr>
      <w:tblGrid>
        <w:gridCol w:w="5242"/>
        <w:gridCol w:w="5240"/>
        <w:gridCol w:w="20"/>
      </w:tblGrid>
      <w:tr w:rsidR="004D4D58" w:rsidRPr="00FD1E45" w14:paraId="7FCAEC9A" w14:textId="77777777" w:rsidTr="00B819BC">
        <w:trPr>
          <w:gridAfter w:val="1"/>
          <w:wAfter w:w="20" w:type="dxa"/>
          <w:jc w:val="center"/>
        </w:trPr>
        <w:tc>
          <w:tcPr>
            <w:tcW w:w="10482" w:type="dxa"/>
            <w:gridSpan w:val="2"/>
            <w:shd w:val="clear" w:color="auto" w:fill="D9EAF7"/>
            <w:tcMar>
              <w:top w:w="120" w:type="dxa"/>
              <w:left w:w="120" w:type="dxa"/>
              <w:bottom w:w="120" w:type="dxa"/>
              <w:right w:w="120" w:type="dxa"/>
            </w:tcMar>
          </w:tcPr>
          <w:p w14:paraId="1369EB12" w14:textId="77777777" w:rsidR="004D4D58" w:rsidRPr="00A81E72" w:rsidRDefault="00A65A9D">
            <w:pPr>
              <w:spacing w:after="40"/>
              <w:rPr>
                <w:lang w:val="fr-FR"/>
              </w:rPr>
            </w:pPr>
            <w:r w:rsidRPr="0D726C07">
              <w:rPr>
                <w:b/>
                <w:bCs/>
                <w:color w:val="1F4E79"/>
                <w:lang w:val="fr-FR"/>
              </w:rPr>
              <w:t>Format de soumission</w:t>
            </w:r>
          </w:p>
          <w:p w14:paraId="616BCE01" w14:textId="21F49A86" w:rsidR="004D4D58" w:rsidRPr="00A81E72" w:rsidRDefault="00A65A9D">
            <w:pPr>
              <w:rPr>
                <w:lang w:val="fr-FR"/>
              </w:rPr>
            </w:pPr>
            <w:r w:rsidRPr="0D726C07">
              <w:rPr>
                <w:lang w:val="fr-FR"/>
              </w:rPr>
              <w:t xml:space="preserve">N'utilisez ce formulaire que pour une manifestation d'intérêt exceptionnelle et </w:t>
            </w:r>
            <w:r w:rsidR="00FD1E45" w:rsidRPr="0D726C07">
              <w:rPr>
                <w:lang w:val="fr-FR"/>
              </w:rPr>
              <w:t>indépendant</w:t>
            </w:r>
            <w:r w:rsidRPr="0D726C07">
              <w:rPr>
                <w:lang w:val="fr-FR"/>
              </w:rPr>
              <w:t xml:space="preserve"> du CEA/Centre émergent lorsqu'aucune demande d'information n'est incluse dans la soumission. Les candidats doivent remplir ce formulaire, convertir la demande remplie en un seul PDF et télécharger le PDF via le portail de candidature ACE </w:t>
            </w:r>
            <w:proofErr w:type="spellStart"/>
            <w:r w:rsidRPr="0D726C07">
              <w:rPr>
                <w:lang w:val="fr-FR"/>
              </w:rPr>
              <w:t>Innovate</w:t>
            </w:r>
            <w:proofErr w:type="spellEnd"/>
            <w:r w:rsidRPr="0D726C07">
              <w:rPr>
                <w:lang w:val="fr-FR"/>
              </w:rPr>
              <w:t xml:space="preserve"> avant la date limite indiquée.</w:t>
            </w:r>
          </w:p>
        </w:tc>
      </w:tr>
      <w:tr w:rsidR="004D4D58" w:rsidRPr="00FD1E45" w14:paraId="758D7906" w14:textId="77777777" w:rsidTr="00B819BC">
        <w:trPr>
          <w:jc w:val="center"/>
        </w:trPr>
        <w:tc>
          <w:tcPr>
            <w:tcW w:w="5242" w:type="dxa"/>
            <w:shd w:val="clear" w:color="auto" w:fill="F2F2F2" w:themeFill="background1" w:themeFillShade="F2"/>
            <w:tcMar>
              <w:top w:w="80" w:type="dxa"/>
              <w:left w:w="100" w:type="dxa"/>
              <w:bottom w:w="80" w:type="dxa"/>
              <w:right w:w="100" w:type="dxa"/>
            </w:tcMar>
            <w:vAlign w:val="center"/>
          </w:tcPr>
          <w:p w14:paraId="7DBE105E" w14:textId="77777777" w:rsidR="004D4D58" w:rsidRPr="00A81E72" w:rsidRDefault="00A65A9D">
            <w:pPr>
              <w:rPr>
                <w:lang w:val="fr-FR"/>
              </w:rPr>
            </w:pPr>
            <w:r w:rsidRPr="0D726C07">
              <w:rPr>
                <w:b/>
                <w:bCs/>
                <w:sz w:val="17"/>
                <w:szCs w:val="17"/>
                <w:lang w:val="fr-FR"/>
              </w:rPr>
              <w:t>Pays admissibles</w:t>
            </w:r>
          </w:p>
        </w:tc>
        <w:tc>
          <w:tcPr>
            <w:tcW w:w="5260" w:type="dxa"/>
            <w:gridSpan w:val="2"/>
            <w:tcMar>
              <w:top w:w="80" w:type="dxa"/>
              <w:left w:w="100" w:type="dxa"/>
              <w:bottom w:w="80" w:type="dxa"/>
              <w:right w:w="100" w:type="dxa"/>
            </w:tcMar>
            <w:vAlign w:val="center"/>
          </w:tcPr>
          <w:p w14:paraId="7F86E85F" w14:textId="14E0FF68" w:rsidR="004D4D58" w:rsidRPr="00A81E72" w:rsidRDefault="0D59A827" w:rsidP="0D726C07">
            <w:pPr>
              <w:rPr>
                <w:sz w:val="17"/>
                <w:szCs w:val="17"/>
                <w:lang w:val="fr-FR"/>
              </w:rPr>
            </w:pPr>
            <w:r w:rsidRPr="0D726C07">
              <w:rPr>
                <w:sz w:val="17"/>
                <w:szCs w:val="17"/>
                <w:lang w:val="fr-FR"/>
              </w:rPr>
              <w:t xml:space="preserve">Phase 1 – Le </w:t>
            </w:r>
            <w:r w:rsidR="4D6D0860" w:rsidRPr="0D726C07">
              <w:rPr>
                <w:sz w:val="17"/>
                <w:szCs w:val="17"/>
                <w:lang w:val="fr-FR"/>
              </w:rPr>
              <w:t>groupe</w:t>
            </w:r>
            <w:r w:rsidRPr="0D726C07">
              <w:rPr>
                <w:sz w:val="17"/>
                <w:szCs w:val="17"/>
                <w:lang w:val="fr-FR"/>
              </w:rPr>
              <w:t xml:space="preserve"> A est limité à la Gambie et à la Guinée. Phase 1 – Le </w:t>
            </w:r>
            <w:r w:rsidR="4D6D0860" w:rsidRPr="0D726C07">
              <w:rPr>
                <w:sz w:val="17"/>
                <w:szCs w:val="17"/>
                <w:lang w:val="fr-FR"/>
              </w:rPr>
              <w:t>groupe</w:t>
            </w:r>
            <w:r w:rsidRPr="0D726C07">
              <w:rPr>
                <w:sz w:val="17"/>
                <w:szCs w:val="17"/>
                <w:lang w:val="fr-FR"/>
              </w:rPr>
              <w:t xml:space="preserve"> B comprend la Côte d'Ivoire.</w:t>
            </w:r>
          </w:p>
        </w:tc>
      </w:tr>
      <w:tr w:rsidR="004D4D58" w:rsidRPr="00FD1E45" w14:paraId="143D354F" w14:textId="77777777" w:rsidTr="00B819BC">
        <w:trPr>
          <w:jc w:val="center"/>
        </w:trPr>
        <w:tc>
          <w:tcPr>
            <w:tcW w:w="5242" w:type="dxa"/>
            <w:shd w:val="clear" w:color="auto" w:fill="F2F2F2" w:themeFill="background1" w:themeFillShade="F2"/>
            <w:tcMar>
              <w:top w:w="80" w:type="dxa"/>
              <w:left w:w="100" w:type="dxa"/>
              <w:bottom w:w="80" w:type="dxa"/>
              <w:right w:w="100" w:type="dxa"/>
            </w:tcMar>
            <w:vAlign w:val="center"/>
          </w:tcPr>
          <w:p w14:paraId="4F68C667" w14:textId="13D6DECF" w:rsidR="004D4D58" w:rsidRPr="00A81E72" w:rsidRDefault="00A65A9D">
            <w:pPr>
              <w:rPr>
                <w:lang w:val="fr-FR"/>
              </w:rPr>
            </w:pPr>
            <w:r w:rsidRPr="0D726C07">
              <w:rPr>
                <w:b/>
                <w:bCs/>
                <w:sz w:val="17"/>
                <w:szCs w:val="17"/>
                <w:lang w:val="fr-FR"/>
              </w:rPr>
              <w:t xml:space="preserve">Statut </w:t>
            </w:r>
            <w:r w:rsidR="00FD1E45" w:rsidRPr="0D726C07">
              <w:rPr>
                <w:b/>
                <w:bCs/>
                <w:sz w:val="17"/>
                <w:szCs w:val="17"/>
                <w:lang w:val="fr-FR"/>
              </w:rPr>
              <w:t>indépendant</w:t>
            </w:r>
          </w:p>
        </w:tc>
        <w:tc>
          <w:tcPr>
            <w:tcW w:w="5260" w:type="dxa"/>
            <w:gridSpan w:val="2"/>
            <w:tcMar>
              <w:top w:w="80" w:type="dxa"/>
              <w:left w:w="100" w:type="dxa"/>
              <w:bottom w:w="80" w:type="dxa"/>
              <w:right w:w="100" w:type="dxa"/>
            </w:tcMar>
            <w:vAlign w:val="center"/>
          </w:tcPr>
          <w:p w14:paraId="01903490" w14:textId="4A5EE14D" w:rsidR="004D4D58" w:rsidRPr="00A81E72" w:rsidRDefault="00A65A9D">
            <w:pPr>
              <w:rPr>
                <w:lang w:val="fr-FR"/>
              </w:rPr>
            </w:pPr>
            <w:proofErr w:type="gramStart"/>
            <w:r w:rsidRPr="0D726C07">
              <w:rPr>
                <w:sz w:val="17"/>
                <w:szCs w:val="17"/>
                <w:lang w:val="fr-FR"/>
              </w:rPr>
              <w:t xml:space="preserve">Les soumissions </w:t>
            </w:r>
            <w:r w:rsidR="00FD1E45" w:rsidRPr="0D726C07">
              <w:rPr>
                <w:sz w:val="17"/>
                <w:szCs w:val="17"/>
                <w:lang w:val="fr-FR"/>
              </w:rPr>
              <w:t>indépendant</w:t>
            </w:r>
            <w:r w:rsidRPr="0D726C07">
              <w:rPr>
                <w:sz w:val="17"/>
                <w:szCs w:val="17"/>
                <w:lang w:val="fr-FR"/>
              </w:rPr>
              <w:t>s</w:t>
            </w:r>
            <w:proofErr w:type="gramEnd"/>
            <w:r w:rsidRPr="0D726C07">
              <w:rPr>
                <w:sz w:val="17"/>
                <w:szCs w:val="17"/>
                <w:lang w:val="fr-FR"/>
              </w:rPr>
              <w:t xml:space="preserve"> au CEA/Centre émergent nécessitent une autorisation écrite préalable avant d'être soumises.</w:t>
            </w:r>
          </w:p>
        </w:tc>
      </w:tr>
      <w:tr w:rsidR="004D4D58" w:rsidRPr="00FD1E45" w14:paraId="39A7EC72" w14:textId="77777777" w:rsidTr="00B819BC">
        <w:trPr>
          <w:jc w:val="center"/>
        </w:trPr>
        <w:tc>
          <w:tcPr>
            <w:tcW w:w="5242" w:type="dxa"/>
            <w:shd w:val="clear" w:color="auto" w:fill="F2F2F2" w:themeFill="background1" w:themeFillShade="F2"/>
            <w:tcMar>
              <w:top w:w="80" w:type="dxa"/>
              <w:left w:w="100" w:type="dxa"/>
              <w:bottom w:w="80" w:type="dxa"/>
              <w:right w:w="100" w:type="dxa"/>
            </w:tcMar>
            <w:vAlign w:val="center"/>
          </w:tcPr>
          <w:p w14:paraId="0B32C5A3" w14:textId="77777777" w:rsidR="004D4D58" w:rsidRPr="00A81E72" w:rsidRDefault="00A65A9D">
            <w:pPr>
              <w:rPr>
                <w:lang w:val="fr-FR"/>
              </w:rPr>
            </w:pPr>
            <w:r w:rsidRPr="0D726C07">
              <w:rPr>
                <w:b/>
                <w:bCs/>
                <w:sz w:val="17"/>
                <w:szCs w:val="17"/>
                <w:lang w:val="fr-FR"/>
              </w:rPr>
              <w:t>Composantes de l'application</w:t>
            </w:r>
          </w:p>
        </w:tc>
        <w:tc>
          <w:tcPr>
            <w:tcW w:w="5260" w:type="dxa"/>
            <w:gridSpan w:val="2"/>
            <w:tcMar>
              <w:top w:w="80" w:type="dxa"/>
              <w:left w:w="100" w:type="dxa"/>
              <w:bottom w:w="80" w:type="dxa"/>
              <w:right w:w="100" w:type="dxa"/>
            </w:tcMar>
            <w:vAlign w:val="center"/>
          </w:tcPr>
          <w:p w14:paraId="35D4A418" w14:textId="77777777" w:rsidR="004D4D58" w:rsidRPr="00A81E72" w:rsidRDefault="00A65A9D">
            <w:pPr>
              <w:rPr>
                <w:lang w:val="fr-FR"/>
              </w:rPr>
            </w:pPr>
            <w:r w:rsidRPr="0D726C07">
              <w:rPr>
                <w:sz w:val="17"/>
                <w:szCs w:val="17"/>
                <w:lang w:val="fr-FR"/>
              </w:rPr>
              <w:t>Résumé analytique, manifestation d'intérêt du CEA/Centre émergent, annexes du CEA/Centre émergent et déclaration de validation du Groupe de travail sur l'engagement sectoriel.</w:t>
            </w:r>
          </w:p>
        </w:tc>
      </w:tr>
      <w:tr w:rsidR="004D4D58" w:rsidRPr="00FD1E45" w14:paraId="51321AC0" w14:textId="77777777" w:rsidTr="00B819BC">
        <w:trPr>
          <w:jc w:val="center"/>
        </w:trPr>
        <w:tc>
          <w:tcPr>
            <w:tcW w:w="5242" w:type="dxa"/>
            <w:shd w:val="clear" w:color="auto" w:fill="F2F2F2" w:themeFill="background1" w:themeFillShade="F2"/>
            <w:tcMar>
              <w:top w:w="80" w:type="dxa"/>
              <w:left w:w="100" w:type="dxa"/>
              <w:bottom w:w="80" w:type="dxa"/>
              <w:right w:w="100" w:type="dxa"/>
            </w:tcMar>
            <w:vAlign w:val="center"/>
          </w:tcPr>
          <w:p w14:paraId="7A26AABA" w14:textId="77777777" w:rsidR="004D4D58" w:rsidRPr="00A81E72" w:rsidRDefault="00A65A9D">
            <w:pPr>
              <w:rPr>
                <w:lang w:val="fr-FR"/>
              </w:rPr>
            </w:pPr>
            <w:r w:rsidRPr="0D726C07">
              <w:rPr>
                <w:b/>
                <w:bCs/>
                <w:sz w:val="17"/>
                <w:szCs w:val="17"/>
                <w:lang w:val="fr-FR"/>
              </w:rPr>
              <w:t>Limite du corps narratif principal</w:t>
            </w:r>
          </w:p>
        </w:tc>
        <w:tc>
          <w:tcPr>
            <w:tcW w:w="5260" w:type="dxa"/>
            <w:gridSpan w:val="2"/>
            <w:tcMar>
              <w:top w:w="80" w:type="dxa"/>
              <w:left w:w="100" w:type="dxa"/>
              <w:bottom w:w="80" w:type="dxa"/>
              <w:right w:w="100" w:type="dxa"/>
            </w:tcMar>
            <w:vAlign w:val="center"/>
          </w:tcPr>
          <w:p w14:paraId="38708F31" w14:textId="77777777" w:rsidR="004D4D58" w:rsidRPr="00A81E72" w:rsidRDefault="00A65A9D">
            <w:pPr>
              <w:rPr>
                <w:lang w:val="fr-FR"/>
              </w:rPr>
            </w:pPr>
            <w:r w:rsidRPr="0D726C07">
              <w:rPr>
                <w:sz w:val="17"/>
                <w:szCs w:val="17"/>
                <w:lang w:val="fr-FR"/>
              </w:rPr>
              <w:t>2 pages pour le résumé analytique et 12,5 pages pour la manifestation d'intérêt du CEA/centre émergent, hors annexes.</w:t>
            </w:r>
          </w:p>
        </w:tc>
      </w:tr>
      <w:tr w:rsidR="004D4D58" w:rsidRPr="00FD1E45" w14:paraId="489AB80A" w14:textId="77777777" w:rsidTr="00B819BC">
        <w:trPr>
          <w:jc w:val="center"/>
        </w:trPr>
        <w:tc>
          <w:tcPr>
            <w:tcW w:w="5242" w:type="dxa"/>
            <w:shd w:val="clear" w:color="auto" w:fill="F2F2F2" w:themeFill="background1" w:themeFillShade="F2"/>
            <w:tcMar>
              <w:top w:w="80" w:type="dxa"/>
              <w:left w:w="100" w:type="dxa"/>
              <w:bottom w:w="80" w:type="dxa"/>
              <w:right w:w="100" w:type="dxa"/>
            </w:tcMar>
            <w:vAlign w:val="center"/>
          </w:tcPr>
          <w:p w14:paraId="0A390A53" w14:textId="77777777" w:rsidR="004D4D58" w:rsidRPr="00A81E72" w:rsidRDefault="00A65A9D">
            <w:pPr>
              <w:rPr>
                <w:lang w:val="fr-FR"/>
              </w:rPr>
            </w:pPr>
            <w:r w:rsidRPr="0D726C07">
              <w:rPr>
                <w:b/>
                <w:bCs/>
                <w:sz w:val="17"/>
                <w:szCs w:val="17"/>
                <w:lang w:val="fr-FR"/>
              </w:rPr>
              <w:t>Téléchargement requis</w:t>
            </w:r>
          </w:p>
        </w:tc>
        <w:tc>
          <w:tcPr>
            <w:tcW w:w="5260" w:type="dxa"/>
            <w:gridSpan w:val="2"/>
            <w:tcMar>
              <w:top w:w="80" w:type="dxa"/>
              <w:left w:w="100" w:type="dxa"/>
              <w:bottom w:w="80" w:type="dxa"/>
              <w:right w:w="100" w:type="dxa"/>
            </w:tcMar>
            <w:vAlign w:val="center"/>
          </w:tcPr>
          <w:p w14:paraId="494DCC12" w14:textId="77777777" w:rsidR="004D4D58" w:rsidRPr="00A81E72" w:rsidRDefault="00A65A9D">
            <w:pPr>
              <w:rPr>
                <w:lang w:val="fr-FR"/>
              </w:rPr>
            </w:pPr>
            <w:r w:rsidRPr="0D726C07">
              <w:rPr>
                <w:sz w:val="17"/>
                <w:szCs w:val="17"/>
                <w:lang w:val="fr-FR"/>
              </w:rPr>
              <w:t>Un seul fichier PDF consolidé.</w:t>
            </w:r>
          </w:p>
        </w:tc>
      </w:tr>
      <w:tr w:rsidR="004D4D58" w:rsidRPr="00FD1E45" w14:paraId="19FEC806" w14:textId="77777777" w:rsidTr="00B819BC">
        <w:trPr>
          <w:jc w:val="center"/>
        </w:trPr>
        <w:tc>
          <w:tcPr>
            <w:tcW w:w="5242" w:type="dxa"/>
            <w:shd w:val="clear" w:color="auto" w:fill="F2F2F2" w:themeFill="background1" w:themeFillShade="F2"/>
            <w:tcMar>
              <w:top w:w="80" w:type="dxa"/>
              <w:left w:w="100" w:type="dxa"/>
              <w:bottom w:w="80" w:type="dxa"/>
              <w:right w:w="100" w:type="dxa"/>
            </w:tcMar>
            <w:vAlign w:val="center"/>
          </w:tcPr>
          <w:p w14:paraId="729327E1" w14:textId="77777777" w:rsidR="004D4D58" w:rsidRPr="00A81E72" w:rsidRDefault="00A65A9D">
            <w:pPr>
              <w:rPr>
                <w:lang w:val="fr-FR"/>
              </w:rPr>
            </w:pPr>
            <w:r w:rsidRPr="0D726C07">
              <w:rPr>
                <w:b/>
                <w:bCs/>
                <w:sz w:val="17"/>
                <w:szCs w:val="17"/>
                <w:lang w:val="fr-FR"/>
              </w:rPr>
              <w:t>Panel sur l'engagement sectoriel</w:t>
            </w:r>
          </w:p>
        </w:tc>
        <w:tc>
          <w:tcPr>
            <w:tcW w:w="5260" w:type="dxa"/>
            <w:gridSpan w:val="2"/>
            <w:tcMar>
              <w:top w:w="80" w:type="dxa"/>
              <w:left w:w="100" w:type="dxa"/>
              <w:bottom w:w="80" w:type="dxa"/>
              <w:right w:w="100" w:type="dxa"/>
            </w:tcMar>
            <w:vAlign w:val="center"/>
          </w:tcPr>
          <w:p w14:paraId="126DD130" w14:textId="77777777" w:rsidR="004D4D58" w:rsidRPr="00A81E72" w:rsidRDefault="00A65A9D">
            <w:pPr>
              <w:rPr>
                <w:lang w:val="fr-FR"/>
              </w:rPr>
            </w:pPr>
            <w:r w:rsidRPr="0D726C07">
              <w:rPr>
                <w:sz w:val="17"/>
                <w:szCs w:val="17"/>
                <w:lang w:val="fr-FR"/>
              </w:rPr>
              <w:t>Le panel doit être convoqué avant la soumission et doit valider la demande du secteur et la logique de la proposition.</w:t>
            </w:r>
          </w:p>
        </w:tc>
      </w:tr>
    </w:tbl>
    <w:p w14:paraId="5E4C60C0" w14:textId="77777777" w:rsidR="004D4D58" w:rsidRPr="00A81E72" w:rsidRDefault="00A65A9D">
      <w:pPr>
        <w:spacing w:line="240" w:lineRule="auto"/>
        <w:rPr>
          <w:lang w:val="fr-FR"/>
        </w:rPr>
      </w:pPr>
      <w:r w:rsidRPr="0D726C07">
        <w:rPr>
          <w:lang w:val="fr-FR"/>
        </w:rPr>
        <w:br w:type="page"/>
      </w:r>
    </w:p>
    <w:p w14:paraId="33288609" w14:textId="58598C33" w:rsidR="004D4D58" w:rsidRPr="00A81E72" w:rsidRDefault="00A65A9D" w:rsidP="0D726C07">
      <w:pPr>
        <w:pStyle w:val="Heading2"/>
        <w:spacing w:before="160" w:after="80" w:line="240" w:lineRule="auto"/>
        <w:rPr>
          <w:color w:val="0F6B78"/>
          <w:lang w:val="fr-FR"/>
        </w:rPr>
      </w:pPr>
      <w:r w:rsidRPr="0D726C07">
        <w:rPr>
          <w:color w:val="0F6B78"/>
          <w:lang w:val="fr-FR"/>
        </w:rPr>
        <w:lastRenderedPageBreak/>
        <w:t xml:space="preserve">Liste de contrôle </w:t>
      </w:r>
      <w:r w:rsidR="00B84513" w:rsidRPr="0D726C07">
        <w:rPr>
          <w:color w:val="0F6B78"/>
          <w:lang w:val="fr-FR"/>
        </w:rPr>
        <w:t>pour la soumission</w:t>
      </w:r>
    </w:p>
    <w:tbl>
      <w:tblPr>
        <w:tblStyle w:val="TableGrid"/>
        <w:tblW w:w="0" w:type="auto"/>
        <w:jc w:val="center"/>
        <w:tblLook w:val="04A0" w:firstRow="1" w:lastRow="0" w:firstColumn="1" w:lastColumn="0" w:noHBand="0" w:noVBand="1"/>
      </w:tblPr>
      <w:tblGrid>
        <w:gridCol w:w="1008"/>
        <w:gridCol w:w="9360"/>
      </w:tblGrid>
      <w:tr w:rsidR="004D4D58" w:rsidRPr="00900FB4" w14:paraId="52BDA2FD" w14:textId="77777777" w:rsidTr="0D726C07">
        <w:trPr>
          <w:tblHeader/>
          <w:jc w:val="center"/>
        </w:trPr>
        <w:tc>
          <w:tcPr>
            <w:tcW w:w="1008" w:type="dxa"/>
            <w:shd w:val="clear" w:color="auto" w:fill="1F4E79"/>
            <w:tcMar>
              <w:top w:w="60" w:type="dxa"/>
              <w:left w:w="80" w:type="dxa"/>
              <w:bottom w:w="60" w:type="dxa"/>
              <w:right w:w="80" w:type="dxa"/>
            </w:tcMar>
          </w:tcPr>
          <w:p w14:paraId="34AACA68" w14:textId="77777777" w:rsidR="004D4D58" w:rsidRPr="00A81E72" w:rsidRDefault="00A65A9D">
            <w:pPr>
              <w:rPr>
                <w:lang w:val="fr-FR"/>
              </w:rPr>
            </w:pPr>
            <w:r w:rsidRPr="0D726C07">
              <w:rPr>
                <w:b/>
                <w:bCs/>
                <w:color w:val="FFFFFF" w:themeColor="background1"/>
                <w:sz w:val="17"/>
                <w:szCs w:val="17"/>
                <w:lang w:val="fr-FR"/>
              </w:rPr>
              <w:t>À vérifier</w:t>
            </w:r>
          </w:p>
        </w:tc>
        <w:tc>
          <w:tcPr>
            <w:tcW w:w="9360" w:type="dxa"/>
            <w:shd w:val="clear" w:color="auto" w:fill="1F4E79"/>
            <w:tcMar>
              <w:top w:w="60" w:type="dxa"/>
              <w:left w:w="80" w:type="dxa"/>
              <w:bottom w:w="60" w:type="dxa"/>
              <w:right w:w="80" w:type="dxa"/>
            </w:tcMar>
          </w:tcPr>
          <w:p w14:paraId="1723C808" w14:textId="77777777" w:rsidR="004D4D58" w:rsidRPr="00A81E72" w:rsidRDefault="00A65A9D">
            <w:pPr>
              <w:rPr>
                <w:lang w:val="fr-FR"/>
              </w:rPr>
            </w:pPr>
            <w:r w:rsidRPr="0D726C07">
              <w:rPr>
                <w:b/>
                <w:bCs/>
                <w:color w:val="FFFFFF" w:themeColor="background1"/>
                <w:sz w:val="17"/>
                <w:szCs w:val="17"/>
                <w:lang w:val="fr-FR"/>
              </w:rPr>
              <w:t>Composante requise</w:t>
            </w:r>
          </w:p>
        </w:tc>
      </w:tr>
      <w:tr w:rsidR="004D4D58" w:rsidRPr="00FD1E45" w14:paraId="08DDBB47" w14:textId="77777777" w:rsidTr="0D726C07">
        <w:trPr>
          <w:jc w:val="center"/>
        </w:trPr>
        <w:tc>
          <w:tcPr>
            <w:tcW w:w="1008" w:type="dxa"/>
            <w:tcMar>
              <w:top w:w="60" w:type="dxa"/>
              <w:left w:w="80" w:type="dxa"/>
              <w:bottom w:w="60" w:type="dxa"/>
              <w:right w:w="80" w:type="dxa"/>
            </w:tcMar>
          </w:tcPr>
          <w:p w14:paraId="502293B5" w14:textId="77777777" w:rsidR="004D4D58" w:rsidRPr="00A81E72" w:rsidRDefault="00A65A9D">
            <w:pPr>
              <w:rPr>
                <w:lang w:val="fr-FR"/>
              </w:rPr>
            </w:pPr>
            <w:r w:rsidRPr="0D726C07">
              <w:rPr>
                <w:lang w:val="fr-FR"/>
              </w:rPr>
              <w:t>[ ]</w:t>
            </w:r>
          </w:p>
        </w:tc>
        <w:tc>
          <w:tcPr>
            <w:tcW w:w="9360" w:type="dxa"/>
            <w:tcMar>
              <w:top w:w="60" w:type="dxa"/>
              <w:left w:w="80" w:type="dxa"/>
              <w:bottom w:w="60" w:type="dxa"/>
              <w:right w:w="80" w:type="dxa"/>
            </w:tcMar>
          </w:tcPr>
          <w:p w14:paraId="598971C0" w14:textId="77777777" w:rsidR="004D4D58" w:rsidRPr="00A81E72" w:rsidRDefault="00A65A9D">
            <w:pPr>
              <w:rPr>
                <w:lang w:val="fr-FR"/>
              </w:rPr>
            </w:pPr>
            <w:r w:rsidRPr="0D726C07">
              <w:rPr>
                <w:sz w:val="17"/>
                <w:szCs w:val="17"/>
                <w:lang w:val="fr-FR"/>
              </w:rPr>
              <w:t>Résumé analytique achevé et approuvé</w:t>
            </w:r>
          </w:p>
        </w:tc>
      </w:tr>
      <w:tr w:rsidR="004D4D58" w:rsidRPr="00FD1E45" w14:paraId="0C39FA4C" w14:textId="77777777" w:rsidTr="0D726C07">
        <w:trPr>
          <w:jc w:val="center"/>
        </w:trPr>
        <w:tc>
          <w:tcPr>
            <w:tcW w:w="1008" w:type="dxa"/>
            <w:tcMar>
              <w:top w:w="60" w:type="dxa"/>
              <w:left w:w="80" w:type="dxa"/>
              <w:bottom w:w="60" w:type="dxa"/>
              <w:right w:w="80" w:type="dxa"/>
            </w:tcMar>
          </w:tcPr>
          <w:p w14:paraId="3D66552E" w14:textId="77777777" w:rsidR="004D4D58" w:rsidRPr="00A81E72" w:rsidRDefault="00A65A9D">
            <w:pPr>
              <w:rPr>
                <w:lang w:val="fr-FR"/>
              </w:rPr>
            </w:pPr>
            <w:r w:rsidRPr="0D726C07">
              <w:rPr>
                <w:lang w:val="fr-FR"/>
              </w:rPr>
              <w:t>[ ]</w:t>
            </w:r>
          </w:p>
        </w:tc>
        <w:tc>
          <w:tcPr>
            <w:tcW w:w="9360" w:type="dxa"/>
            <w:tcMar>
              <w:top w:w="60" w:type="dxa"/>
              <w:left w:w="80" w:type="dxa"/>
              <w:bottom w:w="60" w:type="dxa"/>
              <w:right w:w="80" w:type="dxa"/>
            </w:tcMar>
          </w:tcPr>
          <w:p w14:paraId="19DE9D01" w14:textId="77777777" w:rsidR="004D4D58" w:rsidRPr="00A81E72" w:rsidRDefault="00A65A9D">
            <w:pPr>
              <w:rPr>
                <w:lang w:val="fr-FR"/>
              </w:rPr>
            </w:pPr>
            <w:r w:rsidRPr="0D726C07">
              <w:rPr>
                <w:sz w:val="17"/>
                <w:szCs w:val="17"/>
                <w:lang w:val="fr-FR"/>
              </w:rPr>
              <w:t>Manifestation d'intérêt réalisée par le CEA/Centre émergent</w:t>
            </w:r>
          </w:p>
        </w:tc>
      </w:tr>
      <w:tr w:rsidR="004D4D58" w:rsidRPr="00FD1E45" w14:paraId="6009B143" w14:textId="77777777" w:rsidTr="0D726C07">
        <w:trPr>
          <w:jc w:val="center"/>
        </w:trPr>
        <w:tc>
          <w:tcPr>
            <w:tcW w:w="1008" w:type="dxa"/>
            <w:tcMar>
              <w:top w:w="60" w:type="dxa"/>
              <w:left w:w="80" w:type="dxa"/>
              <w:bottom w:w="60" w:type="dxa"/>
              <w:right w:w="80" w:type="dxa"/>
            </w:tcMar>
          </w:tcPr>
          <w:p w14:paraId="2743DB4D" w14:textId="77777777" w:rsidR="004D4D58" w:rsidRPr="00A81E72" w:rsidRDefault="00A65A9D">
            <w:pPr>
              <w:rPr>
                <w:lang w:val="fr-FR"/>
              </w:rPr>
            </w:pPr>
            <w:r w:rsidRPr="0D726C07">
              <w:rPr>
                <w:lang w:val="fr-FR"/>
              </w:rPr>
              <w:t>[ ]</w:t>
            </w:r>
          </w:p>
        </w:tc>
        <w:tc>
          <w:tcPr>
            <w:tcW w:w="9360" w:type="dxa"/>
            <w:tcMar>
              <w:top w:w="60" w:type="dxa"/>
              <w:left w:w="80" w:type="dxa"/>
              <w:bottom w:w="60" w:type="dxa"/>
              <w:right w:w="80" w:type="dxa"/>
            </w:tcMar>
          </w:tcPr>
          <w:p w14:paraId="7140DA75" w14:textId="77777777" w:rsidR="004D4D58" w:rsidRPr="00A81E72" w:rsidRDefault="00A65A9D">
            <w:pPr>
              <w:rPr>
                <w:lang w:val="fr-FR"/>
              </w:rPr>
            </w:pPr>
            <w:r w:rsidRPr="0D726C07">
              <w:rPr>
                <w:sz w:val="17"/>
                <w:szCs w:val="17"/>
                <w:lang w:val="fr-FR"/>
              </w:rPr>
              <w:t>Annexes du CEA/Centre émergent incluses, le cas échéant</w:t>
            </w:r>
          </w:p>
        </w:tc>
      </w:tr>
      <w:tr w:rsidR="004D4D58" w:rsidRPr="00FD1E45" w14:paraId="7E213979" w14:textId="77777777" w:rsidTr="0D726C07">
        <w:trPr>
          <w:jc w:val="center"/>
        </w:trPr>
        <w:tc>
          <w:tcPr>
            <w:tcW w:w="1008" w:type="dxa"/>
            <w:tcMar>
              <w:top w:w="60" w:type="dxa"/>
              <w:left w:w="80" w:type="dxa"/>
              <w:bottom w:w="60" w:type="dxa"/>
              <w:right w:w="80" w:type="dxa"/>
            </w:tcMar>
          </w:tcPr>
          <w:p w14:paraId="6EE253CB" w14:textId="77777777" w:rsidR="004D4D58" w:rsidRPr="00A81E72" w:rsidRDefault="00A65A9D">
            <w:pPr>
              <w:rPr>
                <w:lang w:val="fr-FR"/>
              </w:rPr>
            </w:pPr>
            <w:r w:rsidRPr="0D726C07">
              <w:rPr>
                <w:lang w:val="fr-FR"/>
              </w:rPr>
              <w:t>[ ]</w:t>
            </w:r>
          </w:p>
        </w:tc>
        <w:tc>
          <w:tcPr>
            <w:tcW w:w="9360" w:type="dxa"/>
            <w:tcMar>
              <w:top w:w="60" w:type="dxa"/>
              <w:left w:w="80" w:type="dxa"/>
              <w:bottom w:w="60" w:type="dxa"/>
              <w:right w:w="80" w:type="dxa"/>
            </w:tcMar>
          </w:tcPr>
          <w:p w14:paraId="7BB587A2" w14:textId="709AE330" w:rsidR="004D4D58" w:rsidRPr="00A81E72" w:rsidRDefault="00A65A9D">
            <w:pPr>
              <w:rPr>
                <w:lang w:val="fr-FR"/>
              </w:rPr>
            </w:pPr>
            <w:r w:rsidRPr="0D726C07">
              <w:rPr>
                <w:sz w:val="17"/>
                <w:szCs w:val="17"/>
                <w:lang w:val="fr-FR"/>
              </w:rPr>
              <w:t xml:space="preserve">Déclaration de validation du </w:t>
            </w:r>
            <w:r w:rsidR="6BBDC1E4" w:rsidRPr="0D726C07">
              <w:rPr>
                <w:sz w:val="17"/>
                <w:szCs w:val="17"/>
                <w:lang w:val="fr-FR"/>
              </w:rPr>
              <w:t xml:space="preserve">Panel de mobilisation du secteur </w:t>
            </w:r>
            <w:r w:rsidRPr="0D726C07">
              <w:rPr>
                <w:sz w:val="17"/>
                <w:szCs w:val="17"/>
                <w:lang w:val="fr-FR"/>
              </w:rPr>
              <w:t>incluse</w:t>
            </w:r>
          </w:p>
        </w:tc>
      </w:tr>
      <w:tr w:rsidR="004D4D58" w:rsidRPr="00FD1E45" w14:paraId="52FB4D20" w14:textId="77777777" w:rsidTr="0D726C07">
        <w:trPr>
          <w:jc w:val="center"/>
        </w:trPr>
        <w:tc>
          <w:tcPr>
            <w:tcW w:w="1008" w:type="dxa"/>
            <w:tcMar>
              <w:top w:w="60" w:type="dxa"/>
              <w:left w:w="80" w:type="dxa"/>
              <w:bottom w:w="60" w:type="dxa"/>
              <w:right w:w="80" w:type="dxa"/>
            </w:tcMar>
          </w:tcPr>
          <w:p w14:paraId="5BA6DF40" w14:textId="77777777" w:rsidR="004D4D58" w:rsidRPr="00A81E72" w:rsidRDefault="00A65A9D">
            <w:pPr>
              <w:rPr>
                <w:lang w:val="fr-FR"/>
              </w:rPr>
            </w:pPr>
            <w:r w:rsidRPr="0D726C07">
              <w:rPr>
                <w:lang w:val="fr-FR"/>
              </w:rPr>
              <w:t>[ ]</w:t>
            </w:r>
          </w:p>
        </w:tc>
        <w:tc>
          <w:tcPr>
            <w:tcW w:w="9360" w:type="dxa"/>
            <w:tcMar>
              <w:top w:w="60" w:type="dxa"/>
              <w:left w:w="80" w:type="dxa"/>
              <w:bottom w:w="60" w:type="dxa"/>
              <w:right w:w="80" w:type="dxa"/>
            </w:tcMar>
          </w:tcPr>
          <w:p w14:paraId="2BCF83AD" w14:textId="585A626A" w:rsidR="004D4D58" w:rsidRPr="00A81E72" w:rsidRDefault="00A65A9D">
            <w:pPr>
              <w:rPr>
                <w:lang w:val="fr-FR"/>
              </w:rPr>
            </w:pPr>
            <w:r w:rsidRPr="0D726C07">
              <w:rPr>
                <w:sz w:val="17"/>
                <w:szCs w:val="17"/>
                <w:lang w:val="fr-FR"/>
              </w:rPr>
              <w:t xml:space="preserve">Autorisation écrite préalable pour une soumission </w:t>
            </w:r>
            <w:r w:rsidR="00FD1E45" w:rsidRPr="0D726C07">
              <w:rPr>
                <w:sz w:val="17"/>
                <w:szCs w:val="17"/>
                <w:lang w:val="fr-FR"/>
              </w:rPr>
              <w:t>indépendant</w:t>
            </w:r>
            <w:r w:rsidRPr="0D726C07">
              <w:rPr>
                <w:sz w:val="17"/>
                <w:szCs w:val="17"/>
                <w:lang w:val="fr-FR"/>
              </w:rPr>
              <w:t xml:space="preserve"> jointe ou référencée</w:t>
            </w:r>
          </w:p>
        </w:tc>
      </w:tr>
      <w:tr w:rsidR="004D4D58" w:rsidRPr="00FD1E45" w14:paraId="75765339" w14:textId="77777777" w:rsidTr="0D726C07">
        <w:trPr>
          <w:jc w:val="center"/>
        </w:trPr>
        <w:tc>
          <w:tcPr>
            <w:tcW w:w="1008" w:type="dxa"/>
            <w:tcMar>
              <w:top w:w="60" w:type="dxa"/>
              <w:left w:w="80" w:type="dxa"/>
              <w:bottom w:w="60" w:type="dxa"/>
              <w:right w:w="80" w:type="dxa"/>
            </w:tcMar>
          </w:tcPr>
          <w:p w14:paraId="0DCAB732" w14:textId="77777777" w:rsidR="004D4D58" w:rsidRPr="00A81E72" w:rsidRDefault="00A65A9D">
            <w:pPr>
              <w:rPr>
                <w:lang w:val="fr-FR"/>
              </w:rPr>
            </w:pPr>
            <w:r w:rsidRPr="0D726C07">
              <w:rPr>
                <w:lang w:val="fr-FR"/>
              </w:rPr>
              <w:t>[ ]</w:t>
            </w:r>
          </w:p>
        </w:tc>
        <w:tc>
          <w:tcPr>
            <w:tcW w:w="9360" w:type="dxa"/>
            <w:tcMar>
              <w:top w:w="60" w:type="dxa"/>
              <w:left w:w="80" w:type="dxa"/>
              <w:bottom w:w="60" w:type="dxa"/>
              <w:right w:w="80" w:type="dxa"/>
            </w:tcMar>
          </w:tcPr>
          <w:p w14:paraId="34E2A23A" w14:textId="77777777" w:rsidR="004D4D58" w:rsidRPr="00A81E72" w:rsidRDefault="00A65A9D">
            <w:pPr>
              <w:rPr>
                <w:lang w:val="fr-FR"/>
              </w:rPr>
            </w:pPr>
            <w:r w:rsidRPr="0D726C07">
              <w:rPr>
                <w:sz w:val="17"/>
                <w:szCs w:val="17"/>
                <w:lang w:val="fr-FR"/>
              </w:rPr>
              <w:t>Demande convertie en un seul fichier PDF consolidé</w:t>
            </w:r>
          </w:p>
        </w:tc>
      </w:tr>
      <w:tr w:rsidR="004D4D58" w:rsidRPr="00FD1E45" w14:paraId="2E0A0C0A" w14:textId="77777777" w:rsidTr="0D726C07">
        <w:trPr>
          <w:jc w:val="center"/>
        </w:trPr>
        <w:tc>
          <w:tcPr>
            <w:tcW w:w="1008" w:type="dxa"/>
            <w:tcMar>
              <w:top w:w="60" w:type="dxa"/>
              <w:left w:w="80" w:type="dxa"/>
              <w:bottom w:w="60" w:type="dxa"/>
              <w:right w:w="80" w:type="dxa"/>
            </w:tcMar>
          </w:tcPr>
          <w:p w14:paraId="5763AED6" w14:textId="77777777" w:rsidR="004D4D58" w:rsidRPr="00A81E72" w:rsidRDefault="00A65A9D">
            <w:pPr>
              <w:rPr>
                <w:lang w:val="fr-FR"/>
              </w:rPr>
            </w:pPr>
            <w:r w:rsidRPr="0D726C07">
              <w:rPr>
                <w:lang w:val="fr-FR"/>
              </w:rPr>
              <w:t>[ ]</w:t>
            </w:r>
          </w:p>
        </w:tc>
        <w:tc>
          <w:tcPr>
            <w:tcW w:w="9360" w:type="dxa"/>
            <w:tcMar>
              <w:top w:w="60" w:type="dxa"/>
              <w:left w:w="80" w:type="dxa"/>
              <w:bottom w:w="60" w:type="dxa"/>
              <w:right w:w="80" w:type="dxa"/>
            </w:tcMar>
          </w:tcPr>
          <w:p w14:paraId="26372EC5" w14:textId="37098EEB" w:rsidR="004D4D58" w:rsidRPr="00A81E72" w:rsidRDefault="00A65A9D">
            <w:pPr>
              <w:rPr>
                <w:lang w:val="fr-FR"/>
              </w:rPr>
            </w:pPr>
            <w:r w:rsidRPr="0D726C07">
              <w:rPr>
                <w:sz w:val="17"/>
                <w:szCs w:val="17"/>
                <w:lang w:val="fr-FR"/>
              </w:rPr>
              <w:t xml:space="preserve">Fichier PDF nommé </w:t>
            </w:r>
            <w:r w:rsidR="6BBDC1E4" w:rsidRPr="0D726C07">
              <w:rPr>
                <w:sz w:val="17"/>
                <w:szCs w:val="17"/>
                <w:lang w:val="fr-FR"/>
              </w:rPr>
              <w:t>suivant</w:t>
            </w:r>
            <w:r w:rsidRPr="0D726C07">
              <w:rPr>
                <w:sz w:val="17"/>
                <w:szCs w:val="17"/>
                <w:lang w:val="fr-FR"/>
              </w:rPr>
              <w:t xml:space="preserve"> la convention de dénomination requise</w:t>
            </w:r>
          </w:p>
        </w:tc>
      </w:tr>
      <w:tr w:rsidR="004D4D58" w:rsidRPr="00FD1E45" w14:paraId="058DBD4A" w14:textId="77777777" w:rsidTr="0D726C07">
        <w:trPr>
          <w:jc w:val="center"/>
        </w:trPr>
        <w:tc>
          <w:tcPr>
            <w:tcW w:w="1008" w:type="dxa"/>
            <w:tcMar>
              <w:top w:w="60" w:type="dxa"/>
              <w:left w:w="80" w:type="dxa"/>
              <w:bottom w:w="60" w:type="dxa"/>
              <w:right w:w="80" w:type="dxa"/>
            </w:tcMar>
          </w:tcPr>
          <w:p w14:paraId="527CB89E" w14:textId="77777777" w:rsidR="004D4D58" w:rsidRPr="00A81E72" w:rsidRDefault="00A65A9D">
            <w:pPr>
              <w:rPr>
                <w:lang w:val="fr-FR"/>
              </w:rPr>
            </w:pPr>
            <w:r w:rsidRPr="0D726C07">
              <w:rPr>
                <w:lang w:val="fr-FR"/>
              </w:rPr>
              <w:t>[ ]</w:t>
            </w:r>
          </w:p>
        </w:tc>
        <w:tc>
          <w:tcPr>
            <w:tcW w:w="9360" w:type="dxa"/>
            <w:tcMar>
              <w:top w:w="60" w:type="dxa"/>
              <w:left w:w="80" w:type="dxa"/>
              <w:bottom w:w="60" w:type="dxa"/>
              <w:right w:w="80" w:type="dxa"/>
            </w:tcMar>
          </w:tcPr>
          <w:p w14:paraId="15C36F33" w14:textId="77777777" w:rsidR="004D4D58" w:rsidRPr="00A81E72" w:rsidRDefault="00A65A9D">
            <w:pPr>
              <w:rPr>
                <w:lang w:val="fr-FR"/>
              </w:rPr>
            </w:pPr>
            <w:r w:rsidRPr="0D726C07">
              <w:rPr>
                <w:sz w:val="17"/>
                <w:szCs w:val="17"/>
                <w:lang w:val="fr-FR"/>
              </w:rPr>
              <w:t>Dépôt effectué via le portail avant la date limite</w:t>
            </w:r>
          </w:p>
        </w:tc>
      </w:tr>
    </w:tbl>
    <w:p w14:paraId="29A3777B" w14:textId="77777777" w:rsidR="004D4D58" w:rsidRPr="00A81E72" w:rsidRDefault="00A65A9D">
      <w:pPr>
        <w:spacing w:line="240" w:lineRule="auto"/>
        <w:rPr>
          <w:lang w:val="fr-FR"/>
        </w:rPr>
      </w:pPr>
      <w:r w:rsidRPr="0D726C07">
        <w:rPr>
          <w:lang w:val="fr-FR"/>
        </w:rPr>
        <w:br w:type="page"/>
      </w:r>
    </w:p>
    <w:p w14:paraId="7F2B7AFA" w14:textId="42BF309A" w:rsidR="004D4D58" w:rsidRPr="00A81E72" w:rsidRDefault="00A65A9D">
      <w:pPr>
        <w:pStyle w:val="Heading1"/>
        <w:spacing w:before="200" w:after="80" w:line="240" w:lineRule="auto"/>
        <w:rPr>
          <w:lang w:val="fr-FR"/>
        </w:rPr>
      </w:pPr>
      <w:r w:rsidRPr="0D726C07">
        <w:rPr>
          <w:color w:val="1F4E79"/>
          <w:lang w:val="fr-FR"/>
        </w:rPr>
        <w:lastRenderedPageBreak/>
        <w:t xml:space="preserve">Partie I - Résumé analytique </w:t>
      </w:r>
      <w:r w:rsidR="00FD1E45" w:rsidRPr="0D726C07">
        <w:rPr>
          <w:color w:val="1F4E79"/>
          <w:lang w:val="fr-FR"/>
        </w:rPr>
        <w:t>indépendant</w:t>
      </w:r>
    </w:p>
    <w:tbl>
      <w:tblPr>
        <w:tblStyle w:val="TableGrid"/>
        <w:tblW w:w="0" w:type="auto"/>
        <w:jc w:val="center"/>
        <w:tblLook w:val="04A0" w:firstRow="1" w:lastRow="0" w:firstColumn="1" w:lastColumn="0" w:noHBand="0" w:noVBand="1"/>
      </w:tblPr>
      <w:tblGrid>
        <w:gridCol w:w="10502"/>
      </w:tblGrid>
      <w:tr w:rsidR="004D4D58" w:rsidRPr="00FD1E45" w14:paraId="083DC61B" w14:textId="77777777" w:rsidTr="0D726C07">
        <w:trPr>
          <w:jc w:val="center"/>
        </w:trPr>
        <w:tc>
          <w:tcPr>
            <w:tcW w:w="10512" w:type="dxa"/>
            <w:shd w:val="clear" w:color="auto" w:fill="D9EAF7"/>
            <w:tcMar>
              <w:top w:w="120" w:type="dxa"/>
              <w:left w:w="120" w:type="dxa"/>
              <w:bottom w:w="120" w:type="dxa"/>
              <w:right w:w="120" w:type="dxa"/>
            </w:tcMar>
          </w:tcPr>
          <w:p w14:paraId="4219CC18" w14:textId="77777777" w:rsidR="004D4D58" w:rsidRPr="00A81E72" w:rsidRDefault="00A65A9D">
            <w:pPr>
              <w:spacing w:after="40"/>
              <w:rPr>
                <w:lang w:val="fr-FR"/>
              </w:rPr>
            </w:pPr>
            <w:r w:rsidRPr="0D726C07">
              <w:rPr>
                <w:b/>
                <w:bCs/>
                <w:color w:val="1F4E79"/>
                <w:lang w:val="fr-FR"/>
              </w:rPr>
              <w:t>Objectif et limite</w:t>
            </w:r>
          </w:p>
          <w:p w14:paraId="72B7978C" w14:textId="77777777" w:rsidR="004D4D58" w:rsidRPr="00A81E72" w:rsidRDefault="6165B589">
            <w:pPr>
              <w:rPr>
                <w:lang w:val="fr-FR"/>
              </w:rPr>
            </w:pPr>
            <w:r w:rsidRPr="0D726C07">
              <w:rPr>
                <w:lang w:val="fr-FR"/>
              </w:rPr>
              <w:t>Cette section d'ouverture est complétée par le CEA/Centre émergent. Il doit être précis, fondé sur des données probantes et conforme à la section détaillée de la manifestation d'intérêt qui suit.</w:t>
            </w:r>
          </w:p>
        </w:tc>
      </w:tr>
    </w:tbl>
    <w:p w14:paraId="44E5B12E" w14:textId="77777777" w:rsidR="004D4D58" w:rsidRPr="00A81E72" w:rsidRDefault="00A65A9D">
      <w:pPr>
        <w:pStyle w:val="Heading3"/>
        <w:spacing w:before="160" w:after="80" w:line="240" w:lineRule="auto"/>
        <w:rPr>
          <w:lang w:val="fr-FR"/>
        </w:rPr>
      </w:pPr>
      <w:r w:rsidRPr="0D726C07">
        <w:rPr>
          <w:color w:val="0F6B78"/>
          <w:lang w:val="fr-FR"/>
        </w:rPr>
        <w:t>1. Secteur, chaîne de valeur et principal défi</w:t>
      </w:r>
    </w:p>
    <w:tbl>
      <w:tblPr>
        <w:tblStyle w:val="TableGrid"/>
        <w:tblW w:w="0" w:type="auto"/>
        <w:jc w:val="center"/>
        <w:tblLook w:val="04A0" w:firstRow="1" w:lastRow="0" w:firstColumn="1" w:lastColumn="0" w:noHBand="0" w:noVBand="1"/>
      </w:tblPr>
      <w:tblGrid>
        <w:gridCol w:w="10502"/>
      </w:tblGrid>
      <w:tr w:rsidR="004D4D58" w:rsidRPr="00FD1E45" w14:paraId="1BDD0282" w14:textId="77777777" w:rsidTr="0D726C07">
        <w:trPr>
          <w:jc w:val="center"/>
        </w:trPr>
        <w:tc>
          <w:tcPr>
            <w:tcW w:w="10512" w:type="dxa"/>
            <w:shd w:val="clear" w:color="auto" w:fill="DDEFEF"/>
            <w:tcMar>
              <w:top w:w="100" w:type="dxa"/>
              <w:left w:w="100" w:type="dxa"/>
              <w:bottom w:w="100" w:type="dxa"/>
              <w:right w:w="100" w:type="dxa"/>
            </w:tcMar>
          </w:tcPr>
          <w:p w14:paraId="3ACB1478" w14:textId="4B0573B3"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Expliquer pourquoi ce secteur et cette chaîne de valeur ont été sélectionnés ; indiquer le(s) principal(s) problème(s) auquel la proposition répond ; et résumer les éléments attestant de l'importance du défi en matière de compétences, d'emploi, de productivité, de recherche, d'innovation ou de compétitivité sectorielle.</w:t>
            </w:r>
          </w:p>
        </w:tc>
      </w:tr>
      <w:tr w:rsidR="004D4D58" w:rsidRPr="00FD1E45" w14:paraId="46DAE57C" w14:textId="77777777" w:rsidTr="0D726C07">
        <w:trPr>
          <w:jc w:val="center"/>
        </w:trPr>
        <w:tc>
          <w:tcPr>
            <w:tcW w:w="10512" w:type="dxa"/>
            <w:tcMar>
              <w:top w:w="100" w:type="dxa"/>
              <w:left w:w="100" w:type="dxa"/>
              <w:bottom w:w="100" w:type="dxa"/>
              <w:right w:w="100" w:type="dxa"/>
            </w:tcMar>
          </w:tcPr>
          <w:p w14:paraId="08B5F093" w14:textId="6C81B7C3"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56A294B8" w14:textId="77777777" w:rsidR="004D4D58" w:rsidRPr="00A81E72" w:rsidRDefault="004D4D58">
      <w:pPr>
        <w:spacing w:after="40" w:line="240" w:lineRule="auto"/>
        <w:rPr>
          <w:lang w:val="fr-FR"/>
        </w:rPr>
      </w:pPr>
    </w:p>
    <w:p w14:paraId="36304C68" w14:textId="77777777" w:rsidR="004D4D58" w:rsidRPr="00A81E72" w:rsidRDefault="00A65A9D">
      <w:pPr>
        <w:pStyle w:val="Heading3"/>
        <w:spacing w:before="160" w:after="80" w:line="240" w:lineRule="auto"/>
        <w:rPr>
          <w:lang w:val="fr-FR"/>
        </w:rPr>
      </w:pPr>
      <w:r w:rsidRPr="0D726C07">
        <w:rPr>
          <w:color w:val="0F6B78"/>
          <w:lang w:val="fr-FR"/>
        </w:rPr>
        <w:t>2. Forces institutionnelles et réalisations attendues</w:t>
      </w:r>
    </w:p>
    <w:tbl>
      <w:tblPr>
        <w:tblStyle w:val="TableGrid"/>
        <w:tblW w:w="0" w:type="auto"/>
        <w:jc w:val="center"/>
        <w:tblLook w:val="04A0" w:firstRow="1" w:lastRow="0" w:firstColumn="1" w:lastColumn="0" w:noHBand="0" w:noVBand="1"/>
      </w:tblPr>
      <w:tblGrid>
        <w:gridCol w:w="10502"/>
      </w:tblGrid>
      <w:tr w:rsidR="004D4D58" w:rsidRPr="00FD1E45" w14:paraId="14F204D3" w14:textId="77777777" w:rsidTr="0D726C07">
        <w:trPr>
          <w:jc w:val="center"/>
        </w:trPr>
        <w:tc>
          <w:tcPr>
            <w:tcW w:w="10512" w:type="dxa"/>
            <w:shd w:val="clear" w:color="auto" w:fill="DDEFEF"/>
            <w:tcMar>
              <w:top w:w="100" w:type="dxa"/>
              <w:left w:w="100" w:type="dxa"/>
              <w:bottom w:w="100" w:type="dxa"/>
              <w:right w:w="100" w:type="dxa"/>
            </w:tcMar>
          </w:tcPr>
          <w:p w14:paraId="75F00B64" w14:textId="0942873F"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Fournissez un compte rendu concis de ce que le CEA/Centre émergent fait déjà bien et de ce qu'il espère réaliser grâce à ACE </w:t>
            </w:r>
            <w:proofErr w:type="spellStart"/>
            <w:r w:rsidR="00A65A9D" w:rsidRPr="0D726C07">
              <w:rPr>
                <w:sz w:val="17"/>
                <w:szCs w:val="17"/>
                <w:lang w:val="fr-FR"/>
              </w:rPr>
              <w:t>Innovate</w:t>
            </w:r>
            <w:proofErr w:type="spellEnd"/>
            <w:r w:rsidR="00A65A9D" w:rsidRPr="0D726C07">
              <w:rPr>
                <w:sz w:val="17"/>
                <w:szCs w:val="17"/>
                <w:lang w:val="fr-FR"/>
              </w:rPr>
              <w:t>. Mettre en évidence les programmes proposés, le programme de recherche ou de formation, la collaboration avec l'industrie, le rôle régional et les principaux résultats attendus sur la période du programme.</w:t>
            </w:r>
          </w:p>
        </w:tc>
      </w:tr>
      <w:tr w:rsidR="004D4D58" w:rsidRPr="00FD1E45" w14:paraId="2B1C9CF8" w14:textId="77777777" w:rsidTr="0D726C07">
        <w:trPr>
          <w:jc w:val="center"/>
        </w:trPr>
        <w:tc>
          <w:tcPr>
            <w:tcW w:w="10512" w:type="dxa"/>
            <w:tcMar>
              <w:top w:w="100" w:type="dxa"/>
              <w:left w:w="100" w:type="dxa"/>
              <w:bottom w:w="100" w:type="dxa"/>
              <w:right w:w="100" w:type="dxa"/>
            </w:tcMar>
          </w:tcPr>
          <w:p w14:paraId="23AFD21E" w14:textId="1CD1B64A"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03BEA84B" w14:textId="77777777" w:rsidR="004D4D58" w:rsidRPr="00A81E72" w:rsidRDefault="004D4D58">
      <w:pPr>
        <w:spacing w:after="40" w:line="240" w:lineRule="auto"/>
        <w:rPr>
          <w:lang w:val="fr-FR"/>
        </w:rPr>
      </w:pPr>
    </w:p>
    <w:p w14:paraId="444B02B0" w14:textId="77777777" w:rsidR="004D4D58" w:rsidRPr="00A81E72" w:rsidRDefault="00A65A9D">
      <w:pPr>
        <w:pStyle w:val="Heading3"/>
        <w:spacing w:before="160" w:after="80" w:line="240" w:lineRule="auto"/>
        <w:rPr>
          <w:lang w:val="fr-FR"/>
        </w:rPr>
      </w:pPr>
      <w:r w:rsidRPr="0D726C07">
        <w:rPr>
          <w:color w:val="0F6B78"/>
          <w:lang w:val="fr-FR"/>
        </w:rPr>
        <w:t>3. Valeur ajoutée</w:t>
      </w:r>
    </w:p>
    <w:tbl>
      <w:tblPr>
        <w:tblStyle w:val="TableGrid"/>
        <w:tblW w:w="0" w:type="auto"/>
        <w:jc w:val="center"/>
        <w:tblLook w:val="04A0" w:firstRow="1" w:lastRow="0" w:firstColumn="1" w:lastColumn="0" w:noHBand="0" w:noVBand="1"/>
      </w:tblPr>
      <w:tblGrid>
        <w:gridCol w:w="10502"/>
      </w:tblGrid>
      <w:tr w:rsidR="004D4D58" w:rsidRPr="00FD1E45" w14:paraId="47EE6E96" w14:textId="77777777" w:rsidTr="0D726C07">
        <w:trPr>
          <w:jc w:val="center"/>
        </w:trPr>
        <w:tc>
          <w:tcPr>
            <w:tcW w:w="10512" w:type="dxa"/>
            <w:shd w:val="clear" w:color="auto" w:fill="DDEFEF"/>
            <w:tcMar>
              <w:top w:w="100" w:type="dxa"/>
              <w:left w:w="100" w:type="dxa"/>
              <w:bottom w:w="100" w:type="dxa"/>
              <w:right w:w="100" w:type="dxa"/>
            </w:tcMar>
          </w:tcPr>
          <w:p w14:paraId="0CB2F1AF" w14:textId="19E878FD"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Résumez comment le CEA/Centre émergent abordera l'échelle des compétences, l'engagement des employeurs, les demandes sectorielles et les exigences de mise en œuvre sans qu'une institution formelle jumelée ne soit incluse dans cette manifestation d'intérêt.</w:t>
            </w:r>
          </w:p>
        </w:tc>
      </w:tr>
      <w:tr w:rsidR="004D4D58" w:rsidRPr="00FD1E45" w14:paraId="48CBB0CF" w14:textId="77777777" w:rsidTr="0D726C07">
        <w:trPr>
          <w:jc w:val="center"/>
        </w:trPr>
        <w:tc>
          <w:tcPr>
            <w:tcW w:w="10512" w:type="dxa"/>
            <w:tcMar>
              <w:top w:w="100" w:type="dxa"/>
              <w:left w:w="100" w:type="dxa"/>
              <w:bottom w:w="100" w:type="dxa"/>
              <w:right w:w="100" w:type="dxa"/>
            </w:tcMar>
          </w:tcPr>
          <w:p w14:paraId="21154A2F" w14:textId="7D3C84C9"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494AD6D5" w14:textId="77777777" w:rsidR="004D4D58" w:rsidRPr="00A81E72" w:rsidRDefault="004D4D58">
      <w:pPr>
        <w:spacing w:after="40" w:line="240" w:lineRule="auto"/>
        <w:rPr>
          <w:lang w:val="fr-FR"/>
        </w:rPr>
      </w:pPr>
    </w:p>
    <w:p w14:paraId="572076DB" w14:textId="05584BD9" w:rsidR="004D4D58" w:rsidRPr="00A81E72" w:rsidRDefault="00A65A9D">
      <w:pPr>
        <w:pStyle w:val="Heading2"/>
        <w:spacing w:before="160" w:after="80" w:line="240" w:lineRule="auto"/>
        <w:rPr>
          <w:lang w:val="fr-FR"/>
        </w:rPr>
      </w:pPr>
      <w:r w:rsidRPr="0D726C07">
        <w:rPr>
          <w:color w:val="0F6B78"/>
          <w:lang w:val="fr-FR"/>
        </w:rPr>
        <w:t>A</w:t>
      </w:r>
      <w:r w:rsidR="00603D5F" w:rsidRPr="0D726C07">
        <w:rPr>
          <w:color w:val="0F6B78"/>
          <w:lang w:val="fr-FR"/>
        </w:rPr>
        <w:t>pprobation</w:t>
      </w:r>
      <w:r w:rsidRPr="0D726C07">
        <w:rPr>
          <w:color w:val="0F6B78"/>
          <w:lang w:val="fr-FR"/>
        </w:rPr>
        <w:t xml:space="preserve"> et signatures</w:t>
      </w:r>
    </w:p>
    <w:p w14:paraId="137C825B" w14:textId="4A4895CA" w:rsidR="004D4D58" w:rsidRPr="00A81E72" w:rsidRDefault="00A65A9D">
      <w:pPr>
        <w:spacing w:after="120" w:line="240" w:lineRule="auto"/>
        <w:rPr>
          <w:lang w:val="fr-FR"/>
        </w:rPr>
      </w:pPr>
      <w:r w:rsidRPr="0D726C07">
        <w:rPr>
          <w:sz w:val="17"/>
          <w:szCs w:val="17"/>
          <w:lang w:val="fr-FR"/>
        </w:rPr>
        <w:t xml:space="preserve">En signant ci-dessous, la direction de l'établissement, </w:t>
      </w:r>
      <w:r w:rsidR="00603D5F" w:rsidRPr="0D726C07">
        <w:rPr>
          <w:sz w:val="17"/>
          <w:szCs w:val="17"/>
          <w:lang w:val="fr-FR"/>
        </w:rPr>
        <w:t xml:space="preserve">le représentant du </w:t>
      </w:r>
      <w:r w:rsidRPr="0D726C07">
        <w:rPr>
          <w:sz w:val="17"/>
          <w:szCs w:val="17"/>
          <w:lang w:val="fr-FR"/>
        </w:rPr>
        <w:t>gouvernemental et le Panel sur l'engagement sectoriel confirment que le résumé analytique et le dossier complet de manifestation d'intérêt ont été examinés et soumis avec l'autorisation de l'institution.</w:t>
      </w:r>
    </w:p>
    <w:tbl>
      <w:tblPr>
        <w:tblStyle w:val="TableGrid"/>
        <w:tblW w:w="0" w:type="auto"/>
        <w:jc w:val="center"/>
        <w:tblLook w:val="04A0" w:firstRow="1" w:lastRow="0" w:firstColumn="1" w:lastColumn="0" w:noHBand="0" w:noVBand="1"/>
      </w:tblPr>
      <w:tblGrid>
        <w:gridCol w:w="5251"/>
        <w:gridCol w:w="5251"/>
      </w:tblGrid>
      <w:tr w:rsidR="004D4D58" w:rsidRPr="00900FB4" w14:paraId="54002788" w14:textId="77777777" w:rsidTr="0D726C07">
        <w:trPr>
          <w:jc w:val="center"/>
        </w:trPr>
        <w:tc>
          <w:tcPr>
            <w:tcW w:w="5256" w:type="dxa"/>
            <w:shd w:val="clear" w:color="auto" w:fill="F2F2F2" w:themeFill="background1" w:themeFillShade="F2"/>
            <w:tcMar>
              <w:top w:w="80" w:type="dxa"/>
              <w:left w:w="80" w:type="dxa"/>
              <w:bottom w:w="80" w:type="dxa"/>
              <w:right w:w="80" w:type="dxa"/>
            </w:tcMar>
          </w:tcPr>
          <w:p w14:paraId="5D44F1DC" w14:textId="4E24CFF1" w:rsidR="002E0533" w:rsidRPr="00900FB4" w:rsidRDefault="00A65A9D" w:rsidP="0D726C07">
            <w:pPr>
              <w:rPr>
                <w:sz w:val="16"/>
                <w:szCs w:val="16"/>
                <w:lang w:val="fr-FR"/>
              </w:rPr>
            </w:pPr>
            <w:r w:rsidRPr="0D726C07">
              <w:rPr>
                <w:sz w:val="16"/>
                <w:szCs w:val="16"/>
                <w:lang w:val="fr-FR"/>
              </w:rPr>
              <w:t>Représentant du ministère</w:t>
            </w:r>
            <w:proofErr w:type="gramStart"/>
            <w:r w:rsidR="52522697" w:rsidRPr="0D726C07">
              <w:rPr>
                <w:sz w:val="16"/>
                <w:szCs w:val="16"/>
                <w:lang w:val="fr-FR"/>
              </w:rPr>
              <w:t> :_</w:t>
            </w:r>
            <w:proofErr w:type="gramEnd"/>
            <w:r w:rsidR="52522697" w:rsidRPr="0D726C07">
              <w:rPr>
                <w:sz w:val="16"/>
                <w:szCs w:val="16"/>
                <w:lang w:val="fr-FR"/>
              </w:rPr>
              <w:t>________________</w:t>
            </w:r>
          </w:p>
          <w:p w14:paraId="735DC441" w14:textId="77777777" w:rsidR="002E0533" w:rsidRPr="00900FB4" w:rsidRDefault="00A65A9D" w:rsidP="0D726C07">
            <w:pPr>
              <w:rPr>
                <w:sz w:val="16"/>
                <w:szCs w:val="16"/>
                <w:lang w:val="fr-FR"/>
              </w:rPr>
            </w:pPr>
            <w:r w:rsidRPr="0D726C07">
              <w:rPr>
                <w:sz w:val="16"/>
                <w:szCs w:val="16"/>
                <w:lang w:val="fr-FR"/>
              </w:rPr>
              <w:t>Nom : __________________________________</w:t>
            </w:r>
          </w:p>
          <w:p w14:paraId="5EF59241" w14:textId="77777777" w:rsidR="002E0533" w:rsidRPr="00900FB4" w:rsidRDefault="00A65A9D" w:rsidP="0D726C07">
            <w:pPr>
              <w:rPr>
                <w:sz w:val="16"/>
                <w:szCs w:val="16"/>
                <w:lang w:val="fr-FR"/>
              </w:rPr>
            </w:pPr>
            <w:r w:rsidRPr="0D726C07">
              <w:rPr>
                <w:sz w:val="16"/>
                <w:szCs w:val="16"/>
                <w:lang w:val="fr-FR"/>
              </w:rPr>
              <w:t>Title : __________________________________</w:t>
            </w:r>
          </w:p>
          <w:p w14:paraId="1452263A" w14:textId="39E591F2" w:rsidR="002E0533" w:rsidRPr="00900FB4" w:rsidRDefault="00A65A9D" w:rsidP="0D726C07">
            <w:pPr>
              <w:rPr>
                <w:sz w:val="16"/>
                <w:szCs w:val="16"/>
                <w:lang w:val="fr-FR"/>
              </w:rPr>
            </w:pPr>
            <w:r w:rsidRPr="0D726C07">
              <w:rPr>
                <w:sz w:val="16"/>
                <w:szCs w:val="16"/>
                <w:lang w:val="fr-FR"/>
              </w:rPr>
              <w:t xml:space="preserve">Signature </w:t>
            </w:r>
            <w:r w:rsidR="52522697" w:rsidRPr="0D726C07">
              <w:rPr>
                <w:sz w:val="16"/>
                <w:szCs w:val="16"/>
                <w:lang w:val="fr-FR"/>
              </w:rPr>
              <w:t>: __________________________________</w:t>
            </w:r>
          </w:p>
          <w:p w14:paraId="2AA1ABE3" w14:textId="74710DBB" w:rsidR="004D4D58" w:rsidRPr="00A81E72" w:rsidRDefault="00A65A9D">
            <w:pPr>
              <w:rPr>
                <w:lang w:val="fr-FR"/>
              </w:rPr>
            </w:pPr>
            <w:r w:rsidRPr="0D726C07">
              <w:rPr>
                <w:sz w:val="16"/>
                <w:szCs w:val="16"/>
                <w:lang w:val="fr-FR"/>
              </w:rPr>
              <w:t xml:space="preserve">Date </w:t>
            </w:r>
            <w:r w:rsidR="52522697" w:rsidRPr="0D726C07">
              <w:rPr>
                <w:sz w:val="16"/>
                <w:szCs w:val="16"/>
                <w:lang w:val="fr-FR"/>
              </w:rPr>
              <w:t>: __________________________________</w:t>
            </w:r>
            <w:r w:rsidRPr="0D726C07">
              <w:rPr>
                <w:sz w:val="16"/>
                <w:szCs w:val="16"/>
                <w:lang w:val="fr-FR"/>
              </w:rPr>
              <w:t xml:space="preserve"> ___________________________________</w:t>
            </w:r>
          </w:p>
        </w:tc>
        <w:tc>
          <w:tcPr>
            <w:tcW w:w="5256" w:type="dxa"/>
            <w:shd w:val="clear" w:color="auto" w:fill="F2F2F2" w:themeFill="background1" w:themeFillShade="F2"/>
            <w:tcMar>
              <w:top w:w="80" w:type="dxa"/>
              <w:left w:w="80" w:type="dxa"/>
              <w:bottom w:w="80" w:type="dxa"/>
              <w:right w:w="80" w:type="dxa"/>
            </w:tcMar>
          </w:tcPr>
          <w:p w14:paraId="4A372D71" w14:textId="4A8FF055" w:rsidR="00703395" w:rsidRPr="00900FB4" w:rsidRDefault="00A65A9D" w:rsidP="0D726C07">
            <w:pPr>
              <w:rPr>
                <w:sz w:val="16"/>
                <w:szCs w:val="16"/>
                <w:lang w:val="fr-FR"/>
              </w:rPr>
            </w:pPr>
            <w:r w:rsidRPr="0D726C07">
              <w:rPr>
                <w:sz w:val="16"/>
                <w:szCs w:val="16"/>
                <w:lang w:val="fr-FR"/>
              </w:rPr>
              <w:t>CEA/Centre émergent - Directeur de l'institution</w:t>
            </w:r>
            <w:proofErr w:type="gramStart"/>
            <w:r w:rsidR="37732F0F" w:rsidRPr="0D726C07">
              <w:rPr>
                <w:sz w:val="16"/>
                <w:szCs w:val="16"/>
                <w:lang w:val="fr-FR"/>
              </w:rPr>
              <w:t> :_</w:t>
            </w:r>
            <w:proofErr w:type="gramEnd"/>
            <w:r w:rsidR="37732F0F" w:rsidRPr="0D726C07">
              <w:rPr>
                <w:sz w:val="16"/>
                <w:szCs w:val="16"/>
                <w:lang w:val="fr-FR"/>
              </w:rPr>
              <w:t>_______________</w:t>
            </w:r>
          </w:p>
          <w:p w14:paraId="3FF98535" w14:textId="77777777" w:rsidR="00703395" w:rsidRPr="00900FB4" w:rsidRDefault="00A65A9D" w:rsidP="0D726C07">
            <w:pPr>
              <w:rPr>
                <w:sz w:val="16"/>
                <w:szCs w:val="16"/>
                <w:lang w:val="fr-FR"/>
              </w:rPr>
            </w:pPr>
            <w:r w:rsidRPr="0D726C07">
              <w:rPr>
                <w:sz w:val="16"/>
                <w:szCs w:val="16"/>
                <w:lang w:val="fr-FR"/>
              </w:rPr>
              <w:t>Nom : __________________________________</w:t>
            </w:r>
          </w:p>
          <w:p w14:paraId="32F24890" w14:textId="77777777" w:rsidR="00703395" w:rsidRPr="00900FB4" w:rsidRDefault="00A65A9D" w:rsidP="0D726C07">
            <w:pPr>
              <w:rPr>
                <w:sz w:val="16"/>
                <w:szCs w:val="16"/>
                <w:lang w:val="fr-FR"/>
              </w:rPr>
            </w:pPr>
            <w:r w:rsidRPr="0D726C07">
              <w:rPr>
                <w:sz w:val="16"/>
                <w:szCs w:val="16"/>
                <w:lang w:val="fr-FR"/>
              </w:rPr>
              <w:t>Title : __________________________________</w:t>
            </w:r>
          </w:p>
          <w:p w14:paraId="65AE4C77" w14:textId="77777777" w:rsidR="00703395" w:rsidRPr="00900FB4" w:rsidRDefault="00A65A9D" w:rsidP="0D726C07">
            <w:pPr>
              <w:rPr>
                <w:sz w:val="16"/>
                <w:szCs w:val="16"/>
                <w:lang w:val="fr-FR"/>
              </w:rPr>
            </w:pPr>
            <w:r w:rsidRPr="0D726C07">
              <w:rPr>
                <w:sz w:val="16"/>
                <w:szCs w:val="16"/>
                <w:lang w:val="fr-FR"/>
              </w:rPr>
              <w:t>Signature : ______________________________</w:t>
            </w:r>
          </w:p>
          <w:p w14:paraId="174BDA3E" w14:textId="4BCF2AEB" w:rsidR="004D4D58" w:rsidRPr="00A81E72" w:rsidRDefault="00A65A9D">
            <w:pPr>
              <w:rPr>
                <w:lang w:val="fr-FR"/>
              </w:rPr>
            </w:pPr>
            <w:r w:rsidRPr="0D726C07">
              <w:rPr>
                <w:sz w:val="16"/>
                <w:szCs w:val="16"/>
                <w:lang w:val="fr-FR"/>
              </w:rPr>
              <w:t>Date : ___________________________________</w:t>
            </w:r>
          </w:p>
        </w:tc>
      </w:tr>
      <w:tr w:rsidR="004D4D58" w:rsidRPr="00900FB4" w14:paraId="3AFEC4B0" w14:textId="77777777" w:rsidTr="0D726C07">
        <w:trPr>
          <w:jc w:val="center"/>
        </w:trPr>
        <w:tc>
          <w:tcPr>
            <w:tcW w:w="5256" w:type="dxa"/>
            <w:shd w:val="clear" w:color="auto" w:fill="F2F2F2" w:themeFill="background1" w:themeFillShade="F2"/>
            <w:tcMar>
              <w:top w:w="80" w:type="dxa"/>
              <w:left w:w="80" w:type="dxa"/>
              <w:bottom w:w="80" w:type="dxa"/>
              <w:right w:w="80" w:type="dxa"/>
            </w:tcMar>
          </w:tcPr>
          <w:p w14:paraId="66052A37" w14:textId="77777777" w:rsidR="00703395" w:rsidRPr="00900FB4" w:rsidRDefault="00A65A9D" w:rsidP="0D726C07">
            <w:pPr>
              <w:rPr>
                <w:sz w:val="16"/>
                <w:szCs w:val="16"/>
                <w:lang w:val="fr-FR"/>
              </w:rPr>
            </w:pPr>
            <w:r w:rsidRPr="0D726C07">
              <w:rPr>
                <w:sz w:val="16"/>
                <w:szCs w:val="16"/>
                <w:lang w:val="fr-FR"/>
              </w:rPr>
              <w:t>CEA/Centre émergent - Directeur du centre</w:t>
            </w:r>
          </w:p>
          <w:p w14:paraId="41844DE4" w14:textId="77777777" w:rsidR="00703395" w:rsidRPr="00900FB4" w:rsidRDefault="00A65A9D" w:rsidP="0D726C07">
            <w:pPr>
              <w:rPr>
                <w:sz w:val="16"/>
                <w:szCs w:val="16"/>
                <w:lang w:val="fr-FR"/>
              </w:rPr>
            </w:pPr>
            <w:r w:rsidRPr="0D726C07">
              <w:rPr>
                <w:sz w:val="16"/>
                <w:szCs w:val="16"/>
                <w:lang w:val="fr-FR"/>
              </w:rPr>
              <w:t>Nom : __________________________________</w:t>
            </w:r>
          </w:p>
          <w:p w14:paraId="235BB943" w14:textId="77777777" w:rsidR="00703395" w:rsidRPr="00900FB4" w:rsidRDefault="00A65A9D" w:rsidP="0D726C07">
            <w:pPr>
              <w:rPr>
                <w:sz w:val="16"/>
                <w:szCs w:val="16"/>
                <w:lang w:val="fr-FR"/>
              </w:rPr>
            </w:pPr>
            <w:r w:rsidRPr="0D726C07">
              <w:rPr>
                <w:sz w:val="16"/>
                <w:szCs w:val="16"/>
                <w:lang w:val="fr-FR"/>
              </w:rPr>
              <w:t>Title : __________________________________</w:t>
            </w:r>
          </w:p>
          <w:p w14:paraId="49678CE5" w14:textId="77777777" w:rsidR="00703395" w:rsidRPr="00900FB4" w:rsidRDefault="00A65A9D" w:rsidP="0D726C07">
            <w:pPr>
              <w:rPr>
                <w:sz w:val="16"/>
                <w:szCs w:val="16"/>
                <w:lang w:val="fr-FR"/>
              </w:rPr>
            </w:pPr>
            <w:r w:rsidRPr="0D726C07">
              <w:rPr>
                <w:sz w:val="16"/>
                <w:szCs w:val="16"/>
                <w:lang w:val="fr-FR"/>
              </w:rPr>
              <w:t>Signature : ______________________________</w:t>
            </w:r>
          </w:p>
          <w:p w14:paraId="24F9704A" w14:textId="5FB1F742" w:rsidR="004D4D58" w:rsidRPr="00A81E72" w:rsidRDefault="00A65A9D">
            <w:pPr>
              <w:rPr>
                <w:lang w:val="fr-FR"/>
              </w:rPr>
            </w:pPr>
            <w:r w:rsidRPr="0D726C07">
              <w:rPr>
                <w:sz w:val="16"/>
                <w:szCs w:val="16"/>
                <w:lang w:val="fr-FR"/>
              </w:rPr>
              <w:t>Date : ___________________________________</w:t>
            </w:r>
          </w:p>
        </w:tc>
        <w:tc>
          <w:tcPr>
            <w:tcW w:w="5256" w:type="dxa"/>
            <w:shd w:val="clear" w:color="auto" w:fill="F2F2F2" w:themeFill="background1" w:themeFillShade="F2"/>
            <w:tcMar>
              <w:top w:w="80" w:type="dxa"/>
              <w:left w:w="80" w:type="dxa"/>
              <w:bottom w:w="80" w:type="dxa"/>
              <w:right w:w="80" w:type="dxa"/>
            </w:tcMar>
          </w:tcPr>
          <w:p w14:paraId="2A59579C" w14:textId="382EE0F3" w:rsidR="00703395" w:rsidRPr="00900FB4" w:rsidRDefault="00A65A9D" w:rsidP="0D726C07">
            <w:pPr>
              <w:rPr>
                <w:sz w:val="16"/>
                <w:szCs w:val="16"/>
                <w:lang w:val="fr-FR"/>
              </w:rPr>
            </w:pPr>
            <w:r w:rsidRPr="0D726C07">
              <w:rPr>
                <w:sz w:val="16"/>
                <w:szCs w:val="16"/>
                <w:lang w:val="fr-FR"/>
              </w:rPr>
              <w:t xml:space="preserve">Panel sur l'engagement sectoriel </w:t>
            </w:r>
            <w:r w:rsidR="37732F0F" w:rsidRPr="0D726C07">
              <w:rPr>
                <w:sz w:val="16"/>
                <w:szCs w:val="16"/>
                <w:lang w:val="fr-FR"/>
              </w:rPr>
              <w:t>–</w:t>
            </w:r>
            <w:r w:rsidRPr="0D726C07">
              <w:rPr>
                <w:sz w:val="16"/>
                <w:szCs w:val="16"/>
                <w:lang w:val="fr-FR"/>
              </w:rPr>
              <w:t xml:space="preserve"> Président</w:t>
            </w:r>
          </w:p>
          <w:p w14:paraId="7F814D83" w14:textId="77777777" w:rsidR="00703395" w:rsidRPr="00900FB4" w:rsidRDefault="00A65A9D" w:rsidP="0D726C07">
            <w:pPr>
              <w:rPr>
                <w:sz w:val="16"/>
                <w:szCs w:val="16"/>
                <w:lang w:val="fr-FR"/>
              </w:rPr>
            </w:pPr>
            <w:r w:rsidRPr="0D726C07">
              <w:rPr>
                <w:sz w:val="16"/>
                <w:szCs w:val="16"/>
                <w:lang w:val="fr-FR"/>
              </w:rPr>
              <w:t>Nom : __________________________________</w:t>
            </w:r>
          </w:p>
          <w:p w14:paraId="692B8FF7" w14:textId="77777777" w:rsidR="00703395" w:rsidRPr="00900FB4" w:rsidRDefault="00A65A9D" w:rsidP="0D726C07">
            <w:pPr>
              <w:rPr>
                <w:sz w:val="16"/>
                <w:szCs w:val="16"/>
                <w:lang w:val="fr-FR"/>
              </w:rPr>
            </w:pPr>
            <w:r w:rsidRPr="0D726C07">
              <w:rPr>
                <w:sz w:val="16"/>
                <w:szCs w:val="16"/>
                <w:lang w:val="fr-FR"/>
              </w:rPr>
              <w:t>Title : __________________________________</w:t>
            </w:r>
          </w:p>
          <w:p w14:paraId="28418B96" w14:textId="77777777" w:rsidR="00703395" w:rsidRPr="00900FB4" w:rsidRDefault="00A65A9D" w:rsidP="0D726C07">
            <w:pPr>
              <w:rPr>
                <w:sz w:val="16"/>
                <w:szCs w:val="16"/>
                <w:lang w:val="fr-FR"/>
              </w:rPr>
            </w:pPr>
            <w:r w:rsidRPr="0D726C07">
              <w:rPr>
                <w:sz w:val="16"/>
                <w:szCs w:val="16"/>
                <w:lang w:val="fr-FR"/>
              </w:rPr>
              <w:t>Signature : ______________________________</w:t>
            </w:r>
          </w:p>
          <w:p w14:paraId="10557F3B" w14:textId="5D29D0F1" w:rsidR="004D4D58" w:rsidRPr="00A81E72" w:rsidRDefault="00A65A9D">
            <w:pPr>
              <w:rPr>
                <w:lang w:val="fr-FR"/>
              </w:rPr>
            </w:pPr>
            <w:r w:rsidRPr="0D726C07">
              <w:rPr>
                <w:sz w:val="16"/>
                <w:szCs w:val="16"/>
                <w:lang w:val="fr-FR"/>
              </w:rPr>
              <w:t>Date : ___________________________________</w:t>
            </w:r>
          </w:p>
        </w:tc>
      </w:tr>
      <w:tr w:rsidR="004D4D58" w:rsidRPr="00900FB4" w14:paraId="22AEE6CB" w14:textId="77777777" w:rsidTr="0D726C07">
        <w:trPr>
          <w:jc w:val="center"/>
        </w:trPr>
        <w:tc>
          <w:tcPr>
            <w:tcW w:w="5256" w:type="dxa"/>
            <w:shd w:val="clear" w:color="auto" w:fill="F2F2F2" w:themeFill="background1" w:themeFillShade="F2"/>
            <w:tcMar>
              <w:top w:w="80" w:type="dxa"/>
              <w:left w:w="80" w:type="dxa"/>
              <w:bottom w:w="80" w:type="dxa"/>
              <w:right w:w="80" w:type="dxa"/>
            </w:tcMar>
          </w:tcPr>
          <w:p w14:paraId="05E04A5E" w14:textId="7A390FF7" w:rsidR="00703395" w:rsidRPr="00900FB4" w:rsidRDefault="37732F0F" w:rsidP="0D726C07">
            <w:pPr>
              <w:rPr>
                <w:sz w:val="16"/>
                <w:szCs w:val="16"/>
                <w:lang w:val="fr-FR"/>
              </w:rPr>
            </w:pPr>
            <w:r w:rsidRPr="0D726C07">
              <w:rPr>
                <w:sz w:val="16"/>
                <w:szCs w:val="16"/>
                <w:lang w:val="fr-FR"/>
              </w:rPr>
              <w:t xml:space="preserve">Panel sur l'engagement sectoriel </w:t>
            </w:r>
            <w:r w:rsidR="00A65A9D" w:rsidRPr="0D726C07">
              <w:rPr>
                <w:sz w:val="16"/>
                <w:szCs w:val="16"/>
                <w:lang w:val="fr-FR"/>
              </w:rPr>
              <w:t>- Vice-président</w:t>
            </w:r>
          </w:p>
          <w:p w14:paraId="7E0B00B1" w14:textId="77777777" w:rsidR="00703395" w:rsidRPr="00900FB4" w:rsidRDefault="00A65A9D" w:rsidP="0D726C07">
            <w:pPr>
              <w:rPr>
                <w:sz w:val="16"/>
                <w:szCs w:val="16"/>
                <w:lang w:val="fr-FR"/>
              </w:rPr>
            </w:pPr>
            <w:r w:rsidRPr="0D726C07">
              <w:rPr>
                <w:sz w:val="16"/>
                <w:szCs w:val="16"/>
                <w:lang w:val="fr-FR"/>
              </w:rPr>
              <w:t>Nom : __________________________________</w:t>
            </w:r>
          </w:p>
          <w:p w14:paraId="7001724E" w14:textId="77777777" w:rsidR="00703395" w:rsidRPr="00900FB4" w:rsidRDefault="00A65A9D" w:rsidP="0D726C07">
            <w:pPr>
              <w:rPr>
                <w:sz w:val="16"/>
                <w:szCs w:val="16"/>
                <w:lang w:val="fr-FR"/>
              </w:rPr>
            </w:pPr>
            <w:r w:rsidRPr="0D726C07">
              <w:rPr>
                <w:sz w:val="16"/>
                <w:szCs w:val="16"/>
                <w:lang w:val="fr-FR"/>
              </w:rPr>
              <w:t>Title : __________________________________</w:t>
            </w:r>
          </w:p>
          <w:p w14:paraId="66959B42" w14:textId="77777777" w:rsidR="00703395" w:rsidRPr="00900FB4" w:rsidRDefault="00A65A9D" w:rsidP="0D726C07">
            <w:pPr>
              <w:rPr>
                <w:sz w:val="16"/>
                <w:szCs w:val="16"/>
                <w:lang w:val="fr-FR"/>
              </w:rPr>
            </w:pPr>
            <w:r w:rsidRPr="0D726C07">
              <w:rPr>
                <w:sz w:val="16"/>
                <w:szCs w:val="16"/>
                <w:lang w:val="fr-FR"/>
              </w:rPr>
              <w:t>Signature : ______________________________</w:t>
            </w:r>
          </w:p>
          <w:p w14:paraId="5ACC6E00" w14:textId="4C0E95CC" w:rsidR="004D4D58" w:rsidRPr="00A81E72" w:rsidRDefault="00A65A9D">
            <w:pPr>
              <w:rPr>
                <w:lang w:val="fr-FR"/>
              </w:rPr>
            </w:pPr>
            <w:r w:rsidRPr="0D726C07">
              <w:rPr>
                <w:sz w:val="16"/>
                <w:szCs w:val="16"/>
                <w:lang w:val="fr-FR"/>
              </w:rPr>
              <w:t>Date : ___________________________________</w:t>
            </w:r>
          </w:p>
        </w:tc>
        <w:tc>
          <w:tcPr>
            <w:tcW w:w="5256" w:type="dxa"/>
            <w:shd w:val="clear" w:color="auto" w:fill="F2F2F2" w:themeFill="background1" w:themeFillShade="F2"/>
            <w:tcMar>
              <w:top w:w="80" w:type="dxa"/>
              <w:left w:w="80" w:type="dxa"/>
              <w:bottom w:w="80" w:type="dxa"/>
              <w:right w:w="80" w:type="dxa"/>
            </w:tcMar>
          </w:tcPr>
          <w:p w14:paraId="7F12DAFC" w14:textId="77777777" w:rsidR="00703395" w:rsidRPr="00A81E72" w:rsidRDefault="00A65A9D" w:rsidP="0D726C07">
            <w:pPr>
              <w:rPr>
                <w:sz w:val="16"/>
                <w:szCs w:val="16"/>
                <w:lang w:val="fr-FR"/>
              </w:rPr>
            </w:pPr>
            <w:r>
              <w:br/>
            </w:r>
            <w:r w:rsidRPr="0D726C07">
              <w:rPr>
                <w:sz w:val="16"/>
                <w:szCs w:val="16"/>
                <w:lang w:val="fr-FR"/>
              </w:rPr>
              <w:t>Nom : __________________________________</w:t>
            </w:r>
          </w:p>
          <w:p w14:paraId="654C0DF9" w14:textId="77777777" w:rsidR="00703395" w:rsidRPr="00A81E72" w:rsidRDefault="00A65A9D" w:rsidP="0D726C07">
            <w:pPr>
              <w:rPr>
                <w:sz w:val="16"/>
                <w:szCs w:val="16"/>
                <w:lang w:val="fr-FR"/>
              </w:rPr>
            </w:pPr>
            <w:r w:rsidRPr="0D726C07">
              <w:rPr>
                <w:sz w:val="16"/>
                <w:szCs w:val="16"/>
                <w:lang w:val="fr-FR"/>
              </w:rPr>
              <w:t>Title : __________________________________</w:t>
            </w:r>
          </w:p>
          <w:p w14:paraId="2BDABEC8" w14:textId="77777777" w:rsidR="00703395" w:rsidRPr="00A81E72" w:rsidRDefault="00A65A9D" w:rsidP="0D726C07">
            <w:pPr>
              <w:rPr>
                <w:sz w:val="16"/>
                <w:szCs w:val="16"/>
                <w:lang w:val="fr-FR"/>
              </w:rPr>
            </w:pPr>
            <w:r w:rsidRPr="0D726C07">
              <w:rPr>
                <w:sz w:val="16"/>
                <w:szCs w:val="16"/>
                <w:lang w:val="fr-FR"/>
              </w:rPr>
              <w:t>Signature : ______________________________</w:t>
            </w:r>
          </w:p>
          <w:p w14:paraId="6FA4DC93" w14:textId="6700FC45" w:rsidR="004D4D58" w:rsidRPr="00A81E72" w:rsidRDefault="00A65A9D">
            <w:pPr>
              <w:rPr>
                <w:lang w:val="fr-FR"/>
              </w:rPr>
            </w:pPr>
            <w:r w:rsidRPr="0D726C07">
              <w:rPr>
                <w:sz w:val="16"/>
                <w:szCs w:val="16"/>
                <w:lang w:val="fr-FR"/>
              </w:rPr>
              <w:t>Date : ___________________________________</w:t>
            </w:r>
          </w:p>
        </w:tc>
      </w:tr>
    </w:tbl>
    <w:p w14:paraId="2AD8C919" w14:textId="77777777" w:rsidR="004D4D58" w:rsidRPr="00A81E72" w:rsidRDefault="004D4D58">
      <w:pPr>
        <w:spacing w:after="40" w:line="240" w:lineRule="auto"/>
        <w:rPr>
          <w:lang w:val="fr-FR"/>
        </w:rPr>
      </w:pPr>
    </w:p>
    <w:p w14:paraId="59A78545" w14:textId="77777777" w:rsidR="004D4D58" w:rsidRPr="00A81E72" w:rsidRDefault="00A65A9D">
      <w:pPr>
        <w:spacing w:line="240" w:lineRule="auto"/>
        <w:rPr>
          <w:lang w:val="fr-FR"/>
        </w:rPr>
      </w:pPr>
      <w:r w:rsidRPr="0D726C07">
        <w:rPr>
          <w:lang w:val="fr-FR"/>
        </w:rPr>
        <w:br w:type="page"/>
      </w:r>
    </w:p>
    <w:p w14:paraId="0AB082F5" w14:textId="77777777" w:rsidR="004D4D58" w:rsidRPr="00A81E72" w:rsidRDefault="00A65A9D">
      <w:pPr>
        <w:pStyle w:val="Heading1"/>
        <w:spacing w:before="200" w:after="80" w:line="240" w:lineRule="auto"/>
        <w:rPr>
          <w:lang w:val="fr-FR"/>
        </w:rPr>
      </w:pPr>
      <w:r w:rsidRPr="0D726C07">
        <w:rPr>
          <w:color w:val="1F4E79"/>
          <w:lang w:val="fr-FR"/>
        </w:rPr>
        <w:lastRenderedPageBreak/>
        <w:t>Partie II - Manifestation d'intérêt du CEA/Centre émergent</w:t>
      </w:r>
    </w:p>
    <w:tbl>
      <w:tblPr>
        <w:tblStyle w:val="TableGrid"/>
        <w:tblW w:w="0" w:type="auto"/>
        <w:jc w:val="center"/>
        <w:tblLook w:val="04A0" w:firstRow="1" w:lastRow="0" w:firstColumn="1" w:lastColumn="0" w:noHBand="0" w:noVBand="1"/>
      </w:tblPr>
      <w:tblGrid>
        <w:gridCol w:w="10502"/>
      </w:tblGrid>
      <w:tr w:rsidR="004D4D58" w:rsidRPr="00FD1E45" w14:paraId="118167F9" w14:textId="77777777" w:rsidTr="0D726C07">
        <w:trPr>
          <w:jc w:val="center"/>
        </w:trPr>
        <w:tc>
          <w:tcPr>
            <w:tcW w:w="10512" w:type="dxa"/>
            <w:shd w:val="clear" w:color="auto" w:fill="D9EAF7"/>
            <w:tcMar>
              <w:top w:w="120" w:type="dxa"/>
              <w:left w:w="120" w:type="dxa"/>
              <w:bottom w:w="120" w:type="dxa"/>
              <w:right w:w="120" w:type="dxa"/>
            </w:tcMar>
          </w:tcPr>
          <w:p w14:paraId="309CB125" w14:textId="77777777" w:rsidR="004D4D58" w:rsidRPr="00A81E72" w:rsidRDefault="00A65A9D">
            <w:pPr>
              <w:spacing w:after="40"/>
              <w:rPr>
                <w:lang w:val="fr-FR"/>
              </w:rPr>
            </w:pPr>
            <w:r w:rsidRPr="0D726C07">
              <w:rPr>
                <w:b/>
                <w:bCs/>
                <w:color w:val="1F4E79"/>
                <w:lang w:val="fr-FR"/>
              </w:rPr>
              <w:t>Instructions de la partie II</w:t>
            </w:r>
          </w:p>
          <w:p w14:paraId="06449E81" w14:textId="1EFC77D1" w:rsidR="004D4D58" w:rsidRPr="00A81E72" w:rsidRDefault="00A65A9D">
            <w:pPr>
              <w:rPr>
                <w:lang w:val="fr-FR"/>
              </w:rPr>
            </w:pPr>
            <w:r w:rsidRPr="0D726C07">
              <w:rPr>
                <w:lang w:val="fr-FR"/>
              </w:rPr>
              <w:t xml:space="preserve">Cette partie est remplie par le CEA/Centre émergent. Le texte </w:t>
            </w:r>
            <w:r w:rsidR="65DE1188" w:rsidRPr="0D726C07">
              <w:rPr>
                <w:lang w:val="fr-FR"/>
              </w:rPr>
              <w:t xml:space="preserve">narratif </w:t>
            </w:r>
            <w:r w:rsidRPr="0D726C07">
              <w:rPr>
                <w:lang w:val="fr-FR"/>
              </w:rPr>
              <w:t xml:space="preserve">est limité à 12,5 pages, annexes non comprises. La manifestation d'intérêt devrait être concise, fondée sur des données probantes et axée sur le secteur et la chaîne de valeur spécifiques proposés pour le projet </w:t>
            </w:r>
            <w:r w:rsidR="5C8691A1" w:rsidRPr="0D726C07">
              <w:rPr>
                <w:lang w:val="fr-FR"/>
              </w:rPr>
              <w:t xml:space="preserve">ACE </w:t>
            </w:r>
            <w:proofErr w:type="spellStart"/>
            <w:r w:rsidRPr="0D726C07">
              <w:rPr>
                <w:lang w:val="fr-FR"/>
              </w:rPr>
              <w:t>Innovate</w:t>
            </w:r>
            <w:proofErr w:type="spellEnd"/>
            <w:r w:rsidRPr="0D726C07">
              <w:rPr>
                <w:lang w:val="fr-FR"/>
              </w:rPr>
              <w:t xml:space="preserve">. S'il s'agit </w:t>
            </w:r>
            <w:proofErr w:type="gramStart"/>
            <w:r w:rsidRPr="0D726C07">
              <w:rPr>
                <w:lang w:val="fr-FR"/>
              </w:rPr>
              <w:t xml:space="preserve">d'une demande </w:t>
            </w:r>
            <w:r w:rsidR="00FD1E45" w:rsidRPr="0D726C07">
              <w:rPr>
                <w:lang w:val="fr-FR"/>
              </w:rPr>
              <w:t>indépendant</w:t>
            </w:r>
            <w:proofErr w:type="gramEnd"/>
            <w:r w:rsidRPr="0D726C07">
              <w:rPr>
                <w:lang w:val="fr-FR"/>
              </w:rPr>
              <w:t>, ne décrivez pas de partenaire officiel de l'IFRT, à moins qu'il n'en existe un en dehors de la présente demande en tant que collaborateur sectoriel.</w:t>
            </w:r>
          </w:p>
        </w:tc>
      </w:tr>
    </w:tbl>
    <w:p w14:paraId="2C7E7C46" w14:textId="77777777" w:rsidR="004D4D58" w:rsidRPr="00A81E72" w:rsidRDefault="00A65A9D">
      <w:pPr>
        <w:pStyle w:val="Heading3"/>
        <w:spacing w:before="160" w:after="80" w:line="240" w:lineRule="auto"/>
        <w:rPr>
          <w:lang w:val="fr-FR"/>
        </w:rPr>
      </w:pPr>
      <w:r w:rsidRPr="0D726C07">
        <w:rPr>
          <w:color w:val="0F6B78"/>
          <w:lang w:val="fr-FR"/>
        </w:rPr>
        <w:t>Profil du CEA/Centre émergent</w:t>
      </w:r>
    </w:p>
    <w:tbl>
      <w:tblPr>
        <w:tblStyle w:val="TableGrid"/>
        <w:tblW w:w="0" w:type="auto"/>
        <w:jc w:val="center"/>
        <w:tblLook w:val="04A0" w:firstRow="1" w:lastRow="0" w:firstColumn="1" w:lastColumn="0" w:noHBand="0" w:noVBand="1"/>
      </w:tblPr>
      <w:tblGrid>
        <w:gridCol w:w="5251"/>
        <w:gridCol w:w="5251"/>
      </w:tblGrid>
      <w:tr w:rsidR="004D4D58" w:rsidRPr="00900FB4" w14:paraId="695CE25C"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0B72417B" w14:textId="77777777" w:rsidR="004D4D58" w:rsidRPr="00A81E72" w:rsidRDefault="00A65A9D">
            <w:pPr>
              <w:rPr>
                <w:lang w:val="fr-FR"/>
              </w:rPr>
            </w:pPr>
            <w:r w:rsidRPr="0D726C07">
              <w:rPr>
                <w:b/>
                <w:bCs/>
                <w:sz w:val="17"/>
                <w:szCs w:val="17"/>
                <w:lang w:val="fr-FR"/>
              </w:rPr>
              <w:t>Nom du CEA/centre émergent</w:t>
            </w:r>
          </w:p>
        </w:tc>
        <w:tc>
          <w:tcPr>
            <w:tcW w:w="5256" w:type="dxa"/>
            <w:tcMar>
              <w:top w:w="80" w:type="dxa"/>
              <w:left w:w="100" w:type="dxa"/>
              <w:bottom w:w="80" w:type="dxa"/>
              <w:right w:w="100" w:type="dxa"/>
            </w:tcMar>
            <w:vAlign w:val="center"/>
          </w:tcPr>
          <w:p w14:paraId="3946BA11" w14:textId="77777777" w:rsidR="004D4D58" w:rsidRPr="00A81E72" w:rsidRDefault="00A65A9D">
            <w:pPr>
              <w:rPr>
                <w:lang w:val="fr-FR"/>
              </w:rPr>
            </w:pPr>
            <w:r w:rsidRPr="0D726C07">
              <w:rPr>
                <w:sz w:val="17"/>
                <w:szCs w:val="17"/>
                <w:lang w:val="fr-FR"/>
              </w:rPr>
              <w:t>[Tapez ici]</w:t>
            </w:r>
          </w:p>
        </w:tc>
      </w:tr>
      <w:tr w:rsidR="004D4D58" w:rsidRPr="00900FB4" w14:paraId="68E6A914"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2B64C880" w14:textId="77777777" w:rsidR="004D4D58" w:rsidRPr="00A81E72" w:rsidRDefault="00A65A9D">
            <w:pPr>
              <w:rPr>
                <w:lang w:val="fr-FR"/>
              </w:rPr>
            </w:pPr>
            <w:r w:rsidRPr="0D726C07">
              <w:rPr>
                <w:b/>
                <w:bCs/>
                <w:sz w:val="17"/>
                <w:szCs w:val="17"/>
                <w:lang w:val="fr-FR"/>
              </w:rPr>
              <w:t>Université d'accueil</w:t>
            </w:r>
          </w:p>
        </w:tc>
        <w:tc>
          <w:tcPr>
            <w:tcW w:w="5256" w:type="dxa"/>
            <w:tcMar>
              <w:top w:w="80" w:type="dxa"/>
              <w:left w:w="100" w:type="dxa"/>
              <w:bottom w:w="80" w:type="dxa"/>
              <w:right w:w="100" w:type="dxa"/>
            </w:tcMar>
            <w:vAlign w:val="center"/>
          </w:tcPr>
          <w:p w14:paraId="546CB19D" w14:textId="77777777" w:rsidR="004D4D58" w:rsidRPr="00A81E72" w:rsidRDefault="00A65A9D">
            <w:pPr>
              <w:rPr>
                <w:lang w:val="fr-FR"/>
              </w:rPr>
            </w:pPr>
            <w:r w:rsidRPr="0D726C07">
              <w:rPr>
                <w:sz w:val="17"/>
                <w:szCs w:val="17"/>
                <w:lang w:val="fr-FR"/>
              </w:rPr>
              <w:t>[Tapez ici]</w:t>
            </w:r>
          </w:p>
        </w:tc>
      </w:tr>
      <w:tr w:rsidR="004D4D58" w:rsidRPr="00900FB4" w14:paraId="17119413"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73F14452" w14:textId="77777777" w:rsidR="004D4D58" w:rsidRPr="00A81E72" w:rsidRDefault="00A65A9D">
            <w:pPr>
              <w:rPr>
                <w:lang w:val="fr-FR"/>
              </w:rPr>
            </w:pPr>
            <w:r w:rsidRPr="0D726C07">
              <w:rPr>
                <w:b/>
                <w:bCs/>
                <w:sz w:val="17"/>
                <w:szCs w:val="17"/>
                <w:lang w:val="fr-FR"/>
              </w:rPr>
              <w:t>Pays</w:t>
            </w:r>
          </w:p>
        </w:tc>
        <w:tc>
          <w:tcPr>
            <w:tcW w:w="5256" w:type="dxa"/>
            <w:tcMar>
              <w:top w:w="80" w:type="dxa"/>
              <w:left w:w="100" w:type="dxa"/>
              <w:bottom w:w="80" w:type="dxa"/>
              <w:right w:w="100" w:type="dxa"/>
            </w:tcMar>
            <w:vAlign w:val="center"/>
          </w:tcPr>
          <w:p w14:paraId="09D6F8C0" w14:textId="77777777" w:rsidR="004D4D58" w:rsidRPr="00A81E72" w:rsidRDefault="00A65A9D">
            <w:pPr>
              <w:rPr>
                <w:lang w:val="fr-FR"/>
              </w:rPr>
            </w:pPr>
            <w:r w:rsidRPr="0D726C07">
              <w:rPr>
                <w:sz w:val="17"/>
                <w:szCs w:val="17"/>
                <w:lang w:val="fr-FR"/>
              </w:rPr>
              <w:t>[Tapez ici]</w:t>
            </w:r>
          </w:p>
        </w:tc>
      </w:tr>
      <w:tr w:rsidR="004D4D58" w:rsidRPr="00900FB4" w14:paraId="6B1C4970"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186A6AD5" w14:textId="77777777" w:rsidR="004D4D58" w:rsidRPr="00A81E72" w:rsidRDefault="00A65A9D">
            <w:pPr>
              <w:rPr>
                <w:lang w:val="fr-FR"/>
              </w:rPr>
            </w:pPr>
            <w:r w:rsidRPr="0D726C07">
              <w:rPr>
                <w:b/>
                <w:bCs/>
                <w:sz w:val="17"/>
                <w:szCs w:val="17"/>
                <w:lang w:val="fr-FR"/>
              </w:rPr>
              <w:t>Centre mature ou émergent</w:t>
            </w:r>
          </w:p>
        </w:tc>
        <w:tc>
          <w:tcPr>
            <w:tcW w:w="5256" w:type="dxa"/>
            <w:tcMar>
              <w:top w:w="80" w:type="dxa"/>
              <w:left w:w="100" w:type="dxa"/>
              <w:bottom w:w="80" w:type="dxa"/>
              <w:right w:w="100" w:type="dxa"/>
            </w:tcMar>
            <w:vAlign w:val="center"/>
          </w:tcPr>
          <w:p w14:paraId="45911D42" w14:textId="77777777" w:rsidR="004D4D58" w:rsidRPr="00A81E72" w:rsidRDefault="00A65A9D">
            <w:pPr>
              <w:rPr>
                <w:lang w:val="fr-FR"/>
              </w:rPr>
            </w:pPr>
            <w:r w:rsidRPr="0D726C07">
              <w:rPr>
                <w:sz w:val="17"/>
                <w:szCs w:val="17"/>
                <w:lang w:val="fr-FR"/>
              </w:rPr>
              <w:t>[Tapez ici]</w:t>
            </w:r>
          </w:p>
        </w:tc>
      </w:tr>
      <w:tr w:rsidR="004D4D58" w:rsidRPr="00900FB4" w14:paraId="22C2BCA7"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373A2D12" w14:textId="77777777" w:rsidR="004D4D58" w:rsidRPr="00A81E72" w:rsidRDefault="00A65A9D">
            <w:pPr>
              <w:rPr>
                <w:lang w:val="fr-FR"/>
              </w:rPr>
            </w:pPr>
            <w:r w:rsidRPr="0D726C07">
              <w:rPr>
                <w:b/>
                <w:bCs/>
                <w:sz w:val="17"/>
                <w:szCs w:val="17"/>
                <w:lang w:val="fr-FR"/>
              </w:rPr>
              <w:t>Priorité au secteur et à la chaîne de valeur</w:t>
            </w:r>
          </w:p>
        </w:tc>
        <w:tc>
          <w:tcPr>
            <w:tcW w:w="5256" w:type="dxa"/>
            <w:tcMar>
              <w:top w:w="80" w:type="dxa"/>
              <w:left w:w="100" w:type="dxa"/>
              <w:bottom w:w="80" w:type="dxa"/>
              <w:right w:w="100" w:type="dxa"/>
            </w:tcMar>
            <w:vAlign w:val="center"/>
          </w:tcPr>
          <w:p w14:paraId="4DDFEE38" w14:textId="77777777" w:rsidR="004D4D58" w:rsidRPr="00A81E72" w:rsidRDefault="00A65A9D">
            <w:pPr>
              <w:rPr>
                <w:lang w:val="fr-FR"/>
              </w:rPr>
            </w:pPr>
            <w:r w:rsidRPr="0D726C07">
              <w:rPr>
                <w:sz w:val="17"/>
                <w:szCs w:val="17"/>
                <w:lang w:val="fr-FR"/>
              </w:rPr>
              <w:t>[Tapez ici]</w:t>
            </w:r>
          </w:p>
        </w:tc>
      </w:tr>
      <w:tr w:rsidR="004D4D58" w:rsidRPr="00FD1E45" w14:paraId="4C2BDF6E"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23CC1222" w14:textId="77777777" w:rsidR="004D4D58" w:rsidRPr="00A81E72" w:rsidRDefault="00A65A9D">
            <w:pPr>
              <w:rPr>
                <w:lang w:val="fr-FR"/>
              </w:rPr>
            </w:pPr>
            <w:r w:rsidRPr="0D726C07">
              <w:rPr>
                <w:b/>
                <w:bCs/>
                <w:sz w:val="17"/>
                <w:szCs w:val="17"/>
                <w:lang w:val="fr-FR"/>
              </w:rPr>
              <w:t>Participation actuelle au programme CEA, le cas échéant</w:t>
            </w:r>
          </w:p>
        </w:tc>
        <w:tc>
          <w:tcPr>
            <w:tcW w:w="5256" w:type="dxa"/>
            <w:tcMar>
              <w:top w:w="80" w:type="dxa"/>
              <w:left w:w="100" w:type="dxa"/>
              <w:bottom w:w="80" w:type="dxa"/>
              <w:right w:w="100" w:type="dxa"/>
            </w:tcMar>
            <w:vAlign w:val="center"/>
          </w:tcPr>
          <w:p w14:paraId="66E0766B" w14:textId="77777777" w:rsidR="004D4D58" w:rsidRPr="00A81E72" w:rsidRDefault="00A65A9D">
            <w:pPr>
              <w:rPr>
                <w:lang w:val="fr-FR"/>
              </w:rPr>
            </w:pPr>
            <w:r w:rsidRPr="0D726C07">
              <w:rPr>
                <w:sz w:val="17"/>
                <w:szCs w:val="17"/>
                <w:lang w:val="fr-FR"/>
              </w:rPr>
              <w:t>[ACE I / ACE Impact / Centre émergent / Autre]</w:t>
            </w:r>
          </w:p>
        </w:tc>
      </w:tr>
      <w:tr w:rsidR="004D4D58" w:rsidRPr="00900FB4" w14:paraId="27D0A24A"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4A2762C4" w14:textId="77777777" w:rsidR="004D4D58" w:rsidRPr="00A81E72" w:rsidRDefault="00A65A9D">
            <w:pPr>
              <w:rPr>
                <w:lang w:val="fr-FR"/>
              </w:rPr>
            </w:pPr>
            <w:r w:rsidRPr="0D726C07">
              <w:rPr>
                <w:b/>
                <w:bCs/>
                <w:sz w:val="17"/>
                <w:szCs w:val="17"/>
                <w:lang w:val="fr-FR"/>
              </w:rPr>
              <w:t>Contact principal</w:t>
            </w:r>
          </w:p>
        </w:tc>
        <w:tc>
          <w:tcPr>
            <w:tcW w:w="5256" w:type="dxa"/>
            <w:tcMar>
              <w:top w:w="80" w:type="dxa"/>
              <w:left w:w="100" w:type="dxa"/>
              <w:bottom w:w="80" w:type="dxa"/>
              <w:right w:w="100" w:type="dxa"/>
            </w:tcMar>
            <w:vAlign w:val="center"/>
          </w:tcPr>
          <w:p w14:paraId="6404D0F1" w14:textId="77777777" w:rsidR="004D4D58" w:rsidRPr="00A81E72" w:rsidRDefault="00A65A9D">
            <w:pPr>
              <w:rPr>
                <w:lang w:val="fr-FR"/>
              </w:rPr>
            </w:pPr>
            <w:r w:rsidRPr="0D726C07">
              <w:rPr>
                <w:sz w:val="17"/>
                <w:szCs w:val="17"/>
                <w:lang w:val="fr-FR"/>
              </w:rPr>
              <w:t>[Nom, fonction, courriel, téléphone]</w:t>
            </w:r>
          </w:p>
        </w:tc>
      </w:tr>
      <w:tr w:rsidR="004D4D58" w:rsidRPr="00900FB4" w14:paraId="6E767958"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09EECA93" w14:textId="77777777" w:rsidR="004D4D58" w:rsidRPr="00A81E72" w:rsidRDefault="00A65A9D">
            <w:pPr>
              <w:rPr>
                <w:lang w:val="fr-FR"/>
              </w:rPr>
            </w:pPr>
            <w:r w:rsidRPr="0D726C07">
              <w:rPr>
                <w:b/>
                <w:bCs/>
                <w:sz w:val="17"/>
                <w:szCs w:val="17"/>
                <w:lang w:val="fr-FR"/>
              </w:rPr>
              <w:t>Enveloppe de financement demandée</w:t>
            </w:r>
          </w:p>
        </w:tc>
        <w:tc>
          <w:tcPr>
            <w:tcW w:w="5256" w:type="dxa"/>
            <w:tcMar>
              <w:top w:w="80" w:type="dxa"/>
              <w:left w:w="100" w:type="dxa"/>
              <w:bottom w:w="80" w:type="dxa"/>
              <w:right w:w="100" w:type="dxa"/>
            </w:tcMar>
            <w:vAlign w:val="center"/>
          </w:tcPr>
          <w:p w14:paraId="28DE2D24" w14:textId="77777777" w:rsidR="004D4D58" w:rsidRPr="00A81E72" w:rsidRDefault="00A65A9D">
            <w:pPr>
              <w:rPr>
                <w:lang w:val="fr-FR"/>
              </w:rPr>
            </w:pPr>
            <w:r w:rsidRPr="0D726C07">
              <w:rPr>
                <w:sz w:val="17"/>
                <w:szCs w:val="17"/>
                <w:lang w:val="fr-FR"/>
              </w:rPr>
              <w:t>[Tapez ici]</w:t>
            </w:r>
          </w:p>
        </w:tc>
      </w:tr>
    </w:tbl>
    <w:p w14:paraId="521A18CF" w14:textId="77777777" w:rsidR="004D4D58" w:rsidRPr="00A81E72" w:rsidRDefault="00A65A9D">
      <w:pPr>
        <w:pStyle w:val="Heading2"/>
        <w:spacing w:before="160" w:after="80" w:line="240" w:lineRule="auto"/>
        <w:rPr>
          <w:lang w:val="fr-FR"/>
        </w:rPr>
      </w:pPr>
      <w:r w:rsidRPr="0D726C07">
        <w:rPr>
          <w:color w:val="0F6B78"/>
          <w:lang w:val="fr-FR"/>
        </w:rPr>
        <w:t>Section 1 - Orientation sectorielle, chaîne de valeur et alignement stratégique</w:t>
      </w:r>
    </w:p>
    <w:p w14:paraId="4E369025" w14:textId="77777777" w:rsidR="004D4D58" w:rsidRPr="00A81E72" w:rsidRDefault="00A65A9D">
      <w:pPr>
        <w:spacing w:after="120" w:line="240" w:lineRule="auto"/>
        <w:rPr>
          <w:b/>
          <w:bCs/>
          <w:color w:val="C00000"/>
          <w:lang w:val="fr-FR"/>
        </w:rPr>
      </w:pPr>
      <w:r w:rsidRPr="0D726C07">
        <w:rPr>
          <w:b/>
          <w:bCs/>
          <w:i/>
          <w:iCs/>
          <w:color w:val="C00000"/>
          <w:sz w:val="16"/>
          <w:szCs w:val="16"/>
          <w:lang w:val="fr-FR"/>
        </w:rPr>
        <w:t>Allocation indicative : 2 pages.</w:t>
      </w:r>
    </w:p>
    <w:p w14:paraId="1E44B834" w14:textId="77777777" w:rsidR="004D4D58" w:rsidRPr="00A81E72" w:rsidRDefault="00A65A9D">
      <w:pPr>
        <w:pStyle w:val="Heading3"/>
        <w:spacing w:before="160" w:after="80" w:line="240" w:lineRule="auto"/>
        <w:rPr>
          <w:lang w:val="fr-FR"/>
        </w:rPr>
      </w:pPr>
      <w:r w:rsidRPr="0D726C07">
        <w:rPr>
          <w:color w:val="0F6B78"/>
          <w:lang w:val="fr-FR"/>
        </w:rPr>
        <w:t>1.1 Secteur et chaîne de valeur</w:t>
      </w:r>
    </w:p>
    <w:tbl>
      <w:tblPr>
        <w:tblStyle w:val="TableGrid"/>
        <w:tblW w:w="0" w:type="auto"/>
        <w:jc w:val="center"/>
        <w:tblLook w:val="04A0" w:firstRow="1" w:lastRow="0" w:firstColumn="1" w:lastColumn="0" w:noHBand="0" w:noVBand="1"/>
      </w:tblPr>
      <w:tblGrid>
        <w:gridCol w:w="10502"/>
      </w:tblGrid>
      <w:tr w:rsidR="004D4D58" w:rsidRPr="00FD1E45" w14:paraId="490F2C24" w14:textId="77777777" w:rsidTr="0D726C07">
        <w:trPr>
          <w:jc w:val="center"/>
        </w:trPr>
        <w:tc>
          <w:tcPr>
            <w:tcW w:w="10512" w:type="dxa"/>
            <w:shd w:val="clear" w:color="auto" w:fill="DDEFEF"/>
            <w:tcMar>
              <w:top w:w="100" w:type="dxa"/>
              <w:left w:w="100" w:type="dxa"/>
              <w:bottom w:w="100" w:type="dxa"/>
              <w:right w:w="100" w:type="dxa"/>
            </w:tcMar>
          </w:tcPr>
          <w:p w14:paraId="4D5B77C9" w14:textId="770E8D75"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Identifier le(s) segment(s) prioritaire(s) du secteur et de la chaîne de valeur que le CEA/</w:t>
            </w:r>
            <w:proofErr w:type="spellStart"/>
            <w:r w:rsidR="00A65A9D" w:rsidRPr="0D726C07">
              <w:rPr>
                <w:sz w:val="17"/>
                <w:szCs w:val="17"/>
                <w:lang w:val="fr-FR"/>
              </w:rPr>
              <w:t>Emerging</w:t>
            </w:r>
            <w:proofErr w:type="spellEnd"/>
            <w:r w:rsidR="00A65A9D" w:rsidRPr="0D726C07">
              <w:rPr>
                <w:sz w:val="17"/>
                <w:szCs w:val="17"/>
                <w:lang w:val="fr-FR"/>
              </w:rPr>
              <w:t xml:space="preserve"> Center servira. Expliquer pourquoi l'orientation proposée est stratégique pour le pays et la région.</w:t>
            </w:r>
          </w:p>
        </w:tc>
      </w:tr>
      <w:tr w:rsidR="004D4D58" w:rsidRPr="00FD1E45" w14:paraId="0ADD15E0" w14:textId="77777777" w:rsidTr="0D726C07">
        <w:trPr>
          <w:jc w:val="center"/>
        </w:trPr>
        <w:tc>
          <w:tcPr>
            <w:tcW w:w="10512" w:type="dxa"/>
            <w:tcMar>
              <w:top w:w="100" w:type="dxa"/>
              <w:left w:w="100" w:type="dxa"/>
              <w:bottom w:w="100" w:type="dxa"/>
              <w:right w:w="100" w:type="dxa"/>
            </w:tcMar>
          </w:tcPr>
          <w:p w14:paraId="661D3DEA" w14:textId="08262CFB"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5E9CDA03" w14:textId="77777777" w:rsidR="004D4D58" w:rsidRPr="00A81E72" w:rsidRDefault="004D4D58">
      <w:pPr>
        <w:spacing w:after="40" w:line="240" w:lineRule="auto"/>
        <w:rPr>
          <w:lang w:val="fr-FR"/>
        </w:rPr>
      </w:pPr>
    </w:p>
    <w:p w14:paraId="4264824D" w14:textId="77777777" w:rsidR="004D4D58" w:rsidRPr="00A81E72" w:rsidRDefault="00A65A9D">
      <w:pPr>
        <w:pStyle w:val="Heading3"/>
        <w:spacing w:before="160" w:after="80" w:line="240" w:lineRule="auto"/>
        <w:rPr>
          <w:lang w:val="fr-FR"/>
        </w:rPr>
      </w:pPr>
      <w:r w:rsidRPr="0D726C07">
        <w:rPr>
          <w:color w:val="0F6B78"/>
          <w:lang w:val="fr-FR"/>
        </w:rPr>
        <w:t>1.2 Contraintes et demande de compétences avancées et de recherche</w:t>
      </w:r>
    </w:p>
    <w:tbl>
      <w:tblPr>
        <w:tblStyle w:val="TableGrid"/>
        <w:tblW w:w="0" w:type="auto"/>
        <w:jc w:val="center"/>
        <w:tblLook w:val="04A0" w:firstRow="1" w:lastRow="0" w:firstColumn="1" w:lastColumn="0" w:noHBand="0" w:noVBand="1"/>
      </w:tblPr>
      <w:tblGrid>
        <w:gridCol w:w="10502"/>
      </w:tblGrid>
      <w:tr w:rsidR="004D4D58" w:rsidRPr="00FD1E45" w14:paraId="646488D2" w14:textId="77777777" w:rsidTr="0D726C07">
        <w:trPr>
          <w:jc w:val="center"/>
        </w:trPr>
        <w:tc>
          <w:tcPr>
            <w:tcW w:w="10512" w:type="dxa"/>
            <w:shd w:val="clear" w:color="auto" w:fill="DDEFEF"/>
            <w:tcMar>
              <w:top w:w="100" w:type="dxa"/>
              <w:left w:w="100" w:type="dxa"/>
              <w:bottom w:w="100" w:type="dxa"/>
              <w:right w:w="100" w:type="dxa"/>
            </w:tcMar>
          </w:tcPr>
          <w:p w14:paraId="24E79C51" w14:textId="10608035"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Décrivez les lacunes les plus importantes en matière de compétences, les déficits de recherche et les </w:t>
            </w:r>
            <w:r w:rsidR="4CDB14AF" w:rsidRPr="0D726C07">
              <w:rPr>
                <w:sz w:val="17"/>
                <w:szCs w:val="17"/>
                <w:lang w:val="fr-FR"/>
              </w:rPr>
              <w:t>difficultés</w:t>
            </w:r>
            <w:r w:rsidR="00A65A9D" w:rsidRPr="0D726C07">
              <w:rPr>
                <w:sz w:val="17"/>
                <w:szCs w:val="17"/>
                <w:lang w:val="fr-FR"/>
              </w:rPr>
              <w:t xml:space="preserve"> en matière d'innovation qui freinent le secteur. Résumez les données probantes émanant des employeurs, des études sectorielles, des données sur le marché du travail, des priorités gouvernementales ou du Groupe sur l'engagement sectoriel.</w:t>
            </w:r>
          </w:p>
        </w:tc>
      </w:tr>
      <w:tr w:rsidR="004D4D58" w:rsidRPr="00FD1E45" w14:paraId="12778C9C" w14:textId="77777777" w:rsidTr="0D726C07">
        <w:trPr>
          <w:jc w:val="center"/>
        </w:trPr>
        <w:tc>
          <w:tcPr>
            <w:tcW w:w="10512" w:type="dxa"/>
            <w:tcMar>
              <w:top w:w="100" w:type="dxa"/>
              <w:left w:w="100" w:type="dxa"/>
              <w:bottom w:w="100" w:type="dxa"/>
              <w:right w:w="100" w:type="dxa"/>
            </w:tcMar>
          </w:tcPr>
          <w:p w14:paraId="7FE1BF5F" w14:textId="46C2EBCC"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0F5A0222" w14:textId="77777777" w:rsidR="004D4D58" w:rsidRPr="00A81E72" w:rsidRDefault="004D4D58">
      <w:pPr>
        <w:spacing w:after="40" w:line="240" w:lineRule="auto"/>
        <w:rPr>
          <w:lang w:val="fr-FR"/>
        </w:rPr>
      </w:pPr>
    </w:p>
    <w:p w14:paraId="0B109471" w14:textId="77777777" w:rsidR="004D4D58" w:rsidRPr="00A81E72" w:rsidRDefault="00A65A9D">
      <w:pPr>
        <w:pStyle w:val="Heading3"/>
        <w:spacing w:before="160" w:after="80" w:line="240" w:lineRule="auto"/>
        <w:rPr>
          <w:lang w:val="fr-FR"/>
        </w:rPr>
      </w:pPr>
      <w:r w:rsidRPr="0D726C07">
        <w:rPr>
          <w:color w:val="0F6B78"/>
          <w:lang w:val="fr-FR"/>
        </w:rPr>
        <w:t>1.3 Cohérence stratégique</w:t>
      </w:r>
    </w:p>
    <w:tbl>
      <w:tblPr>
        <w:tblStyle w:val="TableGrid"/>
        <w:tblW w:w="0" w:type="auto"/>
        <w:jc w:val="center"/>
        <w:tblLook w:val="04A0" w:firstRow="1" w:lastRow="0" w:firstColumn="1" w:lastColumn="0" w:noHBand="0" w:noVBand="1"/>
      </w:tblPr>
      <w:tblGrid>
        <w:gridCol w:w="10502"/>
      </w:tblGrid>
      <w:tr w:rsidR="004D4D58" w:rsidRPr="00FD1E45" w14:paraId="3569CD02" w14:textId="77777777" w:rsidTr="0D726C07">
        <w:trPr>
          <w:jc w:val="center"/>
        </w:trPr>
        <w:tc>
          <w:tcPr>
            <w:tcW w:w="10512" w:type="dxa"/>
            <w:shd w:val="clear" w:color="auto" w:fill="DDEFEF"/>
            <w:tcMar>
              <w:top w:w="100" w:type="dxa"/>
              <w:left w:w="100" w:type="dxa"/>
              <w:bottom w:w="100" w:type="dxa"/>
              <w:right w:w="100" w:type="dxa"/>
            </w:tcMar>
          </w:tcPr>
          <w:p w14:paraId="161B6E79" w14:textId="00C53309"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Expliquer comment l'orientation proposée cadre avec les priorités de développement nationales, les stratégies sectorielles et les investissements existants ou prévus par le gouvernement, la Banque mondiale, les partenaires de développement et le secteur privé.</w:t>
            </w:r>
          </w:p>
        </w:tc>
      </w:tr>
      <w:tr w:rsidR="004D4D58" w:rsidRPr="00FD1E45" w14:paraId="5FADE9BA" w14:textId="77777777" w:rsidTr="0D726C07">
        <w:trPr>
          <w:jc w:val="center"/>
        </w:trPr>
        <w:tc>
          <w:tcPr>
            <w:tcW w:w="10512" w:type="dxa"/>
            <w:tcMar>
              <w:top w:w="100" w:type="dxa"/>
              <w:left w:w="100" w:type="dxa"/>
              <w:bottom w:w="100" w:type="dxa"/>
              <w:right w:w="100" w:type="dxa"/>
            </w:tcMar>
          </w:tcPr>
          <w:p w14:paraId="36EA9048" w14:textId="483650EA"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2DEC8107" w14:textId="77777777" w:rsidR="004D4D58" w:rsidRPr="00A81E72" w:rsidRDefault="004D4D58">
      <w:pPr>
        <w:spacing w:after="40" w:line="240" w:lineRule="auto"/>
        <w:rPr>
          <w:lang w:val="fr-FR"/>
        </w:rPr>
      </w:pPr>
    </w:p>
    <w:p w14:paraId="651EB811" w14:textId="77777777" w:rsidR="004D4D58" w:rsidRPr="00A81E72" w:rsidRDefault="00A65A9D">
      <w:pPr>
        <w:pStyle w:val="Heading2"/>
        <w:spacing w:before="160" w:after="80" w:line="240" w:lineRule="auto"/>
        <w:rPr>
          <w:lang w:val="fr-FR"/>
        </w:rPr>
      </w:pPr>
      <w:r w:rsidRPr="0D726C07">
        <w:rPr>
          <w:color w:val="0F6B78"/>
          <w:lang w:val="fr-FR"/>
        </w:rPr>
        <w:t>Section 2 - Conception du programme : compétences, recherche et innovation</w:t>
      </w:r>
    </w:p>
    <w:p w14:paraId="66884BCD" w14:textId="77777777" w:rsidR="004D4D58" w:rsidRPr="00A81E72" w:rsidRDefault="00A65A9D">
      <w:pPr>
        <w:spacing w:after="120" w:line="240" w:lineRule="auto"/>
        <w:rPr>
          <w:b/>
          <w:bCs/>
          <w:color w:val="C00000"/>
          <w:lang w:val="fr-FR"/>
        </w:rPr>
      </w:pPr>
      <w:r w:rsidRPr="0D726C07">
        <w:rPr>
          <w:b/>
          <w:bCs/>
          <w:i/>
          <w:iCs/>
          <w:color w:val="C00000"/>
          <w:sz w:val="16"/>
          <w:szCs w:val="16"/>
          <w:lang w:val="fr-FR"/>
        </w:rPr>
        <w:t>Allocation indicative : moins de 5 pages d'exposé, plus le tableau des résultats.</w:t>
      </w:r>
    </w:p>
    <w:p w14:paraId="15D0D955" w14:textId="77777777" w:rsidR="004D4D58" w:rsidRPr="00A81E72" w:rsidRDefault="00A65A9D">
      <w:pPr>
        <w:pStyle w:val="Heading3"/>
        <w:spacing w:before="160" w:after="80" w:line="240" w:lineRule="auto"/>
        <w:rPr>
          <w:lang w:val="fr-FR"/>
        </w:rPr>
      </w:pPr>
      <w:r w:rsidRPr="0D726C07">
        <w:rPr>
          <w:color w:val="0F6B78"/>
          <w:lang w:val="fr-FR"/>
        </w:rPr>
        <w:t>2.1 Acquisition de compétences avancées et programmes de formation</w:t>
      </w:r>
    </w:p>
    <w:tbl>
      <w:tblPr>
        <w:tblStyle w:val="TableGrid"/>
        <w:tblW w:w="0" w:type="auto"/>
        <w:jc w:val="center"/>
        <w:tblLook w:val="04A0" w:firstRow="1" w:lastRow="0" w:firstColumn="1" w:lastColumn="0" w:noHBand="0" w:noVBand="1"/>
      </w:tblPr>
      <w:tblGrid>
        <w:gridCol w:w="10502"/>
      </w:tblGrid>
      <w:tr w:rsidR="004D4D58" w:rsidRPr="00FD1E45" w14:paraId="736F36FC" w14:textId="77777777" w:rsidTr="0D726C07">
        <w:trPr>
          <w:jc w:val="center"/>
        </w:trPr>
        <w:tc>
          <w:tcPr>
            <w:tcW w:w="10512" w:type="dxa"/>
            <w:shd w:val="clear" w:color="auto" w:fill="DDEFEF"/>
            <w:tcMar>
              <w:top w:w="100" w:type="dxa"/>
              <w:left w:w="100" w:type="dxa"/>
              <w:bottom w:w="100" w:type="dxa"/>
              <w:right w:w="100" w:type="dxa"/>
            </w:tcMar>
          </w:tcPr>
          <w:p w14:paraId="082E4DE6" w14:textId="13A81B70"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Décrivez les programmes de troisième cycle, les spécialisations pertinentes de premier cycle, le cas échéant, et les cours de courte durée à créer, à améliorer ou à élargir. Expliquer comment ils répondent à la demande du secteur et comment les employeurs ou les organisations professionnelles seront associés à la conception et à la mise en œuvre.</w:t>
            </w:r>
          </w:p>
        </w:tc>
      </w:tr>
      <w:tr w:rsidR="004D4D58" w:rsidRPr="00FD1E45" w14:paraId="0B406592" w14:textId="77777777" w:rsidTr="0D726C07">
        <w:trPr>
          <w:jc w:val="center"/>
        </w:trPr>
        <w:tc>
          <w:tcPr>
            <w:tcW w:w="10512" w:type="dxa"/>
            <w:tcMar>
              <w:top w:w="100" w:type="dxa"/>
              <w:left w:w="100" w:type="dxa"/>
              <w:bottom w:w="100" w:type="dxa"/>
              <w:right w:w="100" w:type="dxa"/>
            </w:tcMar>
          </w:tcPr>
          <w:p w14:paraId="0C9D57DD" w14:textId="4FDD85C4"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408552ED" w14:textId="77777777" w:rsidR="004D4D58" w:rsidRPr="00A81E72" w:rsidRDefault="004D4D58">
      <w:pPr>
        <w:spacing w:after="40" w:line="240" w:lineRule="auto"/>
        <w:rPr>
          <w:lang w:val="fr-FR"/>
        </w:rPr>
      </w:pPr>
    </w:p>
    <w:tbl>
      <w:tblPr>
        <w:tblStyle w:val="TableGrid"/>
        <w:tblW w:w="0" w:type="auto"/>
        <w:jc w:val="center"/>
        <w:tblLook w:val="04A0" w:firstRow="1" w:lastRow="0" w:firstColumn="1" w:lastColumn="0" w:noHBand="0" w:noVBand="1"/>
      </w:tblPr>
      <w:tblGrid>
        <w:gridCol w:w="1751"/>
        <w:gridCol w:w="1750"/>
        <w:gridCol w:w="1750"/>
        <w:gridCol w:w="1750"/>
        <w:gridCol w:w="1750"/>
        <w:gridCol w:w="1751"/>
      </w:tblGrid>
      <w:tr w:rsidR="004D4D58" w:rsidRPr="00900FB4" w14:paraId="2C4CA2E3" w14:textId="77777777" w:rsidTr="0D726C07">
        <w:trPr>
          <w:tblHeader/>
          <w:jc w:val="center"/>
        </w:trPr>
        <w:tc>
          <w:tcPr>
            <w:tcW w:w="1752" w:type="dxa"/>
            <w:shd w:val="clear" w:color="auto" w:fill="1F4E79"/>
            <w:tcMar>
              <w:top w:w="45" w:type="dxa"/>
              <w:left w:w="45" w:type="dxa"/>
              <w:bottom w:w="45" w:type="dxa"/>
              <w:right w:w="45" w:type="dxa"/>
            </w:tcMar>
          </w:tcPr>
          <w:p w14:paraId="55CB337A" w14:textId="77777777" w:rsidR="004D4D58" w:rsidRPr="00A81E72" w:rsidRDefault="00A65A9D">
            <w:pPr>
              <w:rPr>
                <w:lang w:val="fr-FR"/>
              </w:rPr>
            </w:pPr>
            <w:r w:rsidRPr="0D726C07">
              <w:rPr>
                <w:b/>
                <w:bCs/>
                <w:color w:val="FFFFFF" w:themeColor="background1"/>
                <w:sz w:val="15"/>
                <w:szCs w:val="15"/>
                <w:lang w:val="fr-FR"/>
              </w:rPr>
              <w:lastRenderedPageBreak/>
              <w:t>Programme/cours</w:t>
            </w:r>
          </w:p>
        </w:tc>
        <w:tc>
          <w:tcPr>
            <w:tcW w:w="1752" w:type="dxa"/>
            <w:shd w:val="clear" w:color="auto" w:fill="1F4E79"/>
            <w:tcMar>
              <w:top w:w="45" w:type="dxa"/>
              <w:left w:w="45" w:type="dxa"/>
              <w:bottom w:w="45" w:type="dxa"/>
              <w:right w:w="45" w:type="dxa"/>
            </w:tcMar>
          </w:tcPr>
          <w:p w14:paraId="6F829FF1" w14:textId="77777777" w:rsidR="004D4D58" w:rsidRPr="00A81E72" w:rsidRDefault="00A65A9D">
            <w:pPr>
              <w:rPr>
                <w:lang w:val="fr-FR"/>
              </w:rPr>
            </w:pPr>
            <w:r w:rsidRPr="0D726C07">
              <w:rPr>
                <w:b/>
                <w:bCs/>
                <w:color w:val="FFFFFF" w:themeColor="background1"/>
                <w:sz w:val="15"/>
                <w:szCs w:val="15"/>
                <w:lang w:val="fr-FR"/>
              </w:rPr>
              <w:t>Niveau</w:t>
            </w:r>
          </w:p>
        </w:tc>
        <w:tc>
          <w:tcPr>
            <w:tcW w:w="1752" w:type="dxa"/>
            <w:shd w:val="clear" w:color="auto" w:fill="1F4E79"/>
            <w:tcMar>
              <w:top w:w="45" w:type="dxa"/>
              <w:left w:w="45" w:type="dxa"/>
              <w:bottom w:w="45" w:type="dxa"/>
              <w:right w:w="45" w:type="dxa"/>
            </w:tcMar>
          </w:tcPr>
          <w:p w14:paraId="013ECB7A" w14:textId="77777777" w:rsidR="004D4D58" w:rsidRPr="00A81E72" w:rsidRDefault="00A65A9D">
            <w:pPr>
              <w:rPr>
                <w:lang w:val="fr-FR"/>
              </w:rPr>
            </w:pPr>
            <w:r w:rsidRPr="0D726C07">
              <w:rPr>
                <w:b/>
                <w:bCs/>
                <w:color w:val="FFFFFF" w:themeColor="background1"/>
                <w:sz w:val="15"/>
                <w:szCs w:val="15"/>
                <w:lang w:val="fr-FR"/>
              </w:rPr>
              <w:t>Nouveau ou élargi</w:t>
            </w:r>
          </w:p>
        </w:tc>
        <w:tc>
          <w:tcPr>
            <w:tcW w:w="1752" w:type="dxa"/>
            <w:shd w:val="clear" w:color="auto" w:fill="1F4E79"/>
            <w:tcMar>
              <w:top w:w="45" w:type="dxa"/>
              <w:left w:w="45" w:type="dxa"/>
              <w:bottom w:w="45" w:type="dxa"/>
              <w:right w:w="45" w:type="dxa"/>
            </w:tcMar>
          </w:tcPr>
          <w:p w14:paraId="6110C296" w14:textId="77777777" w:rsidR="004D4D58" w:rsidRPr="00A81E72" w:rsidRDefault="00A65A9D">
            <w:pPr>
              <w:rPr>
                <w:lang w:val="fr-FR"/>
              </w:rPr>
            </w:pPr>
            <w:r w:rsidRPr="0D726C07">
              <w:rPr>
                <w:b/>
                <w:bCs/>
                <w:color w:val="FFFFFF" w:themeColor="background1"/>
                <w:sz w:val="15"/>
                <w:szCs w:val="15"/>
                <w:lang w:val="fr-FR"/>
              </w:rPr>
              <w:t>Élèves ciblés</w:t>
            </w:r>
          </w:p>
        </w:tc>
        <w:tc>
          <w:tcPr>
            <w:tcW w:w="1752" w:type="dxa"/>
            <w:shd w:val="clear" w:color="auto" w:fill="1F4E79"/>
            <w:tcMar>
              <w:top w:w="45" w:type="dxa"/>
              <w:left w:w="45" w:type="dxa"/>
              <w:bottom w:w="45" w:type="dxa"/>
              <w:right w:w="45" w:type="dxa"/>
            </w:tcMar>
          </w:tcPr>
          <w:p w14:paraId="5B05E855" w14:textId="77777777" w:rsidR="004D4D58" w:rsidRPr="00A81E72" w:rsidRDefault="00A65A9D">
            <w:pPr>
              <w:rPr>
                <w:lang w:val="fr-FR"/>
              </w:rPr>
            </w:pPr>
            <w:r w:rsidRPr="0D726C07">
              <w:rPr>
                <w:b/>
                <w:bCs/>
                <w:color w:val="FFFFFF" w:themeColor="background1"/>
                <w:sz w:val="15"/>
                <w:szCs w:val="15"/>
                <w:lang w:val="fr-FR"/>
              </w:rPr>
              <w:t>Objectif de scolarisation sur cinq ans</w:t>
            </w:r>
          </w:p>
        </w:tc>
        <w:tc>
          <w:tcPr>
            <w:tcW w:w="1752" w:type="dxa"/>
            <w:shd w:val="clear" w:color="auto" w:fill="1F4E79"/>
            <w:tcMar>
              <w:top w:w="45" w:type="dxa"/>
              <w:left w:w="45" w:type="dxa"/>
              <w:bottom w:w="45" w:type="dxa"/>
              <w:right w:w="45" w:type="dxa"/>
            </w:tcMar>
          </w:tcPr>
          <w:p w14:paraId="0CAEE324" w14:textId="77777777" w:rsidR="004D4D58" w:rsidRPr="00A81E72" w:rsidRDefault="00A65A9D">
            <w:pPr>
              <w:rPr>
                <w:lang w:val="fr-FR"/>
              </w:rPr>
            </w:pPr>
            <w:r w:rsidRPr="0D726C07">
              <w:rPr>
                <w:b/>
                <w:bCs/>
                <w:color w:val="FFFFFF" w:themeColor="background1"/>
                <w:sz w:val="15"/>
                <w:szCs w:val="15"/>
                <w:lang w:val="fr-FR"/>
              </w:rPr>
              <w:t>Alignement employeur/secteur</w:t>
            </w:r>
          </w:p>
        </w:tc>
      </w:tr>
      <w:tr w:rsidR="004D4D58" w:rsidRPr="00900FB4" w14:paraId="47510C37" w14:textId="77777777" w:rsidTr="0D726C07">
        <w:trPr>
          <w:jc w:val="center"/>
        </w:trPr>
        <w:tc>
          <w:tcPr>
            <w:tcW w:w="1752" w:type="dxa"/>
            <w:tcMar>
              <w:top w:w="45" w:type="dxa"/>
              <w:left w:w="45" w:type="dxa"/>
              <w:bottom w:w="45" w:type="dxa"/>
              <w:right w:w="45" w:type="dxa"/>
            </w:tcMar>
          </w:tcPr>
          <w:p w14:paraId="1311AAE5"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27D5D129"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50C5CDB0"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4F70B0D4"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313C9154"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7BA014F6" w14:textId="77777777" w:rsidR="004D4D58" w:rsidRPr="00A81E72" w:rsidRDefault="00A65A9D">
            <w:pPr>
              <w:rPr>
                <w:lang w:val="fr-FR"/>
              </w:rPr>
            </w:pPr>
            <w:r w:rsidRPr="0D726C07">
              <w:rPr>
                <w:sz w:val="15"/>
                <w:szCs w:val="15"/>
                <w:lang w:val="fr-FR"/>
              </w:rPr>
              <w:t>[Tapez ici]</w:t>
            </w:r>
          </w:p>
        </w:tc>
      </w:tr>
      <w:tr w:rsidR="004D4D58" w:rsidRPr="00900FB4" w14:paraId="4DA9F99B" w14:textId="77777777" w:rsidTr="0D726C07">
        <w:trPr>
          <w:jc w:val="center"/>
        </w:trPr>
        <w:tc>
          <w:tcPr>
            <w:tcW w:w="1752" w:type="dxa"/>
            <w:tcMar>
              <w:top w:w="45" w:type="dxa"/>
              <w:left w:w="45" w:type="dxa"/>
              <w:bottom w:w="45" w:type="dxa"/>
              <w:right w:w="45" w:type="dxa"/>
            </w:tcMar>
          </w:tcPr>
          <w:p w14:paraId="0B4E74B9"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5BE08F68"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50EA7D72"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4EDB5122"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4EC47392"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6192894B" w14:textId="77777777" w:rsidR="004D4D58" w:rsidRPr="00A81E72" w:rsidRDefault="00A65A9D">
            <w:pPr>
              <w:rPr>
                <w:lang w:val="fr-FR"/>
              </w:rPr>
            </w:pPr>
            <w:r w:rsidRPr="0D726C07">
              <w:rPr>
                <w:sz w:val="15"/>
                <w:szCs w:val="15"/>
                <w:lang w:val="fr-FR"/>
              </w:rPr>
              <w:t>[Tapez ici]</w:t>
            </w:r>
          </w:p>
        </w:tc>
      </w:tr>
      <w:tr w:rsidR="004D4D58" w:rsidRPr="00900FB4" w14:paraId="3AEA28EA" w14:textId="77777777" w:rsidTr="0D726C07">
        <w:trPr>
          <w:jc w:val="center"/>
        </w:trPr>
        <w:tc>
          <w:tcPr>
            <w:tcW w:w="1752" w:type="dxa"/>
            <w:tcMar>
              <w:top w:w="45" w:type="dxa"/>
              <w:left w:w="45" w:type="dxa"/>
              <w:bottom w:w="45" w:type="dxa"/>
              <w:right w:w="45" w:type="dxa"/>
            </w:tcMar>
          </w:tcPr>
          <w:p w14:paraId="0CD996B7"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12779112"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100527EC"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30D94E0B"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1B93D683"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11992341" w14:textId="77777777" w:rsidR="004D4D58" w:rsidRPr="00A81E72" w:rsidRDefault="00A65A9D">
            <w:pPr>
              <w:rPr>
                <w:lang w:val="fr-FR"/>
              </w:rPr>
            </w:pPr>
            <w:r w:rsidRPr="0D726C07">
              <w:rPr>
                <w:sz w:val="15"/>
                <w:szCs w:val="15"/>
                <w:lang w:val="fr-FR"/>
              </w:rPr>
              <w:t>[Tapez ici]</w:t>
            </w:r>
          </w:p>
        </w:tc>
      </w:tr>
    </w:tbl>
    <w:p w14:paraId="44306A9B" w14:textId="77777777" w:rsidR="004D4D58" w:rsidRPr="00A81E72" w:rsidRDefault="004D4D58">
      <w:pPr>
        <w:spacing w:after="40" w:line="240" w:lineRule="auto"/>
        <w:rPr>
          <w:lang w:val="fr-FR"/>
        </w:rPr>
      </w:pPr>
    </w:p>
    <w:p w14:paraId="10768EBC" w14:textId="77777777" w:rsidR="004D4D58" w:rsidRPr="00A81E72" w:rsidRDefault="00A65A9D">
      <w:pPr>
        <w:pStyle w:val="Heading3"/>
        <w:spacing w:before="160" w:after="80" w:line="240" w:lineRule="auto"/>
        <w:rPr>
          <w:lang w:val="fr-FR"/>
        </w:rPr>
      </w:pPr>
      <w:r w:rsidRPr="0D726C07">
        <w:rPr>
          <w:color w:val="0F6B78"/>
          <w:lang w:val="fr-FR"/>
        </w:rPr>
        <w:t>2.2 Programme de recherche</w:t>
      </w:r>
    </w:p>
    <w:tbl>
      <w:tblPr>
        <w:tblStyle w:val="TableGrid"/>
        <w:tblW w:w="0" w:type="auto"/>
        <w:jc w:val="center"/>
        <w:tblLook w:val="04A0" w:firstRow="1" w:lastRow="0" w:firstColumn="1" w:lastColumn="0" w:noHBand="0" w:noVBand="1"/>
      </w:tblPr>
      <w:tblGrid>
        <w:gridCol w:w="10502"/>
      </w:tblGrid>
      <w:tr w:rsidR="004D4D58" w:rsidRPr="00FD1E45" w14:paraId="6EE98B88" w14:textId="77777777" w:rsidTr="0D726C07">
        <w:trPr>
          <w:jc w:val="center"/>
        </w:trPr>
        <w:tc>
          <w:tcPr>
            <w:tcW w:w="10512" w:type="dxa"/>
            <w:shd w:val="clear" w:color="auto" w:fill="DDEFEF"/>
            <w:tcMar>
              <w:top w:w="100" w:type="dxa"/>
              <w:left w:w="100" w:type="dxa"/>
              <w:bottom w:w="100" w:type="dxa"/>
              <w:right w:w="100" w:type="dxa"/>
            </w:tcMar>
          </w:tcPr>
          <w:p w14:paraId="2F4E6E48" w14:textId="685B6340"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Décrire les domaines de recherche prioritaires. Montrer comment le programme produira des travaux rigoureux soumis à l'examen des pairs et des solutions appliquées aux problèmes sectoriels. Expliquer le rôle attendu des étudiants, du corps enseignant et des acteurs du secteur.</w:t>
            </w:r>
          </w:p>
        </w:tc>
      </w:tr>
      <w:tr w:rsidR="004D4D58" w:rsidRPr="00FD1E45" w14:paraId="1F1AE445" w14:textId="77777777" w:rsidTr="0D726C07">
        <w:trPr>
          <w:jc w:val="center"/>
        </w:trPr>
        <w:tc>
          <w:tcPr>
            <w:tcW w:w="10512" w:type="dxa"/>
            <w:tcMar>
              <w:top w:w="100" w:type="dxa"/>
              <w:left w:w="100" w:type="dxa"/>
              <w:bottom w:w="100" w:type="dxa"/>
              <w:right w:w="100" w:type="dxa"/>
            </w:tcMar>
          </w:tcPr>
          <w:p w14:paraId="109AD646" w14:textId="02612379"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65B3DE51" w14:textId="77777777" w:rsidR="004D4D58" w:rsidRPr="00A81E72" w:rsidRDefault="004D4D58">
      <w:pPr>
        <w:spacing w:after="40" w:line="240" w:lineRule="auto"/>
        <w:rPr>
          <w:lang w:val="fr-FR"/>
        </w:rPr>
      </w:pPr>
    </w:p>
    <w:p w14:paraId="4064AC8E" w14:textId="77777777" w:rsidR="004D4D58" w:rsidRPr="00A81E72" w:rsidRDefault="00A65A9D">
      <w:pPr>
        <w:pStyle w:val="Heading3"/>
        <w:spacing w:before="160" w:after="80" w:line="240" w:lineRule="auto"/>
        <w:rPr>
          <w:lang w:val="fr-FR"/>
        </w:rPr>
      </w:pPr>
      <w:r w:rsidRPr="0D726C07">
        <w:rPr>
          <w:color w:val="0F6B78"/>
          <w:lang w:val="fr-FR"/>
        </w:rPr>
        <w:t>2.3 Innovation et collaboration avec l'industrie</w:t>
      </w:r>
    </w:p>
    <w:tbl>
      <w:tblPr>
        <w:tblStyle w:val="TableGrid"/>
        <w:tblW w:w="0" w:type="auto"/>
        <w:jc w:val="center"/>
        <w:tblLook w:val="04A0" w:firstRow="1" w:lastRow="0" w:firstColumn="1" w:lastColumn="0" w:noHBand="0" w:noVBand="1"/>
      </w:tblPr>
      <w:tblGrid>
        <w:gridCol w:w="10502"/>
      </w:tblGrid>
      <w:tr w:rsidR="004D4D58" w:rsidRPr="00FD1E45" w14:paraId="3F393BB5" w14:textId="77777777" w:rsidTr="0D726C07">
        <w:trPr>
          <w:jc w:val="center"/>
        </w:trPr>
        <w:tc>
          <w:tcPr>
            <w:tcW w:w="10512" w:type="dxa"/>
            <w:shd w:val="clear" w:color="auto" w:fill="DDEFEF"/>
            <w:tcMar>
              <w:top w:w="100" w:type="dxa"/>
              <w:left w:w="100" w:type="dxa"/>
              <w:bottom w:w="100" w:type="dxa"/>
              <w:right w:w="100" w:type="dxa"/>
            </w:tcMar>
          </w:tcPr>
          <w:p w14:paraId="713CA956" w14:textId="59AAD914"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Décrire les moyens pratiques d'appliquer la recherche et les connaissances par le biais du transfert de technologies, de la commercialisation, du prototypage, des services de conseil, de la vulgarisation, des normes, de la collaboration avec les pouvoirs publics ou de la résolution de problèmes au niveau des entreprises. Les centres </w:t>
            </w:r>
            <w:r w:rsidR="5B7B1B50" w:rsidRPr="0D726C07">
              <w:rPr>
                <w:sz w:val="17"/>
                <w:szCs w:val="17"/>
                <w:lang w:val="fr-FR"/>
              </w:rPr>
              <w:t>matures</w:t>
            </w:r>
            <w:r w:rsidR="00A65A9D" w:rsidRPr="0D726C07">
              <w:rPr>
                <w:sz w:val="17"/>
                <w:szCs w:val="17"/>
                <w:lang w:val="fr-FR"/>
              </w:rPr>
              <w:t xml:space="preserve"> doivent être explicites sur les voies de commercialisation et de transfert de technologie. Les centres émergents devraient présenter un programme crédible de recherche appliquée et de collaboration avec l'industrie.</w:t>
            </w:r>
          </w:p>
        </w:tc>
      </w:tr>
      <w:tr w:rsidR="004D4D58" w:rsidRPr="00FD1E45" w14:paraId="509926D7" w14:textId="77777777" w:rsidTr="0D726C07">
        <w:trPr>
          <w:jc w:val="center"/>
        </w:trPr>
        <w:tc>
          <w:tcPr>
            <w:tcW w:w="10512" w:type="dxa"/>
            <w:tcMar>
              <w:top w:w="100" w:type="dxa"/>
              <w:left w:w="100" w:type="dxa"/>
              <w:bottom w:w="100" w:type="dxa"/>
              <w:right w:w="100" w:type="dxa"/>
            </w:tcMar>
          </w:tcPr>
          <w:p w14:paraId="11B46526" w14:textId="7031F58E"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1E73DD40" w14:textId="77777777" w:rsidR="004D4D58" w:rsidRPr="00A81E72" w:rsidRDefault="004D4D58">
      <w:pPr>
        <w:spacing w:after="40" w:line="240" w:lineRule="auto"/>
        <w:rPr>
          <w:lang w:val="fr-FR"/>
        </w:rPr>
      </w:pPr>
    </w:p>
    <w:tbl>
      <w:tblPr>
        <w:tblStyle w:val="TableGrid"/>
        <w:tblW w:w="0" w:type="auto"/>
        <w:jc w:val="center"/>
        <w:tblLook w:val="04A0" w:firstRow="1" w:lastRow="0" w:firstColumn="1" w:lastColumn="0" w:noHBand="0" w:noVBand="1"/>
      </w:tblPr>
      <w:tblGrid>
        <w:gridCol w:w="2100"/>
        <w:gridCol w:w="2100"/>
        <w:gridCol w:w="2101"/>
        <w:gridCol w:w="2100"/>
        <w:gridCol w:w="2101"/>
      </w:tblGrid>
      <w:tr w:rsidR="004D4D58" w:rsidRPr="00900FB4" w14:paraId="2CEA6131" w14:textId="77777777" w:rsidTr="0D726C07">
        <w:trPr>
          <w:tblHeader/>
          <w:jc w:val="center"/>
        </w:trPr>
        <w:tc>
          <w:tcPr>
            <w:tcW w:w="2102" w:type="dxa"/>
            <w:shd w:val="clear" w:color="auto" w:fill="1F4E79"/>
            <w:tcMar>
              <w:top w:w="45" w:type="dxa"/>
              <w:left w:w="45" w:type="dxa"/>
              <w:bottom w:w="45" w:type="dxa"/>
              <w:right w:w="45" w:type="dxa"/>
            </w:tcMar>
          </w:tcPr>
          <w:p w14:paraId="5DFB9D3D" w14:textId="77777777" w:rsidR="004D4D58" w:rsidRPr="00A81E72" w:rsidRDefault="00A65A9D">
            <w:pPr>
              <w:rPr>
                <w:lang w:val="fr-FR"/>
              </w:rPr>
            </w:pPr>
            <w:r w:rsidRPr="0D726C07">
              <w:rPr>
                <w:b/>
                <w:bCs/>
                <w:color w:val="FFFFFF" w:themeColor="background1"/>
                <w:sz w:val="15"/>
                <w:szCs w:val="15"/>
                <w:lang w:val="fr-FR"/>
              </w:rPr>
              <w:t>Partenaire/acteur du secteur</w:t>
            </w:r>
          </w:p>
        </w:tc>
        <w:tc>
          <w:tcPr>
            <w:tcW w:w="2102" w:type="dxa"/>
            <w:shd w:val="clear" w:color="auto" w:fill="1F4E79"/>
            <w:tcMar>
              <w:top w:w="45" w:type="dxa"/>
              <w:left w:w="45" w:type="dxa"/>
              <w:bottom w:w="45" w:type="dxa"/>
              <w:right w:w="45" w:type="dxa"/>
            </w:tcMar>
          </w:tcPr>
          <w:p w14:paraId="18CC27D2" w14:textId="77777777" w:rsidR="004D4D58" w:rsidRPr="00A81E72" w:rsidRDefault="00A65A9D">
            <w:pPr>
              <w:rPr>
                <w:lang w:val="fr-FR"/>
              </w:rPr>
            </w:pPr>
            <w:r w:rsidRPr="0D726C07">
              <w:rPr>
                <w:b/>
                <w:bCs/>
                <w:color w:val="FFFFFF" w:themeColor="background1"/>
                <w:sz w:val="15"/>
                <w:szCs w:val="15"/>
                <w:lang w:val="fr-FR"/>
              </w:rPr>
              <w:t>Problème résolu</w:t>
            </w:r>
          </w:p>
        </w:tc>
        <w:tc>
          <w:tcPr>
            <w:tcW w:w="2102" w:type="dxa"/>
            <w:shd w:val="clear" w:color="auto" w:fill="1F4E79"/>
            <w:tcMar>
              <w:top w:w="45" w:type="dxa"/>
              <w:left w:w="45" w:type="dxa"/>
              <w:bottom w:w="45" w:type="dxa"/>
              <w:right w:w="45" w:type="dxa"/>
            </w:tcMar>
          </w:tcPr>
          <w:p w14:paraId="6B206406" w14:textId="77777777" w:rsidR="004D4D58" w:rsidRPr="00A81E72" w:rsidRDefault="00A65A9D">
            <w:pPr>
              <w:rPr>
                <w:lang w:val="fr-FR"/>
              </w:rPr>
            </w:pPr>
            <w:r w:rsidRPr="0D726C07">
              <w:rPr>
                <w:b/>
                <w:bCs/>
                <w:color w:val="FFFFFF" w:themeColor="background1"/>
                <w:sz w:val="15"/>
                <w:szCs w:val="15"/>
                <w:lang w:val="fr-FR"/>
              </w:rPr>
              <w:t>Forme d'engagement</w:t>
            </w:r>
          </w:p>
        </w:tc>
        <w:tc>
          <w:tcPr>
            <w:tcW w:w="2102" w:type="dxa"/>
            <w:shd w:val="clear" w:color="auto" w:fill="1F4E79"/>
            <w:tcMar>
              <w:top w:w="45" w:type="dxa"/>
              <w:left w:w="45" w:type="dxa"/>
              <w:bottom w:w="45" w:type="dxa"/>
              <w:right w:w="45" w:type="dxa"/>
            </w:tcMar>
          </w:tcPr>
          <w:p w14:paraId="54AA37FC" w14:textId="77777777" w:rsidR="004D4D58" w:rsidRPr="00A81E72" w:rsidRDefault="00A65A9D">
            <w:pPr>
              <w:rPr>
                <w:lang w:val="fr-FR"/>
              </w:rPr>
            </w:pPr>
            <w:r w:rsidRPr="0D726C07">
              <w:rPr>
                <w:b/>
                <w:bCs/>
                <w:color w:val="FFFFFF" w:themeColor="background1"/>
                <w:sz w:val="15"/>
                <w:szCs w:val="15"/>
                <w:lang w:val="fr-FR"/>
              </w:rPr>
              <w:t>Produit ou résultat escompté</w:t>
            </w:r>
          </w:p>
        </w:tc>
        <w:tc>
          <w:tcPr>
            <w:tcW w:w="2102" w:type="dxa"/>
            <w:shd w:val="clear" w:color="auto" w:fill="1F4E79"/>
            <w:tcMar>
              <w:top w:w="45" w:type="dxa"/>
              <w:left w:w="45" w:type="dxa"/>
              <w:bottom w:w="45" w:type="dxa"/>
              <w:right w:w="45" w:type="dxa"/>
            </w:tcMar>
          </w:tcPr>
          <w:p w14:paraId="2132977D" w14:textId="77777777" w:rsidR="004D4D58" w:rsidRPr="00A81E72" w:rsidRDefault="00A65A9D">
            <w:pPr>
              <w:rPr>
                <w:lang w:val="fr-FR"/>
              </w:rPr>
            </w:pPr>
            <w:r w:rsidRPr="0D726C07">
              <w:rPr>
                <w:b/>
                <w:bCs/>
                <w:color w:val="FFFFFF" w:themeColor="background1"/>
                <w:sz w:val="15"/>
                <w:szCs w:val="15"/>
                <w:lang w:val="fr-FR"/>
              </w:rPr>
              <w:t>État d'avancement</w:t>
            </w:r>
          </w:p>
        </w:tc>
      </w:tr>
      <w:tr w:rsidR="004D4D58" w:rsidRPr="00900FB4" w14:paraId="37E11F73" w14:textId="77777777" w:rsidTr="0D726C07">
        <w:trPr>
          <w:jc w:val="center"/>
        </w:trPr>
        <w:tc>
          <w:tcPr>
            <w:tcW w:w="2102" w:type="dxa"/>
            <w:tcMar>
              <w:top w:w="45" w:type="dxa"/>
              <w:left w:w="45" w:type="dxa"/>
              <w:bottom w:w="45" w:type="dxa"/>
              <w:right w:w="45" w:type="dxa"/>
            </w:tcMar>
          </w:tcPr>
          <w:p w14:paraId="369F52EB"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193CCB1A"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4C487418"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129A99C8"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500A580F" w14:textId="77777777" w:rsidR="004D4D58" w:rsidRPr="00A81E72" w:rsidRDefault="00A65A9D">
            <w:pPr>
              <w:rPr>
                <w:lang w:val="fr-FR"/>
              </w:rPr>
            </w:pPr>
            <w:r w:rsidRPr="0D726C07">
              <w:rPr>
                <w:sz w:val="15"/>
                <w:szCs w:val="15"/>
                <w:lang w:val="fr-FR"/>
              </w:rPr>
              <w:t>[Tapez ici]</w:t>
            </w:r>
          </w:p>
        </w:tc>
      </w:tr>
      <w:tr w:rsidR="004D4D58" w:rsidRPr="00900FB4" w14:paraId="509DB5BD" w14:textId="77777777" w:rsidTr="0D726C07">
        <w:trPr>
          <w:jc w:val="center"/>
        </w:trPr>
        <w:tc>
          <w:tcPr>
            <w:tcW w:w="2102" w:type="dxa"/>
            <w:tcMar>
              <w:top w:w="45" w:type="dxa"/>
              <w:left w:w="45" w:type="dxa"/>
              <w:bottom w:w="45" w:type="dxa"/>
              <w:right w:w="45" w:type="dxa"/>
            </w:tcMar>
          </w:tcPr>
          <w:p w14:paraId="52805D1C"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2180EF50"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6A69985E"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700732D9"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5F36B3D4" w14:textId="77777777" w:rsidR="004D4D58" w:rsidRPr="00A81E72" w:rsidRDefault="00A65A9D">
            <w:pPr>
              <w:rPr>
                <w:lang w:val="fr-FR"/>
              </w:rPr>
            </w:pPr>
            <w:r w:rsidRPr="0D726C07">
              <w:rPr>
                <w:sz w:val="15"/>
                <w:szCs w:val="15"/>
                <w:lang w:val="fr-FR"/>
              </w:rPr>
              <w:t>[Tapez ici]</w:t>
            </w:r>
          </w:p>
        </w:tc>
      </w:tr>
      <w:tr w:rsidR="004D4D58" w:rsidRPr="00900FB4" w14:paraId="3DF04B61" w14:textId="77777777" w:rsidTr="0D726C07">
        <w:trPr>
          <w:jc w:val="center"/>
        </w:trPr>
        <w:tc>
          <w:tcPr>
            <w:tcW w:w="2102" w:type="dxa"/>
            <w:tcMar>
              <w:top w:w="45" w:type="dxa"/>
              <w:left w:w="45" w:type="dxa"/>
              <w:bottom w:w="45" w:type="dxa"/>
              <w:right w:w="45" w:type="dxa"/>
            </w:tcMar>
          </w:tcPr>
          <w:p w14:paraId="4D51F8D0"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5CC325A4"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4587FBDD"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0CD62DB9"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0FA4BCEB" w14:textId="77777777" w:rsidR="004D4D58" w:rsidRPr="00A81E72" w:rsidRDefault="00A65A9D">
            <w:pPr>
              <w:rPr>
                <w:lang w:val="fr-FR"/>
              </w:rPr>
            </w:pPr>
            <w:r w:rsidRPr="0D726C07">
              <w:rPr>
                <w:sz w:val="15"/>
                <w:szCs w:val="15"/>
                <w:lang w:val="fr-FR"/>
              </w:rPr>
              <w:t>[Tapez ici]</w:t>
            </w:r>
          </w:p>
        </w:tc>
      </w:tr>
    </w:tbl>
    <w:p w14:paraId="46889112" w14:textId="77777777" w:rsidR="004D4D58" w:rsidRPr="00A81E72" w:rsidRDefault="004D4D58">
      <w:pPr>
        <w:spacing w:after="40" w:line="240" w:lineRule="auto"/>
        <w:rPr>
          <w:lang w:val="fr-FR"/>
        </w:rPr>
      </w:pPr>
    </w:p>
    <w:p w14:paraId="0032284C" w14:textId="77777777" w:rsidR="004D4D58" w:rsidRPr="00A81E72" w:rsidRDefault="00A65A9D">
      <w:pPr>
        <w:pStyle w:val="Heading3"/>
        <w:spacing w:before="160" w:after="80" w:line="240" w:lineRule="auto"/>
        <w:rPr>
          <w:lang w:val="fr-FR"/>
        </w:rPr>
      </w:pPr>
      <w:r w:rsidRPr="0D726C07">
        <w:rPr>
          <w:color w:val="0F6B78"/>
          <w:lang w:val="fr-FR"/>
        </w:rPr>
        <w:t>2.4 Rôle et collaboration régionaux</w:t>
      </w:r>
    </w:p>
    <w:tbl>
      <w:tblPr>
        <w:tblStyle w:val="TableGrid"/>
        <w:tblW w:w="0" w:type="auto"/>
        <w:jc w:val="center"/>
        <w:tblLook w:val="04A0" w:firstRow="1" w:lastRow="0" w:firstColumn="1" w:lastColumn="0" w:noHBand="0" w:noVBand="1"/>
      </w:tblPr>
      <w:tblGrid>
        <w:gridCol w:w="10502"/>
      </w:tblGrid>
      <w:tr w:rsidR="004D4D58" w:rsidRPr="00FD1E45" w14:paraId="0F48E7F8" w14:textId="77777777" w:rsidTr="0D726C07">
        <w:trPr>
          <w:jc w:val="center"/>
        </w:trPr>
        <w:tc>
          <w:tcPr>
            <w:tcW w:w="10512" w:type="dxa"/>
            <w:shd w:val="clear" w:color="auto" w:fill="DDEFEF"/>
            <w:tcMar>
              <w:top w:w="100" w:type="dxa"/>
              <w:left w:w="100" w:type="dxa"/>
              <w:bottom w:w="100" w:type="dxa"/>
              <w:right w:w="100" w:type="dxa"/>
            </w:tcMar>
          </w:tcPr>
          <w:p w14:paraId="1F40AD66" w14:textId="5AA858B7"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Expliquez comment le centre contribuera à la coopération régionale en Afrique de l'Ouest et centrale et en tirera parti. Inclure les étudiants régionaux, les réseaux d'enseignants, les recherches conjointes, la formation professionnelle régionale et l'apprentissage intersectoriel, le cas échéant.</w:t>
            </w:r>
          </w:p>
        </w:tc>
      </w:tr>
      <w:tr w:rsidR="004D4D58" w:rsidRPr="00FD1E45" w14:paraId="0DF344EE" w14:textId="77777777" w:rsidTr="0D726C07">
        <w:trPr>
          <w:jc w:val="center"/>
        </w:trPr>
        <w:tc>
          <w:tcPr>
            <w:tcW w:w="10512" w:type="dxa"/>
            <w:tcMar>
              <w:top w:w="100" w:type="dxa"/>
              <w:left w:w="100" w:type="dxa"/>
              <w:bottom w:w="100" w:type="dxa"/>
              <w:right w:w="100" w:type="dxa"/>
            </w:tcMar>
          </w:tcPr>
          <w:p w14:paraId="7AF7C2A6" w14:textId="2E0ABE03"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48A82438" w14:textId="77777777" w:rsidR="004D4D58" w:rsidRPr="00A81E72" w:rsidRDefault="004D4D58">
      <w:pPr>
        <w:spacing w:after="40" w:line="240" w:lineRule="auto"/>
        <w:rPr>
          <w:lang w:val="fr-FR"/>
        </w:rPr>
      </w:pPr>
    </w:p>
    <w:p w14:paraId="7582564D" w14:textId="77777777" w:rsidR="004D4D58" w:rsidRPr="00A81E72" w:rsidRDefault="00A65A9D">
      <w:pPr>
        <w:pStyle w:val="Heading3"/>
        <w:spacing w:before="160" w:after="80" w:line="240" w:lineRule="auto"/>
        <w:rPr>
          <w:lang w:val="fr-FR"/>
        </w:rPr>
      </w:pPr>
      <w:r w:rsidRPr="0D726C07">
        <w:rPr>
          <w:color w:val="0F6B78"/>
          <w:lang w:val="fr-FR"/>
        </w:rPr>
        <w:t>2.5 Tableau indicatif des résultats</w:t>
      </w:r>
    </w:p>
    <w:p w14:paraId="2435BFA3" w14:textId="7219CD64" w:rsidR="004D4D58" w:rsidRPr="00A81E72" w:rsidRDefault="00A65A9D">
      <w:pPr>
        <w:spacing w:after="120" w:line="240" w:lineRule="auto"/>
        <w:rPr>
          <w:lang w:val="fr-FR"/>
        </w:rPr>
      </w:pPr>
      <w:r w:rsidRPr="0D726C07">
        <w:rPr>
          <w:sz w:val="16"/>
          <w:szCs w:val="16"/>
          <w:lang w:val="fr-FR"/>
        </w:rPr>
        <w:t xml:space="preserve">Compléter le tableau en indiquant les résultats attendus au cours de la période </w:t>
      </w:r>
      <w:r w:rsidR="00636124" w:rsidRPr="0D726C07">
        <w:rPr>
          <w:sz w:val="16"/>
          <w:szCs w:val="16"/>
          <w:lang w:val="fr-FR"/>
        </w:rPr>
        <w:t xml:space="preserve">de 5 ans </w:t>
      </w:r>
      <w:r w:rsidRPr="0D726C07">
        <w:rPr>
          <w:sz w:val="16"/>
          <w:szCs w:val="16"/>
          <w:lang w:val="fr-FR"/>
        </w:rPr>
        <w:t>du programme et les hypothèses sous-tendant chaque cible. Ce tableau n'est pas pris en compte dans la limite de pages explicatives.</w:t>
      </w:r>
    </w:p>
    <w:tbl>
      <w:tblPr>
        <w:tblStyle w:val="TableGrid"/>
        <w:tblW w:w="0" w:type="auto"/>
        <w:jc w:val="center"/>
        <w:tblLook w:val="04A0" w:firstRow="1" w:lastRow="0" w:firstColumn="1" w:lastColumn="0" w:noHBand="0" w:noVBand="1"/>
      </w:tblPr>
      <w:tblGrid>
        <w:gridCol w:w="3502"/>
        <w:gridCol w:w="3500"/>
        <w:gridCol w:w="3500"/>
      </w:tblGrid>
      <w:tr w:rsidR="004D4D58" w:rsidRPr="00900FB4" w14:paraId="37933E93" w14:textId="77777777" w:rsidTr="0D726C07">
        <w:trPr>
          <w:tblHeader/>
          <w:jc w:val="center"/>
        </w:trPr>
        <w:tc>
          <w:tcPr>
            <w:tcW w:w="3504" w:type="dxa"/>
            <w:shd w:val="clear" w:color="auto" w:fill="1F4E79"/>
            <w:tcMar>
              <w:top w:w="45" w:type="dxa"/>
              <w:left w:w="45" w:type="dxa"/>
              <w:bottom w:w="45" w:type="dxa"/>
              <w:right w:w="45" w:type="dxa"/>
            </w:tcMar>
          </w:tcPr>
          <w:p w14:paraId="3D0586D7" w14:textId="77777777" w:rsidR="004D4D58" w:rsidRPr="00A81E72" w:rsidRDefault="00A65A9D">
            <w:pPr>
              <w:rPr>
                <w:lang w:val="fr-FR"/>
              </w:rPr>
            </w:pPr>
            <w:r w:rsidRPr="0D726C07">
              <w:rPr>
                <w:b/>
                <w:bCs/>
                <w:color w:val="FFFFFF" w:themeColor="background1"/>
                <w:sz w:val="15"/>
                <w:szCs w:val="15"/>
                <w:lang w:val="fr-FR"/>
              </w:rPr>
              <w:t>Indicateur</w:t>
            </w:r>
          </w:p>
        </w:tc>
        <w:tc>
          <w:tcPr>
            <w:tcW w:w="3504" w:type="dxa"/>
            <w:shd w:val="clear" w:color="auto" w:fill="1F4E79"/>
            <w:tcMar>
              <w:top w:w="45" w:type="dxa"/>
              <w:left w:w="45" w:type="dxa"/>
              <w:bottom w:w="45" w:type="dxa"/>
              <w:right w:w="45" w:type="dxa"/>
            </w:tcMar>
          </w:tcPr>
          <w:p w14:paraId="1812A98B" w14:textId="77777777" w:rsidR="004D4D58" w:rsidRPr="00A81E72" w:rsidRDefault="00A65A9D">
            <w:pPr>
              <w:rPr>
                <w:lang w:val="fr-FR"/>
              </w:rPr>
            </w:pPr>
            <w:r w:rsidRPr="0D726C07">
              <w:rPr>
                <w:b/>
                <w:bCs/>
                <w:color w:val="FFFFFF" w:themeColor="background1"/>
                <w:sz w:val="15"/>
                <w:szCs w:val="15"/>
                <w:lang w:val="fr-FR"/>
              </w:rPr>
              <w:t>Réalisation prévue (5 ans)</w:t>
            </w:r>
          </w:p>
        </w:tc>
        <w:tc>
          <w:tcPr>
            <w:tcW w:w="3504" w:type="dxa"/>
            <w:shd w:val="clear" w:color="auto" w:fill="1F4E79"/>
            <w:tcMar>
              <w:top w:w="45" w:type="dxa"/>
              <w:left w:w="45" w:type="dxa"/>
              <w:bottom w:w="45" w:type="dxa"/>
              <w:right w:w="45" w:type="dxa"/>
            </w:tcMar>
          </w:tcPr>
          <w:p w14:paraId="1EFEFF42" w14:textId="77777777" w:rsidR="004D4D58" w:rsidRPr="00A81E72" w:rsidRDefault="00A65A9D">
            <w:pPr>
              <w:rPr>
                <w:lang w:val="fr-FR"/>
              </w:rPr>
            </w:pPr>
            <w:r w:rsidRPr="0D726C07">
              <w:rPr>
                <w:b/>
                <w:bCs/>
                <w:color w:val="FFFFFF" w:themeColor="background1"/>
                <w:sz w:val="15"/>
                <w:szCs w:val="15"/>
                <w:lang w:val="fr-FR"/>
              </w:rPr>
              <w:t>Principales hypothèses</w:t>
            </w:r>
          </w:p>
        </w:tc>
      </w:tr>
      <w:tr w:rsidR="004D4D58" w:rsidRPr="00900FB4" w14:paraId="1119F8B3" w14:textId="77777777" w:rsidTr="0D726C07">
        <w:trPr>
          <w:jc w:val="center"/>
        </w:trPr>
        <w:tc>
          <w:tcPr>
            <w:tcW w:w="3504" w:type="dxa"/>
            <w:tcMar>
              <w:top w:w="45" w:type="dxa"/>
              <w:left w:w="45" w:type="dxa"/>
              <w:bottom w:w="45" w:type="dxa"/>
              <w:right w:w="45" w:type="dxa"/>
            </w:tcMar>
          </w:tcPr>
          <w:p w14:paraId="26D45EB4" w14:textId="77777777" w:rsidR="004D4D58" w:rsidRPr="00A81E72" w:rsidRDefault="00A65A9D">
            <w:pPr>
              <w:rPr>
                <w:lang w:val="fr-FR"/>
              </w:rPr>
            </w:pPr>
            <w:r w:rsidRPr="0D726C07">
              <w:rPr>
                <w:sz w:val="15"/>
                <w:szCs w:val="15"/>
                <w:lang w:val="fr-FR"/>
              </w:rPr>
              <w:t>% de diplômés trouvant un emploi dans les 6 mois</w:t>
            </w:r>
          </w:p>
        </w:tc>
        <w:tc>
          <w:tcPr>
            <w:tcW w:w="3504" w:type="dxa"/>
            <w:tcMar>
              <w:top w:w="45" w:type="dxa"/>
              <w:left w:w="45" w:type="dxa"/>
              <w:bottom w:w="45" w:type="dxa"/>
              <w:right w:w="45" w:type="dxa"/>
            </w:tcMar>
          </w:tcPr>
          <w:p w14:paraId="3C41D5F0" w14:textId="77777777" w:rsidR="004D4D58" w:rsidRPr="00A81E72" w:rsidRDefault="00A65A9D">
            <w:pPr>
              <w:rPr>
                <w:lang w:val="fr-FR"/>
              </w:rPr>
            </w:pPr>
            <w:r w:rsidRPr="0D726C07">
              <w:rPr>
                <w:sz w:val="15"/>
                <w:szCs w:val="15"/>
                <w:lang w:val="fr-FR"/>
              </w:rPr>
              <w:t>[Tapez ici]</w:t>
            </w:r>
          </w:p>
        </w:tc>
        <w:tc>
          <w:tcPr>
            <w:tcW w:w="3504" w:type="dxa"/>
            <w:tcMar>
              <w:top w:w="45" w:type="dxa"/>
              <w:left w:w="45" w:type="dxa"/>
              <w:bottom w:w="45" w:type="dxa"/>
              <w:right w:w="45" w:type="dxa"/>
            </w:tcMar>
          </w:tcPr>
          <w:p w14:paraId="44B93B05" w14:textId="77777777" w:rsidR="004D4D58" w:rsidRPr="00A81E72" w:rsidRDefault="00A65A9D">
            <w:pPr>
              <w:rPr>
                <w:lang w:val="fr-FR"/>
              </w:rPr>
            </w:pPr>
            <w:r w:rsidRPr="0D726C07">
              <w:rPr>
                <w:sz w:val="15"/>
                <w:szCs w:val="15"/>
                <w:lang w:val="fr-FR"/>
              </w:rPr>
              <w:t>[Tapez ici]</w:t>
            </w:r>
          </w:p>
        </w:tc>
      </w:tr>
      <w:tr w:rsidR="004D4D58" w:rsidRPr="00900FB4" w14:paraId="353DC655" w14:textId="77777777" w:rsidTr="0D726C07">
        <w:trPr>
          <w:jc w:val="center"/>
        </w:trPr>
        <w:tc>
          <w:tcPr>
            <w:tcW w:w="3504" w:type="dxa"/>
            <w:tcMar>
              <w:top w:w="45" w:type="dxa"/>
              <w:left w:w="45" w:type="dxa"/>
              <w:bottom w:w="45" w:type="dxa"/>
              <w:right w:w="45" w:type="dxa"/>
            </w:tcMar>
          </w:tcPr>
          <w:p w14:paraId="2C66A240" w14:textId="77777777" w:rsidR="004D4D58" w:rsidRPr="00A81E72" w:rsidRDefault="00A65A9D">
            <w:pPr>
              <w:rPr>
                <w:lang w:val="fr-FR"/>
              </w:rPr>
            </w:pPr>
            <w:r w:rsidRPr="0D726C07">
              <w:rPr>
                <w:sz w:val="15"/>
                <w:szCs w:val="15"/>
                <w:lang w:val="fr-FR"/>
              </w:rPr>
              <w:t>Nombre total de diplômés - Doctorat</w:t>
            </w:r>
          </w:p>
        </w:tc>
        <w:tc>
          <w:tcPr>
            <w:tcW w:w="3504" w:type="dxa"/>
            <w:tcMar>
              <w:top w:w="45" w:type="dxa"/>
              <w:left w:w="45" w:type="dxa"/>
              <w:bottom w:w="45" w:type="dxa"/>
              <w:right w:w="45" w:type="dxa"/>
            </w:tcMar>
          </w:tcPr>
          <w:p w14:paraId="786B4611" w14:textId="77777777" w:rsidR="004D4D58" w:rsidRPr="00A81E72" w:rsidRDefault="00A65A9D">
            <w:pPr>
              <w:rPr>
                <w:lang w:val="fr-FR"/>
              </w:rPr>
            </w:pPr>
            <w:r w:rsidRPr="0D726C07">
              <w:rPr>
                <w:sz w:val="15"/>
                <w:szCs w:val="15"/>
                <w:lang w:val="fr-FR"/>
              </w:rPr>
              <w:t>[Tapez ici]</w:t>
            </w:r>
          </w:p>
        </w:tc>
        <w:tc>
          <w:tcPr>
            <w:tcW w:w="3504" w:type="dxa"/>
            <w:tcMar>
              <w:top w:w="45" w:type="dxa"/>
              <w:left w:w="45" w:type="dxa"/>
              <w:bottom w:w="45" w:type="dxa"/>
              <w:right w:w="45" w:type="dxa"/>
            </w:tcMar>
          </w:tcPr>
          <w:p w14:paraId="466BEBB1" w14:textId="77777777" w:rsidR="004D4D58" w:rsidRPr="00A81E72" w:rsidRDefault="00A65A9D">
            <w:pPr>
              <w:rPr>
                <w:lang w:val="fr-FR"/>
              </w:rPr>
            </w:pPr>
            <w:r w:rsidRPr="0D726C07">
              <w:rPr>
                <w:sz w:val="15"/>
                <w:szCs w:val="15"/>
                <w:lang w:val="fr-FR"/>
              </w:rPr>
              <w:t>[Tapez ici]</w:t>
            </w:r>
          </w:p>
        </w:tc>
      </w:tr>
      <w:tr w:rsidR="004D4D58" w:rsidRPr="00900FB4" w14:paraId="42759A83" w14:textId="77777777" w:rsidTr="0D726C07">
        <w:trPr>
          <w:jc w:val="center"/>
        </w:trPr>
        <w:tc>
          <w:tcPr>
            <w:tcW w:w="3504" w:type="dxa"/>
            <w:tcMar>
              <w:top w:w="45" w:type="dxa"/>
              <w:left w:w="45" w:type="dxa"/>
              <w:bottom w:w="45" w:type="dxa"/>
              <w:right w:w="45" w:type="dxa"/>
            </w:tcMar>
          </w:tcPr>
          <w:p w14:paraId="1DEE8D56" w14:textId="77777777" w:rsidR="004D4D58" w:rsidRPr="00A81E72" w:rsidRDefault="00A65A9D">
            <w:pPr>
              <w:rPr>
                <w:lang w:val="fr-FR"/>
              </w:rPr>
            </w:pPr>
            <w:r w:rsidRPr="0D726C07">
              <w:rPr>
                <w:sz w:val="15"/>
                <w:szCs w:val="15"/>
                <w:lang w:val="fr-FR"/>
              </w:rPr>
              <w:t>Nombre total de diplômés - Maîtrise</w:t>
            </w:r>
          </w:p>
        </w:tc>
        <w:tc>
          <w:tcPr>
            <w:tcW w:w="3504" w:type="dxa"/>
            <w:tcMar>
              <w:top w:w="45" w:type="dxa"/>
              <w:left w:w="45" w:type="dxa"/>
              <w:bottom w:w="45" w:type="dxa"/>
              <w:right w:w="45" w:type="dxa"/>
            </w:tcMar>
          </w:tcPr>
          <w:p w14:paraId="63B0E9A4" w14:textId="77777777" w:rsidR="004D4D58" w:rsidRPr="00A81E72" w:rsidRDefault="00A65A9D">
            <w:pPr>
              <w:rPr>
                <w:lang w:val="fr-FR"/>
              </w:rPr>
            </w:pPr>
            <w:r w:rsidRPr="0D726C07">
              <w:rPr>
                <w:sz w:val="15"/>
                <w:szCs w:val="15"/>
                <w:lang w:val="fr-FR"/>
              </w:rPr>
              <w:t>[Tapez ici]</w:t>
            </w:r>
          </w:p>
        </w:tc>
        <w:tc>
          <w:tcPr>
            <w:tcW w:w="3504" w:type="dxa"/>
            <w:tcMar>
              <w:top w:w="45" w:type="dxa"/>
              <w:left w:w="45" w:type="dxa"/>
              <w:bottom w:w="45" w:type="dxa"/>
              <w:right w:w="45" w:type="dxa"/>
            </w:tcMar>
          </w:tcPr>
          <w:p w14:paraId="15002AC6" w14:textId="77777777" w:rsidR="004D4D58" w:rsidRPr="00A81E72" w:rsidRDefault="00A65A9D">
            <w:pPr>
              <w:rPr>
                <w:lang w:val="fr-FR"/>
              </w:rPr>
            </w:pPr>
            <w:r w:rsidRPr="0D726C07">
              <w:rPr>
                <w:sz w:val="15"/>
                <w:szCs w:val="15"/>
                <w:lang w:val="fr-FR"/>
              </w:rPr>
              <w:t>[Tapez ici]</w:t>
            </w:r>
          </w:p>
        </w:tc>
      </w:tr>
      <w:tr w:rsidR="004D4D58" w:rsidRPr="00900FB4" w14:paraId="758086A7" w14:textId="77777777" w:rsidTr="0D726C07">
        <w:trPr>
          <w:jc w:val="center"/>
        </w:trPr>
        <w:tc>
          <w:tcPr>
            <w:tcW w:w="3504" w:type="dxa"/>
            <w:tcMar>
              <w:top w:w="45" w:type="dxa"/>
              <w:left w:w="45" w:type="dxa"/>
              <w:bottom w:w="45" w:type="dxa"/>
              <w:right w:w="45" w:type="dxa"/>
            </w:tcMar>
          </w:tcPr>
          <w:p w14:paraId="34B5705A" w14:textId="77777777" w:rsidR="004D4D58" w:rsidRPr="00A81E72" w:rsidRDefault="00A65A9D">
            <w:pPr>
              <w:rPr>
                <w:lang w:val="fr-FR"/>
              </w:rPr>
            </w:pPr>
            <w:r w:rsidRPr="0D726C07">
              <w:rPr>
                <w:sz w:val="15"/>
                <w:szCs w:val="15"/>
                <w:lang w:val="fr-FR"/>
              </w:rPr>
              <w:t>Formation courte/formation professionnelle</w:t>
            </w:r>
            <w:r w:rsidR="0B9EDA2A" w:rsidRPr="0D726C07">
              <w:rPr>
                <w:sz w:val="15"/>
                <w:szCs w:val="15"/>
                <w:lang w:val="fr-FR"/>
              </w:rPr>
              <w:t xml:space="preserve"> (cours de reconversion et de perfectionnement, y compris formation en cours d'emploi)</w:t>
            </w:r>
          </w:p>
        </w:tc>
        <w:tc>
          <w:tcPr>
            <w:tcW w:w="3504" w:type="dxa"/>
            <w:tcMar>
              <w:top w:w="45" w:type="dxa"/>
              <w:left w:w="45" w:type="dxa"/>
              <w:bottom w:w="45" w:type="dxa"/>
              <w:right w:w="45" w:type="dxa"/>
            </w:tcMar>
          </w:tcPr>
          <w:p w14:paraId="2FA40197" w14:textId="77777777" w:rsidR="004D4D58" w:rsidRPr="00A81E72" w:rsidRDefault="00A65A9D">
            <w:pPr>
              <w:rPr>
                <w:lang w:val="fr-FR"/>
              </w:rPr>
            </w:pPr>
            <w:r w:rsidRPr="0D726C07">
              <w:rPr>
                <w:sz w:val="15"/>
                <w:szCs w:val="15"/>
                <w:lang w:val="fr-FR"/>
              </w:rPr>
              <w:t>[Tapez ici]</w:t>
            </w:r>
          </w:p>
        </w:tc>
        <w:tc>
          <w:tcPr>
            <w:tcW w:w="3504" w:type="dxa"/>
            <w:tcMar>
              <w:top w:w="45" w:type="dxa"/>
              <w:left w:w="45" w:type="dxa"/>
              <w:bottom w:w="45" w:type="dxa"/>
              <w:right w:w="45" w:type="dxa"/>
            </w:tcMar>
          </w:tcPr>
          <w:p w14:paraId="41DDCFFA" w14:textId="77777777" w:rsidR="004D4D58" w:rsidRPr="00A81E72" w:rsidRDefault="00A65A9D">
            <w:pPr>
              <w:rPr>
                <w:lang w:val="fr-FR"/>
              </w:rPr>
            </w:pPr>
            <w:r w:rsidRPr="0D726C07">
              <w:rPr>
                <w:sz w:val="15"/>
                <w:szCs w:val="15"/>
                <w:lang w:val="fr-FR"/>
              </w:rPr>
              <w:t>[Tapez ici]</w:t>
            </w:r>
          </w:p>
        </w:tc>
      </w:tr>
      <w:tr w:rsidR="004D4D58" w:rsidRPr="00900FB4" w14:paraId="4A874536" w14:textId="77777777" w:rsidTr="0D726C07">
        <w:trPr>
          <w:jc w:val="center"/>
        </w:trPr>
        <w:tc>
          <w:tcPr>
            <w:tcW w:w="3504" w:type="dxa"/>
            <w:tcMar>
              <w:top w:w="45" w:type="dxa"/>
              <w:left w:w="45" w:type="dxa"/>
              <w:bottom w:w="45" w:type="dxa"/>
              <w:right w:w="45" w:type="dxa"/>
            </w:tcMar>
          </w:tcPr>
          <w:p w14:paraId="5EBAB6E4" w14:textId="77777777" w:rsidR="004D4D58" w:rsidRPr="00A81E72" w:rsidRDefault="00A65A9D">
            <w:pPr>
              <w:rPr>
                <w:lang w:val="fr-FR"/>
              </w:rPr>
            </w:pPr>
            <w:r w:rsidRPr="0D726C07">
              <w:rPr>
                <w:sz w:val="15"/>
                <w:szCs w:val="15"/>
                <w:lang w:val="fr-FR"/>
              </w:rPr>
              <w:t>Étudiantes/stagiaires</w:t>
            </w:r>
          </w:p>
        </w:tc>
        <w:tc>
          <w:tcPr>
            <w:tcW w:w="3504" w:type="dxa"/>
            <w:tcMar>
              <w:top w:w="45" w:type="dxa"/>
              <w:left w:w="45" w:type="dxa"/>
              <w:bottom w:w="45" w:type="dxa"/>
              <w:right w:w="45" w:type="dxa"/>
            </w:tcMar>
          </w:tcPr>
          <w:p w14:paraId="3C073D58" w14:textId="77777777" w:rsidR="004D4D58" w:rsidRPr="00A81E72" w:rsidRDefault="00A65A9D">
            <w:pPr>
              <w:rPr>
                <w:lang w:val="fr-FR"/>
              </w:rPr>
            </w:pPr>
            <w:r w:rsidRPr="0D726C07">
              <w:rPr>
                <w:sz w:val="15"/>
                <w:szCs w:val="15"/>
                <w:lang w:val="fr-FR"/>
              </w:rPr>
              <w:t>[Tapez ici]</w:t>
            </w:r>
          </w:p>
        </w:tc>
        <w:tc>
          <w:tcPr>
            <w:tcW w:w="3504" w:type="dxa"/>
            <w:tcMar>
              <w:top w:w="45" w:type="dxa"/>
              <w:left w:w="45" w:type="dxa"/>
              <w:bottom w:w="45" w:type="dxa"/>
              <w:right w:w="45" w:type="dxa"/>
            </w:tcMar>
          </w:tcPr>
          <w:p w14:paraId="7CC91DC0" w14:textId="77777777" w:rsidR="004D4D58" w:rsidRPr="00A81E72" w:rsidRDefault="00A65A9D">
            <w:pPr>
              <w:rPr>
                <w:lang w:val="fr-FR"/>
              </w:rPr>
            </w:pPr>
            <w:r w:rsidRPr="0D726C07">
              <w:rPr>
                <w:sz w:val="15"/>
                <w:szCs w:val="15"/>
                <w:lang w:val="fr-FR"/>
              </w:rPr>
              <w:t>[Tapez ici]</w:t>
            </w:r>
          </w:p>
        </w:tc>
      </w:tr>
      <w:tr w:rsidR="004D4D58" w:rsidRPr="00900FB4" w14:paraId="47AEE236" w14:textId="77777777" w:rsidTr="0D726C07">
        <w:trPr>
          <w:jc w:val="center"/>
        </w:trPr>
        <w:tc>
          <w:tcPr>
            <w:tcW w:w="3504" w:type="dxa"/>
            <w:tcMar>
              <w:top w:w="45" w:type="dxa"/>
              <w:left w:w="45" w:type="dxa"/>
              <w:bottom w:w="45" w:type="dxa"/>
              <w:right w:w="45" w:type="dxa"/>
            </w:tcMar>
          </w:tcPr>
          <w:p w14:paraId="42770933" w14:textId="77777777" w:rsidR="004D4D58" w:rsidRPr="00A81E72" w:rsidRDefault="00A65A9D">
            <w:pPr>
              <w:rPr>
                <w:lang w:val="fr-FR"/>
              </w:rPr>
            </w:pPr>
            <w:r w:rsidRPr="0D726C07">
              <w:rPr>
                <w:sz w:val="15"/>
                <w:szCs w:val="15"/>
                <w:lang w:val="fr-FR"/>
              </w:rPr>
              <w:t>Étudiants régionaux/étrangers</w:t>
            </w:r>
          </w:p>
        </w:tc>
        <w:tc>
          <w:tcPr>
            <w:tcW w:w="3504" w:type="dxa"/>
            <w:tcMar>
              <w:top w:w="45" w:type="dxa"/>
              <w:left w:w="45" w:type="dxa"/>
              <w:bottom w:w="45" w:type="dxa"/>
              <w:right w:w="45" w:type="dxa"/>
            </w:tcMar>
          </w:tcPr>
          <w:p w14:paraId="6BA8C889" w14:textId="77777777" w:rsidR="004D4D58" w:rsidRPr="00A81E72" w:rsidRDefault="00A65A9D">
            <w:pPr>
              <w:rPr>
                <w:lang w:val="fr-FR"/>
              </w:rPr>
            </w:pPr>
            <w:r w:rsidRPr="0D726C07">
              <w:rPr>
                <w:sz w:val="15"/>
                <w:szCs w:val="15"/>
                <w:lang w:val="fr-FR"/>
              </w:rPr>
              <w:t>[Tapez ici]</w:t>
            </w:r>
          </w:p>
        </w:tc>
        <w:tc>
          <w:tcPr>
            <w:tcW w:w="3504" w:type="dxa"/>
            <w:tcMar>
              <w:top w:w="45" w:type="dxa"/>
              <w:left w:w="45" w:type="dxa"/>
              <w:bottom w:w="45" w:type="dxa"/>
              <w:right w:w="45" w:type="dxa"/>
            </w:tcMar>
          </w:tcPr>
          <w:p w14:paraId="452215E6" w14:textId="77777777" w:rsidR="004D4D58" w:rsidRPr="00A81E72" w:rsidRDefault="00A65A9D">
            <w:pPr>
              <w:rPr>
                <w:lang w:val="fr-FR"/>
              </w:rPr>
            </w:pPr>
            <w:r w:rsidRPr="0D726C07">
              <w:rPr>
                <w:sz w:val="15"/>
                <w:szCs w:val="15"/>
                <w:lang w:val="fr-FR"/>
              </w:rPr>
              <w:t>[Tapez ici]</w:t>
            </w:r>
          </w:p>
        </w:tc>
      </w:tr>
      <w:tr w:rsidR="004D4D58" w:rsidRPr="00900FB4" w14:paraId="69191E73" w14:textId="77777777" w:rsidTr="0D726C07">
        <w:trPr>
          <w:jc w:val="center"/>
        </w:trPr>
        <w:tc>
          <w:tcPr>
            <w:tcW w:w="3504" w:type="dxa"/>
            <w:tcMar>
              <w:top w:w="45" w:type="dxa"/>
              <w:left w:w="45" w:type="dxa"/>
              <w:bottom w:w="45" w:type="dxa"/>
              <w:right w:w="45" w:type="dxa"/>
            </w:tcMar>
          </w:tcPr>
          <w:p w14:paraId="1B28FA4D" w14:textId="77777777" w:rsidR="004D4D58" w:rsidRPr="00A81E72" w:rsidRDefault="00A65A9D">
            <w:pPr>
              <w:rPr>
                <w:lang w:val="fr-FR"/>
              </w:rPr>
            </w:pPr>
            <w:r w:rsidRPr="0D726C07">
              <w:rPr>
                <w:sz w:val="15"/>
                <w:szCs w:val="15"/>
                <w:lang w:val="fr-FR"/>
              </w:rPr>
              <w:t>Publications évaluées par des pairs</w:t>
            </w:r>
          </w:p>
        </w:tc>
        <w:tc>
          <w:tcPr>
            <w:tcW w:w="3504" w:type="dxa"/>
            <w:tcMar>
              <w:top w:w="45" w:type="dxa"/>
              <w:left w:w="45" w:type="dxa"/>
              <w:bottom w:w="45" w:type="dxa"/>
              <w:right w:w="45" w:type="dxa"/>
            </w:tcMar>
          </w:tcPr>
          <w:p w14:paraId="0E1716CB" w14:textId="77777777" w:rsidR="004D4D58" w:rsidRPr="00A81E72" w:rsidRDefault="00A65A9D">
            <w:pPr>
              <w:rPr>
                <w:lang w:val="fr-FR"/>
              </w:rPr>
            </w:pPr>
            <w:r w:rsidRPr="0D726C07">
              <w:rPr>
                <w:sz w:val="15"/>
                <w:szCs w:val="15"/>
                <w:lang w:val="fr-FR"/>
              </w:rPr>
              <w:t>[Tapez ici]</w:t>
            </w:r>
          </w:p>
        </w:tc>
        <w:tc>
          <w:tcPr>
            <w:tcW w:w="3504" w:type="dxa"/>
            <w:tcMar>
              <w:top w:w="45" w:type="dxa"/>
              <w:left w:w="45" w:type="dxa"/>
              <w:bottom w:w="45" w:type="dxa"/>
              <w:right w:w="45" w:type="dxa"/>
            </w:tcMar>
          </w:tcPr>
          <w:p w14:paraId="26D233C7" w14:textId="77777777" w:rsidR="004D4D58" w:rsidRPr="00A81E72" w:rsidRDefault="00A65A9D">
            <w:pPr>
              <w:rPr>
                <w:lang w:val="fr-FR"/>
              </w:rPr>
            </w:pPr>
            <w:r w:rsidRPr="0D726C07">
              <w:rPr>
                <w:sz w:val="15"/>
                <w:szCs w:val="15"/>
                <w:lang w:val="fr-FR"/>
              </w:rPr>
              <w:t>[Tapez ici]</w:t>
            </w:r>
          </w:p>
        </w:tc>
      </w:tr>
      <w:tr w:rsidR="004D4D58" w:rsidRPr="00900FB4" w14:paraId="1151899E" w14:textId="77777777" w:rsidTr="0D726C07">
        <w:trPr>
          <w:jc w:val="center"/>
        </w:trPr>
        <w:tc>
          <w:tcPr>
            <w:tcW w:w="3504" w:type="dxa"/>
            <w:tcMar>
              <w:top w:w="45" w:type="dxa"/>
              <w:left w:w="45" w:type="dxa"/>
              <w:bottom w:w="45" w:type="dxa"/>
              <w:right w:w="45" w:type="dxa"/>
            </w:tcMar>
          </w:tcPr>
          <w:p w14:paraId="03B214B9" w14:textId="77777777" w:rsidR="004D4D58" w:rsidRPr="00A81E72" w:rsidRDefault="00A65A9D">
            <w:pPr>
              <w:rPr>
                <w:lang w:val="fr-FR"/>
              </w:rPr>
            </w:pPr>
            <w:r w:rsidRPr="0D726C07">
              <w:rPr>
                <w:sz w:val="15"/>
                <w:szCs w:val="15"/>
                <w:lang w:val="fr-FR"/>
              </w:rPr>
              <w:t>Produits/prototypes/résultats de la recherche appliquée</w:t>
            </w:r>
          </w:p>
        </w:tc>
        <w:tc>
          <w:tcPr>
            <w:tcW w:w="3504" w:type="dxa"/>
            <w:tcMar>
              <w:top w:w="45" w:type="dxa"/>
              <w:left w:w="45" w:type="dxa"/>
              <w:bottom w:w="45" w:type="dxa"/>
              <w:right w:w="45" w:type="dxa"/>
            </w:tcMar>
          </w:tcPr>
          <w:p w14:paraId="61D1A2BF" w14:textId="77777777" w:rsidR="004D4D58" w:rsidRPr="00A81E72" w:rsidRDefault="00A65A9D">
            <w:pPr>
              <w:rPr>
                <w:lang w:val="fr-FR"/>
              </w:rPr>
            </w:pPr>
            <w:r w:rsidRPr="0D726C07">
              <w:rPr>
                <w:sz w:val="15"/>
                <w:szCs w:val="15"/>
                <w:lang w:val="fr-FR"/>
              </w:rPr>
              <w:t>[Tapez ici]</w:t>
            </w:r>
          </w:p>
        </w:tc>
        <w:tc>
          <w:tcPr>
            <w:tcW w:w="3504" w:type="dxa"/>
            <w:tcMar>
              <w:top w:w="45" w:type="dxa"/>
              <w:left w:w="45" w:type="dxa"/>
              <w:bottom w:w="45" w:type="dxa"/>
              <w:right w:w="45" w:type="dxa"/>
            </w:tcMar>
          </w:tcPr>
          <w:p w14:paraId="425D534D" w14:textId="77777777" w:rsidR="004D4D58" w:rsidRPr="00A81E72" w:rsidRDefault="00A65A9D">
            <w:pPr>
              <w:rPr>
                <w:lang w:val="fr-FR"/>
              </w:rPr>
            </w:pPr>
            <w:r w:rsidRPr="0D726C07">
              <w:rPr>
                <w:sz w:val="15"/>
                <w:szCs w:val="15"/>
                <w:lang w:val="fr-FR"/>
              </w:rPr>
              <w:t>[Tapez ici]</w:t>
            </w:r>
          </w:p>
        </w:tc>
      </w:tr>
      <w:tr w:rsidR="004D4D58" w:rsidRPr="00900FB4" w14:paraId="6AB2EA3E" w14:textId="77777777" w:rsidTr="0D726C07">
        <w:trPr>
          <w:jc w:val="center"/>
        </w:trPr>
        <w:tc>
          <w:tcPr>
            <w:tcW w:w="3504" w:type="dxa"/>
            <w:tcMar>
              <w:top w:w="45" w:type="dxa"/>
              <w:left w:w="45" w:type="dxa"/>
              <w:bottom w:w="45" w:type="dxa"/>
              <w:right w:w="45" w:type="dxa"/>
            </w:tcMar>
          </w:tcPr>
          <w:p w14:paraId="0019214F" w14:textId="77777777" w:rsidR="004D4D58" w:rsidRPr="00A81E72" w:rsidRDefault="00A65A9D">
            <w:pPr>
              <w:rPr>
                <w:lang w:val="fr-FR"/>
              </w:rPr>
            </w:pPr>
            <w:r w:rsidRPr="0D726C07">
              <w:rPr>
                <w:sz w:val="15"/>
                <w:szCs w:val="15"/>
                <w:lang w:val="fr-FR"/>
              </w:rPr>
              <w:t>Partenariats avec l'industrie ou les employeurs établis ou approfondis</w:t>
            </w:r>
          </w:p>
        </w:tc>
        <w:tc>
          <w:tcPr>
            <w:tcW w:w="3504" w:type="dxa"/>
            <w:tcMar>
              <w:top w:w="45" w:type="dxa"/>
              <w:left w:w="45" w:type="dxa"/>
              <w:bottom w:w="45" w:type="dxa"/>
              <w:right w:w="45" w:type="dxa"/>
            </w:tcMar>
          </w:tcPr>
          <w:p w14:paraId="5F1F7BEF" w14:textId="77777777" w:rsidR="004D4D58" w:rsidRPr="00A81E72" w:rsidRDefault="00A65A9D">
            <w:pPr>
              <w:rPr>
                <w:lang w:val="fr-FR"/>
              </w:rPr>
            </w:pPr>
            <w:r w:rsidRPr="0D726C07">
              <w:rPr>
                <w:sz w:val="15"/>
                <w:szCs w:val="15"/>
                <w:lang w:val="fr-FR"/>
              </w:rPr>
              <w:t>[Tapez ici]</w:t>
            </w:r>
          </w:p>
        </w:tc>
        <w:tc>
          <w:tcPr>
            <w:tcW w:w="3504" w:type="dxa"/>
            <w:tcMar>
              <w:top w:w="45" w:type="dxa"/>
              <w:left w:w="45" w:type="dxa"/>
              <w:bottom w:w="45" w:type="dxa"/>
              <w:right w:w="45" w:type="dxa"/>
            </w:tcMar>
          </w:tcPr>
          <w:p w14:paraId="55E26E6B" w14:textId="77777777" w:rsidR="004D4D58" w:rsidRPr="00A81E72" w:rsidRDefault="00A65A9D">
            <w:pPr>
              <w:rPr>
                <w:lang w:val="fr-FR"/>
              </w:rPr>
            </w:pPr>
            <w:r w:rsidRPr="0D726C07">
              <w:rPr>
                <w:sz w:val="15"/>
                <w:szCs w:val="15"/>
                <w:lang w:val="fr-FR"/>
              </w:rPr>
              <w:t>[Tapez ici]</w:t>
            </w:r>
          </w:p>
        </w:tc>
      </w:tr>
      <w:tr w:rsidR="004D4D58" w:rsidRPr="00900FB4" w14:paraId="42503180" w14:textId="77777777" w:rsidTr="0D726C07">
        <w:trPr>
          <w:jc w:val="center"/>
        </w:trPr>
        <w:tc>
          <w:tcPr>
            <w:tcW w:w="3504" w:type="dxa"/>
            <w:tcMar>
              <w:top w:w="45" w:type="dxa"/>
              <w:left w:w="45" w:type="dxa"/>
              <w:bottom w:w="45" w:type="dxa"/>
              <w:right w:w="45" w:type="dxa"/>
            </w:tcMar>
          </w:tcPr>
          <w:p w14:paraId="6CD13186" w14:textId="77777777" w:rsidR="004D4D58" w:rsidRPr="00A81E72" w:rsidRDefault="00A65A9D">
            <w:pPr>
              <w:rPr>
                <w:lang w:val="fr-FR"/>
              </w:rPr>
            </w:pPr>
            <w:r w:rsidRPr="0D726C07">
              <w:rPr>
                <w:sz w:val="15"/>
                <w:szCs w:val="15"/>
                <w:lang w:val="fr-FR"/>
              </w:rPr>
              <w:lastRenderedPageBreak/>
              <w:t>Stages/placements en milieu professionnel facilités</w:t>
            </w:r>
          </w:p>
        </w:tc>
        <w:tc>
          <w:tcPr>
            <w:tcW w:w="3504" w:type="dxa"/>
            <w:tcMar>
              <w:top w:w="45" w:type="dxa"/>
              <w:left w:w="45" w:type="dxa"/>
              <w:bottom w:w="45" w:type="dxa"/>
              <w:right w:w="45" w:type="dxa"/>
            </w:tcMar>
          </w:tcPr>
          <w:p w14:paraId="3065DC30" w14:textId="77777777" w:rsidR="004D4D58" w:rsidRPr="00A81E72" w:rsidRDefault="00A65A9D">
            <w:pPr>
              <w:rPr>
                <w:lang w:val="fr-FR"/>
              </w:rPr>
            </w:pPr>
            <w:r w:rsidRPr="0D726C07">
              <w:rPr>
                <w:sz w:val="15"/>
                <w:szCs w:val="15"/>
                <w:lang w:val="fr-FR"/>
              </w:rPr>
              <w:t>[Tapez ici]</w:t>
            </w:r>
          </w:p>
        </w:tc>
        <w:tc>
          <w:tcPr>
            <w:tcW w:w="3504" w:type="dxa"/>
            <w:tcMar>
              <w:top w:w="45" w:type="dxa"/>
              <w:left w:w="45" w:type="dxa"/>
              <w:bottom w:w="45" w:type="dxa"/>
              <w:right w:w="45" w:type="dxa"/>
            </w:tcMar>
          </w:tcPr>
          <w:p w14:paraId="4EBCF6AD" w14:textId="77777777" w:rsidR="004D4D58" w:rsidRPr="00A81E72" w:rsidRDefault="00A65A9D">
            <w:pPr>
              <w:rPr>
                <w:lang w:val="fr-FR"/>
              </w:rPr>
            </w:pPr>
            <w:r w:rsidRPr="0D726C07">
              <w:rPr>
                <w:sz w:val="15"/>
                <w:szCs w:val="15"/>
                <w:lang w:val="fr-FR"/>
              </w:rPr>
              <w:t>[Tapez ici]</w:t>
            </w:r>
          </w:p>
        </w:tc>
      </w:tr>
      <w:tr w:rsidR="004D4D58" w:rsidRPr="00900FB4" w14:paraId="5DF4EE7B" w14:textId="77777777" w:rsidTr="0D726C07">
        <w:trPr>
          <w:jc w:val="center"/>
        </w:trPr>
        <w:tc>
          <w:tcPr>
            <w:tcW w:w="3504" w:type="dxa"/>
            <w:tcMar>
              <w:top w:w="45" w:type="dxa"/>
              <w:left w:w="45" w:type="dxa"/>
              <w:bottom w:w="45" w:type="dxa"/>
              <w:right w:w="45" w:type="dxa"/>
            </w:tcMar>
          </w:tcPr>
          <w:p w14:paraId="1987CF7F" w14:textId="35FFA7F4" w:rsidR="004D4D58" w:rsidRPr="00A81E72" w:rsidRDefault="00A65A9D" w:rsidP="0D726C07">
            <w:pPr>
              <w:rPr>
                <w:sz w:val="15"/>
                <w:szCs w:val="15"/>
                <w:lang w:val="fr-FR"/>
              </w:rPr>
            </w:pPr>
            <w:r w:rsidRPr="0D726C07">
              <w:rPr>
                <w:sz w:val="15"/>
                <w:szCs w:val="15"/>
                <w:lang w:val="fr-FR"/>
              </w:rPr>
              <w:t>Re</w:t>
            </w:r>
            <w:r w:rsidR="55B87753" w:rsidRPr="0D726C07">
              <w:rPr>
                <w:sz w:val="15"/>
                <w:szCs w:val="15"/>
                <w:lang w:val="fr-FR"/>
              </w:rPr>
              <w:t xml:space="preserve">venue externes </w:t>
            </w:r>
            <w:r w:rsidR="0A51AC11" w:rsidRPr="0D726C07">
              <w:rPr>
                <w:sz w:val="15"/>
                <w:szCs w:val="15"/>
                <w:lang w:val="fr-FR"/>
              </w:rPr>
              <w:t>générés</w:t>
            </w:r>
          </w:p>
        </w:tc>
        <w:tc>
          <w:tcPr>
            <w:tcW w:w="3504" w:type="dxa"/>
            <w:tcMar>
              <w:top w:w="45" w:type="dxa"/>
              <w:left w:w="45" w:type="dxa"/>
              <w:bottom w:w="45" w:type="dxa"/>
              <w:right w:w="45" w:type="dxa"/>
            </w:tcMar>
          </w:tcPr>
          <w:p w14:paraId="0A30065E" w14:textId="77777777" w:rsidR="004D4D58" w:rsidRPr="00A81E72" w:rsidRDefault="00A65A9D">
            <w:pPr>
              <w:rPr>
                <w:lang w:val="fr-FR"/>
              </w:rPr>
            </w:pPr>
            <w:r w:rsidRPr="0D726C07">
              <w:rPr>
                <w:sz w:val="15"/>
                <w:szCs w:val="15"/>
                <w:lang w:val="fr-FR"/>
              </w:rPr>
              <w:t>[Tapez ici]</w:t>
            </w:r>
          </w:p>
        </w:tc>
        <w:tc>
          <w:tcPr>
            <w:tcW w:w="3504" w:type="dxa"/>
            <w:tcMar>
              <w:top w:w="45" w:type="dxa"/>
              <w:left w:w="45" w:type="dxa"/>
              <w:bottom w:w="45" w:type="dxa"/>
              <w:right w:w="45" w:type="dxa"/>
            </w:tcMar>
          </w:tcPr>
          <w:p w14:paraId="6F7105B5" w14:textId="77777777" w:rsidR="004D4D58" w:rsidRPr="00A81E72" w:rsidRDefault="00A65A9D">
            <w:pPr>
              <w:rPr>
                <w:lang w:val="fr-FR"/>
              </w:rPr>
            </w:pPr>
            <w:r w:rsidRPr="0D726C07">
              <w:rPr>
                <w:sz w:val="15"/>
                <w:szCs w:val="15"/>
                <w:lang w:val="fr-FR"/>
              </w:rPr>
              <w:t>[Tapez ici]</w:t>
            </w:r>
          </w:p>
        </w:tc>
      </w:tr>
      <w:tr w:rsidR="004D4D58" w:rsidRPr="00900FB4" w14:paraId="1F3C76F3" w14:textId="77777777" w:rsidTr="0D726C07">
        <w:trPr>
          <w:jc w:val="center"/>
        </w:trPr>
        <w:tc>
          <w:tcPr>
            <w:tcW w:w="3504" w:type="dxa"/>
            <w:tcMar>
              <w:top w:w="45" w:type="dxa"/>
              <w:left w:w="45" w:type="dxa"/>
              <w:bottom w:w="45" w:type="dxa"/>
              <w:right w:w="45" w:type="dxa"/>
            </w:tcMar>
          </w:tcPr>
          <w:p w14:paraId="186DDD19" w14:textId="5D347670" w:rsidR="004D4D58" w:rsidRPr="00A81E72" w:rsidRDefault="00A65A9D" w:rsidP="0D726C07">
            <w:pPr>
              <w:rPr>
                <w:sz w:val="15"/>
                <w:szCs w:val="15"/>
                <w:lang w:val="fr-FR"/>
              </w:rPr>
            </w:pPr>
            <w:r w:rsidRPr="0D726C07">
              <w:rPr>
                <w:sz w:val="15"/>
                <w:szCs w:val="15"/>
                <w:lang w:val="fr-FR"/>
              </w:rPr>
              <w:t>Programmes récemment accrédités</w:t>
            </w:r>
          </w:p>
        </w:tc>
        <w:tc>
          <w:tcPr>
            <w:tcW w:w="3504" w:type="dxa"/>
            <w:tcMar>
              <w:top w:w="45" w:type="dxa"/>
              <w:left w:w="45" w:type="dxa"/>
              <w:bottom w:w="45" w:type="dxa"/>
              <w:right w:w="45" w:type="dxa"/>
            </w:tcMar>
          </w:tcPr>
          <w:p w14:paraId="49C7B796" w14:textId="77777777" w:rsidR="004D4D58" w:rsidRPr="00A81E72" w:rsidRDefault="00A65A9D">
            <w:pPr>
              <w:rPr>
                <w:lang w:val="fr-FR"/>
              </w:rPr>
            </w:pPr>
            <w:r w:rsidRPr="0D726C07">
              <w:rPr>
                <w:sz w:val="15"/>
                <w:szCs w:val="15"/>
                <w:lang w:val="fr-FR"/>
              </w:rPr>
              <w:t>[Tapez ici]</w:t>
            </w:r>
          </w:p>
        </w:tc>
        <w:tc>
          <w:tcPr>
            <w:tcW w:w="3504" w:type="dxa"/>
            <w:tcMar>
              <w:top w:w="45" w:type="dxa"/>
              <w:left w:w="45" w:type="dxa"/>
              <w:bottom w:w="45" w:type="dxa"/>
              <w:right w:w="45" w:type="dxa"/>
            </w:tcMar>
          </w:tcPr>
          <w:p w14:paraId="0DDAD57B" w14:textId="77777777" w:rsidR="004D4D58" w:rsidRPr="00A81E72" w:rsidRDefault="00A65A9D">
            <w:pPr>
              <w:rPr>
                <w:lang w:val="fr-FR"/>
              </w:rPr>
            </w:pPr>
            <w:r w:rsidRPr="0D726C07">
              <w:rPr>
                <w:sz w:val="15"/>
                <w:szCs w:val="15"/>
                <w:lang w:val="fr-FR"/>
              </w:rPr>
              <w:t>[Tapez ici]</w:t>
            </w:r>
          </w:p>
        </w:tc>
      </w:tr>
      <w:tr w:rsidR="004D4D58" w:rsidRPr="00900FB4" w14:paraId="12BD80D8" w14:textId="77777777" w:rsidTr="0D726C07">
        <w:trPr>
          <w:jc w:val="center"/>
        </w:trPr>
        <w:tc>
          <w:tcPr>
            <w:tcW w:w="3504" w:type="dxa"/>
            <w:tcMar>
              <w:top w:w="45" w:type="dxa"/>
              <w:left w:w="45" w:type="dxa"/>
              <w:bottom w:w="45" w:type="dxa"/>
              <w:right w:w="45" w:type="dxa"/>
            </w:tcMar>
          </w:tcPr>
          <w:p w14:paraId="6DAC02A5" w14:textId="77777777" w:rsidR="004D4D58" w:rsidRPr="00A81E72" w:rsidRDefault="00A65A9D">
            <w:pPr>
              <w:rPr>
                <w:lang w:val="fr-FR"/>
              </w:rPr>
            </w:pPr>
            <w:r w:rsidRPr="0D726C07">
              <w:rPr>
                <w:sz w:val="15"/>
                <w:szCs w:val="15"/>
                <w:lang w:val="fr-FR"/>
              </w:rPr>
              <w:t>Résultats de la commercialisation/transfert de technologies, le cas échéant</w:t>
            </w:r>
          </w:p>
        </w:tc>
        <w:tc>
          <w:tcPr>
            <w:tcW w:w="3504" w:type="dxa"/>
            <w:tcMar>
              <w:top w:w="45" w:type="dxa"/>
              <w:left w:w="45" w:type="dxa"/>
              <w:bottom w:w="45" w:type="dxa"/>
              <w:right w:w="45" w:type="dxa"/>
            </w:tcMar>
          </w:tcPr>
          <w:p w14:paraId="7AEE60E2" w14:textId="77777777" w:rsidR="004D4D58" w:rsidRPr="00A81E72" w:rsidRDefault="00A65A9D">
            <w:pPr>
              <w:rPr>
                <w:lang w:val="fr-FR"/>
              </w:rPr>
            </w:pPr>
            <w:r w:rsidRPr="0D726C07">
              <w:rPr>
                <w:sz w:val="15"/>
                <w:szCs w:val="15"/>
                <w:lang w:val="fr-FR"/>
              </w:rPr>
              <w:t>[Tapez ici]</w:t>
            </w:r>
          </w:p>
        </w:tc>
        <w:tc>
          <w:tcPr>
            <w:tcW w:w="3504" w:type="dxa"/>
            <w:tcMar>
              <w:top w:w="45" w:type="dxa"/>
              <w:left w:w="45" w:type="dxa"/>
              <w:bottom w:w="45" w:type="dxa"/>
              <w:right w:w="45" w:type="dxa"/>
            </w:tcMar>
          </w:tcPr>
          <w:p w14:paraId="2607C280" w14:textId="77777777" w:rsidR="004D4D58" w:rsidRPr="00A81E72" w:rsidRDefault="00A65A9D">
            <w:pPr>
              <w:rPr>
                <w:lang w:val="fr-FR"/>
              </w:rPr>
            </w:pPr>
            <w:r w:rsidRPr="0D726C07">
              <w:rPr>
                <w:sz w:val="15"/>
                <w:szCs w:val="15"/>
                <w:lang w:val="fr-FR"/>
              </w:rPr>
              <w:t>[Tapez ici]</w:t>
            </w:r>
          </w:p>
        </w:tc>
      </w:tr>
    </w:tbl>
    <w:p w14:paraId="0B0497DE" w14:textId="77777777" w:rsidR="004D4D58" w:rsidRPr="00A81E72" w:rsidRDefault="004D4D58">
      <w:pPr>
        <w:spacing w:after="40" w:line="240" w:lineRule="auto"/>
        <w:rPr>
          <w:lang w:val="fr-FR"/>
        </w:rPr>
      </w:pPr>
    </w:p>
    <w:p w14:paraId="4A42D85E" w14:textId="77777777" w:rsidR="004D4D58" w:rsidRPr="00A81E72" w:rsidRDefault="00A65A9D">
      <w:pPr>
        <w:pStyle w:val="Heading2"/>
        <w:spacing w:before="160" w:after="80" w:line="240" w:lineRule="auto"/>
        <w:rPr>
          <w:lang w:val="fr-FR"/>
        </w:rPr>
      </w:pPr>
      <w:r w:rsidRPr="0D726C07">
        <w:rPr>
          <w:color w:val="0F6B78"/>
          <w:lang w:val="fr-FR"/>
        </w:rPr>
        <w:t>Section 3 - Excellence institutionnelle et état de préparation</w:t>
      </w:r>
    </w:p>
    <w:p w14:paraId="01737B40" w14:textId="77777777" w:rsidR="004D4D58" w:rsidRPr="00A81E72" w:rsidRDefault="00A65A9D">
      <w:pPr>
        <w:spacing w:after="120" w:line="240" w:lineRule="auto"/>
        <w:rPr>
          <w:b/>
          <w:bCs/>
          <w:color w:val="C00000"/>
          <w:lang w:val="fr-FR"/>
        </w:rPr>
      </w:pPr>
      <w:r w:rsidRPr="0D726C07">
        <w:rPr>
          <w:b/>
          <w:bCs/>
          <w:i/>
          <w:iCs/>
          <w:color w:val="C00000"/>
          <w:sz w:val="16"/>
          <w:szCs w:val="16"/>
          <w:lang w:val="fr-FR"/>
        </w:rPr>
        <w:t>Allocation indicative : 3 à 4 pages.</w:t>
      </w:r>
    </w:p>
    <w:p w14:paraId="464BE558" w14:textId="77777777" w:rsidR="004D4D58" w:rsidRPr="00A81E72" w:rsidRDefault="00A65A9D">
      <w:pPr>
        <w:pStyle w:val="Heading3"/>
        <w:spacing w:before="160" w:after="80" w:line="240" w:lineRule="auto"/>
        <w:rPr>
          <w:lang w:val="fr-FR"/>
        </w:rPr>
      </w:pPr>
      <w:r w:rsidRPr="0D726C07">
        <w:rPr>
          <w:color w:val="0F6B78"/>
          <w:lang w:val="fr-FR"/>
        </w:rPr>
        <w:t>3.1 Bilan et capacités existantes</w:t>
      </w:r>
    </w:p>
    <w:tbl>
      <w:tblPr>
        <w:tblStyle w:val="TableGrid"/>
        <w:tblW w:w="0" w:type="auto"/>
        <w:jc w:val="center"/>
        <w:tblLook w:val="04A0" w:firstRow="1" w:lastRow="0" w:firstColumn="1" w:lastColumn="0" w:noHBand="0" w:noVBand="1"/>
      </w:tblPr>
      <w:tblGrid>
        <w:gridCol w:w="10502"/>
      </w:tblGrid>
      <w:tr w:rsidR="004D4D58" w:rsidRPr="00FD1E45" w14:paraId="67CF7B1D" w14:textId="77777777" w:rsidTr="0D726C07">
        <w:trPr>
          <w:jc w:val="center"/>
        </w:trPr>
        <w:tc>
          <w:tcPr>
            <w:tcW w:w="10512" w:type="dxa"/>
            <w:shd w:val="clear" w:color="auto" w:fill="DDEFEF"/>
            <w:tcMar>
              <w:top w:w="100" w:type="dxa"/>
              <w:left w:w="100" w:type="dxa"/>
              <w:bottom w:w="100" w:type="dxa"/>
              <w:right w:w="100" w:type="dxa"/>
            </w:tcMar>
          </w:tcPr>
          <w:p w14:paraId="68AA496B" w14:textId="4E44D46A"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Résumez les réalisations les plus importantes du centre dans les domaines de la formation </w:t>
            </w:r>
            <w:r w:rsidR="6FFF6B9A" w:rsidRPr="0D726C07">
              <w:rPr>
                <w:sz w:val="17"/>
                <w:szCs w:val="17"/>
                <w:lang w:val="fr-FR"/>
              </w:rPr>
              <w:t>supérieure</w:t>
            </w:r>
            <w:r w:rsidR="00A65A9D" w:rsidRPr="0D726C07">
              <w:rPr>
                <w:sz w:val="17"/>
                <w:szCs w:val="17"/>
                <w:lang w:val="fr-FR"/>
              </w:rPr>
              <w:t>, de la recherche évaluée par les pairs, de la collaboration avec l'industrie, de la portée régionale, de la génération de revenus externes et des performances antérieures dans le cadre du CEA ou de programmes connexes.</w:t>
            </w:r>
          </w:p>
        </w:tc>
      </w:tr>
      <w:tr w:rsidR="004D4D58" w:rsidRPr="00FD1E45" w14:paraId="77457A73" w14:textId="77777777" w:rsidTr="0D726C07">
        <w:trPr>
          <w:jc w:val="center"/>
        </w:trPr>
        <w:tc>
          <w:tcPr>
            <w:tcW w:w="10512" w:type="dxa"/>
            <w:tcMar>
              <w:top w:w="100" w:type="dxa"/>
              <w:left w:w="100" w:type="dxa"/>
              <w:bottom w:w="100" w:type="dxa"/>
              <w:right w:w="100" w:type="dxa"/>
            </w:tcMar>
          </w:tcPr>
          <w:p w14:paraId="1DB3014C" w14:textId="6D5B6FAC"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3F7796AC" w14:textId="77777777" w:rsidR="004D4D58" w:rsidRPr="00A81E72" w:rsidRDefault="004D4D58">
      <w:pPr>
        <w:spacing w:after="40" w:line="240" w:lineRule="auto"/>
        <w:rPr>
          <w:lang w:val="fr-FR"/>
        </w:rPr>
      </w:pPr>
    </w:p>
    <w:p w14:paraId="69DC18ED" w14:textId="77777777" w:rsidR="004D4D58" w:rsidRPr="00A81E72" w:rsidRDefault="00A65A9D">
      <w:pPr>
        <w:pStyle w:val="Heading3"/>
        <w:spacing w:before="160" w:after="80" w:line="240" w:lineRule="auto"/>
        <w:rPr>
          <w:lang w:val="fr-FR"/>
        </w:rPr>
      </w:pPr>
      <w:r w:rsidRPr="0D726C07">
        <w:rPr>
          <w:color w:val="0F6B78"/>
          <w:lang w:val="fr-FR"/>
        </w:rPr>
        <w:t>3.2 Appui à l'université hôte et gouvernance</w:t>
      </w:r>
    </w:p>
    <w:tbl>
      <w:tblPr>
        <w:tblStyle w:val="TableGrid"/>
        <w:tblW w:w="0" w:type="auto"/>
        <w:jc w:val="center"/>
        <w:tblLook w:val="04A0" w:firstRow="1" w:lastRow="0" w:firstColumn="1" w:lastColumn="0" w:noHBand="0" w:noVBand="1"/>
      </w:tblPr>
      <w:tblGrid>
        <w:gridCol w:w="10502"/>
      </w:tblGrid>
      <w:tr w:rsidR="004D4D58" w:rsidRPr="00FD1E45" w14:paraId="312ADAEA" w14:textId="77777777" w:rsidTr="0D726C07">
        <w:trPr>
          <w:jc w:val="center"/>
        </w:trPr>
        <w:tc>
          <w:tcPr>
            <w:tcW w:w="10512" w:type="dxa"/>
            <w:shd w:val="clear" w:color="auto" w:fill="DDEFEF"/>
            <w:tcMar>
              <w:top w:w="100" w:type="dxa"/>
              <w:left w:w="100" w:type="dxa"/>
              <w:bottom w:w="100" w:type="dxa"/>
              <w:right w:w="100" w:type="dxa"/>
            </w:tcMar>
          </w:tcPr>
          <w:p w14:paraId="3BB53123" w14:textId="22B3EF02"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Décrivez l'engagement de l'université hôte par le biais du financement, du leadership, des infrastructures, de la gouvernance, d</w:t>
            </w:r>
            <w:r w:rsidR="565D6C6E" w:rsidRPr="0D726C07">
              <w:rPr>
                <w:sz w:val="17"/>
                <w:szCs w:val="17"/>
                <w:lang w:val="fr-FR"/>
              </w:rPr>
              <w:t xml:space="preserve">u </w:t>
            </w:r>
            <w:r w:rsidR="00A65A9D" w:rsidRPr="0D726C07">
              <w:rPr>
                <w:sz w:val="17"/>
                <w:szCs w:val="17"/>
                <w:lang w:val="fr-FR"/>
              </w:rPr>
              <w:t>personnel, de l'appui à la passation des marchés, des systèmes fiduciaires et des mesures de durabilité.</w:t>
            </w:r>
          </w:p>
        </w:tc>
      </w:tr>
      <w:tr w:rsidR="004D4D58" w:rsidRPr="00FD1E45" w14:paraId="7BDFE2E3" w14:textId="77777777" w:rsidTr="0D726C07">
        <w:trPr>
          <w:jc w:val="center"/>
        </w:trPr>
        <w:tc>
          <w:tcPr>
            <w:tcW w:w="10512" w:type="dxa"/>
            <w:tcMar>
              <w:top w:w="100" w:type="dxa"/>
              <w:left w:w="100" w:type="dxa"/>
              <w:bottom w:w="100" w:type="dxa"/>
              <w:right w:w="100" w:type="dxa"/>
            </w:tcMar>
          </w:tcPr>
          <w:p w14:paraId="541D1C9F" w14:textId="73905356"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57102A94" w14:textId="77777777" w:rsidR="004D4D58" w:rsidRPr="00A81E72" w:rsidRDefault="004D4D58">
      <w:pPr>
        <w:spacing w:after="40" w:line="240" w:lineRule="auto"/>
        <w:rPr>
          <w:lang w:val="fr-FR"/>
        </w:rPr>
      </w:pPr>
    </w:p>
    <w:p w14:paraId="223E6362" w14:textId="77777777" w:rsidR="004D4D58" w:rsidRPr="00A81E72" w:rsidRDefault="00A65A9D">
      <w:pPr>
        <w:pStyle w:val="Heading3"/>
        <w:spacing w:before="160" w:after="80" w:line="240" w:lineRule="auto"/>
        <w:rPr>
          <w:lang w:val="fr-FR"/>
        </w:rPr>
      </w:pPr>
      <w:r w:rsidRPr="0D726C07">
        <w:rPr>
          <w:color w:val="0F6B78"/>
          <w:lang w:val="fr-FR"/>
        </w:rPr>
        <w:t>3.3 Plan d'investissement stratégique</w:t>
      </w:r>
    </w:p>
    <w:p w14:paraId="4E77647E" w14:textId="479598C0" w:rsidR="004D4D58" w:rsidRPr="00A81E72" w:rsidRDefault="00A65A9D">
      <w:pPr>
        <w:spacing w:after="120" w:line="240" w:lineRule="auto"/>
        <w:rPr>
          <w:lang w:val="fr-FR"/>
        </w:rPr>
      </w:pPr>
      <w:r w:rsidRPr="0D726C07">
        <w:rPr>
          <w:sz w:val="16"/>
          <w:szCs w:val="16"/>
          <w:lang w:val="fr-FR"/>
        </w:rPr>
        <w:t>Jusqu'à</w:t>
      </w:r>
      <w:r w:rsidR="00AB21B4" w:rsidRPr="0D726C07">
        <w:rPr>
          <w:sz w:val="16"/>
          <w:szCs w:val="16"/>
          <w:lang w:val="fr-FR"/>
        </w:rPr>
        <w:t xml:space="preserve">15 </w:t>
      </w:r>
      <w:r w:rsidRPr="0D726C07">
        <w:rPr>
          <w:sz w:val="16"/>
          <w:szCs w:val="16"/>
          <w:lang w:val="fr-FR"/>
        </w:rPr>
        <w:t xml:space="preserve">% du </w:t>
      </w:r>
      <w:r w:rsidR="00C10548" w:rsidRPr="0D726C07">
        <w:rPr>
          <w:sz w:val="16"/>
          <w:szCs w:val="16"/>
          <w:lang w:val="fr-FR"/>
        </w:rPr>
        <w:t>financement du CEA</w:t>
      </w:r>
      <w:r w:rsidRPr="0D726C07">
        <w:rPr>
          <w:sz w:val="16"/>
          <w:szCs w:val="16"/>
          <w:lang w:val="fr-FR"/>
        </w:rPr>
        <w:t xml:space="preserve"> peut être alloué à des activités de renforcement institutionnel. Classez uniquement les zones à privilégier et expliquez l'utilisation prévue.</w:t>
      </w:r>
    </w:p>
    <w:tbl>
      <w:tblPr>
        <w:tblStyle w:val="TableGrid"/>
        <w:tblW w:w="0" w:type="auto"/>
        <w:jc w:val="center"/>
        <w:tblLook w:val="04A0" w:firstRow="1" w:lastRow="0" w:firstColumn="1" w:lastColumn="0" w:noHBand="0" w:noVBand="1"/>
      </w:tblPr>
      <w:tblGrid>
        <w:gridCol w:w="2626"/>
        <w:gridCol w:w="2625"/>
        <w:gridCol w:w="2626"/>
        <w:gridCol w:w="2625"/>
      </w:tblGrid>
      <w:tr w:rsidR="004D4D58" w:rsidRPr="00900FB4" w14:paraId="451F5D84" w14:textId="77777777" w:rsidTr="0D726C07">
        <w:trPr>
          <w:tblHeader/>
          <w:jc w:val="center"/>
        </w:trPr>
        <w:tc>
          <w:tcPr>
            <w:tcW w:w="2628" w:type="dxa"/>
            <w:shd w:val="clear" w:color="auto" w:fill="1F4E79"/>
            <w:tcMar>
              <w:top w:w="45" w:type="dxa"/>
              <w:left w:w="45" w:type="dxa"/>
              <w:bottom w:w="45" w:type="dxa"/>
              <w:right w:w="45" w:type="dxa"/>
            </w:tcMar>
          </w:tcPr>
          <w:p w14:paraId="555710F6" w14:textId="77777777" w:rsidR="004D4D58" w:rsidRPr="00A81E72" w:rsidRDefault="00A65A9D">
            <w:pPr>
              <w:rPr>
                <w:lang w:val="fr-FR"/>
              </w:rPr>
            </w:pPr>
            <w:r w:rsidRPr="0D726C07">
              <w:rPr>
                <w:b/>
                <w:bCs/>
                <w:color w:val="FFFFFF" w:themeColor="background1"/>
                <w:sz w:val="15"/>
                <w:szCs w:val="15"/>
                <w:lang w:val="fr-FR"/>
              </w:rPr>
              <w:t>Domaine d'investissement</w:t>
            </w:r>
          </w:p>
        </w:tc>
        <w:tc>
          <w:tcPr>
            <w:tcW w:w="2628" w:type="dxa"/>
            <w:shd w:val="clear" w:color="auto" w:fill="1F4E79"/>
            <w:tcMar>
              <w:top w:w="45" w:type="dxa"/>
              <w:left w:w="45" w:type="dxa"/>
              <w:bottom w:w="45" w:type="dxa"/>
              <w:right w:w="45" w:type="dxa"/>
            </w:tcMar>
          </w:tcPr>
          <w:p w14:paraId="08328962" w14:textId="77777777" w:rsidR="004D4D58" w:rsidRPr="00A81E72" w:rsidRDefault="00A65A9D">
            <w:pPr>
              <w:rPr>
                <w:lang w:val="fr-FR"/>
              </w:rPr>
            </w:pPr>
            <w:r w:rsidRPr="0D726C07">
              <w:rPr>
                <w:b/>
                <w:bCs/>
                <w:color w:val="FFFFFF" w:themeColor="background1"/>
                <w:sz w:val="15"/>
                <w:szCs w:val="15"/>
                <w:lang w:val="fr-FR"/>
              </w:rPr>
              <w:t>Rang</w:t>
            </w:r>
          </w:p>
        </w:tc>
        <w:tc>
          <w:tcPr>
            <w:tcW w:w="2628" w:type="dxa"/>
            <w:shd w:val="clear" w:color="auto" w:fill="1F4E79"/>
            <w:tcMar>
              <w:top w:w="45" w:type="dxa"/>
              <w:left w:w="45" w:type="dxa"/>
              <w:bottom w:w="45" w:type="dxa"/>
              <w:right w:w="45" w:type="dxa"/>
            </w:tcMar>
          </w:tcPr>
          <w:p w14:paraId="15CD2A2E" w14:textId="77777777" w:rsidR="004D4D58" w:rsidRPr="00900FB4" w:rsidRDefault="00A65A9D" w:rsidP="0D726C07">
            <w:r w:rsidRPr="0D726C07">
              <w:rPr>
                <w:b/>
                <w:bCs/>
                <w:color w:val="FFFFFF" w:themeColor="background1"/>
                <w:sz w:val="15"/>
                <w:szCs w:val="15"/>
              </w:rPr>
              <w:t xml:space="preserve">Part approximative du budget </w:t>
            </w:r>
            <w:proofErr w:type="gramStart"/>
            <w:r w:rsidRPr="0D726C07">
              <w:rPr>
                <w:b/>
                <w:bCs/>
                <w:color w:val="FFFFFF" w:themeColor="background1"/>
                <w:sz w:val="15"/>
                <w:szCs w:val="15"/>
              </w:rPr>
              <w:t>( %</w:t>
            </w:r>
            <w:proofErr w:type="gramEnd"/>
            <w:r w:rsidRPr="0D726C07">
              <w:rPr>
                <w:b/>
                <w:bCs/>
                <w:color w:val="FFFFFF" w:themeColor="background1"/>
                <w:sz w:val="15"/>
                <w:szCs w:val="15"/>
              </w:rPr>
              <w:t>)</w:t>
            </w:r>
          </w:p>
        </w:tc>
        <w:tc>
          <w:tcPr>
            <w:tcW w:w="2628" w:type="dxa"/>
            <w:shd w:val="clear" w:color="auto" w:fill="1F4E79"/>
            <w:tcMar>
              <w:top w:w="45" w:type="dxa"/>
              <w:left w:w="45" w:type="dxa"/>
              <w:bottom w:w="45" w:type="dxa"/>
              <w:right w:w="45" w:type="dxa"/>
            </w:tcMar>
          </w:tcPr>
          <w:p w14:paraId="7AD7D550" w14:textId="77777777" w:rsidR="004D4D58" w:rsidRPr="00A81E72" w:rsidRDefault="00A65A9D">
            <w:pPr>
              <w:rPr>
                <w:lang w:val="fr-FR"/>
              </w:rPr>
            </w:pPr>
            <w:r w:rsidRPr="0D726C07">
              <w:rPr>
                <w:b/>
                <w:bCs/>
                <w:color w:val="FFFFFF" w:themeColor="background1"/>
                <w:sz w:val="15"/>
                <w:szCs w:val="15"/>
                <w:lang w:val="fr-FR"/>
              </w:rPr>
              <w:t>Utilisation prévue</w:t>
            </w:r>
          </w:p>
        </w:tc>
      </w:tr>
      <w:tr w:rsidR="004D4D58" w:rsidRPr="00900FB4" w14:paraId="6D7A6443" w14:textId="77777777" w:rsidTr="0D726C07">
        <w:trPr>
          <w:jc w:val="center"/>
        </w:trPr>
        <w:tc>
          <w:tcPr>
            <w:tcW w:w="2628" w:type="dxa"/>
            <w:tcMar>
              <w:top w:w="45" w:type="dxa"/>
              <w:left w:w="45" w:type="dxa"/>
              <w:bottom w:w="45" w:type="dxa"/>
              <w:right w:w="45" w:type="dxa"/>
            </w:tcMar>
          </w:tcPr>
          <w:p w14:paraId="5F5369BE" w14:textId="77777777" w:rsidR="004D4D58" w:rsidRPr="00A81E72" w:rsidRDefault="00A65A9D">
            <w:pPr>
              <w:rPr>
                <w:lang w:val="fr-FR"/>
              </w:rPr>
            </w:pPr>
            <w:r w:rsidRPr="0D726C07">
              <w:rPr>
                <w:sz w:val="15"/>
                <w:szCs w:val="15"/>
                <w:lang w:val="fr-FR"/>
              </w:rPr>
              <w:t>Perfectionnement du corps professoral</w:t>
            </w:r>
          </w:p>
        </w:tc>
        <w:tc>
          <w:tcPr>
            <w:tcW w:w="2628" w:type="dxa"/>
            <w:tcMar>
              <w:top w:w="45" w:type="dxa"/>
              <w:left w:w="45" w:type="dxa"/>
              <w:bottom w:w="45" w:type="dxa"/>
              <w:right w:w="45" w:type="dxa"/>
            </w:tcMar>
          </w:tcPr>
          <w:p w14:paraId="1E0C813B"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60C67ACA"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396186BA" w14:textId="77777777" w:rsidR="004D4D58" w:rsidRPr="00A81E72" w:rsidRDefault="00A65A9D">
            <w:pPr>
              <w:rPr>
                <w:lang w:val="fr-FR"/>
              </w:rPr>
            </w:pPr>
            <w:r w:rsidRPr="0D726C07">
              <w:rPr>
                <w:sz w:val="15"/>
                <w:szCs w:val="15"/>
                <w:lang w:val="fr-FR"/>
              </w:rPr>
              <w:t>[Tapez ici]</w:t>
            </w:r>
          </w:p>
        </w:tc>
      </w:tr>
      <w:tr w:rsidR="004D4D58" w:rsidRPr="00900FB4" w14:paraId="2D35D325" w14:textId="77777777" w:rsidTr="0D726C07">
        <w:trPr>
          <w:jc w:val="center"/>
        </w:trPr>
        <w:tc>
          <w:tcPr>
            <w:tcW w:w="2628" w:type="dxa"/>
            <w:tcMar>
              <w:top w:w="45" w:type="dxa"/>
              <w:left w:w="45" w:type="dxa"/>
              <w:bottom w:w="45" w:type="dxa"/>
              <w:right w:w="45" w:type="dxa"/>
            </w:tcMar>
          </w:tcPr>
          <w:p w14:paraId="0B653E40" w14:textId="77777777" w:rsidR="004D4D58" w:rsidRPr="00A81E72" w:rsidRDefault="00A65A9D">
            <w:pPr>
              <w:rPr>
                <w:lang w:val="fr-FR"/>
              </w:rPr>
            </w:pPr>
            <w:r w:rsidRPr="0D726C07">
              <w:rPr>
                <w:sz w:val="15"/>
                <w:szCs w:val="15"/>
                <w:lang w:val="fr-FR"/>
              </w:rPr>
              <w:t>Gestion de la recherche, y compris le transfert, la commercialisation et l'innovation de technologies</w:t>
            </w:r>
          </w:p>
        </w:tc>
        <w:tc>
          <w:tcPr>
            <w:tcW w:w="2628" w:type="dxa"/>
            <w:tcMar>
              <w:top w:w="45" w:type="dxa"/>
              <w:left w:w="45" w:type="dxa"/>
              <w:bottom w:w="45" w:type="dxa"/>
              <w:right w:w="45" w:type="dxa"/>
            </w:tcMar>
          </w:tcPr>
          <w:p w14:paraId="4611E3E8"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37612023"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241AA4ED" w14:textId="77777777" w:rsidR="004D4D58" w:rsidRPr="00A81E72" w:rsidRDefault="00A65A9D">
            <w:pPr>
              <w:rPr>
                <w:lang w:val="fr-FR"/>
              </w:rPr>
            </w:pPr>
            <w:r w:rsidRPr="0D726C07">
              <w:rPr>
                <w:sz w:val="15"/>
                <w:szCs w:val="15"/>
                <w:lang w:val="fr-FR"/>
              </w:rPr>
              <w:t>[Tapez ici]</w:t>
            </w:r>
          </w:p>
        </w:tc>
      </w:tr>
      <w:tr w:rsidR="004D4D58" w:rsidRPr="00900FB4" w14:paraId="7AEBC5A4" w14:textId="77777777" w:rsidTr="0D726C07">
        <w:trPr>
          <w:jc w:val="center"/>
        </w:trPr>
        <w:tc>
          <w:tcPr>
            <w:tcW w:w="2628" w:type="dxa"/>
            <w:tcMar>
              <w:top w:w="45" w:type="dxa"/>
              <w:left w:w="45" w:type="dxa"/>
              <w:bottom w:w="45" w:type="dxa"/>
              <w:right w:w="45" w:type="dxa"/>
            </w:tcMar>
          </w:tcPr>
          <w:p w14:paraId="04F1EB04" w14:textId="77777777" w:rsidR="004D4D58" w:rsidRPr="00A81E72" w:rsidRDefault="00A65A9D">
            <w:pPr>
              <w:rPr>
                <w:lang w:val="fr-FR"/>
              </w:rPr>
            </w:pPr>
            <w:r w:rsidRPr="0D726C07">
              <w:rPr>
                <w:sz w:val="15"/>
                <w:szCs w:val="15"/>
                <w:lang w:val="fr-FR"/>
              </w:rPr>
              <w:t>Infrastructure numérique et plateformes d'apprentissage</w:t>
            </w:r>
          </w:p>
        </w:tc>
        <w:tc>
          <w:tcPr>
            <w:tcW w:w="2628" w:type="dxa"/>
            <w:tcMar>
              <w:top w:w="45" w:type="dxa"/>
              <w:left w:w="45" w:type="dxa"/>
              <w:bottom w:w="45" w:type="dxa"/>
              <w:right w:w="45" w:type="dxa"/>
            </w:tcMar>
          </w:tcPr>
          <w:p w14:paraId="4FD1B140"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3A89B1F4"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4F7C9EFA" w14:textId="77777777" w:rsidR="004D4D58" w:rsidRPr="00A81E72" w:rsidRDefault="00A65A9D">
            <w:pPr>
              <w:rPr>
                <w:lang w:val="fr-FR"/>
              </w:rPr>
            </w:pPr>
            <w:r w:rsidRPr="0D726C07">
              <w:rPr>
                <w:sz w:val="15"/>
                <w:szCs w:val="15"/>
                <w:lang w:val="fr-FR"/>
              </w:rPr>
              <w:t>[Tapez ici]</w:t>
            </w:r>
          </w:p>
        </w:tc>
      </w:tr>
      <w:tr w:rsidR="004D4D58" w:rsidRPr="00900FB4" w14:paraId="6A13113A" w14:textId="77777777" w:rsidTr="0D726C07">
        <w:trPr>
          <w:jc w:val="center"/>
        </w:trPr>
        <w:tc>
          <w:tcPr>
            <w:tcW w:w="2628" w:type="dxa"/>
            <w:tcMar>
              <w:top w:w="45" w:type="dxa"/>
              <w:left w:w="45" w:type="dxa"/>
              <w:bottom w:w="45" w:type="dxa"/>
              <w:right w:w="45" w:type="dxa"/>
            </w:tcMar>
          </w:tcPr>
          <w:p w14:paraId="420A2934" w14:textId="77777777" w:rsidR="004D4D58" w:rsidRPr="00A81E72" w:rsidRDefault="00A65A9D">
            <w:pPr>
              <w:rPr>
                <w:lang w:val="fr-FR"/>
              </w:rPr>
            </w:pPr>
            <w:r w:rsidRPr="0D726C07">
              <w:rPr>
                <w:sz w:val="15"/>
                <w:szCs w:val="15"/>
                <w:lang w:val="fr-FR"/>
              </w:rPr>
              <w:t>Modernisation et équipement des laboratoires</w:t>
            </w:r>
          </w:p>
        </w:tc>
        <w:tc>
          <w:tcPr>
            <w:tcW w:w="2628" w:type="dxa"/>
            <w:tcMar>
              <w:top w:w="45" w:type="dxa"/>
              <w:left w:w="45" w:type="dxa"/>
              <w:bottom w:w="45" w:type="dxa"/>
              <w:right w:w="45" w:type="dxa"/>
            </w:tcMar>
          </w:tcPr>
          <w:p w14:paraId="1ADB76DA"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706B3D31"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5D178340" w14:textId="77777777" w:rsidR="004D4D58" w:rsidRPr="00A81E72" w:rsidRDefault="00A65A9D">
            <w:pPr>
              <w:rPr>
                <w:lang w:val="fr-FR"/>
              </w:rPr>
            </w:pPr>
            <w:r w:rsidRPr="0D726C07">
              <w:rPr>
                <w:sz w:val="15"/>
                <w:szCs w:val="15"/>
                <w:lang w:val="fr-FR"/>
              </w:rPr>
              <w:t>[Tapez ici]</w:t>
            </w:r>
          </w:p>
        </w:tc>
      </w:tr>
      <w:tr w:rsidR="004D4D58" w:rsidRPr="00900FB4" w14:paraId="508FA2C6" w14:textId="77777777" w:rsidTr="0D726C07">
        <w:trPr>
          <w:jc w:val="center"/>
        </w:trPr>
        <w:tc>
          <w:tcPr>
            <w:tcW w:w="2628" w:type="dxa"/>
            <w:tcMar>
              <w:top w:w="45" w:type="dxa"/>
              <w:left w:w="45" w:type="dxa"/>
              <w:bottom w:w="45" w:type="dxa"/>
              <w:right w:w="45" w:type="dxa"/>
            </w:tcMar>
          </w:tcPr>
          <w:p w14:paraId="7888DC3F" w14:textId="77777777" w:rsidR="004D4D58" w:rsidRPr="00A81E72" w:rsidRDefault="00A65A9D">
            <w:pPr>
              <w:rPr>
                <w:lang w:val="fr-FR"/>
              </w:rPr>
            </w:pPr>
            <w:r w:rsidRPr="0D726C07">
              <w:rPr>
                <w:sz w:val="15"/>
                <w:szCs w:val="15"/>
                <w:lang w:val="fr-FR"/>
              </w:rPr>
              <w:t>Assurance qualité et accréditation</w:t>
            </w:r>
          </w:p>
        </w:tc>
        <w:tc>
          <w:tcPr>
            <w:tcW w:w="2628" w:type="dxa"/>
            <w:tcMar>
              <w:top w:w="45" w:type="dxa"/>
              <w:left w:w="45" w:type="dxa"/>
              <w:bottom w:w="45" w:type="dxa"/>
              <w:right w:w="45" w:type="dxa"/>
            </w:tcMar>
          </w:tcPr>
          <w:p w14:paraId="35765898"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183194DD"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4128AD5D" w14:textId="77777777" w:rsidR="004D4D58" w:rsidRPr="00A81E72" w:rsidRDefault="00A65A9D">
            <w:pPr>
              <w:rPr>
                <w:lang w:val="fr-FR"/>
              </w:rPr>
            </w:pPr>
            <w:r w:rsidRPr="0D726C07">
              <w:rPr>
                <w:sz w:val="15"/>
                <w:szCs w:val="15"/>
                <w:lang w:val="fr-FR"/>
              </w:rPr>
              <w:t>[Tapez ici]</w:t>
            </w:r>
          </w:p>
        </w:tc>
      </w:tr>
      <w:tr w:rsidR="004D4D58" w:rsidRPr="00900FB4" w14:paraId="275548B0" w14:textId="77777777" w:rsidTr="0D726C07">
        <w:trPr>
          <w:jc w:val="center"/>
        </w:trPr>
        <w:tc>
          <w:tcPr>
            <w:tcW w:w="2628" w:type="dxa"/>
            <w:tcMar>
              <w:top w:w="45" w:type="dxa"/>
              <w:left w:w="45" w:type="dxa"/>
              <w:bottom w:w="45" w:type="dxa"/>
              <w:right w:w="45" w:type="dxa"/>
            </w:tcMar>
          </w:tcPr>
          <w:p w14:paraId="3164658A" w14:textId="77777777" w:rsidR="004D4D58" w:rsidRPr="00A81E72" w:rsidRDefault="00A65A9D">
            <w:pPr>
              <w:rPr>
                <w:lang w:val="fr-FR"/>
              </w:rPr>
            </w:pPr>
            <w:r w:rsidRPr="0D726C07">
              <w:rPr>
                <w:sz w:val="15"/>
                <w:szCs w:val="15"/>
                <w:lang w:val="fr-FR"/>
              </w:rPr>
              <w:t>Systèmes d'aide aux étudiants et d'employabilité</w:t>
            </w:r>
          </w:p>
        </w:tc>
        <w:tc>
          <w:tcPr>
            <w:tcW w:w="2628" w:type="dxa"/>
            <w:tcMar>
              <w:top w:w="45" w:type="dxa"/>
              <w:left w:w="45" w:type="dxa"/>
              <w:bottom w:w="45" w:type="dxa"/>
              <w:right w:w="45" w:type="dxa"/>
            </w:tcMar>
          </w:tcPr>
          <w:p w14:paraId="73983047"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30810922"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61482235" w14:textId="77777777" w:rsidR="004D4D58" w:rsidRPr="00A81E72" w:rsidRDefault="00A65A9D">
            <w:pPr>
              <w:rPr>
                <w:lang w:val="fr-FR"/>
              </w:rPr>
            </w:pPr>
            <w:r w:rsidRPr="0D726C07">
              <w:rPr>
                <w:sz w:val="15"/>
                <w:szCs w:val="15"/>
                <w:lang w:val="fr-FR"/>
              </w:rPr>
              <w:t>[Tapez ici]</w:t>
            </w:r>
          </w:p>
        </w:tc>
      </w:tr>
      <w:tr w:rsidR="004D4D58" w:rsidRPr="00900FB4" w14:paraId="727B10EE" w14:textId="77777777" w:rsidTr="0D726C07">
        <w:trPr>
          <w:jc w:val="center"/>
        </w:trPr>
        <w:tc>
          <w:tcPr>
            <w:tcW w:w="2628" w:type="dxa"/>
            <w:tcMar>
              <w:top w:w="45" w:type="dxa"/>
              <w:left w:w="45" w:type="dxa"/>
              <w:bottom w:w="45" w:type="dxa"/>
              <w:right w:w="45" w:type="dxa"/>
            </w:tcMar>
          </w:tcPr>
          <w:p w14:paraId="0DD23DF7" w14:textId="77777777" w:rsidR="004D4D58" w:rsidRPr="00A81E72" w:rsidRDefault="00A65A9D">
            <w:pPr>
              <w:rPr>
                <w:lang w:val="fr-FR"/>
              </w:rPr>
            </w:pPr>
            <w:r w:rsidRPr="0D726C07">
              <w:rPr>
                <w:sz w:val="15"/>
                <w:szCs w:val="15"/>
                <w:lang w:val="fr-FR"/>
              </w:rPr>
              <w:t>Liaison avec l'industrie et gestion des partenariats</w:t>
            </w:r>
          </w:p>
        </w:tc>
        <w:tc>
          <w:tcPr>
            <w:tcW w:w="2628" w:type="dxa"/>
            <w:tcMar>
              <w:top w:w="45" w:type="dxa"/>
              <w:left w:w="45" w:type="dxa"/>
              <w:bottom w:w="45" w:type="dxa"/>
              <w:right w:w="45" w:type="dxa"/>
            </w:tcMar>
          </w:tcPr>
          <w:p w14:paraId="559FDEC8"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71328561"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3A33DB91" w14:textId="77777777" w:rsidR="004D4D58" w:rsidRPr="00A81E72" w:rsidRDefault="00A65A9D">
            <w:pPr>
              <w:rPr>
                <w:lang w:val="fr-FR"/>
              </w:rPr>
            </w:pPr>
            <w:r w:rsidRPr="0D726C07">
              <w:rPr>
                <w:sz w:val="15"/>
                <w:szCs w:val="15"/>
                <w:lang w:val="fr-FR"/>
              </w:rPr>
              <w:t>[Tapez ici]</w:t>
            </w:r>
          </w:p>
        </w:tc>
      </w:tr>
      <w:tr w:rsidR="004D4D58" w:rsidRPr="00900FB4" w14:paraId="40F6FFB5" w14:textId="77777777" w:rsidTr="0D726C07">
        <w:trPr>
          <w:jc w:val="center"/>
        </w:trPr>
        <w:tc>
          <w:tcPr>
            <w:tcW w:w="2628" w:type="dxa"/>
            <w:tcMar>
              <w:top w:w="45" w:type="dxa"/>
              <w:left w:w="45" w:type="dxa"/>
              <w:bottom w:w="45" w:type="dxa"/>
              <w:right w:w="45" w:type="dxa"/>
            </w:tcMar>
          </w:tcPr>
          <w:p w14:paraId="764570B2" w14:textId="77777777" w:rsidR="004D4D58" w:rsidRPr="00A81E72" w:rsidRDefault="00A65A9D">
            <w:pPr>
              <w:rPr>
                <w:lang w:val="fr-FR"/>
              </w:rPr>
            </w:pPr>
            <w:r w:rsidRPr="0D726C07">
              <w:rPr>
                <w:sz w:val="15"/>
                <w:szCs w:val="15"/>
                <w:lang w:val="fr-FR"/>
              </w:rPr>
              <w:t>Autre (préciser)</w:t>
            </w:r>
          </w:p>
        </w:tc>
        <w:tc>
          <w:tcPr>
            <w:tcW w:w="2628" w:type="dxa"/>
            <w:tcMar>
              <w:top w:w="45" w:type="dxa"/>
              <w:left w:w="45" w:type="dxa"/>
              <w:bottom w:w="45" w:type="dxa"/>
              <w:right w:w="45" w:type="dxa"/>
            </w:tcMar>
          </w:tcPr>
          <w:p w14:paraId="61014EC7"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0A381AB6"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2565799B" w14:textId="77777777" w:rsidR="004D4D58" w:rsidRPr="00A81E72" w:rsidRDefault="00A65A9D">
            <w:pPr>
              <w:rPr>
                <w:lang w:val="fr-FR"/>
              </w:rPr>
            </w:pPr>
            <w:r w:rsidRPr="0D726C07">
              <w:rPr>
                <w:sz w:val="15"/>
                <w:szCs w:val="15"/>
                <w:lang w:val="fr-FR"/>
              </w:rPr>
              <w:t>[Tapez ici]</w:t>
            </w:r>
          </w:p>
        </w:tc>
      </w:tr>
    </w:tbl>
    <w:p w14:paraId="5EBC98C5" w14:textId="77777777" w:rsidR="004D4D58" w:rsidRPr="00A81E72" w:rsidRDefault="004D4D58">
      <w:pPr>
        <w:spacing w:after="40" w:line="240" w:lineRule="auto"/>
        <w:rPr>
          <w:lang w:val="fr-FR"/>
        </w:rPr>
      </w:pPr>
    </w:p>
    <w:p w14:paraId="043DAB7D" w14:textId="77777777" w:rsidR="004D4D58" w:rsidRPr="00A81E72" w:rsidRDefault="00A65A9D">
      <w:pPr>
        <w:pStyle w:val="Heading3"/>
        <w:spacing w:before="160" w:after="80" w:line="240" w:lineRule="auto"/>
        <w:rPr>
          <w:lang w:val="fr-FR"/>
        </w:rPr>
      </w:pPr>
      <w:r w:rsidRPr="0D726C07">
        <w:rPr>
          <w:color w:val="0F6B78"/>
          <w:lang w:val="fr-FR"/>
        </w:rPr>
        <w:t>3.4 Situation financière et viabilité</w:t>
      </w:r>
    </w:p>
    <w:tbl>
      <w:tblPr>
        <w:tblStyle w:val="TableGrid"/>
        <w:tblW w:w="0" w:type="auto"/>
        <w:jc w:val="center"/>
        <w:tblLook w:val="04A0" w:firstRow="1" w:lastRow="0" w:firstColumn="1" w:lastColumn="0" w:noHBand="0" w:noVBand="1"/>
      </w:tblPr>
      <w:tblGrid>
        <w:gridCol w:w="10502"/>
      </w:tblGrid>
      <w:tr w:rsidR="004D4D58" w:rsidRPr="00FD1E45" w14:paraId="1347103B" w14:textId="77777777" w:rsidTr="0D726C07">
        <w:trPr>
          <w:jc w:val="center"/>
        </w:trPr>
        <w:tc>
          <w:tcPr>
            <w:tcW w:w="10512" w:type="dxa"/>
            <w:shd w:val="clear" w:color="auto" w:fill="DDEFEF"/>
            <w:tcMar>
              <w:top w:w="100" w:type="dxa"/>
              <w:left w:w="100" w:type="dxa"/>
              <w:bottom w:w="100" w:type="dxa"/>
              <w:right w:w="100" w:type="dxa"/>
            </w:tcMar>
          </w:tcPr>
          <w:p w14:paraId="4CE89FCB" w14:textId="5CC37BD4"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Résumer les sources de revenus actuelles, les principales dépenses et la trajectoire financière. Décrire la stratégie de durabilité après le financement </w:t>
            </w:r>
            <w:proofErr w:type="gramStart"/>
            <w:r w:rsidR="00A65A9D" w:rsidRPr="0D726C07">
              <w:rPr>
                <w:sz w:val="17"/>
                <w:szCs w:val="17"/>
                <w:lang w:val="fr-FR"/>
              </w:rPr>
              <w:t xml:space="preserve">de </w:t>
            </w:r>
            <w:r w:rsidR="20B904EF" w:rsidRPr="0D726C07">
              <w:rPr>
                <w:sz w:val="17"/>
                <w:szCs w:val="17"/>
                <w:lang w:val="fr-FR"/>
              </w:rPr>
              <w:t xml:space="preserve">ACE </w:t>
            </w:r>
            <w:proofErr w:type="spellStart"/>
            <w:r w:rsidR="00A65A9D" w:rsidRPr="0D726C07">
              <w:rPr>
                <w:sz w:val="17"/>
                <w:szCs w:val="17"/>
                <w:lang w:val="fr-FR"/>
              </w:rPr>
              <w:t>Innovate</w:t>
            </w:r>
            <w:proofErr w:type="spellEnd"/>
            <w:proofErr w:type="gramEnd"/>
            <w:r w:rsidR="00A65A9D" w:rsidRPr="0D726C07">
              <w:rPr>
                <w:sz w:val="17"/>
                <w:szCs w:val="17"/>
                <w:lang w:val="fr-FR"/>
              </w:rPr>
              <w:t>, y compris les revenus externes, les services industriels, les frais de scolarité, le financement public, les revenus de commercialisation ou d'autres sources, le cas échéant.</w:t>
            </w:r>
          </w:p>
        </w:tc>
      </w:tr>
      <w:tr w:rsidR="004D4D58" w:rsidRPr="00FD1E45" w14:paraId="2FE9397F" w14:textId="77777777" w:rsidTr="0D726C07">
        <w:trPr>
          <w:jc w:val="center"/>
        </w:trPr>
        <w:tc>
          <w:tcPr>
            <w:tcW w:w="10512" w:type="dxa"/>
            <w:tcMar>
              <w:top w:w="100" w:type="dxa"/>
              <w:left w:w="100" w:type="dxa"/>
              <w:bottom w:w="100" w:type="dxa"/>
              <w:right w:w="100" w:type="dxa"/>
            </w:tcMar>
          </w:tcPr>
          <w:p w14:paraId="284666F9" w14:textId="60AE6D25"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214F8B37" w14:textId="77777777" w:rsidR="004D4D58" w:rsidRPr="00A81E72" w:rsidRDefault="004D4D58">
      <w:pPr>
        <w:spacing w:after="40" w:line="240" w:lineRule="auto"/>
        <w:rPr>
          <w:lang w:val="fr-FR"/>
        </w:rPr>
      </w:pPr>
    </w:p>
    <w:p w14:paraId="039C7ACD" w14:textId="77777777" w:rsidR="004D4D58" w:rsidRPr="00A81E72" w:rsidRDefault="00A65A9D">
      <w:pPr>
        <w:pStyle w:val="Heading2"/>
        <w:spacing w:before="160" w:after="80" w:line="240" w:lineRule="auto"/>
        <w:rPr>
          <w:lang w:val="fr-FR"/>
        </w:rPr>
      </w:pPr>
      <w:r w:rsidRPr="0D726C07">
        <w:rPr>
          <w:color w:val="0F6B78"/>
          <w:lang w:val="fr-FR"/>
        </w:rPr>
        <w:t>Section 4 – Justification de l'intervention et liens sectoriels</w:t>
      </w:r>
    </w:p>
    <w:p w14:paraId="251FB855" w14:textId="77777777" w:rsidR="004D4D58" w:rsidRPr="00A81E72" w:rsidRDefault="00A65A9D">
      <w:pPr>
        <w:spacing w:after="120" w:line="240" w:lineRule="auto"/>
        <w:rPr>
          <w:b/>
          <w:bCs/>
          <w:color w:val="C00000"/>
          <w:lang w:val="fr-FR"/>
        </w:rPr>
      </w:pPr>
      <w:r w:rsidRPr="0D726C07">
        <w:rPr>
          <w:b/>
          <w:bCs/>
          <w:i/>
          <w:iCs/>
          <w:color w:val="C00000"/>
          <w:sz w:val="16"/>
          <w:szCs w:val="16"/>
          <w:lang w:val="fr-FR"/>
        </w:rPr>
        <w:t>Allocation indicative : 1 page.</w:t>
      </w:r>
    </w:p>
    <w:p w14:paraId="4CEF4EA6" w14:textId="4076FAE1" w:rsidR="004D4D58" w:rsidRPr="00A81E72" w:rsidRDefault="00A65A9D">
      <w:pPr>
        <w:pStyle w:val="Heading3"/>
        <w:spacing w:before="160" w:after="80" w:line="240" w:lineRule="auto"/>
        <w:rPr>
          <w:lang w:val="fr-FR"/>
        </w:rPr>
      </w:pPr>
      <w:r w:rsidRPr="0D726C07">
        <w:rPr>
          <w:color w:val="0F6B78"/>
          <w:lang w:val="fr-FR"/>
        </w:rPr>
        <w:lastRenderedPageBreak/>
        <w:t xml:space="preserve">4.1 Justification de la soumission d'un CEA/centre émergent </w:t>
      </w:r>
      <w:r w:rsidR="00FD1E45" w:rsidRPr="0D726C07">
        <w:rPr>
          <w:color w:val="0F6B78"/>
          <w:lang w:val="fr-FR"/>
        </w:rPr>
        <w:t>indépendant</w:t>
      </w:r>
    </w:p>
    <w:tbl>
      <w:tblPr>
        <w:tblStyle w:val="TableGrid"/>
        <w:tblW w:w="0" w:type="auto"/>
        <w:jc w:val="center"/>
        <w:tblLook w:val="04A0" w:firstRow="1" w:lastRow="0" w:firstColumn="1" w:lastColumn="0" w:noHBand="0" w:noVBand="1"/>
      </w:tblPr>
      <w:tblGrid>
        <w:gridCol w:w="10502"/>
      </w:tblGrid>
      <w:tr w:rsidR="004D4D58" w:rsidRPr="00FD1E45" w14:paraId="581F4A23" w14:textId="77777777" w:rsidTr="0D726C07">
        <w:trPr>
          <w:jc w:val="center"/>
        </w:trPr>
        <w:tc>
          <w:tcPr>
            <w:tcW w:w="10512" w:type="dxa"/>
            <w:shd w:val="clear" w:color="auto" w:fill="DDEFEF"/>
            <w:tcMar>
              <w:top w:w="100" w:type="dxa"/>
              <w:left w:w="100" w:type="dxa"/>
              <w:bottom w:w="100" w:type="dxa"/>
              <w:right w:w="100" w:type="dxa"/>
            </w:tcMar>
          </w:tcPr>
          <w:p w14:paraId="13A911DF" w14:textId="5E5CAA77"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Expliquer pourquoi le CEA/Centre émergent présente une demande sans </w:t>
            </w:r>
            <w:r w:rsidR="2FBA02CF" w:rsidRPr="0D726C07">
              <w:rPr>
                <w:sz w:val="17"/>
                <w:szCs w:val="17"/>
                <w:lang w:val="fr-FR"/>
              </w:rPr>
              <w:t xml:space="preserve">un Institut </w:t>
            </w:r>
            <w:r w:rsidR="5CEE3900" w:rsidRPr="0D726C07">
              <w:rPr>
                <w:sz w:val="17"/>
                <w:szCs w:val="17"/>
                <w:lang w:val="fr-FR"/>
              </w:rPr>
              <w:t xml:space="preserve">Technique </w:t>
            </w:r>
            <w:r w:rsidR="00A65A9D" w:rsidRPr="0D726C07">
              <w:rPr>
                <w:sz w:val="17"/>
                <w:szCs w:val="17"/>
                <w:lang w:val="fr-FR"/>
              </w:rPr>
              <w:t xml:space="preserve">partenaire. Indiquer la base de validation ou d'autorisation de la soumission </w:t>
            </w:r>
            <w:r w:rsidR="00FD1E45" w:rsidRPr="0D726C07">
              <w:rPr>
                <w:sz w:val="17"/>
                <w:szCs w:val="17"/>
                <w:lang w:val="fr-FR"/>
              </w:rPr>
              <w:t>indépendant</w:t>
            </w:r>
            <w:r w:rsidR="00A65A9D" w:rsidRPr="0D726C07">
              <w:rPr>
                <w:sz w:val="17"/>
                <w:szCs w:val="17"/>
                <w:lang w:val="fr-FR"/>
              </w:rPr>
              <w:t xml:space="preserve">. Expliquer comment le centre continuera de répondre à la demande du secteur, à l'application pratique, aux liens avec la main-d'œuvre, à la mobilisation des employeurs et à la coordination de la mise en œuvre en l'absence d'un </w:t>
            </w:r>
            <w:r w:rsidR="463069CB" w:rsidRPr="0D726C07">
              <w:rPr>
                <w:sz w:val="17"/>
                <w:szCs w:val="17"/>
                <w:lang w:val="fr-FR"/>
              </w:rPr>
              <w:t xml:space="preserve">Institut Technique en </w:t>
            </w:r>
            <w:r w:rsidR="00A65A9D" w:rsidRPr="0D726C07">
              <w:rPr>
                <w:sz w:val="17"/>
                <w:szCs w:val="17"/>
                <w:lang w:val="fr-FR"/>
              </w:rPr>
              <w:t>partenaire formel.</w:t>
            </w:r>
          </w:p>
        </w:tc>
      </w:tr>
      <w:tr w:rsidR="004D4D58" w:rsidRPr="00FD1E45" w14:paraId="2371A8FD" w14:textId="77777777" w:rsidTr="0D726C07">
        <w:trPr>
          <w:jc w:val="center"/>
        </w:trPr>
        <w:tc>
          <w:tcPr>
            <w:tcW w:w="10512" w:type="dxa"/>
            <w:tcMar>
              <w:top w:w="100" w:type="dxa"/>
              <w:left w:w="100" w:type="dxa"/>
              <w:bottom w:w="100" w:type="dxa"/>
              <w:right w:w="100" w:type="dxa"/>
            </w:tcMar>
          </w:tcPr>
          <w:p w14:paraId="436C0E69" w14:textId="685E071D"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5A6CB964" w14:textId="77777777" w:rsidR="004D4D58" w:rsidRPr="00A81E72" w:rsidRDefault="004D4D58">
      <w:pPr>
        <w:spacing w:after="40" w:line="240" w:lineRule="auto"/>
        <w:rPr>
          <w:lang w:val="fr-FR"/>
        </w:rPr>
      </w:pPr>
    </w:p>
    <w:p w14:paraId="1811161C" w14:textId="77777777" w:rsidR="004D4D58" w:rsidRPr="00A81E72" w:rsidRDefault="00A65A9D">
      <w:pPr>
        <w:pStyle w:val="Heading2"/>
        <w:spacing w:before="160" w:after="80" w:line="240" w:lineRule="auto"/>
        <w:rPr>
          <w:lang w:val="fr-FR"/>
        </w:rPr>
      </w:pPr>
      <w:r w:rsidRPr="0D726C07">
        <w:rPr>
          <w:color w:val="0F6B78"/>
          <w:lang w:val="fr-FR"/>
        </w:rPr>
        <w:t>Section 5 - Risque et faisabilité</w:t>
      </w:r>
    </w:p>
    <w:p w14:paraId="6289EF69" w14:textId="77777777" w:rsidR="004D4D58" w:rsidRPr="00A81E72" w:rsidRDefault="00A65A9D">
      <w:pPr>
        <w:spacing w:after="120" w:line="240" w:lineRule="auto"/>
        <w:rPr>
          <w:b/>
          <w:bCs/>
          <w:lang w:val="fr-FR"/>
        </w:rPr>
      </w:pPr>
      <w:r w:rsidRPr="0D726C07">
        <w:rPr>
          <w:b/>
          <w:bCs/>
          <w:i/>
          <w:iCs/>
          <w:sz w:val="16"/>
          <w:szCs w:val="16"/>
          <w:lang w:val="fr-FR"/>
        </w:rPr>
        <w:t>Allocation indicative : 1 page.</w:t>
      </w:r>
    </w:p>
    <w:p w14:paraId="60B274AC" w14:textId="77777777" w:rsidR="004D4D58" w:rsidRPr="00A81E72" w:rsidRDefault="00A65A9D">
      <w:pPr>
        <w:pStyle w:val="Heading3"/>
        <w:spacing w:before="160" w:after="80" w:line="240" w:lineRule="auto"/>
        <w:rPr>
          <w:lang w:val="fr-FR"/>
        </w:rPr>
      </w:pPr>
      <w:r w:rsidRPr="0D726C07">
        <w:rPr>
          <w:color w:val="0F6B78"/>
          <w:lang w:val="fr-FR"/>
        </w:rPr>
        <w:t>5.1 Description des risques</w:t>
      </w:r>
    </w:p>
    <w:tbl>
      <w:tblPr>
        <w:tblStyle w:val="TableGrid"/>
        <w:tblW w:w="0" w:type="auto"/>
        <w:jc w:val="center"/>
        <w:tblLook w:val="04A0" w:firstRow="1" w:lastRow="0" w:firstColumn="1" w:lastColumn="0" w:noHBand="0" w:noVBand="1"/>
      </w:tblPr>
      <w:tblGrid>
        <w:gridCol w:w="10502"/>
      </w:tblGrid>
      <w:tr w:rsidR="004D4D58" w:rsidRPr="00FD1E45" w14:paraId="6C578DAD" w14:textId="77777777" w:rsidTr="0D726C07">
        <w:trPr>
          <w:jc w:val="center"/>
        </w:trPr>
        <w:tc>
          <w:tcPr>
            <w:tcW w:w="10512" w:type="dxa"/>
            <w:shd w:val="clear" w:color="auto" w:fill="DDEFEF"/>
            <w:tcMar>
              <w:top w:w="100" w:type="dxa"/>
              <w:left w:w="100" w:type="dxa"/>
              <w:bottom w:w="100" w:type="dxa"/>
              <w:right w:w="100" w:type="dxa"/>
            </w:tcMar>
          </w:tcPr>
          <w:p w14:paraId="3932C90B" w14:textId="3CA8371D"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Identifier les risques les plus importants au niveau sectoriel, institutionnel et de la mise en œuvre </w:t>
            </w:r>
            <w:r w:rsidR="00FD1E45" w:rsidRPr="0D726C07">
              <w:rPr>
                <w:sz w:val="17"/>
                <w:szCs w:val="17"/>
                <w:lang w:val="fr-FR"/>
              </w:rPr>
              <w:t>indépendant</w:t>
            </w:r>
            <w:r w:rsidR="00A65A9D" w:rsidRPr="0D726C07">
              <w:rPr>
                <w:sz w:val="17"/>
                <w:szCs w:val="17"/>
                <w:lang w:val="fr-FR"/>
              </w:rPr>
              <w:t xml:space="preserve">. Expliquer la probabilité, les effets potentiels et les mesures d'atténuation. Inclure tous les risques liés à l'absence d'un </w:t>
            </w:r>
            <w:r w:rsidR="71060A21" w:rsidRPr="0D726C07">
              <w:rPr>
                <w:sz w:val="17"/>
                <w:szCs w:val="17"/>
                <w:lang w:val="fr-FR"/>
              </w:rPr>
              <w:t xml:space="preserve">Institut Technique </w:t>
            </w:r>
            <w:r w:rsidR="00A65A9D" w:rsidRPr="0D726C07">
              <w:rPr>
                <w:sz w:val="17"/>
                <w:szCs w:val="17"/>
                <w:lang w:val="fr-FR"/>
              </w:rPr>
              <w:t>partenaire et la façon dont ils seront gérés.</w:t>
            </w:r>
          </w:p>
        </w:tc>
      </w:tr>
      <w:tr w:rsidR="004D4D58" w:rsidRPr="00FD1E45" w14:paraId="21BCA5FF" w14:textId="77777777" w:rsidTr="0D726C07">
        <w:trPr>
          <w:jc w:val="center"/>
        </w:trPr>
        <w:tc>
          <w:tcPr>
            <w:tcW w:w="10512" w:type="dxa"/>
            <w:tcMar>
              <w:top w:w="100" w:type="dxa"/>
              <w:left w:w="100" w:type="dxa"/>
              <w:bottom w:w="100" w:type="dxa"/>
              <w:right w:w="100" w:type="dxa"/>
            </w:tcMar>
          </w:tcPr>
          <w:p w14:paraId="75E30827" w14:textId="5CA6B1B3"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5D38FBC8" w14:textId="77777777" w:rsidR="004D4D58" w:rsidRPr="00A81E72" w:rsidRDefault="004D4D58">
      <w:pPr>
        <w:spacing w:after="40" w:line="240" w:lineRule="auto"/>
        <w:rPr>
          <w:lang w:val="fr-FR"/>
        </w:rPr>
      </w:pPr>
    </w:p>
    <w:tbl>
      <w:tblPr>
        <w:tblStyle w:val="TableGrid"/>
        <w:tblW w:w="0" w:type="auto"/>
        <w:jc w:val="center"/>
        <w:tblLook w:val="04A0" w:firstRow="1" w:lastRow="0" w:firstColumn="1" w:lastColumn="0" w:noHBand="0" w:noVBand="1"/>
      </w:tblPr>
      <w:tblGrid>
        <w:gridCol w:w="1751"/>
        <w:gridCol w:w="1750"/>
        <w:gridCol w:w="1750"/>
        <w:gridCol w:w="1750"/>
        <w:gridCol w:w="1751"/>
        <w:gridCol w:w="1750"/>
      </w:tblGrid>
      <w:tr w:rsidR="004D4D58" w:rsidRPr="00900FB4" w14:paraId="1C0B73C7" w14:textId="77777777" w:rsidTr="0D726C07">
        <w:trPr>
          <w:tblHeader/>
          <w:jc w:val="center"/>
        </w:trPr>
        <w:tc>
          <w:tcPr>
            <w:tcW w:w="1752" w:type="dxa"/>
            <w:shd w:val="clear" w:color="auto" w:fill="1F4E79"/>
            <w:tcMar>
              <w:top w:w="45" w:type="dxa"/>
              <w:left w:w="45" w:type="dxa"/>
              <w:bottom w:w="45" w:type="dxa"/>
              <w:right w:w="45" w:type="dxa"/>
            </w:tcMar>
          </w:tcPr>
          <w:p w14:paraId="6E2000D2" w14:textId="77777777" w:rsidR="004D4D58" w:rsidRPr="00A81E72" w:rsidRDefault="00A65A9D">
            <w:pPr>
              <w:rPr>
                <w:lang w:val="fr-FR"/>
              </w:rPr>
            </w:pPr>
            <w:r w:rsidRPr="0D726C07">
              <w:rPr>
                <w:b/>
                <w:bCs/>
                <w:color w:val="FFFFFF" w:themeColor="background1"/>
                <w:sz w:val="15"/>
                <w:szCs w:val="15"/>
                <w:lang w:val="fr-FR"/>
              </w:rPr>
              <w:t>Risque</w:t>
            </w:r>
          </w:p>
        </w:tc>
        <w:tc>
          <w:tcPr>
            <w:tcW w:w="1752" w:type="dxa"/>
            <w:shd w:val="clear" w:color="auto" w:fill="1F4E79"/>
            <w:tcMar>
              <w:top w:w="45" w:type="dxa"/>
              <w:left w:w="45" w:type="dxa"/>
              <w:bottom w:w="45" w:type="dxa"/>
              <w:right w:w="45" w:type="dxa"/>
            </w:tcMar>
          </w:tcPr>
          <w:p w14:paraId="5CCC57F9" w14:textId="77777777" w:rsidR="004D4D58" w:rsidRPr="00A81E72" w:rsidRDefault="00A65A9D">
            <w:pPr>
              <w:rPr>
                <w:lang w:val="fr-FR"/>
              </w:rPr>
            </w:pPr>
            <w:r w:rsidRPr="0D726C07">
              <w:rPr>
                <w:b/>
                <w:bCs/>
                <w:color w:val="FFFFFF" w:themeColor="background1"/>
                <w:sz w:val="15"/>
                <w:szCs w:val="15"/>
                <w:lang w:val="fr-FR"/>
              </w:rPr>
              <w:t>Niveau</w:t>
            </w:r>
          </w:p>
        </w:tc>
        <w:tc>
          <w:tcPr>
            <w:tcW w:w="1752" w:type="dxa"/>
            <w:shd w:val="clear" w:color="auto" w:fill="1F4E79"/>
            <w:tcMar>
              <w:top w:w="45" w:type="dxa"/>
              <w:left w:w="45" w:type="dxa"/>
              <w:bottom w:w="45" w:type="dxa"/>
              <w:right w:w="45" w:type="dxa"/>
            </w:tcMar>
          </w:tcPr>
          <w:p w14:paraId="2657C3A6" w14:textId="77777777" w:rsidR="004D4D58" w:rsidRPr="00A81E72" w:rsidRDefault="00A65A9D">
            <w:pPr>
              <w:rPr>
                <w:lang w:val="fr-FR"/>
              </w:rPr>
            </w:pPr>
            <w:r w:rsidRPr="0D726C07">
              <w:rPr>
                <w:b/>
                <w:bCs/>
                <w:color w:val="FFFFFF" w:themeColor="background1"/>
                <w:sz w:val="15"/>
                <w:szCs w:val="15"/>
                <w:lang w:val="fr-FR"/>
              </w:rPr>
              <w:t>Probabilité</w:t>
            </w:r>
          </w:p>
        </w:tc>
        <w:tc>
          <w:tcPr>
            <w:tcW w:w="1752" w:type="dxa"/>
            <w:shd w:val="clear" w:color="auto" w:fill="1F4E79"/>
            <w:tcMar>
              <w:top w:w="45" w:type="dxa"/>
              <w:left w:w="45" w:type="dxa"/>
              <w:bottom w:w="45" w:type="dxa"/>
              <w:right w:w="45" w:type="dxa"/>
            </w:tcMar>
          </w:tcPr>
          <w:p w14:paraId="0FF98921" w14:textId="77777777" w:rsidR="004D4D58" w:rsidRPr="00A81E72" w:rsidRDefault="00A65A9D">
            <w:pPr>
              <w:rPr>
                <w:lang w:val="fr-FR"/>
              </w:rPr>
            </w:pPr>
            <w:r w:rsidRPr="0D726C07">
              <w:rPr>
                <w:b/>
                <w:bCs/>
                <w:color w:val="FFFFFF" w:themeColor="background1"/>
                <w:sz w:val="15"/>
                <w:szCs w:val="15"/>
                <w:lang w:val="fr-FR"/>
              </w:rPr>
              <w:t>Impact potentiel</w:t>
            </w:r>
          </w:p>
        </w:tc>
        <w:tc>
          <w:tcPr>
            <w:tcW w:w="1752" w:type="dxa"/>
            <w:shd w:val="clear" w:color="auto" w:fill="1F4E79"/>
            <w:tcMar>
              <w:top w:w="45" w:type="dxa"/>
              <w:left w:w="45" w:type="dxa"/>
              <w:bottom w:w="45" w:type="dxa"/>
              <w:right w:w="45" w:type="dxa"/>
            </w:tcMar>
          </w:tcPr>
          <w:p w14:paraId="730E77F3" w14:textId="77777777" w:rsidR="004D4D58" w:rsidRPr="00A81E72" w:rsidRDefault="00A65A9D">
            <w:pPr>
              <w:rPr>
                <w:lang w:val="fr-FR"/>
              </w:rPr>
            </w:pPr>
            <w:r w:rsidRPr="0D726C07">
              <w:rPr>
                <w:b/>
                <w:bCs/>
                <w:color w:val="FFFFFF" w:themeColor="background1"/>
                <w:sz w:val="15"/>
                <w:szCs w:val="15"/>
                <w:lang w:val="fr-FR"/>
              </w:rPr>
              <w:t>Mesures d'atténuation</w:t>
            </w:r>
          </w:p>
        </w:tc>
        <w:tc>
          <w:tcPr>
            <w:tcW w:w="1752" w:type="dxa"/>
            <w:shd w:val="clear" w:color="auto" w:fill="1F4E79"/>
            <w:tcMar>
              <w:top w:w="45" w:type="dxa"/>
              <w:left w:w="45" w:type="dxa"/>
              <w:bottom w:w="45" w:type="dxa"/>
              <w:right w:w="45" w:type="dxa"/>
            </w:tcMar>
          </w:tcPr>
          <w:p w14:paraId="0D1C91A1" w14:textId="77777777" w:rsidR="004D4D58" w:rsidRPr="00A81E72" w:rsidRDefault="00A65A9D">
            <w:pPr>
              <w:rPr>
                <w:lang w:val="fr-FR"/>
              </w:rPr>
            </w:pPr>
            <w:r w:rsidRPr="0D726C07">
              <w:rPr>
                <w:b/>
                <w:bCs/>
                <w:color w:val="FFFFFF" w:themeColor="background1"/>
                <w:sz w:val="15"/>
                <w:szCs w:val="15"/>
                <w:lang w:val="fr-FR"/>
              </w:rPr>
              <w:t>Unité responsable</w:t>
            </w:r>
          </w:p>
        </w:tc>
      </w:tr>
      <w:tr w:rsidR="004D4D58" w:rsidRPr="00900FB4" w14:paraId="2A07EF92" w14:textId="77777777" w:rsidTr="0D726C07">
        <w:trPr>
          <w:jc w:val="center"/>
        </w:trPr>
        <w:tc>
          <w:tcPr>
            <w:tcW w:w="1752" w:type="dxa"/>
            <w:tcMar>
              <w:top w:w="45" w:type="dxa"/>
              <w:left w:w="45" w:type="dxa"/>
              <w:bottom w:w="45" w:type="dxa"/>
              <w:right w:w="45" w:type="dxa"/>
            </w:tcMar>
          </w:tcPr>
          <w:p w14:paraId="7E656C29" w14:textId="77777777" w:rsidR="004D4D58" w:rsidRPr="00A81E72" w:rsidRDefault="00A65A9D">
            <w:pPr>
              <w:rPr>
                <w:lang w:val="fr-FR"/>
              </w:rPr>
            </w:pPr>
            <w:r w:rsidRPr="0D726C07">
              <w:rPr>
                <w:sz w:val="15"/>
                <w:szCs w:val="15"/>
                <w:lang w:val="fr-FR"/>
              </w:rPr>
              <w:t>Risque sectoriel</w:t>
            </w:r>
          </w:p>
        </w:tc>
        <w:tc>
          <w:tcPr>
            <w:tcW w:w="1752" w:type="dxa"/>
            <w:tcMar>
              <w:top w:w="45" w:type="dxa"/>
              <w:left w:w="45" w:type="dxa"/>
              <w:bottom w:w="45" w:type="dxa"/>
              <w:right w:w="45" w:type="dxa"/>
            </w:tcMar>
          </w:tcPr>
          <w:p w14:paraId="13F35D0E"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7A4594CF"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5A6AC847"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4D922807"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7B168562" w14:textId="77777777" w:rsidR="004D4D58" w:rsidRPr="00A81E72" w:rsidRDefault="00A65A9D">
            <w:pPr>
              <w:rPr>
                <w:lang w:val="fr-FR"/>
              </w:rPr>
            </w:pPr>
            <w:r w:rsidRPr="0D726C07">
              <w:rPr>
                <w:sz w:val="15"/>
                <w:szCs w:val="15"/>
                <w:lang w:val="fr-FR"/>
              </w:rPr>
              <w:t>[Tapez ici]</w:t>
            </w:r>
          </w:p>
        </w:tc>
      </w:tr>
      <w:tr w:rsidR="004D4D58" w:rsidRPr="00900FB4" w14:paraId="34D73425" w14:textId="77777777" w:rsidTr="0D726C07">
        <w:trPr>
          <w:jc w:val="center"/>
        </w:trPr>
        <w:tc>
          <w:tcPr>
            <w:tcW w:w="1752" w:type="dxa"/>
            <w:tcMar>
              <w:top w:w="45" w:type="dxa"/>
              <w:left w:w="45" w:type="dxa"/>
              <w:bottom w:w="45" w:type="dxa"/>
              <w:right w:w="45" w:type="dxa"/>
            </w:tcMar>
          </w:tcPr>
          <w:p w14:paraId="0D7E8E55" w14:textId="77777777" w:rsidR="004D4D58" w:rsidRPr="00A81E72" w:rsidRDefault="00A65A9D">
            <w:pPr>
              <w:rPr>
                <w:lang w:val="fr-FR"/>
              </w:rPr>
            </w:pPr>
            <w:r w:rsidRPr="0D726C07">
              <w:rPr>
                <w:sz w:val="15"/>
                <w:szCs w:val="15"/>
                <w:lang w:val="fr-FR"/>
              </w:rPr>
              <w:t>Risque institutionnel</w:t>
            </w:r>
          </w:p>
        </w:tc>
        <w:tc>
          <w:tcPr>
            <w:tcW w:w="1752" w:type="dxa"/>
            <w:tcMar>
              <w:top w:w="45" w:type="dxa"/>
              <w:left w:w="45" w:type="dxa"/>
              <w:bottom w:w="45" w:type="dxa"/>
              <w:right w:w="45" w:type="dxa"/>
            </w:tcMar>
          </w:tcPr>
          <w:p w14:paraId="4B2701A2"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32768AE1"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08BAAA37"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7C20B69A"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0E0A1BBF" w14:textId="77777777" w:rsidR="004D4D58" w:rsidRPr="00A81E72" w:rsidRDefault="00A65A9D">
            <w:pPr>
              <w:rPr>
                <w:lang w:val="fr-FR"/>
              </w:rPr>
            </w:pPr>
            <w:r w:rsidRPr="0D726C07">
              <w:rPr>
                <w:sz w:val="15"/>
                <w:szCs w:val="15"/>
                <w:lang w:val="fr-FR"/>
              </w:rPr>
              <w:t>[Tapez ici]</w:t>
            </w:r>
          </w:p>
        </w:tc>
      </w:tr>
      <w:tr w:rsidR="004D4D58" w:rsidRPr="00900FB4" w14:paraId="7179F8C5" w14:textId="77777777" w:rsidTr="0D726C07">
        <w:trPr>
          <w:jc w:val="center"/>
        </w:trPr>
        <w:tc>
          <w:tcPr>
            <w:tcW w:w="1752" w:type="dxa"/>
            <w:tcMar>
              <w:top w:w="45" w:type="dxa"/>
              <w:left w:w="45" w:type="dxa"/>
              <w:bottom w:w="45" w:type="dxa"/>
              <w:right w:w="45" w:type="dxa"/>
            </w:tcMar>
          </w:tcPr>
          <w:p w14:paraId="3EF84D67" w14:textId="304BE328" w:rsidR="004D4D58" w:rsidRPr="00A81E72" w:rsidRDefault="00A65A9D">
            <w:pPr>
              <w:rPr>
                <w:lang w:val="fr-FR"/>
              </w:rPr>
            </w:pPr>
            <w:r w:rsidRPr="0D726C07">
              <w:rPr>
                <w:sz w:val="15"/>
                <w:szCs w:val="15"/>
                <w:lang w:val="fr-FR"/>
              </w:rPr>
              <w:t xml:space="preserve">Risque </w:t>
            </w:r>
            <w:r w:rsidR="00FD1E45" w:rsidRPr="0D726C07">
              <w:rPr>
                <w:sz w:val="15"/>
                <w:szCs w:val="15"/>
                <w:lang w:val="fr-FR"/>
              </w:rPr>
              <w:t>indépendant</w:t>
            </w:r>
            <w:r w:rsidRPr="0D726C07">
              <w:rPr>
                <w:sz w:val="15"/>
                <w:szCs w:val="15"/>
                <w:lang w:val="fr-FR"/>
              </w:rPr>
              <w:t xml:space="preserve"> lié à la mise en œuvre/coordination</w:t>
            </w:r>
          </w:p>
        </w:tc>
        <w:tc>
          <w:tcPr>
            <w:tcW w:w="1752" w:type="dxa"/>
            <w:tcMar>
              <w:top w:w="45" w:type="dxa"/>
              <w:left w:w="45" w:type="dxa"/>
              <w:bottom w:w="45" w:type="dxa"/>
              <w:right w:w="45" w:type="dxa"/>
            </w:tcMar>
          </w:tcPr>
          <w:p w14:paraId="56BE39B7"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5AB8FE64"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0604252A"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68125FC6"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23F10C84" w14:textId="77777777" w:rsidR="004D4D58" w:rsidRPr="00A81E72" w:rsidRDefault="00A65A9D">
            <w:pPr>
              <w:rPr>
                <w:lang w:val="fr-FR"/>
              </w:rPr>
            </w:pPr>
            <w:r w:rsidRPr="0D726C07">
              <w:rPr>
                <w:sz w:val="15"/>
                <w:szCs w:val="15"/>
                <w:lang w:val="fr-FR"/>
              </w:rPr>
              <w:t>[Tapez ici]</w:t>
            </w:r>
          </w:p>
        </w:tc>
      </w:tr>
      <w:tr w:rsidR="004D4D58" w:rsidRPr="00900FB4" w14:paraId="63FCCCB0" w14:textId="77777777" w:rsidTr="0D726C07">
        <w:trPr>
          <w:jc w:val="center"/>
        </w:trPr>
        <w:tc>
          <w:tcPr>
            <w:tcW w:w="1752" w:type="dxa"/>
            <w:tcMar>
              <w:top w:w="45" w:type="dxa"/>
              <w:left w:w="45" w:type="dxa"/>
              <w:bottom w:w="45" w:type="dxa"/>
              <w:right w:w="45" w:type="dxa"/>
            </w:tcMar>
          </w:tcPr>
          <w:p w14:paraId="6F498F15" w14:textId="77777777" w:rsidR="004D4D58" w:rsidRPr="00A81E72" w:rsidRDefault="00A65A9D">
            <w:pPr>
              <w:rPr>
                <w:lang w:val="fr-FR"/>
              </w:rPr>
            </w:pPr>
            <w:r w:rsidRPr="0D726C07">
              <w:rPr>
                <w:sz w:val="15"/>
                <w:szCs w:val="15"/>
                <w:lang w:val="fr-FR"/>
              </w:rPr>
              <w:t>Risque fiduciaire ou de passation de marchés</w:t>
            </w:r>
          </w:p>
        </w:tc>
        <w:tc>
          <w:tcPr>
            <w:tcW w:w="1752" w:type="dxa"/>
            <w:tcMar>
              <w:top w:w="45" w:type="dxa"/>
              <w:left w:w="45" w:type="dxa"/>
              <w:bottom w:w="45" w:type="dxa"/>
              <w:right w:w="45" w:type="dxa"/>
            </w:tcMar>
          </w:tcPr>
          <w:p w14:paraId="7402F9A8"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3130AAED"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331A1A8B"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0B79152D" w14:textId="77777777" w:rsidR="004D4D58" w:rsidRPr="00A81E72" w:rsidRDefault="00A65A9D">
            <w:pPr>
              <w:rPr>
                <w:lang w:val="fr-FR"/>
              </w:rPr>
            </w:pPr>
            <w:r w:rsidRPr="0D726C07">
              <w:rPr>
                <w:sz w:val="15"/>
                <w:szCs w:val="15"/>
                <w:lang w:val="fr-FR"/>
              </w:rPr>
              <w:t>[Tapez ici]</w:t>
            </w:r>
          </w:p>
        </w:tc>
        <w:tc>
          <w:tcPr>
            <w:tcW w:w="1752" w:type="dxa"/>
            <w:tcMar>
              <w:top w:w="45" w:type="dxa"/>
              <w:left w:w="45" w:type="dxa"/>
              <w:bottom w:w="45" w:type="dxa"/>
              <w:right w:w="45" w:type="dxa"/>
            </w:tcMar>
          </w:tcPr>
          <w:p w14:paraId="3F2E082F" w14:textId="77777777" w:rsidR="004D4D58" w:rsidRPr="00A81E72" w:rsidRDefault="00A65A9D">
            <w:pPr>
              <w:rPr>
                <w:lang w:val="fr-FR"/>
              </w:rPr>
            </w:pPr>
            <w:r w:rsidRPr="0D726C07">
              <w:rPr>
                <w:sz w:val="15"/>
                <w:szCs w:val="15"/>
                <w:lang w:val="fr-FR"/>
              </w:rPr>
              <w:t>[Tapez ici]</w:t>
            </w:r>
          </w:p>
        </w:tc>
      </w:tr>
    </w:tbl>
    <w:p w14:paraId="74455F11" w14:textId="77777777" w:rsidR="004D4D58" w:rsidRPr="00A81E72" w:rsidRDefault="004D4D58">
      <w:pPr>
        <w:spacing w:after="40" w:line="240" w:lineRule="auto"/>
        <w:rPr>
          <w:lang w:val="fr-FR"/>
        </w:rPr>
      </w:pPr>
    </w:p>
    <w:p w14:paraId="245CF4EE" w14:textId="77777777" w:rsidR="004D4D58" w:rsidRPr="00A81E72" w:rsidRDefault="00A65A9D">
      <w:pPr>
        <w:pStyle w:val="Heading2"/>
        <w:spacing w:before="160" w:after="80" w:line="240" w:lineRule="auto"/>
        <w:rPr>
          <w:lang w:val="fr-FR"/>
        </w:rPr>
      </w:pPr>
      <w:r w:rsidRPr="0D726C07">
        <w:rPr>
          <w:color w:val="0F6B78"/>
          <w:lang w:val="fr-FR"/>
        </w:rPr>
        <w:t>Annexes du CEA/Centre émergent</w:t>
      </w:r>
    </w:p>
    <w:tbl>
      <w:tblPr>
        <w:tblStyle w:val="TableGrid"/>
        <w:tblW w:w="0" w:type="auto"/>
        <w:jc w:val="center"/>
        <w:tblLook w:val="04A0" w:firstRow="1" w:lastRow="0" w:firstColumn="1" w:lastColumn="0" w:noHBand="0" w:noVBand="1"/>
      </w:tblPr>
      <w:tblGrid>
        <w:gridCol w:w="10502"/>
      </w:tblGrid>
      <w:tr w:rsidR="004D4D58" w:rsidRPr="00FD1E45" w14:paraId="49478CB3" w14:textId="77777777" w:rsidTr="0D726C07">
        <w:trPr>
          <w:jc w:val="center"/>
        </w:trPr>
        <w:tc>
          <w:tcPr>
            <w:tcW w:w="10512" w:type="dxa"/>
            <w:shd w:val="clear" w:color="auto" w:fill="D9EAF7"/>
            <w:tcMar>
              <w:top w:w="120" w:type="dxa"/>
              <w:left w:w="120" w:type="dxa"/>
              <w:bottom w:w="120" w:type="dxa"/>
              <w:right w:w="120" w:type="dxa"/>
            </w:tcMar>
          </w:tcPr>
          <w:p w14:paraId="1D2D1BB7" w14:textId="77777777" w:rsidR="004D4D58" w:rsidRPr="00A81E72" w:rsidRDefault="00A65A9D">
            <w:pPr>
              <w:spacing w:after="40"/>
              <w:rPr>
                <w:lang w:val="fr-FR"/>
              </w:rPr>
            </w:pPr>
            <w:r w:rsidRPr="0D726C07">
              <w:rPr>
                <w:b/>
                <w:bCs/>
                <w:color w:val="1F4E79"/>
                <w:lang w:val="fr-FR"/>
              </w:rPr>
              <w:t>Règle de l'annexe</w:t>
            </w:r>
          </w:p>
          <w:p w14:paraId="668CF95F" w14:textId="7E007027" w:rsidR="004D4D58" w:rsidRPr="00A81E72" w:rsidRDefault="00A65A9D">
            <w:pPr>
              <w:rPr>
                <w:lang w:val="fr-FR"/>
              </w:rPr>
            </w:pPr>
            <w:r w:rsidRPr="0D726C07">
              <w:rPr>
                <w:lang w:val="fr-FR"/>
              </w:rPr>
              <w:t xml:space="preserve">Utiliser les annexes pour étayer les affirmations faites dans la manifestation d'intérêt du CEA/Centre émergent. Ne pas utiliser les annexes pour prolonger le texte principal au-delà du nombre maximum de pages. Les annexes doivent être concises et clairement citées dans le texte </w:t>
            </w:r>
            <w:r w:rsidR="1F34695F" w:rsidRPr="0D726C07">
              <w:rPr>
                <w:lang w:val="fr-FR"/>
              </w:rPr>
              <w:t>narratif</w:t>
            </w:r>
            <w:r w:rsidRPr="0D726C07">
              <w:rPr>
                <w:lang w:val="fr-FR"/>
              </w:rPr>
              <w:t>.</w:t>
            </w:r>
          </w:p>
        </w:tc>
      </w:tr>
    </w:tbl>
    <w:p w14:paraId="58ED8B0A" w14:textId="77777777" w:rsidR="004D4D58" w:rsidRPr="00A81E72" w:rsidRDefault="00A65A9D">
      <w:pPr>
        <w:pStyle w:val="Heading3"/>
        <w:spacing w:before="160" w:after="80" w:line="240" w:lineRule="auto"/>
        <w:rPr>
          <w:lang w:val="fr-FR"/>
        </w:rPr>
      </w:pPr>
      <w:r w:rsidRPr="0D726C07">
        <w:rPr>
          <w:color w:val="0F6B78"/>
          <w:lang w:val="fr-FR"/>
        </w:rPr>
        <w:t>A1 - Résumé des données institutionnelles</w:t>
      </w:r>
    </w:p>
    <w:tbl>
      <w:tblPr>
        <w:tblStyle w:val="TableGrid"/>
        <w:tblW w:w="0" w:type="auto"/>
        <w:jc w:val="center"/>
        <w:tblLook w:val="04A0" w:firstRow="1" w:lastRow="0" w:firstColumn="1" w:lastColumn="0" w:noHBand="0" w:noVBand="1"/>
      </w:tblPr>
      <w:tblGrid>
        <w:gridCol w:w="5251"/>
        <w:gridCol w:w="5251"/>
      </w:tblGrid>
      <w:tr w:rsidR="004D4D58" w:rsidRPr="00900FB4" w14:paraId="3C5D6DD1"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2BFBDA92" w14:textId="77777777" w:rsidR="004D4D58" w:rsidRPr="00A81E72" w:rsidRDefault="00A65A9D">
            <w:pPr>
              <w:rPr>
                <w:lang w:val="fr-FR"/>
              </w:rPr>
            </w:pPr>
            <w:r w:rsidRPr="0D726C07">
              <w:rPr>
                <w:b/>
                <w:bCs/>
                <w:sz w:val="17"/>
                <w:szCs w:val="17"/>
                <w:lang w:val="fr-FR"/>
              </w:rPr>
              <w:t>Indicateur</w:t>
            </w:r>
          </w:p>
        </w:tc>
        <w:tc>
          <w:tcPr>
            <w:tcW w:w="5256" w:type="dxa"/>
            <w:tcMar>
              <w:top w:w="80" w:type="dxa"/>
              <w:left w:w="100" w:type="dxa"/>
              <w:bottom w:w="80" w:type="dxa"/>
              <w:right w:w="100" w:type="dxa"/>
            </w:tcMar>
            <w:vAlign w:val="center"/>
          </w:tcPr>
          <w:p w14:paraId="77FCE801" w14:textId="77777777" w:rsidR="004D4D58" w:rsidRPr="00A81E72" w:rsidRDefault="00A65A9D">
            <w:pPr>
              <w:rPr>
                <w:lang w:val="fr-FR"/>
              </w:rPr>
            </w:pPr>
            <w:r w:rsidRPr="0D726C07">
              <w:rPr>
                <w:sz w:val="17"/>
                <w:szCs w:val="17"/>
                <w:lang w:val="fr-FR"/>
              </w:rPr>
              <w:t>Figure actuelle</w:t>
            </w:r>
          </w:p>
        </w:tc>
      </w:tr>
      <w:tr w:rsidR="004D4D58" w:rsidRPr="00900FB4" w14:paraId="3D2FF44C"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674AC3B7" w14:textId="77777777" w:rsidR="004D4D58" w:rsidRPr="00A81E72" w:rsidRDefault="00A65A9D">
            <w:pPr>
              <w:rPr>
                <w:lang w:val="fr-FR"/>
              </w:rPr>
            </w:pPr>
            <w:r w:rsidRPr="0D726C07">
              <w:rPr>
                <w:b/>
                <w:bCs/>
                <w:sz w:val="17"/>
                <w:szCs w:val="17"/>
                <w:lang w:val="fr-FR"/>
              </w:rPr>
              <w:t>Nombre total d'étudiants inscrits, à l'échelle de l'établissement</w:t>
            </w:r>
          </w:p>
        </w:tc>
        <w:tc>
          <w:tcPr>
            <w:tcW w:w="5256" w:type="dxa"/>
            <w:tcMar>
              <w:top w:w="80" w:type="dxa"/>
              <w:left w:w="100" w:type="dxa"/>
              <w:bottom w:w="80" w:type="dxa"/>
              <w:right w:w="100" w:type="dxa"/>
            </w:tcMar>
            <w:vAlign w:val="center"/>
          </w:tcPr>
          <w:p w14:paraId="3A4326B0" w14:textId="77777777" w:rsidR="004D4D58" w:rsidRPr="00A81E72" w:rsidRDefault="00A65A9D">
            <w:pPr>
              <w:rPr>
                <w:lang w:val="fr-FR"/>
              </w:rPr>
            </w:pPr>
            <w:r w:rsidRPr="0D726C07">
              <w:rPr>
                <w:sz w:val="17"/>
                <w:szCs w:val="17"/>
                <w:lang w:val="fr-FR"/>
              </w:rPr>
              <w:t>[Tapez ici]</w:t>
            </w:r>
          </w:p>
        </w:tc>
      </w:tr>
      <w:tr w:rsidR="004D4D58" w:rsidRPr="00900FB4" w14:paraId="71B465D7"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73BBD096" w14:textId="77777777" w:rsidR="004D4D58" w:rsidRPr="00A81E72" w:rsidRDefault="00A65A9D">
            <w:pPr>
              <w:rPr>
                <w:lang w:val="fr-FR"/>
              </w:rPr>
            </w:pPr>
            <w:r w:rsidRPr="0D726C07">
              <w:rPr>
                <w:b/>
                <w:bCs/>
                <w:sz w:val="17"/>
                <w:szCs w:val="17"/>
                <w:lang w:val="fr-FR"/>
              </w:rPr>
              <w:t>Nombre total d'étudiants inscrits, programmes du centre</w:t>
            </w:r>
          </w:p>
        </w:tc>
        <w:tc>
          <w:tcPr>
            <w:tcW w:w="5256" w:type="dxa"/>
            <w:tcMar>
              <w:top w:w="80" w:type="dxa"/>
              <w:left w:w="100" w:type="dxa"/>
              <w:bottom w:w="80" w:type="dxa"/>
              <w:right w:w="100" w:type="dxa"/>
            </w:tcMar>
            <w:vAlign w:val="center"/>
          </w:tcPr>
          <w:p w14:paraId="073E078D" w14:textId="77777777" w:rsidR="004D4D58" w:rsidRPr="00A81E72" w:rsidRDefault="00A65A9D">
            <w:pPr>
              <w:rPr>
                <w:lang w:val="fr-FR"/>
              </w:rPr>
            </w:pPr>
            <w:r w:rsidRPr="0D726C07">
              <w:rPr>
                <w:sz w:val="17"/>
                <w:szCs w:val="17"/>
                <w:lang w:val="fr-FR"/>
              </w:rPr>
              <w:t>[Tapez ici]</w:t>
            </w:r>
          </w:p>
        </w:tc>
      </w:tr>
      <w:tr w:rsidR="004D4D58" w:rsidRPr="00900FB4" w14:paraId="4C71A2B9"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30B3DD19" w14:textId="77777777" w:rsidR="004D4D58" w:rsidRPr="00A81E72" w:rsidRDefault="00A65A9D">
            <w:pPr>
              <w:rPr>
                <w:lang w:val="fr-FR"/>
              </w:rPr>
            </w:pPr>
            <w:r w:rsidRPr="0D726C07">
              <w:rPr>
                <w:b/>
                <w:bCs/>
                <w:sz w:val="17"/>
                <w:szCs w:val="17"/>
                <w:lang w:val="fr-FR"/>
              </w:rPr>
              <w:t>Nombre d'étudiants actifs de troisième cycle, CEA/Centre émergent</w:t>
            </w:r>
          </w:p>
        </w:tc>
        <w:tc>
          <w:tcPr>
            <w:tcW w:w="5256" w:type="dxa"/>
            <w:tcMar>
              <w:top w:w="80" w:type="dxa"/>
              <w:left w:w="100" w:type="dxa"/>
              <w:bottom w:w="80" w:type="dxa"/>
              <w:right w:w="100" w:type="dxa"/>
            </w:tcMar>
            <w:vAlign w:val="center"/>
          </w:tcPr>
          <w:p w14:paraId="7F35C273" w14:textId="77777777" w:rsidR="004D4D58" w:rsidRPr="00A81E72" w:rsidRDefault="00A65A9D">
            <w:pPr>
              <w:rPr>
                <w:lang w:val="fr-FR"/>
              </w:rPr>
            </w:pPr>
            <w:r w:rsidRPr="0D726C07">
              <w:rPr>
                <w:sz w:val="17"/>
                <w:szCs w:val="17"/>
                <w:lang w:val="fr-FR"/>
              </w:rPr>
              <w:t>[Tapez ici]</w:t>
            </w:r>
          </w:p>
        </w:tc>
      </w:tr>
      <w:tr w:rsidR="004D4D58" w:rsidRPr="00900FB4" w14:paraId="7963312B"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3E7C713E" w14:textId="77777777" w:rsidR="004D4D58" w:rsidRPr="00A81E72" w:rsidRDefault="00A65A9D">
            <w:pPr>
              <w:rPr>
                <w:lang w:val="fr-FR"/>
              </w:rPr>
            </w:pPr>
            <w:r w:rsidRPr="0D726C07">
              <w:rPr>
                <w:b/>
                <w:bCs/>
                <w:sz w:val="17"/>
                <w:szCs w:val="17"/>
                <w:lang w:val="fr-FR"/>
              </w:rPr>
              <w:t>Nombre de membres du corps enseignant rattachés au centre</w:t>
            </w:r>
          </w:p>
        </w:tc>
        <w:tc>
          <w:tcPr>
            <w:tcW w:w="5256" w:type="dxa"/>
            <w:tcMar>
              <w:top w:w="80" w:type="dxa"/>
              <w:left w:w="100" w:type="dxa"/>
              <w:bottom w:w="80" w:type="dxa"/>
              <w:right w:w="100" w:type="dxa"/>
            </w:tcMar>
            <w:vAlign w:val="center"/>
          </w:tcPr>
          <w:p w14:paraId="47112FCA" w14:textId="77777777" w:rsidR="004D4D58" w:rsidRPr="00A81E72" w:rsidRDefault="00A65A9D">
            <w:pPr>
              <w:rPr>
                <w:lang w:val="fr-FR"/>
              </w:rPr>
            </w:pPr>
            <w:r w:rsidRPr="0D726C07">
              <w:rPr>
                <w:sz w:val="17"/>
                <w:szCs w:val="17"/>
                <w:lang w:val="fr-FR"/>
              </w:rPr>
              <w:t>[Tapez ici]</w:t>
            </w:r>
          </w:p>
        </w:tc>
      </w:tr>
      <w:tr w:rsidR="004D4D58" w:rsidRPr="00900FB4" w14:paraId="17285BF4"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6D624830" w14:textId="77777777" w:rsidR="004D4D58" w:rsidRPr="00A81E72" w:rsidRDefault="00A65A9D">
            <w:pPr>
              <w:rPr>
                <w:lang w:val="fr-FR"/>
              </w:rPr>
            </w:pPr>
            <w:r w:rsidRPr="0D726C07">
              <w:rPr>
                <w:b/>
                <w:bCs/>
                <w:sz w:val="17"/>
                <w:szCs w:val="17"/>
                <w:lang w:val="fr-FR"/>
              </w:rPr>
              <w:t>Publications évaluées par des pairs au cours des 5 dernières années</w:t>
            </w:r>
          </w:p>
        </w:tc>
        <w:tc>
          <w:tcPr>
            <w:tcW w:w="5256" w:type="dxa"/>
            <w:tcMar>
              <w:top w:w="80" w:type="dxa"/>
              <w:left w:w="100" w:type="dxa"/>
              <w:bottom w:w="80" w:type="dxa"/>
              <w:right w:w="100" w:type="dxa"/>
            </w:tcMar>
            <w:vAlign w:val="center"/>
          </w:tcPr>
          <w:p w14:paraId="6E784628" w14:textId="77777777" w:rsidR="004D4D58" w:rsidRPr="00A81E72" w:rsidRDefault="00A65A9D">
            <w:pPr>
              <w:rPr>
                <w:lang w:val="fr-FR"/>
              </w:rPr>
            </w:pPr>
            <w:r w:rsidRPr="0D726C07">
              <w:rPr>
                <w:sz w:val="17"/>
                <w:szCs w:val="17"/>
                <w:lang w:val="fr-FR"/>
              </w:rPr>
              <w:t>[Tapez ici]</w:t>
            </w:r>
          </w:p>
        </w:tc>
      </w:tr>
      <w:tr w:rsidR="004D4D58" w:rsidRPr="00900FB4" w14:paraId="595E77BE"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025C5704" w14:textId="77777777" w:rsidR="004D4D58" w:rsidRPr="00A81E72" w:rsidRDefault="00A65A9D">
            <w:pPr>
              <w:rPr>
                <w:lang w:val="fr-FR"/>
              </w:rPr>
            </w:pPr>
            <w:r w:rsidRPr="0D726C07">
              <w:rPr>
                <w:b/>
                <w:bCs/>
                <w:sz w:val="17"/>
                <w:szCs w:val="17"/>
                <w:lang w:val="fr-FR"/>
              </w:rPr>
              <w:t>Recettes externes générées au cours des 3 dernières années</w:t>
            </w:r>
          </w:p>
        </w:tc>
        <w:tc>
          <w:tcPr>
            <w:tcW w:w="5256" w:type="dxa"/>
            <w:tcMar>
              <w:top w:w="80" w:type="dxa"/>
              <w:left w:w="100" w:type="dxa"/>
              <w:bottom w:w="80" w:type="dxa"/>
              <w:right w:w="100" w:type="dxa"/>
            </w:tcMar>
            <w:vAlign w:val="center"/>
          </w:tcPr>
          <w:p w14:paraId="2B82F0D9" w14:textId="77777777" w:rsidR="004D4D58" w:rsidRPr="00A81E72" w:rsidRDefault="00A65A9D">
            <w:pPr>
              <w:rPr>
                <w:lang w:val="fr-FR"/>
              </w:rPr>
            </w:pPr>
            <w:r w:rsidRPr="0D726C07">
              <w:rPr>
                <w:sz w:val="17"/>
                <w:szCs w:val="17"/>
                <w:lang w:val="fr-FR"/>
              </w:rPr>
              <w:t>[Tapez ici]</w:t>
            </w:r>
          </w:p>
        </w:tc>
      </w:tr>
      <w:tr w:rsidR="004D4D58" w:rsidRPr="00900FB4" w14:paraId="69798358"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1824ACBC" w14:textId="77777777" w:rsidR="004D4D58" w:rsidRPr="00A81E72" w:rsidRDefault="00A65A9D">
            <w:pPr>
              <w:rPr>
                <w:lang w:val="fr-FR"/>
              </w:rPr>
            </w:pPr>
            <w:r w:rsidRPr="0D726C07">
              <w:rPr>
                <w:b/>
                <w:bCs/>
                <w:sz w:val="17"/>
                <w:szCs w:val="17"/>
                <w:lang w:val="fr-FR"/>
              </w:rPr>
              <w:t>Partenariats sectoriels actifs</w:t>
            </w:r>
          </w:p>
        </w:tc>
        <w:tc>
          <w:tcPr>
            <w:tcW w:w="5256" w:type="dxa"/>
            <w:tcMar>
              <w:top w:w="80" w:type="dxa"/>
              <w:left w:w="100" w:type="dxa"/>
              <w:bottom w:w="80" w:type="dxa"/>
              <w:right w:w="100" w:type="dxa"/>
            </w:tcMar>
            <w:vAlign w:val="center"/>
          </w:tcPr>
          <w:p w14:paraId="520373AD" w14:textId="77777777" w:rsidR="004D4D58" w:rsidRPr="00A81E72" w:rsidRDefault="00A65A9D">
            <w:pPr>
              <w:rPr>
                <w:lang w:val="fr-FR"/>
              </w:rPr>
            </w:pPr>
            <w:r w:rsidRPr="0D726C07">
              <w:rPr>
                <w:sz w:val="17"/>
                <w:szCs w:val="17"/>
                <w:lang w:val="fr-FR"/>
              </w:rPr>
              <w:t>[Tapez ici]</w:t>
            </w:r>
          </w:p>
        </w:tc>
      </w:tr>
      <w:tr w:rsidR="004D4D58" w:rsidRPr="00900FB4" w14:paraId="1D2B4422" w14:textId="77777777" w:rsidTr="0D726C07">
        <w:trPr>
          <w:jc w:val="center"/>
        </w:trPr>
        <w:tc>
          <w:tcPr>
            <w:tcW w:w="5256" w:type="dxa"/>
            <w:shd w:val="clear" w:color="auto" w:fill="F2F2F2" w:themeFill="background1" w:themeFillShade="F2"/>
            <w:tcMar>
              <w:top w:w="80" w:type="dxa"/>
              <w:left w:w="100" w:type="dxa"/>
              <w:bottom w:w="80" w:type="dxa"/>
              <w:right w:w="100" w:type="dxa"/>
            </w:tcMar>
            <w:vAlign w:val="center"/>
          </w:tcPr>
          <w:p w14:paraId="75B0BC74" w14:textId="77777777" w:rsidR="004D4D58" w:rsidRPr="00A81E72" w:rsidRDefault="00A65A9D">
            <w:pPr>
              <w:rPr>
                <w:lang w:val="fr-FR"/>
              </w:rPr>
            </w:pPr>
            <w:r w:rsidRPr="0D726C07">
              <w:rPr>
                <w:b/>
                <w:bCs/>
                <w:sz w:val="17"/>
                <w:szCs w:val="17"/>
                <w:lang w:val="fr-FR"/>
              </w:rPr>
              <w:t>Programmes accrédités dans le secteur proposé</w:t>
            </w:r>
          </w:p>
        </w:tc>
        <w:tc>
          <w:tcPr>
            <w:tcW w:w="5256" w:type="dxa"/>
            <w:tcMar>
              <w:top w:w="80" w:type="dxa"/>
              <w:left w:w="100" w:type="dxa"/>
              <w:bottom w:w="80" w:type="dxa"/>
              <w:right w:w="100" w:type="dxa"/>
            </w:tcMar>
            <w:vAlign w:val="center"/>
          </w:tcPr>
          <w:p w14:paraId="183AA727" w14:textId="77777777" w:rsidR="004D4D58" w:rsidRPr="00A81E72" w:rsidRDefault="00A65A9D">
            <w:pPr>
              <w:rPr>
                <w:lang w:val="fr-FR"/>
              </w:rPr>
            </w:pPr>
            <w:r w:rsidRPr="0D726C07">
              <w:rPr>
                <w:sz w:val="17"/>
                <w:szCs w:val="17"/>
                <w:lang w:val="fr-FR"/>
              </w:rPr>
              <w:t>[Tapez ici]</w:t>
            </w:r>
          </w:p>
        </w:tc>
      </w:tr>
    </w:tbl>
    <w:p w14:paraId="1FE19256" w14:textId="77777777" w:rsidR="004D4D58" w:rsidRPr="00A81E72" w:rsidRDefault="00A65A9D">
      <w:pPr>
        <w:pStyle w:val="Heading3"/>
        <w:spacing w:before="160" w:after="80" w:line="240" w:lineRule="auto"/>
        <w:rPr>
          <w:lang w:val="fr-FR"/>
        </w:rPr>
      </w:pPr>
      <w:r w:rsidRPr="0D726C07">
        <w:rPr>
          <w:color w:val="0F6B78"/>
          <w:lang w:val="fr-FR"/>
        </w:rPr>
        <w:t>A2 - Biographies des dirigeants</w:t>
      </w:r>
    </w:p>
    <w:tbl>
      <w:tblPr>
        <w:tblStyle w:val="TableGrid"/>
        <w:tblW w:w="0" w:type="auto"/>
        <w:jc w:val="center"/>
        <w:tblLook w:val="04A0" w:firstRow="1" w:lastRow="0" w:firstColumn="1" w:lastColumn="0" w:noHBand="0" w:noVBand="1"/>
      </w:tblPr>
      <w:tblGrid>
        <w:gridCol w:w="10502"/>
      </w:tblGrid>
      <w:tr w:rsidR="004D4D58" w:rsidRPr="00FD1E45" w14:paraId="425D9952" w14:textId="77777777" w:rsidTr="0D726C07">
        <w:trPr>
          <w:jc w:val="center"/>
        </w:trPr>
        <w:tc>
          <w:tcPr>
            <w:tcW w:w="10512" w:type="dxa"/>
            <w:shd w:val="clear" w:color="auto" w:fill="DDEFEF"/>
            <w:tcMar>
              <w:top w:w="100" w:type="dxa"/>
              <w:left w:w="100" w:type="dxa"/>
              <w:bottom w:w="100" w:type="dxa"/>
              <w:right w:w="100" w:type="dxa"/>
            </w:tcMar>
          </w:tcPr>
          <w:p w14:paraId="2BB7B9BF" w14:textId="3A9BB956"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Veuillez fournir une brève biographie, d'une page maximum chacune, du directeur de l'institution, du responsable du CEA/centre émergent, du chef de projet proposé et des principaux responsables techniques.</w:t>
            </w:r>
          </w:p>
        </w:tc>
      </w:tr>
      <w:tr w:rsidR="004D4D58" w:rsidRPr="00FD1E45" w14:paraId="0B8BC2EC" w14:textId="77777777" w:rsidTr="0D726C07">
        <w:trPr>
          <w:jc w:val="center"/>
        </w:trPr>
        <w:tc>
          <w:tcPr>
            <w:tcW w:w="10512" w:type="dxa"/>
            <w:tcMar>
              <w:top w:w="100" w:type="dxa"/>
              <w:left w:w="100" w:type="dxa"/>
              <w:bottom w:w="100" w:type="dxa"/>
              <w:right w:w="100" w:type="dxa"/>
            </w:tcMar>
          </w:tcPr>
          <w:p w14:paraId="1BCFBCD4" w14:textId="3CCAF52D" w:rsidR="004D4D58" w:rsidRPr="00A81E72" w:rsidRDefault="00A65A9D">
            <w:pPr>
              <w:rPr>
                <w:lang w:val="fr-FR"/>
              </w:rPr>
            </w:pPr>
            <w:r w:rsidRPr="0D726C07">
              <w:rPr>
                <w:lang w:val="fr-FR"/>
              </w:rPr>
              <w:lastRenderedPageBreak/>
              <w:t xml:space="preserve">Réponse du </w:t>
            </w:r>
            <w:r w:rsidR="00AF3A04" w:rsidRPr="0D726C07">
              <w:rPr>
                <w:lang w:val="fr-FR"/>
              </w:rPr>
              <w:t>candidat</w:t>
            </w:r>
            <w:r w:rsidRPr="0D726C07">
              <w:rPr>
                <w:lang w:val="fr-FR"/>
              </w:rPr>
              <w:t xml:space="preserve"> : [Tapez la réponse ici.]</w:t>
            </w:r>
          </w:p>
        </w:tc>
      </w:tr>
    </w:tbl>
    <w:p w14:paraId="0BC18A2A" w14:textId="77777777" w:rsidR="004D4D58" w:rsidRPr="00A81E72" w:rsidRDefault="004D4D58">
      <w:pPr>
        <w:spacing w:after="40" w:line="240" w:lineRule="auto"/>
        <w:rPr>
          <w:lang w:val="fr-FR"/>
        </w:rPr>
      </w:pPr>
    </w:p>
    <w:p w14:paraId="1ADE2A1A" w14:textId="77777777" w:rsidR="004D4D58" w:rsidRPr="00A81E72" w:rsidRDefault="00A65A9D">
      <w:pPr>
        <w:pStyle w:val="Heading3"/>
        <w:spacing w:before="160" w:after="80" w:line="240" w:lineRule="auto"/>
        <w:rPr>
          <w:lang w:val="fr-FR"/>
        </w:rPr>
      </w:pPr>
      <w:r w:rsidRPr="0D726C07">
        <w:rPr>
          <w:color w:val="0F6B78"/>
          <w:lang w:val="fr-FR"/>
        </w:rPr>
        <w:t>A3 - Partenariats actifs entre l'industrie et les employeurs</w:t>
      </w:r>
    </w:p>
    <w:tbl>
      <w:tblPr>
        <w:tblStyle w:val="TableGrid"/>
        <w:tblW w:w="0" w:type="auto"/>
        <w:jc w:val="center"/>
        <w:tblLook w:val="04A0" w:firstRow="1" w:lastRow="0" w:firstColumn="1" w:lastColumn="0" w:noHBand="0" w:noVBand="1"/>
      </w:tblPr>
      <w:tblGrid>
        <w:gridCol w:w="2625"/>
        <w:gridCol w:w="2626"/>
        <w:gridCol w:w="2626"/>
        <w:gridCol w:w="2625"/>
      </w:tblGrid>
      <w:tr w:rsidR="004D4D58" w:rsidRPr="00900FB4" w14:paraId="32C0FE5C" w14:textId="77777777" w:rsidTr="0D726C07">
        <w:trPr>
          <w:tblHeader/>
          <w:jc w:val="center"/>
        </w:trPr>
        <w:tc>
          <w:tcPr>
            <w:tcW w:w="2628" w:type="dxa"/>
            <w:shd w:val="clear" w:color="auto" w:fill="1F4E79"/>
            <w:tcMar>
              <w:top w:w="45" w:type="dxa"/>
              <w:left w:w="45" w:type="dxa"/>
              <w:bottom w:w="45" w:type="dxa"/>
              <w:right w:w="45" w:type="dxa"/>
            </w:tcMar>
          </w:tcPr>
          <w:p w14:paraId="5801EDCD" w14:textId="77777777" w:rsidR="004D4D58" w:rsidRPr="00A81E72" w:rsidRDefault="00A65A9D">
            <w:pPr>
              <w:rPr>
                <w:lang w:val="fr-FR"/>
              </w:rPr>
            </w:pPr>
            <w:r w:rsidRPr="0D726C07">
              <w:rPr>
                <w:b/>
                <w:bCs/>
                <w:color w:val="FFFFFF" w:themeColor="background1"/>
                <w:sz w:val="15"/>
                <w:szCs w:val="15"/>
                <w:lang w:val="fr-FR"/>
              </w:rPr>
              <w:t>Nom du partenaire</w:t>
            </w:r>
          </w:p>
        </w:tc>
        <w:tc>
          <w:tcPr>
            <w:tcW w:w="2628" w:type="dxa"/>
            <w:shd w:val="clear" w:color="auto" w:fill="1F4E79"/>
            <w:tcMar>
              <w:top w:w="45" w:type="dxa"/>
              <w:left w:w="45" w:type="dxa"/>
              <w:bottom w:w="45" w:type="dxa"/>
              <w:right w:w="45" w:type="dxa"/>
            </w:tcMar>
          </w:tcPr>
          <w:p w14:paraId="5D0CC0D1" w14:textId="77777777" w:rsidR="004D4D58" w:rsidRPr="00A81E72" w:rsidRDefault="00A65A9D">
            <w:pPr>
              <w:rPr>
                <w:lang w:val="fr-FR"/>
              </w:rPr>
            </w:pPr>
            <w:r w:rsidRPr="0D726C07">
              <w:rPr>
                <w:b/>
                <w:bCs/>
                <w:color w:val="FFFFFF" w:themeColor="background1"/>
                <w:sz w:val="15"/>
                <w:szCs w:val="15"/>
                <w:lang w:val="fr-FR"/>
              </w:rPr>
              <w:t>Nature de l'engagement</w:t>
            </w:r>
          </w:p>
        </w:tc>
        <w:tc>
          <w:tcPr>
            <w:tcW w:w="2628" w:type="dxa"/>
            <w:shd w:val="clear" w:color="auto" w:fill="1F4E79"/>
            <w:tcMar>
              <w:top w:w="45" w:type="dxa"/>
              <w:left w:w="45" w:type="dxa"/>
              <w:bottom w:w="45" w:type="dxa"/>
              <w:right w:w="45" w:type="dxa"/>
            </w:tcMar>
          </w:tcPr>
          <w:p w14:paraId="4D4DE89E" w14:textId="77777777" w:rsidR="004D4D58" w:rsidRPr="00A81E72" w:rsidRDefault="00A65A9D">
            <w:pPr>
              <w:rPr>
                <w:lang w:val="fr-FR"/>
              </w:rPr>
            </w:pPr>
            <w:r w:rsidRPr="0D726C07">
              <w:rPr>
                <w:b/>
                <w:bCs/>
                <w:color w:val="FFFFFF" w:themeColor="background1"/>
                <w:sz w:val="15"/>
                <w:szCs w:val="15"/>
                <w:lang w:val="fr-FR"/>
              </w:rPr>
              <w:t>Principaux produits/résultats à ce jour</w:t>
            </w:r>
          </w:p>
        </w:tc>
        <w:tc>
          <w:tcPr>
            <w:tcW w:w="2628" w:type="dxa"/>
            <w:shd w:val="clear" w:color="auto" w:fill="1F4E79"/>
            <w:tcMar>
              <w:top w:w="45" w:type="dxa"/>
              <w:left w:w="45" w:type="dxa"/>
              <w:bottom w:w="45" w:type="dxa"/>
              <w:right w:w="45" w:type="dxa"/>
            </w:tcMar>
          </w:tcPr>
          <w:p w14:paraId="40E1D54F" w14:textId="77777777" w:rsidR="004D4D58" w:rsidRPr="00A81E72" w:rsidRDefault="00A65A9D">
            <w:pPr>
              <w:rPr>
                <w:lang w:val="fr-FR"/>
              </w:rPr>
            </w:pPr>
            <w:r w:rsidRPr="0D726C07">
              <w:rPr>
                <w:b/>
                <w:bCs/>
                <w:color w:val="FFFFFF" w:themeColor="background1"/>
                <w:sz w:val="15"/>
                <w:szCs w:val="15"/>
                <w:lang w:val="fr-FR"/>
              </w:rPr>
              <w:t>Durée</w:t>
            </w:r>
          </w:p>
        </w:tc>
      </w:tr>
      <w:tr w:rsidR="004D4D58" w:rsidRPr="00900FB4" w14:paraId="3283A1B7" w14:textId="77777777" w:rsidTr="0D726C07">
        <w:trPr>
          <w:jc w:val="center"/>
        </w:trPr>
        <w:tc>
          <w:tcPr>
            <w:tcW w:w="2628" w:type="dxa"/>
            <w:tcMar>
              <w:top w:w="45" w:type="dxa"/>
              <w:left w:w="45" w:type="dxa"/>
              <w:bottom w:w="45" w:type="dxa"/>
              <w:right w:w="45" w:type="dxa"/>
            </w:tcMar>
          </w:tcPr>
          <w:p w14:paraId="30EACDEA"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3AEA5037"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4A142F63"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036AC7E7" w14:textId="77777777" w:rsidR="004D4D58" w:rsidRPr="00A81E72" w:rsidRDefault="00A65A9D">
            <w:pPr>
              <w:rPr>
                <w:lang w:val="fr-FR"/>
              </w:rPr>
            </w:pPr>
            <w:r w:rsidRPr="0D726C07">
              <w:rPr>
                <w:sz w:val="15"/>
                <w:szCs w:val="15"/>
                <w:lang w:val="fr-FR"/>
              </w:rPr>
              <w:t>[Tapez ici]</w:t>
            </w:r>
          </w:p>
        </w:tc>
      </w:tr>
      <w:tr w:rsidR="004D4D58" w:rsidRPr="00900FB4" w14:paraId="4E1078DE" w14:textId="77777777" w:rsidTr="0D726C07">
        <w:trPr>
          <w:jc w:val="center"/>
        </w:trPr>
        <w:tc>
          <w:tcPr>
            <w:tcW w:w="2628" w:type="dxa"/>
            <w:tcMar>
              <w:top w:w="45" w:type="dxa"/>
              <w:left w:w="45" w:type="dxa"/>
              <w:bottom w:w="45" w:type="dxa"/>
              <w:right w:w="45" w:type="dxa"/>
            </w:tcMar>
          </w:tcPr>
          <w:p w14:paraId="7EDFB72D"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67834769"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32576FF8"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5F6F5B5A" w14:textId="77777777" w:rsidR="004D4D58" w:rsidRPr="00A81E72" w:rsidRDefault="00A65A9D">
            <w:pPr>
              <w:rPr>
                <w:lang w:val="fr-FR"/>
              </w:rPr>
            </w:pPr>
            <w:r w:rsidRPr="0D726C07">
              <w:rPr>
                <w:sz w:val="15"/>
                <w:szCs w:val="15"/>
                <w:lang w:val="fr-FR"/>
              </w:rPr>
              <w:t>[Tapez ici]</w:t>
            </w:r>
          </w:p>
        </w:tc>
      </w:tr>
      <w:tr w:rsidR="004D4D58" w:rsidRPr="00900FB4" w14:paraId="7047FEB2" w14:textId="77777777" w:rsidTr="0D726C07">
        <w:trPr>
          <w:jc w:val="center"/>
        </w:trPr>
        <w:tc>
          <w:tcPr>
            <w:tcW w:w="2628" w:type="dxa"/>
            <w:tcMar>
              <w:top w:w="45" w:type="dxa"/>
              <w:left w:w="45" w:type="dxa"/>
              <w:bottom w:w="45" w:type="dxa"/>
              <w:right w:w="45" w:type="dxa"/>
            </w:tcMar>
          </w:tcPr>
          <w:p w14:paraId="68F9A913"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4CD8223B"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1AA61398" w14:textId="77777777" w:rsidR="004D4D58" w:rsidRPr="00A81E72" w:rsidRDefault="00A65A9D">
            <w:pPr>
              <w:rPr>
                <w:lang w:val="fr-FR"/>
              </w:rPr>
            </w:pPr>
            <w:r w:rsidRPr="0D726C07">
              <w:rPr>
                <w:sz w:val="15"/>
                <w:szCs w:val="15"/>
                <w:lang w:val="fr-FR"/>
              </w:rPr>
              <w:t>[Tapez ici]</w:t>
            </w:r>
          </w:p>
        </w:tc>
        <w:tc>
          <w:tcPr>
            <w:tcW w:w="2628" w:type="dxa"/>
            <w:tcMar>
              <w:top w:w="45" w:type="dxa"/>
              <w:left w:w="45" w:type="dxa"/>
              <w:bottom w:w="45" w:type="dxa"/>
              <w:right w:w="45" w:type="dxa"/>
            </w:tcMar>
          </w:tcPr>
          <w:p w14:paraId="704A5FBE" w14:textId="77777777" w:rsidR="004D4D58" w:rsidRPr="00A81E72" w:rsidRDefault="00A65A9D">
            <w:pPr>
              <w:rPr>
                <w:lang w:val="fr-FR"/>
              </w:rPr>
            </w:pPr>
            <w:r w:rsidRPr="0D726C07">
              <w:rPr>
                <w:sz w:val="15"/>
                <w:szCs w:val="15"/>
                <w:lang w:val="fr-FR"/>
              </w:rPr>
              <w:t>[Tapez ici]</w:t>
            </w:r>
          </w:p>
        </w:tc>
      </w:tr>
    </w:tbl>
    <w:p w14:paraId="1502EA7A" w14:textId="77777777" w:rsidR="004D4D58" w:rsidRPr="00A81E72" w:rsidRDefault="004D4D58">
      <w:pPr>
        <w:spacing w:after="40" w:line="240" w:lineRule="auto"/>
        <w:rPr>
          <w:lang w:val="fr-FR"/>
        </w:rPr>
      </w:pPr>
    </w:p>
    <w:p w14:paraId="2BEA0EE2" w14:textId="77777777" w:rsidR="004D4D58" w:rsidRPr="00A81E72" w:rsidRDefault="00A65A9D">
      <w:pPr>
        <w:pStyle w:val="Heading3"/>
        <w:spacing w:before="160" w:after="80" w:line="240" w:lineRule="auto"/>
        <w:rPr>
          <w:lang w:val="fr-FR"/>
        </w:rPr>
      </w:pPr>
      <w:r w:rsidRPr="0D726C07">
        <w:rPr>
          <w:color w:val="0F6B78"/>
          <w:lang w:val="fr-FR"/>
        </w:rPr>
        <w:t>A4 - Installations et équipements</w:t>
      </w:r>
    </w:p>
    <w:tbl>
      <w:tblPr>
        <w:tblStyle w:val="TableGrid"/>
        <w:tblW w:w="0" w:type="auto"/>
        <w:jc w:val="center"/>
        <w:tblLook w:val="04A0" w:firstRow="1" w:lastRow="0" w:firstColumn="1" w:lastColumn="0" w:noHBand="0" w:noVBand="1"/>
      </w:tblPr>
      <w:tblGrid>
        <w:gridCol w:w="10502"/>
      </w:tblGrid>
      <w:tr w:rsidR="004D4D58" w:rsidRPr="00FD1E45" w14:paraId="1ED6BD1F" w14:textId="77777777" w:rsidTr="0D726C07">
        <w:trPr>
          <w:jc w:val="center"/>
        </w:trPr>
        <w:tc>
          <w:tcPr>
            <w:tcW w:w="10512" w:type="dxa"/>
            <w:shd w:val="clear" w:color="auto" w:fill="DDEFEF"/>
            <w:tcMar>
              <w:top w:w="100" w:type="dxa"/>
              <w:left w:w="100" w:type="dxa"/>
              <w:bottom w:w="100" w:type="dxa"/>
              <w:right w:w="100" w:type="dxa"/>
            </w:tcMar>
          </w:tcPr>
          <w:p w14:paraId="4D49AF4B" w14:textId="64F57F09"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Fournir une description concise (1 page maximum) des installations et équipements pertinents pour le programme proposé, y compris les laboratoires, les ateliers, les sites</w:t>
            </w:r>
            <w:r w:rsidR="218BDB12" w:rsidRPr="0D726C07">
              <w:rPr>
                <w:sz w:val="17"/>
                <w:szCs w:val="17"/>
                <w:lang w:val="fr-FR"/>
              </w:rPr>
              <w:t>,</w:t>
            </w:r>
            <w:r w:rsidR="00A65A9D" w:rsidRPr="0D726C07">
              <w:rPr>
                <w:sz w:val="17"/>
                <w:szCs w:val="17"/>
                <w:lang w:val="fr-FR"/>
              </w:rPr>
              <w:t xml:space="preserve"> l'infrastructure numérique et les principales contraintes.</w:t>
            </w:r>
            <w:r w:rsidR="00F4B502" w:rsidRPr="0D726C07">
              <w:rPr>
                <w:lang w:val="fr-FR"/>
              </w:rPr>
              <w:t xml:space="preserve"> </w:t>
            </w:r>
            <w:r w:rsidR="00F4B502" w:rsidRPr="0D726C07">
              <w:rPr>
                <w:sz w:val="17"/>
                <w:szCs w:val="17"/>
                <w:lang w:val="fr-FR"/>
              </w:rPr>
              <w:t>Les travaux de construction et de génie civil sont plafonnés à 25 % de chaque subvention institutionnelle.</w:t>
            </w:r>
          </w:p>
        </w:tc>
      </w:tr>
      <w:tr w:rsidR="004D4D58" w:rsidRPr="00FD1E45" w14:paraId="46396660" w14:textId="77777777" w:rsidTr="0D726C07">
        <w:trPr>
          <w:jc w:val="center"/>
        </w:trPr>
        <w:tc>
          <w:tcPr>
            <w:tcW w:w="10512" w:type="dxa"/>
            <w:tcMar>
              <w:top w:w="100" w:type="dxa"/>
              <w:left w:w="100" w:type="dxa"/>
              <w:bottom w:w="100" w:type="dxa"/>
              <w:right w:w="100" w:type="dxa"/>
            </w:tcMar>
          </w:tcPr>
          <w:p w14:paraId="2F21FED1" w14:textId="5922C0C3"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23195189" w14:textId="77777777" w:rsidR="004D4D58" w:rsidRPr="00A81E72" w:rsidRDefault="004D4D58">
      <w:pPr>
        <w:spacing w:after="40" w:line="240" w:lineRule="auto"/>
        <w:rPr>
          <w:lang w:val="fr-FR"/>
        </w:rPr>
      </w:pPr>
    </w:p>
    <w:p w14:paraId="1D59B463" w14:textId="77777777" w:rsidR="004D4D58" w:rsidRPr="00A81E72" w:rsidRDefault="00A65A9D">
      <w:pPr>
        <w:pStyle w:val="Heading3"/>
        <w:spacing w:before="160" w:after="80" w:line="240" w:lineRule="auto"/>
        <w:rPr>
          <w:lang w:val="fr-FR"/>
        </w:rPr>
      </w:pPr>
      <w:r w:rsidRPr="0D726C07">
        <w:rPr>
          <w:color w:val="0F6B78"/>
          <w:lang w:val="fr-FR"/>
        </w:rPr>
        <w:t>A5 - Aperçu financier</w:t>
      </w:r>
    </w:p>
    <w:tbl>
      <w:tblPr>
        <w:tblStyle w:val="TableGrid"/>
        <w:tblW w:w="0" w:type="auto"/>
        <w:jc w:val="center"/>
        <w:tblLook w:val="04A0" w:firstRow="1" w:lastRow="0" w:firstColumn="1" w:lastColumn="0" w:noHBand="0" w:noVBand="1"/>
      </w:tblPr>
      <w:tblGrid>
        <w:gridCol w:w="10502"/>
      </w:tblGrid>
      <w:tr w:rsidR="004D4D58" w:rsidRPr="00FD1E45" w14:paraId="1D002BA1" w14:textId="77777777" w:rsidTr="0D726C07">
        <w:trPr>
          <w:jc w:val="center"/>
        </w:trPr>
        <w:tc>
          <w:tcPr>
            <w:tcW w:w="10512" w:type="dxa"/>
            <w:shd w:val="clear" w:color="auto" w:fill="DDEFEF"/>
            <w:tcMar>
              <w:top w:w="100" w:type="dxa"/>
              <w:left w:w="100" w:type="dxa"/>
              <w:bottom w:w="100" w:type="dxa"/>
              <w:right w:w="100" w:type="dxa"/>
            </w:tcMar>
          </w:tcPr>
          <w:p w14:paraId="1569F59C" w14:textId="38B3E32A"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Fournir un résumé des recettes et des dépenses pour les deux exercices financiers les plus récents, ainsi que la base de ressources prévue pour les activités proposées du projet </w:t>
            </w:r>
            <w:r w:rsidR="00DE2C18" w:rsidRPr="0D726C07">
              <w:rPr>
                <w:sz w:val="17"/>
                <w:szCs w:val="17"/>
                <w:lang w:val="fr-FR"/>
              </w:rPr>
              <w:t xml:space="preserve">ACE </w:t>
            </w:r>
            <w:proofErr w:type="spellStart"/>
            <w:r w:rsidR="00A65A9D" w:rsidRPr="0D726C07">
              <w:rPr>
                <w:sz w:val="17"/>
                <w:szCs w:val="17"/>
                <w:lang w:val="fr-FR"/>
              </w:rPr>
              <w:t>Innovate</w:t>
            </w:r>
            <w:proofErr w:type="spellEnd"/>
            <w:r w:rsidR="00A65A9D" w:rsidRPr="0D726C07">
              <w:rPr>
                <w:sz w:val="17"/>
                <w:szCs w:val="17"/>
                <w:lang w:val="fr-FR"/>
              </w:rPr>
              <w:t>.</w:t>
            </w:r>
          </w:p>
        </w:tc>
      </w:tr>
      <w:tr w:rsidR="004D4D58" w:rsidRPr="00FD1E45" w14:paraId="6A604CE8" w14:textId="77777777" w:rsidTr="0D726C07">
        <w:trPr>
          <w:jc w:val="center"/>
        </w:trPr>
        <w:tc>
          <w:tcPr>
            <w:tcW w:w="10512" w:type="dxa"/>
            <w:tcMar>
              <w:top w:w="100" w:type="dxa"/>
              <w:left w:w="100" w:type="dxa"/>
              <w:bottom w:w="100" w:type="dxa"/>
              <w:right w:w="100" w:type="dxa"/>
            </w:tcMar>
          </w:tcPr>
          <w:p w14:paraId="2A967DAE" w14:textId="6068C991"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0B73522D" w14:textId="77777777" w:rsidR="004D4D58" w:rsidRPr="00A81E72" w:rsidRDefault="004D4D58">
      <w:pPr>
        <w:spacing w:after="40" w:line="240" w:lineRule="auto"/>
        <w:rPr>
          <w:lang w:val="fr-FR"/>
        </w:rPr>
      </w:pPr>
    </w:p>
    <w:p w14:paraId="62243F6B" w14:textId="77777777" w:rsidR="004D4D58" w:rsidRPr="00A81E72" w:rsidRDefault="00A65A9D">
      <w:pPr>
        <w:spacing w:line="240" w:lineRule="auto"/>
        <w:rPr>
          <w:lang w:val="fr-FR"/>
        </w:rPr>
      </w:pPr>
      <w:r w:rsidRPr="0D726C07">
        <w:rPr>
          <w:lang w:val="fr-FR"/>
        </w:rPr>
        <w:br w:type="page"/>
      </w:r>
    </w:p>
    <w:p w14:paraId="23A1D91E" w14:textId="3A2D8BEB" w:rsidR="004D4D58" w:rsidRPr="00A81E72" w:rsidRDefault="00A65A9D" w:rsidP="0D726C07">
      <w:pPr>
        <w:pStyle w:val="Heading1"/>
        <w:spacing w:before="200" w:after="80" w:line="240" w:lineRule="auto"/>
        <w:rPr>
          <w:color w:val="1F4E79"/>
          <w:lang w:val="fr-FR"/>
        </w:rPr>
      </w:pPr>
      <w:r w:rsidRPr="0D726C07">
        <w:rPr>
          <w:color w:val="1F4E79"/>
          <w:lang w:val="fr-FR"/>
        </w:rPr>
        <w:lastRenderedPageBreak/>
        <w:t xml:space="preserve">Déclaration de validation requise - Panel </w:t>
      </w:r>
      <w:r w:rsidR="00DE2C18" w:rsidRPr="0D726C07">
        <w:rPr>
          <w:color w:val="1F4E79"/>
          <w:lang w:val="fr-FR"/>
        </w:rPr>
        <w:t>de mobilisation du</w:t>
      </w:r>
      <w:r w:rsidRPr="0D726C07">
        <w:rPr>
          <w:color w:val="1F4E79"/>
          <w:lang w:val="fr-FR"/>
        </w:rPr>
        <w:t xml:space="preserve"> sect</w:t>
      </w:r>
      <w:r w:rsidR="00DE2C18" w:rsidRPr="0D726C07">
        <w:rPr>
          <w:color w:val="1F4E79"/>
          <w:lang w:val="fr-FR"/>
        </w:rPr>
        <w:t>eur</w:t>
      </w:r>
    </w:p>
    <w:tbl>
      <w:tblPr>
        <w:tblStyle w:val="TableGrid"/>
        <w:tblW w:w="0" w:type="auto"/>
        <w:jc w:val="center"/>
        <w:tblLook w:val="04A0" w:firstRow="1" w:lastRow="0" w:firstColumn="1" w:lastColumn="0" w:noHBand="0" w:noVBand="1"/>
      </w:tblPr>
      <w:tblGrid>
        <w:gridCol w:w="10502"/>
      </w:tblGrid>
      <w:tr w:rsidR="004D4D58" w:rsidRPr="00FD1E45" w14:paraId="3E036CAC" w14:textId="77777777" w:rsidTr="0D726C07">
        <w:trPr>
          <w:jc w:val="center"/>
        </w:trPr>
        <w:tc>
          <w:tcPr>
            <w:tcW w:w="10512" w:type="dxa"/>
            <w:shd w:val="clear" w:color="auto" w:fill="D9EAF7"/>
            <w:tcMar>
              <w:top w:w="120" w:type="dxa"/>
              <w:left w:w="120" w:type="dxa"/>
              <w:bottom w:w="120" w:type="dxa"/>
              <w:right w:w="120" w:type="dxa"/>
            </w:tcMar>
          </w:tcPr>
          <w:p w14:paraId="1313274C" w14:textId="77777777" w:rsidR="004D4D58" w:rsidRPr="00A81E72" w:rsidRDefault="00A65A9D">
            <w:pPr>
              <w:spacing w:after="40"/>
              <w:rPr>
                <w:lang w:val="fr-FR"/>
              </w:rPr>
            </w:pPr>
            <w:r w:rsidRPr="0D726C07">
              <w:rPr>
                <w:b/>
                <w:bCs/>
                <w:color w:val="1F4E79"/>
                <w:lang w:val="fr-FR"/>
              </w:rPr>
              <w:t>Obligation de dépôt</w:t>
            </w:r>
          </w:p>
          <w:p w14:paraId="60D74874" w14:textId="006D6B4A" w:rsidR="004D4D58" w:rsidRPr="00A81E72" w:rsidRDefault="00A65A9D">
            <w:pPr>
              <w:rPr>
                <w:lang w:val="fr-FR"/>
              </w:rPr>
            </w:pPr>
            <w:r w:rsidRPr="0D726C07">
              <w:rPr>
                <w:lang w:val="fr-FR"/>
              </w:rPr>
              <w:t xml:space="preserve">La déclaration de validation du </w:t>
            </w:r>
            <w:r w:rsidR="3A41A84B" w:rsidRPr="0D726C07">
              <w:rPr>
                <w:lang w:val="fr-FR"/>
              </w:rPr>
              <w:t xml:space="preserve">Panel de mobilisation du secteur </w:t>
            </w:r>
            <w:r w:rsidRPr="0D726C07">
              <w:rPr>
                <w:lang w:val="fr-FR"/>
              </w:rPr>
              <w:t>ne doit pas dépasser une page. Cette déclaration doit confirmer que le Comité a examiné la priorité sectorielle, les données probantes sur la demande du marché du travail, la proposition institutionnelle et les résultats attendus de la soumission indépendante du CEA/Centre émergent.</w:t>
            </w:r>
          </w:p>
        </w:tc>
      </w:tr>
    </w:tbl>
    <w:p w14:paraId="246CD6DB" w14:textId="77777777" w:rsidR="004D4D58" w:rsidRPr="00A81E72" w:rsidRDefault="00A65A9D">
      <w:pPr>
        <w:pStyle w:val="Heading3"/>
        <w:spacing w:before="160" w:after="80" w:line="240" w:lineRule="auto"/>
        <w:rPr>
          <w:lang w:val="fr-FR"/>
        </w:rPr>
      </w:pPr>
      <w:r w:rsidRPr="0D726C07">
        <w:rPr>
          <w:color w:val="0F6B78"/>
          <w:lang w:val="fr-FR"/>
        </w:rPr>
        <w:t>Déclaration de validation du Panel</w:t>
      </w:r>
    </w:p>
    <w:tbl>
      <w:tblPr>
        <w:tblStyle w:val="TableGrid"/>
        <w:tblW w:w="0" w:type="auto"/>
        <w:jc w:val="center"/>
        <w:tblLook w:val="04A0" w:firstRow="1" w:lastRow="0" w:firstColumn="1" w:lastColumn="0" w:noHBand="0" w:noVBand="1"/>
      </w:tblPr>
      <w:tblGrid>
        <w:gridCol w:w="10502"/>
      </w:tblGrid>
      <w:tr w:rsidR="004D4D58" w:rsidRPr="00FD1E45" w14:paraId="5CCF9F06" w14:textId="77777777" w:rsidTr="0D726C07">
        <w:trPr>
          <w:jc w:val="center"/>
        </w:trPr>
        <w:tc>
          <w:tcPr>
            <w:tcW w:w="10512" w:type="dxa"/>
            <w:shd w:val="clear" w:color="auto" w:fill="DDEFEF"/>
            <w:tcMar>
              <w:top w:w="100" w:type="dxa"/>
              <w:left w:w="100" w:type="dxa"/>
              <w:bottom w:w="100" w:type="dxa"/>
              <w:right w:w="100" w:type="dxa"/>
            </w:tcMar>
          </w:tcPr>
          <w:p w14:paraId="7E7B5743" w14:textId="2484A17C" w:rsidR="004D4D58" w:rsidRPr="00A81E72" w:rsidRDefault="04C1188B">
            <w:pPr>
              <w:rPr>
                <w:lang w:val="fr-FR"/>
              </w:rPr>
            </w:pPr>
            <w:r w:rsidRPr="0D726C07">
              <w:rPr>
                <w:sz w:val="17"/>
                <w:szCs w:val="17"/>
                <w:lang w:val="fr-FR"/>
              </w:rPr>
              <w:t>A fournir</w:t>
            </w:r>
            <w:r w:rsidR="00A65A9D" w:rsidRPr="0D726C07">
              <w:rPr>
                <w:sz w:val="17"/>
                <w:szCs w:val="17"/>
                <w:lang w:val="fr-FR"/>
              </w:rPr>
              <w:t xml:space="preserve"> : Confirmer que le Panel a examiné les priorités sectorielles, les données probantes sur la demande sur le marché du travail, les activités proposées, les résultats escomptés et les risques. Indiquer si le Comité valide la proposition parce qu'elle répond aux besoins du secteur et dégage des recommandations pour renforcer la proposition avant l'étape de la proposition complète, si elle est présélectionnée.</w:t>
            </w:r>
          </w:p>
        </w:tc>
      </w:tr>
      <w:tr w:rsidR="004D4D58" w:rsidRPr="00FD1E45" w14:paraId="41DC2986" w14:textId="77777777" w:rsidTr="0D726C07">
        <w:trPr>
          <w:jc w:val="center"/>
        </w:trPr>
        <w:tc>
          <w:tcPr>
            <w:tcW w:w="10512" w:type="dxa"/>
            <w:tcMar>
              <w:top w:w="100" w:type="dxa"/>
              <w:left w:w="100" w:type="dxa"/>
              <w:bottom w:w="100" w:type="dxa"/>
              <w:right w:w="100" w:type="dxa"/>
            </w:tcMar>
          </w:tcPr>
          <w:p w14:paraId="2414826C" w14:textId="70A595C3" w:rsidR="004D4D58" w:rsidRPr="00A81E72" w:rsidRDefault="00A65A9D">
            <w:pPr>
              <w:rPr>
                <w:lang w:val="fr-FR"/>
              </w:rPr>
            </w:pPr>
            <w:r w:rsidRPr="0D726C07">
              <w:rPr>
                <w:lang w:val="fr-FR"/>
              </w:rPr>
              <w:t xml:space="preserve">Réponse du </w:t>
            </w:r>
            <w:r w:rsidR="00AF3A04" w:rsidRPr="0D726C07">
              <w:rPr>
                <w:lang w:val="fr-FR"/>
              </w:rPr>
              <w:t>candidat</w:t>
            </w:r>
            <w:r w:rsidRPr="0D726C07">
              <w:rPr>
                <w:lang w:val="fr-FR"/>
              </w:rPr>
              <w:t xml:space="preserve"> : [Tapez la réponse ici.]</w:t>
            </w:r>
          </w:p>
        </w:tc>
      </w:tr>
    </w:tbl>
    <w:p w14:paraId="3631CDAD" w14:textId="77777777" w:rsidR="004D4D58" w:rsidRPr="00A81E72" w:rsidRDefault="004D4D58">
      <w:pPr>
        <w:spacing w:after="40" w:line="240" w:lineRule="auto"/>
        <w:rPr>
          <w:lang w:val="fr-FR"/>
        </w:rPr>
      </w:pPr>
    </w:p>
    <w:p w14:paraId="2FAC3114" w14:textId="77777777" w:rsidR="004D4D58" w:rsidRPr="00A81E72" w:rsidRDefault="00A65A9D">
      <w:pPr>
        <w:pStyle w:val="Heading2"/>
        <w:spacing w:before="160" w:after="80" w:line="240" w:lineRule="auto"/>
        <w:rPr>
          <w:lang w:val="fr-FR"/>
        </w:rPr>
      </w:pPr>
      <w:r w:rsidRPr="0D726C07">
        <w:rPr>
          <w:color w:val="0F6B78"/>
          <w:lang w:val="fr-FR"/>
        </w:rPr>
        <w:t>Composition et approbation du Panel</w:t>
      </w:r>
    </w:p>
    <w:tbl>
      <w:tblPr>
        <w:tblStyle w:val="TableGrid"/>
        <w:tblW w:w="0" w:type="auto"/>
        <w:jc w:val="center"/>
        <w:tblLook w:val="04A0" w:firstRow="1" w:lastRow="0" w:firstColumn="1" w:lastColumn="0" w:noHBand="0" w:noVBand="1"/>
      </w:tblPr>
      <w:tblGrid>
        <w:gridCol w:w="2100"/>
        <w:gridCol w:w="2102"/>
        <w:gridCol w:w="2100"/>
        <w:gridCol w:w="2100"/>
        <w:gridCol w:w="2100"/>
      </w:tblGrid>
      <w:tr w:rsidR="004D4D58" w:rsidRPr="00900FB4" w14:paraId="639E82B8" w14:textId="77777777" w:rsidTr="0D726C07">
        <w:trPr>
          <w:tblHeader/>
          <w:jc w:val="center"/>
        </w:trPr>
        <w:tc>
          <w:tcPr>
            <w:tcW w:w="2102" w:type="dxa"/>
            <w:shd w:val="clear" w:color="auto" w:fill="1F4E79"/>
            <w:tcMar>
              <w:top w:w="45" w:type="dxa"/>
              <w:left w:w="45" w:type="dxa"/>
              <w:bottom w:w="45" w:type="dxa"/>
              <w:right w:w="45" w:type="dxa"/>
            </w:tcMar>
          </w:tcPr>
          <w:p w14:paraId="7BE38DD3" w14:textId="77777777" w:rsidR="004D4D58" w:rsidRPr="00A81E72" w:rsidRDefault="00A65A9D">
            <w:pPr>
              <w:rPr>
                <w:lang w:val="fr-FR"/>
              </w:rPr>
            </w:pPr>
            <w:r w:rsidRPr="0D726C07">
              <w:rPr>
                <w:b/>
                <w:bCs/>
                <w:color w:val="FFFFFF" w:themeColor="background1"/>
                <w:sz w:val="15"/>
                <w:szCs w:val="15"/>
                <w:lang w:val="fr-FR"/>
              </w:rPr>
              <w:t>Nom</w:t>
            </w:r>
          </w:p>
        </w:tc>
        <w:tc>
          <w:tcPr>
            <w:tcW w:w="2102" w:type="dxa"/>
            <w:shd w:val="clear" w:color="auto" w:fill="1F4E79"/>
            <w:tcMar>
              <w:top w:w="45" w:type="dxa"/>
              <w:left w:w="45" w:type="dxa"/>
              <w:bottom w:w="45" w:type="dxa"/>
              <w:right w:w="45" w:type="dxa"/>
            </w:tcMar>
          </w:tcPr>
          <w:p w14:paraId="63C4D561" w14:textId="77777777" w:rsidR="004D4D58" w:rsidRPr="00A81E72" w:rsidRDefault="00A65A9D">
            <w:pPr>
              <w:rPr>
                <w:lang w:val="fr-FR"/>
              </w:rPr>
            </w:pPr>
            <w:r w:rsidRPr="0D726C07">
              <w:rPr>
                <w:b/>
                <w:bCs/>
                <w:color w:val="FFFFFF" w:themeColor="background1"/>
                <w:sz w:val="15"/>
                <w:szCs w:val="15"/>
                <w:lang w:val="fr-FR"/>
              </w:rPr>
              <w:t>Institution/organisation</w:t>
            </w:r>
          </w:p>
        </w:tc>
        <w:tc>
          <w:tcPr>
            <w:tcW w:w="2102" w:type="dxa"/>
            <w:shd w:val="clear" w:color="auto" w:fill="1F4E79"/>
            <w:tcMar>
              <w:top w:w="45" w:type="dxa"/>
              <w:left w:w="45" w:type="dxa"/>
              <w:bottom w:w="45" w:type="dxa"/>
              <w:right w:w="45" w:type="dxa"/>
            </w:tcMar>
          </w:tcPr>
          <w:p w14:paraId="113AE2A7" w14:textId="77777777" w:rsidR="004D4D58" w:rsidRPr="00A81E72" w:rsidRDefault="00A65A9D">
            <w:pPr>
              <w:rPr>
                <w:lang w:val="fr-FR"/>
              </w:rPr>
            </w:pPr>
            <w:r w:rsidRPr="0D726C07">
              <w:rPr>
                <w:b/>
                <w:bCs/>
                <w:color w:val="FFFFFF" w:themeColor="background1"/>
                <w:sz w:val="15"/>
                <w:szCs w:val="15"/>
                <w:lang w:val="fr-FR"/>
              </w:rPr>
              <w:t>Catégorie (Secteur privé / Ministère / Autre)</w:t>
            </w:r>
          </w:p>
        </w:tc>
        <w:tc>
          <w:tcPr>
            <w:tcW w:w="2102" w:type="dxa"/>
            <w:shd w:val="clear" w:color="auto" w:fill="1F4E79"/>
            <w:tcMar>
              <w:top w:w="45" w:type="dxa"/>
              <w:left w:w="45" w:type="dxa"/>
              <w:bottom w:w="45" w:type="dxa"/>
              <w:right w:w="45" w:type="dxa"/>
            </w:tcMar>
          </w:tcPr>
          <w:p w14:paraId="1B15D02D" w14:textId="77777777" w:rsidR="004D4D58" w:rsidRPr="00A81E72" w:rsidRDefault="00A65A9D">
            <w:pPr>
              <w:rPr>
                <w:lang w:val="fr-FR"/>
              </w:rPr>
            </w:pPr>
            <w:r w:rsidRPr="0D726C07">
              <w:rPr>
                <w:b/>
                <w:bCs/>
                <w:color w:val="FFFFFF" w:themeColor="background1"/>
                <w:sz w:val="15"/>
                <w:szCs w:val="15"/>
                <w:lang w:val="fr-FR"/>
              </w:rPr>
              <w:t>Rôle au sein du groupe</w:t>
            </w:r>
          </w:p>
        </w:tc>
        <w:tc>
          <w:tcPr>
            <w:tcW w:w="2102" w:type="dxa"/>
            <w:shd w:val="clear" w:color="auto" w:fill="1F4E79"/>
            <w:tcMar>
              <w:top w:w="45" w:type="dxa"/>
              <w:left w:w="45" w:type="dxa"/>
              <w:bottom w:w="45" w:type="dxa"/>
              <w:right w:w="45" w:type="dxa"/>
            </w:tcMar>
          </w:tcPr>
          <w:p w14:paraId="2EE007F8" w14:textId="77777777" w:rsidR="004D4D58" w:rsidRPr="00A81E72" w:rsidRDefault="00A65A9D">
            <w:pPr>
              <w:rPr>
                <w:lang w:val="fr-FR"/>
              </w:rPr>
            </w:pPr>
            <w:r w:rsidRPr="0D726C07">
              <w:rPr>
                <w:b/>
                <w:bCs/>
                <w:color w:val="FFFFFF" w:themeColor="background1"/>
                <w:sz w:val="15"/>
                <w:szCs w:val="15"/>
                <w:lang w:val="fr-FR"/>
              </w:rPr>
              <w:t>Signature / Date</w:t>
            </w:r>
          </w:p>
        </w:tc>
      </w:tr>
      <w:tr w:rsidR="004D4D58" w:rsidRPr="00900FB4" w14:paraId="1265D469" w14:textId="77777777" w:rsidTr="0D726C07">
        <w:trPr>
          <w:jc w:val="center"/>
        </w:trPr>
        <w:tc>
          <w:tcPr>
            <w:tcW w:w="2102" w:type="dxa"/>
            <w:tcMar>
              <w:top w:w="45" w:type="dxa"/>
              <w:left w:w="45" w:type="dxa"/>
              <w:bottom w:w="45" w:type="dxa"/>
              <w:right w:w="45" w:type="dxa"/>
            </w:tcMar>
          </w:tcPr>
          <w:p w14:paraId="5309AD93"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3554CD59"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1156AD38"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454007AC"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44733284" w14:textId="77777777" w:rsidR="004D4D58" w:rsidRPr="00A81E72" w:rsidRDefault="00A65A9D">
            <w:pPr>
              <w:rPr>
                <w:lang w:val="fr-FR"/>
              </w:rPr>
            </w:pPr>
            <w:r w:rsidRPr="0D726C07">
              <w:rPr>
                <w:sz w:val="15"/>
                <w:szCs w:val="15"/>
                <w:lang w:val="fr-FR"/>
              </w:rPr>
              <w:t>[Tapez ici]</w:t>
            </w:r>
          </w:p>
        </w:tc>
      </w:tr>
      <w:tr w:rsidR="004D4D58" w:rsidRPr="00900FB4" w14:paraId="0A689AE0" w14:textId="77777777" w:rsidTr="0D726C07">
        <w:trPr>
          <w:jc w:val="center"/>
        </w:trPr>
        <w:tc>
          <w:tcPr>
            <w:tcW w:w="2102" w:type="dxa"/>
            <w:tcMar>
              <w:top w:w="45" w:type="dxa"/>
              <w:left w:w="45" w:type="dxa"/>
              <w:bottom w:w="45" w:type="dxa"/>
              <w:right w:w="45" w:type="dxa"/>
            </w:tcMar>
          </w:tcPr>
          <w:p w14:paraId="67928D8B"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7C4CFFAF"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30F9D5E2"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7B8F1BEF"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3C2FA20D" w14:textId="77777777" w:rsidR="004D4D58" w:rsidRPr="00A81E72" w:rsidRDefault="00A65A9D">
            <w:pPr>
              <w:rPr>
                <w:lang w:val="fr-FR"/>
              </w:rPr>
            </w:pPr>
            <w:r w:rsidRPr="0D726C07">
              <w:rPr>
                <w:sz w:val="15"/>
                <w:szCs w:val="15"/>
                <w:lang w:val="fr-FR"/>
              </w:rPr>
              <w:t>[Tapez ici]</w:t>
            </w:r>
          </w:p>
        </w:tc>
      </w:tr>
      <w:tr w:rsidR="004D4D58" w:rsidRPr="00900FB4" w14:paraId="7F8B3436" w14:textId="77777777" w:rsidTr="0D726C07">
        <w:trPr>
          <w:jc w:val="center"/>
        </w:trPr>
        <w:tc>
          <w:tcPr>
            <w:tcW w:w="2102" w:type="dxa"/>
            <w:tcMar>
              <w:top w:w="45" w:type="dxa"/>
              <w:left w:w="45" w:type="dxa"/>
              <w:bottom w:w="45" w:type="dxa"/>
              <w:right w:w="45" w:type="dxa"/>
            </w:tcMar>
          </w:tcPr>
          <w:p w14:paraId="6A0A4828"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277F1CFF"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52881CC8"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4AC4FCB2"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021F22EB" w14:textId="77777777" w:rsidR="004D4D58" w:rsidRPr="00A81E72" w:rsidRDefault="00A65A9D">
            <w:pPr>
              <w:rPr>
                <w:lang w:val="fr-FR"/>
              </w:rPr>
            </w:pPr>
            <w:r w:rsidRPr="0D726C07">
              <w:rPr>
                <w:sz w:val="15"/>
                <w:szCs w:val="15"/>
                <w:lang w:val="fr-FR"/>
              </w:rPr>
              <w:t>[Tapez ici]</w:t>
            </w:r>
          </w:p>
        </w:tc>
      </w:tr>
      <w:tr w:rsidR="004D4D58" w:rsidRPr="00900FB4" w14:paraId="369E8CCD" w14:textId="77777777" w:rsidTr="0D726C07">
        <w:trPr>
          <w:jc w:val="center"/>
        </w:trPr>
        <w:tc>
          <w:tcPr>
            <w:tcW w:w="2102" w:type="dxa"/>
            <w:tcMar>
              <w:top w:w="45" w:type="dxa"/>
              <w:left w:w="45" w:type="dxa"/>
              <w:bottom w:w="45" w:type="dxa"/>
              <w:right w:w="45" w:type="dxa"/>
            </w:tcMar>
          </w:tcPr>
          <w:p w14:paraId="1A5EE738"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45D9139A"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33D1E6FE"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16977545"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4B7A871F" w14:textId="77777777" w:rsidR="004D4D58" w:rsidRPr="00A81E72" w:rsidRDefault="00A65A9D">
            <w:pPr>
              <w:rPr>
                <w:lang w:val="fr-FR"/>
              </w:rPr>
            </w:pPr>
            <w:r w:rsidRPr="0D726C07">
              <w:rPr>
                <w:sz w:val="15"/>
                <w:szCs w:val="15"/>
                <w:lang w:val="fr-FR"/>
              </w:rPr>
              <w:t>[Tapez ici]</w:t>
            </w:r>
          </w:p>
        </w:tc>
      </w:tr>
      <w:tr w:rsidR="004D4D58" w:rsidRPr="00900FB4" w14:paraId="1B3CFA8D" w14:textId="77777777" w:rsidTr="0D726C07">
        <w:trPr>
          <w:jc w:val="center"/>
        </w:trPr>
        <w:tc>
          <w:tcPr>
            <w:tcW w:w="2102" w:type="dxa"/>
            <w:tcMar>
              <w:top w:w="45" w:type="dxa"/>
              <w:left w:w="45" w:type="dxa"/>
              <w:bottom w:w="45" w:type="dxa"/>
              <w:right w:w="45" w:type="dxa"/>
            </w:tcMar>
          </w:tcPr>
          <w:p w14:paraId="7B8C5475"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5191115A"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4553857C"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3034AD15" w14:textId="77777777" w:rsidR="004D4D58" w:rsidRPr="00A81E72" w:rsidRDefault="00A65A9D">
            <w:pPr>
              <w:rPr>
                <w:lang w:val="fr-FR"/>
              </w:rPr>
            </w:pPr>
            <w:r w:rsidRPr="0D726C07">
              <w:rPr>
                <w:sz w:val="15"/>
                <w:szCs w:val="15"/>
                <w:lang w:val="fr-FR"/>
              </w:rPr>
              <w:t>[Tapez ici]</w:t>
            </w:r>
          </w:p>
        </w:tc>
        <w:tc>
          <w:tcPr>
            <w:tcW w:w="2102" w:type="dxa"/>
            <w:tcMar>
              <w:top w:w="45" w:type="dxa"/>
              <w:left w:w="45" w:type="dxa"/>
              <w:bottom w:w="45" w:type="dxa"/>
              <w:right w:w="45" w:type="dxa"/>
            </w:tcMar>
          </w:tcPr>
          <w:p w14:paraId="6FE0B998" w14:textId="77777777" w:rsidR="004D4D58" w:rsidRPr="00A81E72" w:rsidRDefault="00A65A9D">
            <w:pPr>
              <w:rPr>
                <w:lang w:val="fr-FR"/>
              </w:rPr>
            </w:pPr>
            <w:r w:rsidRPr="0D726C07">
              <w:rPr>
                <w:sz w:val="15"/>
                <w:szCs w:val="15"/>
                <w:lang w:val="fr-FR"/>
              </w:rPr>
              <w:t>[Tapez ici]</w:t>
            </w:r>
          </w:p>
        </w:tc>
      </w:tr>
    </w:tbl>
    <w:p w14:paraId="0D64B04B" w14:textId="77777777" w:rsidR="004D4D58" w:rsidRPr="00A81E72" w:rsidRDefault="004D4D58">
      <w:pPr>
        <w:spacing w:after="40" w:line="240" w:lineRule="auto"/>
        <w:rPr>
          <w:lang w:val="fr-FR"/>
        </w:rPr>
      </w:pPr>
    </w:p>
    <w:sectPr w:rsidR="004D4D58" w:rsidRPr="00A81E72" w:rsidSect="00034616">
      <w:headerReference w:type="default" r:id="rId11"/>
      <w:footerReference w:type="even" r:id="rId12"/>
      <w:footerReference w:type="default" r:id="rId13"/>
      <w:footerReference w:type="first" r:id="rId14"/>
      <w:pgSz w:w="12240" w:h="15840"/>
      <w:pgMar w:top="936" w:right="864" w:bottom="936"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F8788" w14:textId="77777777" w:rsidR="00372D3F" w:rsidRDefault="00372D3F">
      <w:pPr>
        <w:spacing w:after="0" w:line="240" w:lineRule="auto"/>
      </w:pPr>
      <w:r>
        <w:separator/>
      </w:r>
    </w:p>
  </w:endnote>
  <w:endnote w:type="continuationSeparator" w:id="0">
    <w:p w14:paraId="4A8FA10A" w14:textId="77777777" w:rsidR="00372D3F" w:rsidRDefault="00372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321A" w14:textId="77777777" w:rsidR="00BC1E79" w:rsidRDefault="00BC1E79">
    <w:pPr>
      <w:pStyle w:val="Footer"/>
    </w:pPr>
    <w:r>
      <w:rPr>
        <w:noProof/>
      </w:rPr>
      <mc:AlternateContent>
        <mc:Choice Requires="wps">
          <w:drawing>
            <wp:anchor distT="0" distB="0" distL="0" distR="0" simplePos="0" relativeHeight="251658241" behindDoc="0" locked="0" layoutInCell="1" allowOverlap="1" wp14:anchorId="63E2F084" wp14:editId="7E8DF3DA">
              <wp:simplePos x="635" y="635"/>
              <wp:positionH relativeFrom="page">
                <wp:align>right</wp:align>
              </wp:positionH>
              <wp:positionV relativeFrom="page">
                <wp:align>bottom</wp:align>
              </wp:positionV>
              <wp:extent cx="1172210" cy="368935"/>
              <wp:effectExtent l="0" t="0" r="0" b="0"/>
              <wp:wrapNone/>
              <wp:docPr id="806136797" name="Text Box 2" descr="Pour usage offici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093710B2" w14:textId="77777777" w:rsidR="00BC1E79" w:rsidRPr="00BC1E79" w:rsidRDefault="00BC1E79" w:rsidP="00BC1E79">
                          <w:pPr>
                            <w:spacing w:after="0"/>
                            <w:rPr>
                              <w:rFonts w:ascii="Aptos" w:eastAsia="Aptos" w:hAnsi="Aptos" w:cs="Aptos"/>
                              <w:noProof/>
                              <w:color w:val="000000"/>
                              <w:sz w:val="20"/>
                              <w:szCs w:val="20"/>
                            </w:rPr>
                          </w:pPr>
                          <w:r w:rsidRPr="00BC1E79">
                            <w:rPr>
                              <w:rFonts w:ascii="Aptos" w:eastAsia="Aptos" w:hAnsi="Aptos" w:cs="Aptos"/>
                              <w:noProof/>
                              <w:color w:val="000000"/>
                              <w:sz w:val="20"/>
                              <w:szCs w:val="20"/>
                            </w:rPr>
                            <w:t>Pour usage officiel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3E2F084" id="_x0000_t202" coordsize="21600,21600" o:spt="202" path="m,l,21600r21600,l21600,xe">
              <v:stroke joinstyle="miter"/>
              <v:path gradientshapeok="t" o:connecttype="rect"/>
            </v:shapetype>
            <v:shape id="Text Box 2" o:spid="_x0000_s1026" type="#_x0000_t202" alt="Pour usage officiel" style="position:absolute;margin-left:41.1pt;margin-top:0;width:92.3pt;height:29.0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" filled="f" stroked="f">
              <v:textbox style="mso-fit-shape-to-text:t" inset="0,0,20pt,15pt">
                <w:txbxContent>
                  <w:p w14:paraId="093710B2" w14:textId="77777777" w:rsidR="00BC1E79" w:rsidRPr="00BC1E79" w:rsidRDefault="00BC1E79" w:rsidP="00BC1E79">
                    <w:pPr>
                      <w:spacing w:after="0"/>
                      <w:rPr>
                        <w:rFonts w:ascii="Aptos" w:eastAsia="Aptos" w:hAnsi="Aptos" w:cs="Aptos"/>
                        <w:noProof/>
                        <w:color w:val="000000"/>
                        <w:sz w:val="20"/>
                        <w:szCs w:val="20"/>
                      </w:rPr>
                    </w:pPr>
                    <w:r w:rsidRPr="00BC1E79">
                      <w:rPr>
                        <w:rFonts w:ascii="Aptos" w:eastAsia="Aptos" w:hAnsi="Aptos" w:cs="Aptos"/>
                        <w:noProof/>
                        <w:color w:val="000000"/>
                        <w:sz w:val="20"/>
                        <w:szCs w:val="20"/>
                      </w:rPr>
                      <w:t>Pour usage officiel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813F" w14:textId="77777777" w:rsidR="004D4D58" w:rsidRPr="00A81E72" w:rsidRDefault="00BC1E79">
    <w:pPr>
      <w:pStyle w:val="Footer"/>
      <w:jc w:val="center"/>
      <w:rPr>
        <w:lang w:val="fr-FR"/>
      </w:rPr>
    </w:pPr>
    <w:r>
      <w:rPr>
        <w:noProof/>
        <w:color w:val="666666"/>
        <w:sz w:val="16"/>
      </w:rPr>
      <mc:AlternateContent>
        <mc:Choice Requires="wps">
          <w:drawing>
            <wp:anchor distT="0" distB="0" distL="0" distR="0" simplePos="0" relativeHeight="251658242" behindDoc="0" locked="0" layoutInCell="1" allowOverlap="1" wp14:anchorId="5120922B" wp14:editId="7DBB927C">
              <wp:simplePos x="635" y="635"/>
              <wp:positionH relativeFrom="page">
                <wp:align>right</wp:align>
              </wp:positionH>
              <wp:positionV relativeFrom="page">
                <wp:align>bottom</wp:align>
              </wp:positionV>
              <wp:extent cx="1172210" cy="368935"/>
              <wp:effectExtent l="0" t="0" r="0" b="0"/>
              <wp:wrapNone/>
              <wp:docPr id="96131863" name="Text Box 3" descr="Pour usage offici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237DA8D2" w14:textId="77777777" w:rsidR="00BC1E79" w:rsidRPr="00BC1E79" w:rsidRDefault="00BC1E79" w:rsidP="00BC1E79">
                          <w:pPr>
                            <w:spacing w:after="0"/>
                            <w:rPr>
                              <w:rFonts w:ascii="Aptos" w:eastAsia="Aptos" w:hAnsi="Aptos" w:cs="Aptos"/>
                              <w:noProof/>
                              <w:color w:val="000000"/>
                              <w:sz w:val="20"/>
                              <w:szCs w:val="20"/>
                            </w:rPr>
                          </w:pPr>
                          <w:r w:rsidRPr="00BC1E79">
                            <w:rPr>
                              <w:rFonts w:ascii="Aptos" w:eastAsia="Aptos" w:hAnsi="Aptos" w:cs="Aptos"/>
                              <w:noProof/>
                              <w:color w:val="000000"/>
                              <w:sz w:val="20"/>
                              <w:szCs w:val="20"/>
                            </w:rPr>
                            <w:t>Pour usage officiel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120922B" id="_x0000_t202" coordsize="21600,21600" o:spt="202" path="m,l,21600r21600,l21600,xe">
              <v:stroke joinstyle="miter"/>
              <v:path gradientshapeok="t" o:connecttype="rect"/>
            </v:shapetype>
            <v:shape id="Text Box 3" o:spid="_x0000_s1027" type="#_x0000_t202" alt="Pour usage officiel" style="position:absolute;left:0;text-align:left;margin-left:41.1pt;margin-top:0;width:92.3pt;height:29.0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" filled="f" stroked="f">
              <v:textbox style="mso-fit-shape-to-text:t" inset="0,0,20pt,15pt">
                <w:txbxContent>
                  <w:p w14:paraId="237DA8D2" w14:textId="77777777" w:rsidR="00BC1E79" w:rsidRPr="00BC1E79" w:rsidRDefault="00BC1E79" w:rsidP="00BC1E79">
                    <w:pPr>
                      <w:spacing w:after="0"/>
                      <w:rPr>
                        <w:rFonts w:ascii="Aptos" w:eastAsia="Aptos" w:hAnsi="Aptos" w:cs="Aptos"/>
                        <w:noProof/>
                        <w:color w:val="000000"/>
                        <w:sz w:val="20"/>
                        <w:szCs w:val="20"/>
                      </w:rPr>
                    </w:pPr>
                    <w:r w:rsidRPr="00BC1E79">
                      <w:rPr>
                        <w:rFonts w:ascii="Aptos" w:eastAsia="Aptos" w:hAnsi="Aptos" w:cs="Aptos"/>
                        <w:noProof/>
                        <w:color w:val="000000"/>
                        <w:sz w:val="20"/>
                        <w:szCs w:val="20"/>
                      </w:rPr>
                      <w:t>Pour usage officiel</w:t>
                    </w:r>
                  </w:p>
                </w:txbxContent>
              </v:textbox>
              <w10:wrap anchorx="page" anchory="page"/>
            </v:shape>
          </w:pict>
        </mc:Fallback>
      </mc:AlternateContent>
    </w:r>
    <w:r w:rsidR="0D726C07" w:rsidRPr="0D726C07">
      <w:rPr>
        <w:color w:val="666666"/>
        <w:sz w:val="16"/>
        <w:szCs w:val="16"/>
        <w:lang w:val="fr-FR"/>
      </w:rPr>
      <w:t>Formulaire de manifestation d'intérêt pour les CEA/centres émergents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A5787" w14:textId="77777777" w:rsidR="00BC1E79" w:rsidRDefault="00BC1E79">
    <w:pPr>
      <w:pStyle w:val="Footer"/>
    </w:pPr>
    <w:r>
      <w:rPr>
        <w:noProof/>
      </w:rPr>
      <mc:AlternateContent>
        <mc:Choice Requires="wps">
          <w:drawing>
            <wp:anchor distT="0" distB="0" distL="0" distR="0" simplePos="0" relativeHeight="251658240" behindDoc="0" locked="0" layoutInCell="1" allowOverlap="1" wp14:anchorId="11077A24" wp14:editId="2C16AD6F">
              <wp:simplePos x="635" y="635"/>
              <wp:positionH relativeFrom="page">
                <wp:align>right</wp:align>
              </wp:positionH>
              <wp:positionV relativeFrom="page">
                <wp:align>bottom</wp:align>
              </wp:positionV>
              <wp:extent cx="1172210" cy="368935"/>
              <wp:effectExtent l="0" t="0" r="0" b="0"/>
              <wp:wrapNone/>
              <wp:docPr id="38147296" name="Text Box 1" descr="Pour usage offici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14:paraId="07594910" w14:textId="77777777" w:rsidR="00BC1E79" w:rsidRPr="00BC1E79" w:rsidRDefault="00BC1E79" w:rsidP="00BC1E79">
                          <w:pPr>
                            <w:spacing w:after="0"/>
                            <w:rPr>
                              <w:rFonts w:ascii="Aptos" w:eastAsia="Aptos" w:hAnsi="Aptos" w:cs="Aptos"/>
                              <w:noProof/>
                              <w:color w:val="000000"/>
                              <w:sz w:val="20"/>
                              <w:szCs w:val="20"/>
                            </w:rPr>
                          </w:pPr>
                          <w:r w:rsidRPr="00BC1E79">
                            <w:rPr>
                              <w:rFonts w:ascii="Aptos" w:eastAsia="Aptos" w:hAnsi="Aptos" w:cs="Aptos"/>
                              <w:noProof/>
                              <w:color w:val="000000"/>
                              <w:sz w:val="20"/>
                              <w:szCs w:val="20"/>
                            </w:rPr>
                            <w:t>Pour usage officiel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1077A24" id="_x0000_t202" coordsize="21600,21600" o:spt="202" path="m,l,21600r21600,l21600,xe">
              <v:stroke joinstyle="miter"/>
              <v:path gradientshapeok="t" o:connecttype="rect"/>
            </v:shapetype>
            <v:shape id="Text Box 1" o:spid="_x0000_s1028" type="#_x0000_t202" alt="Pour usage officiel" style="position:absolute;margin-left:41.1pt;margin-top:0;width:92.3pt;height:29.0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" filled="f" stroked="f">
              <v:textbox style="mso-fit-shape-to-text:t" inset="0,0,20pt,15pt">
                <w:txbxContent>
                  <w:p w14:paraId="07594910" w14:textId="77777777" w:rsidR="00BC1E79" w:rsidRPr="00BC1E79" w:rsidRDefault="00BC1E79" w:rsidP="00BC1E79">
                    <w:pPr>
                      <w:spacing w:after="0"/>
                      <w:rPr>
                        <w:rFonts w:ascii="Aptos" w:eastAsia="Aptos" w:hAnsi="Aptos" w:cs="Aptos"/>
                        <w:noProof/>
                        <w:color w:val="000000"/>
                        <w:sz w:val="20"/>
                        <w:szCs w:val="20"/>
                      </w:rPr>
                    </w:pPr>
                    <w:r w:rsidRPr="00BC1E79">
                      <w:rPr>
                        <w:rFonts w:ascii="Aptos" w:eastAsia="Aptos" w:hAnsi="Aptos" w:cs="Aptos"/>
                        <w:noProof/>
                        <w:color w:val="000000"/>
                        <w:sz w:val="20"/>
                        <w:szCs w:val="20"/>
                      </w:rPr>
                      <w:t>Pour usage officiel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04D0A" w14:textId="77777777" w:rsidR="00372D3F" w:rsidRDefault="00372D3F">
      <w:pPr>
        <w:spacing w:after="0" w:line="240" w:lineRule="auto"/>
      </w:pPr>
      <w:r>
        <w:separator/>
      </w:r>
    </w:p>
  </w:footnote>
  <w:footnote w:type="continuationSeparator" w:id="0">
    <w:p w14:paraId="2A00C1F5" w14:textId="77777777" w:rsidR="00372D3F" w:rsidRDefault="00372D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ACCA" w14:textId="77777777" w:rsidR="004D4D58" w:rsidRPr="00A81E72" w:rsidRDefault="0D726C07">
    <w:pPr>
      <w:pStyle w:val="Header"/>
      <w:jc w:val="right"/>
      <w:rPr>
        <w:lang w:val="fr-FR"/>
      </w:rPr>
    </w:pPr>
    <w:r w:rsidRPr="0D726C07">
      <w:rPr>
        <w:color w:val="666666"/>
        <w:sz w:val="16"/>
        <w:szCs w:val="16"/>
        <w:lang w:val="fr-FR"/>
      </w:rPr>
      <w:t xml:space="preserve">ACE </w:t>
    </w:r>
    <w:proofErr w:type="spellStart"/>
    <w:r w:rsidRPr="0D726C07">
      <w:rPr>
        <w:color w:val="666666"/>
        <w:sz w:val="16"/>
        <w:szCs w:val="16"/>
        <w:lang w:val="fr-FR"/>
      </w:rPr>
      <w:t>Innovate</w:t>
    </w:r>
    <w:proofErr w:type="spellEnd"/>
    <w:r w:rsidRPr="0D726C07">
      <w:rPr>
        <w:color w:val="666666"/>
        <w:sz w:val="16"/>
        <w:szCs w:val="16"/>
        <w:lang w:val="fr-FR"/>
      </w:rPr>
      <w:t xml:space="preserve"> - Formulaire de demande d'expression d'intérêt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23976481">
    <w:abstractNumId w:val="8"/>
  </w:num>
  <w:num w:numId="2" w16cid:durableId="1318650282">
    <w:abstractNumId w:val="6"/>
  </w:num>
  <w:num w:numId="3" w16cid:durableId="1140807590">
    <w:abstractNumId w:val="5"/>
  </w:num>
  <w:num w:numId="4" w16cid:durableId="522520968">
    <w:abstractNumId w:val="4"/>
  </w:num>
  <w:num w:numId="5" w16cid:durableId="860511983">
    <w:abstractNumId w:val="7"/>
  </w:num>
  <w:num w:numId="6" w16cid:durableId="1924754807">
    <w:abstractNumId w:val="3"/>
  </w:num>
  <w:num w:numId="7" w16cid:durableId="2116902228">
    <w:abstractNumId w:val="2"/>
  </w:num>
  <w:num w:numId="8" w16cid:durableId="1821312462">
    <w:abstractNumId w:val="1"/>
  </w:num>
  <w:num w:numId="9" w16cid:durableId="322706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C44"/>
    <w:rsid w:val="000B3086"/>
    <w:rsid w:val="00104065"/>
    <w:rsid w:val="00114939"/>
    <w:rsid w:val="001462E0"/>
    <w:rsid w:val="0015074B"/>
    <w:rsid w:val="001D7828"/>
    <w:rsid w:val="0020110C"/>
    <w:rsid w:val="0021666C"/>
    <w:rsid w:val="002300E2"/>
    <w:rsid w:val="0024357E"/>
    <w:rsid w:val="0029639D"/>
    <w:rsid w:val="002E0533"/>
    <w:rsid w:val="00300C06"/>
    <w:rsid w:val="00326F90"/>
    <w:rsid w:val="00332A08"/>
    <w:rsid w:val="00353A53"/>
    <w:rsid w:val="00356E1A"/>
    <w:rsid w:val="00372D3F"/>
    <w:rsid w:val="004471CB"/>
    <w:rsid w:val="004D4D58"/>
    <w:rsid w:val="004D7FF0"/>
    <w:rsid w:val="00603D5F"/>
    <w:rsid w:val="00617E6E"/>
    <w:rsid w:val="00636124"/>
    <w:rsid w:val="00657C4A"/>
    <w:rsid w:val="0066476F"/>
    <w:rsid w:val="00666C3C"/>
    <w:rsid w:val="00703395"/>
    <w:rsid w:val="0077753D"/>
    <w:rsid w:val="007926FB"/>
    <w:rsid w:val="00825155"/>
    <w:rsid w:val="008516D3"/>
    <w:rsid w:val="008B6601"/>
    <w:rsid w:val="008E1758"/>
    <w:rsid w:val="00900FB4"/>
    <w:rsid w:val="00935A2E"/>
    <w:rsid w:val="009A61CF"/>
    <w:rsid w:val="009B1416"/>
    <w:rsid w:val="009D2DAE"/>
    <w:rsid w:val="00A52453"/>
    <w:rsid w:val="00A60ED7"/>
    <w:rsid w:val="00A65A9D"/>
    <w:rsid w:val="00A81E72"/>
    <w:rsid w:val="00AA1D8D"/>
    <w:rsid w:val="00AB21B4"/>
    <w:rsid w:val="00AC7424"/>
    <w:rsid w:val="00AF3A04"/>
    <w:rsid w:val="00B04554"/>
    <w:rsid w:val="00B47730"/>
    <w:rsid w:val="00B819BC"/>
    <w:rsid w:val="00B84513"/>
    <w:rsid w:val="00BC1E79"/>
    <w:rsid w:val="00BD27EF"/>
    <w:rsid w:val="00BE018F"/>
    <w:rsid w:val="00C06A79"/>
    <w:rsid w:val="00C10548"/>
    <w:rsid w:val="00C322D1"/>
    <w:rsid w:val="00C440A1"/>
    <w:rsid w:val="00CB0664"/>
    <w:rsid w:val="00CB4FF7"/>
    <w:rsid w:val="00CE541E"/>
    <w:rsid w:val="00D24FD5"/>
    <w:rsid w:val="00D96BDA"/>
    <w:rsid w:val="00DA28F9"/>
    <w:rsid w:val="00DD519C"/>
    <w:rsid w:val="00DE2C18"/>
    <w:rsid w:val="00E7109A"/>
    <w:rsid w:val="00E7389E"/>
    <w:rsid w:val="00E76153"/>
    <w:rsid w:val="00EA746D"/>
    <w:rsid w:val="00EE7094"/>
    <w:rsid w:val="00EE77B0"/>
    <w:rsid w:val="00EF236F"/>
    <w:rsid w:val="00F3400E"/>
    <w:rsid w:val="00F4B502"/>
    <w:rsid w:val="00F55CBC"/>
    <w:rsid w:val="00F5774F"/>
    <w:rsid w:val="00FC693F"/>
    <w:rsid w:val="00FD1E45"/>
    <w:rsid w:val="00FD2336"/>
    <w:rsid w:val="00FF6155"/>
    <w:rsid w:val="04C1188B"/>
    <w:rsid w:val="080BA104"/>
    <w:rsid w:val="0A51AC11"/>
    <w:rsid w:val="0B9EDA2A"/>
    <w:rsid w:val="0D59A827"/>
    <w:rsid w:val="0D726C07"/>
    <w:rsid w:val="13784985"/>
    <w:rsid w:val="1F34695F"/>
    <w:rsid w:val="20B904EF"/>
    <w:rsid w:val="218BDB12"/>
    <w:rsid w:val="23D3E40A"/>
    <w:rsid w:val="2FBA02CF"/>
    <w:rsid w:val="37732F0F"/>
    <w:rsid w:val="3A41A84B"/>
    <w:rsid w:val="3F920AD8"/>
    <w:rsid w:val="463069CB"/>
    <w:rsid w:val="4CDB14AF"/>
    <w:rsid w:val="4D6D0860"/>
    <w:rsid w:val="52522697"/>
    <w:rsid w:val="55B87753"/>
    <w:rsid w:val="565D6C6E"/>
    <w:rsid w:val="570C053B"/>
    <w:rsid w:val="5B7B1B50"/>
    <w:rsid w:val="5C8691A1"/>
    <w:rsid w:val="5CEE3900"/>
    <w:rsid w:val="6165B589"/>
    <w:rsid w:val="65DE1188"/>
    <w:rsid w:val="6BBDC1E4"/>
    <w:rsid w:val="6FFF6B9A"/>
    <w:rsid w:val="71060A21"/>
    <w:rsid w:val="7A517E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027A26"/>
  <w14:defaultImageDpi w14:val="300"/>
  <w15:docId w15:val="{60699B1A-052E-4917-86D3-F357FD0F1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0" w:firstLine="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BC1E79"/>
    <w:pPr>
      <w:spacing w:after="0" w:line="240" w:lineRule="auto"/>
    </w:pPr>
    <w:rPr>
      <w:rFonts w:ascii="Arial" w:eastAsia="Arial" w:hAnsi="Arial"/>
      <w:sz w:val="18"/>
    </w:rPr>
  </w:style>
  <w:style w:type="paragraph" w:customStyle="1" w:styleId="Normal051656e8-894e-4e82-abce-0f0e8baedacc">
    <w:name w:val="Normal_051656e8-894e-4e82-abce-0f0e8baedacc"/>
    <w:qFormat/>
    <w:pPr>
      <w:spacing w:after="160" w:line="259" w:lineRule="auto"/>
    </w:pPr>
    <w:rPr>
      <w:rFonts w:ascii="Times New Roman" w:eastAsiaTheme="minorHAnsi" w:hAnsi="Times New Roman" w:cs="Times New Roman"/>
      <w:spacing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112DD0C3B844DA08D582E1979FD5D" ma:contentTypeVersion="3" ma:contentTypeDescription="Create a new document." ma:contentTypeScope="" ma:versionID="29d54858cb10b93635512a75ec6f49cb">
  <xsd:schema xmlns:xsd="http://www.w3.org/2001/XMLSchema" xmlns:xs="http://www.w3.org/2001/XMLSchema" xmlns:p="http://schemas.microsoft.com/office/2006/metadata/properties" xmlns:ns2="9a3f299b-a897-4679-b3fc-ce99aff5f39b" targetNamespace="http://schemas.microsoft.com/office/2006/metadata/properties" ma:root="true" ma:fieldsID="afbbe0ec66020ceb1084739849affd37" ns2:_="">
    <xsd:import namespace="9a3f299b-a897-4679-b3fc-ce99aff5f3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f299b-a897-4679-b3fc-ce99aff5f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8F1A7-D0FC-4579-8522-255EA5900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f299b-a897-4679-b3fc-ce99aff5f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B016F5-7311-4711-AF45-81BAD2F99E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8458F4-8BE0-4759-BA11-EB3E2D4BD1EC}">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2784</Words>
  <Characters>16636</Characters>
  <Application>Microsoft Office Word</Application>
  <DocSecurity>0</DocSecurity>
  <Lines>527</Lines>
  <Paragraphs>408</Paragraphs>
  <ScaleCrop>false</ScaleCrop>
  <Manager/>
  <Company/>
  <LinksUpToDate>false</LinksUpToDate>
  <CharactersWithSpaces>19017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Généré par python-docx</dc:description>
  <cp:lastModifiedBy>Schenineda Kwaku Ankomah</cp:lastModifiedBy>
  <cp:revision>42</cp:revision>
  <dcterms:created xsi:type="dcterms:W3CDTF">2026-05-19T01:27:00Z</dcterms:created>
  <dcterms:modified xsi:type="dcterms:W3CDTF">2026-07-07T14:02:00Z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24614e0,300cabdd,5badb17</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2026-05-18T21:35:36Z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0b87f6ee-ec2b-4bf6-af03-87221a632ba3</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0x0101004CE112DD0C3B844DA08D582E1979FD5D</vt:lpwstr>
  </property>
</Properties>
</file>